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media/image10.png" ContentType="image/jpeg"/>
  <Override PartName="/word/media/image11.png" ContentType="image/jpeg"/>
  <Override PartName="/word/media/image16.png" ContentType="image/jpeg"/>
  <Override PartName="/word/media/image17.png" ContentType="image/jpeg"/>
  <Override PartName="/word/media/image18.png" ContentType="image/jpeg"/>
  <Override PartName="/word/media/image19.png" ContentType="image/jpeg"/>
  <Override PartName="/word/media/image5.png" ContentType="image/jpeg"/>
  <Override PartName="/word/media/image53.png" ContentType="image/jpeg"/>
  <Override PartName="/word/media/image54.png" ContentType="image/jpeg"/>
  <Override PartName="/word/media/image55.png" ContentType="image/jpeg"/>
  <Override PartName="/word/media/image56.png" ContentType="image/jpeg"/>
  <Override PartName="/word/media/image6.png" ContentType="image/jpeg"/>
  <Override PartName="/word/media/image7.png" ContentType="image/jpeg"/>
  <Override PartName="/word/media/image8.png" ContentType="image/jpeg"/>
  <Override PartName="/word/media/image9.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6"/>
        </w:rPr>
        <w:t>SCI-VOC 연구 전체 통합 상세보고서</w:t>
      </w:r>
    </w:p>
    <w:p>
      <w:pPr>
        <w:jc w:val="center"/>
      </w:pPr>
      <w:r>
        <w:t>1~11번 연구 결과와 12번 TO-BE 이후 화자분리 중심 IEEE Access 신규 논문 한글 초안을 통합한 문서</w:t>
      </w:r>
    </w:p>
    <w:p>
      <w:pPr>
        <w:jc w:val="center"/>
      </w:pPr>
      <w:r>
        <w:t>생성 버전: v215 | 1~11 연구 기록 유지 | 12번 신규 논문 기준: TO-BE 1,000통화·화자분리 57,619세그먼트</w:t>
      </w:r>
    </w:p>
    <w:p/>
    <w:p>
      <w:r>
        <w:t>이 문서는 논문 작성에 필요한 1~12번의 상세 본문, 분석 방법, 수치, 결과표, 다중 그림, 해석, 한계, 원본 분석 산출물 요약을 통합한다. 행 단위 대용량 원본 CSV/JSON은 문서의 안정성과 가독성을 위해 별도 전체 데이터 부록 ZIP에 원형 그대로 포함한다.</w:t>
      </w:r>
    </w:p>
    <w:p>
      <w:pPr>
        <w:pStyle w:val="Heading1"/>
      </w:pPr>
      <w:r>
        <w:t>문서 포함성 점검</w:t>
      </w:r>
    </w:p>
    <w:p>
      <w:r>
        <w:rPr>
          <w:b/>
        </w:rPr>
        <w:t>표 0-1. 1~12번 상세보고서 포함성</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6"/>
              </w:rPr>
              <w:t>번호</w:t>
            </w:r>
          </w:p>
        </w:tc>
        <w:tc>
          <w:tcPr>
            <w:tcW w:type="dxa" w:w="1644"/>
          </w:tcPr>
          <w:p>
            <w:r/>
            <w:r>
              <w:rPr>
                <w:rFonts w:ascii="Malgun Gothic" w:hAnsi="Malgun Gothic" w:eastAsia="Malgun Gothic"/>
                <w:b/>
                <w:sz w:val="16"/>
              </w:rPr>
              <w:t>상세 본문</w:t>
            </w:r>
          </w:p>
        </w:tc>
        <w:tc>
          <w:tcPr>
            <w:tcW w:type="dxa" w:w="1644"/>
          </w:tcPr>
          <w:p>
            <w:r/>
            <w:r>
              <w:rPr>
                <w:rFonts w:ascii="Malgun Gothic" w:hAnsi="Malgun Gothic" w:eastAsia="Malgun Gothic"/>
                <w:b/>
                <w:sz w:val="16"/>
              </w:rPr>
              <w:t>결과표</w:t>
            </w:r>
          </w:p>
        </w:tc>
        <w:tc>
          <w:tcPr>
            <w:tcW w:type="dxa" w:w="1644"/>
          </w:tcPr>
          <w:p>
            <w:r/>
            <w:r>
              <w:rPr>
                <w:rFonts w:ascii="Malgun Gothic" w:hAnsi="Malgun Gothic" w:eastAsia="Malgun Gothic"/>
                <w:b/>
                <w:sz w:val="16"/>
              </w:rPr>
              <w:t>생성 그림</w:t>
            </w:r>
          </w:p>
        </w:tc>
        <w:tc>
          <w:tcPr>
            <w:tcW w:type="dxa" w:w="1644"/>
          </w:tcPr>
          <w:p>
            <w:r/>
            <w:r>
              <w:rPr>
                <w:rFonts w:ascii="Malgun Gothic" w:hAnsi="Malgun Gothic" w:eastAsia="Malgun Gothic"/>
                <w:b/>
                <w:sz w:val="16"/>
              </w:rPr>
              <w:t>원본 산출물</w:t>
            </w:r>
          </w:p>
        </w:tc>
        <w:tc>
          <w:tcPr>
            <w:tcW w:type="dxa" w:w="1644"/>
          </w:tcPr>
          <w:p>
            <w:r/>
            <w:r>
              <w:rPr>
                <w:rFonts w:ascii="Malgun Gothic" w:hAnsi="Malgun Gothic" w:eastAsia="Malgun Gothic"/>
                <w:b/>
                <w:sz w:val="16"/>
              </w:rPr>
              <w:t>해석/한계</w:t>
            </w:r>
          </w:p>
        </w:tc>
      </w:tr>
      <w:tr>
        <w:trPr>
          <w:cantSplit/>
        </w:trPr>
        <w:tc>
          <w:tcPr>
            <w:tcW w:type="dxa" w:w="1644"/>
            <w:vAlign w:val="center"/>
          </w:tcPr>
          <w:p>
            <w:r/>
            <w:r>
              <w:rPr>
                <w:rFonts w:ascii="Malgun Gothic" w:hAnsi="Malgun Gothic" w:eastAsia="Malgun Gothic"/>
                <w:b w:val="0"/>
                <w:sz w:val="16"/>
              </w:rPr>
              <w:t>1</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4표</w:t>
            </w:r>
          </w:p>
        </w:tc>
        <w:tc>
          <w:tcPr>
            <w:tcW w:type="dxa" w:w="1644"/>
            <w:vAlign w:val="center"/>
          </w:tcPr>
          <w:p>
            <w:r/>
            <w:r>
              <w:rPr>
                <w:rFonts w:ascii="Malgun Gothic" w:hAnsi="Malgun Gothic" w:eastAsia="Malgun Gothic"/>
                <w:b w:val="0"/>
                <w:sz w:val="16"/>
              </w:rPr>
              <w:t>11개</w:t>
            </w:r>
          </w:p>
        </w:tc>
        <w:tc>
          <w:tcPr>
            <w:tcW w:type="dxa" w:w="1644"/>
            <w:vAlign w:val="center"/>
          </w:tcPr>
          <w:p>
            <w:r/>
            <w:r>
              <w:rPr>
                <w:rFonts w:ascii="Malgun Gothic" w:hAnsi="Malgun Gothic" w:eastAsia="Malgun Gothic"/>
                <w:b w:val="0"/>
                <w:sz w:val="16"/>
              </w:rPr>
              <w:t>524파일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2</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8표</w:t>
            </w:r>
          </w:p>
        </w:tc>
        <w:tc>
          <w:tcPr>
            <w:tcW w:type="dxa" w:w="1644"/>
            <w:vAlign w:val="center"/>
          </w:tcPr>
          <w:p>
            <w:r/>
            <w:r>
              <w:rPr>
                <w:rFonts w:ascii="Malgun Gothic" w:hAnsi="Malgun Gothic" w:eastAsia="Malgun Gothic"/>
                <w:b w:val="0"/>
                <w:sz w:val="16"/>
              </w:rPr>
              <w:t>4개</w:t>
            </w:r>
          </w:p>
        </w:tc>
        <w:tc>
          <w:tcPr>
            <w:tcW w:type="dxa" w:w="1644"/>
            <w:vAlign w:val="center"/>
          </w:tcPr>
          <w:p>
            <w:r/>
            <w:r>
              <w:rPr>
                <w:rFonts w:ascii="Malgun Gothic" w:hAnsi="Malgun Gothic" w:eastAsia="Malgun Gothic"/>
                <w:b w:val="0"/>
                <w:sz w:val="16"/>
              </w:rPr>
              <w:t>59파일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3</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4표</w:t>
            </w:r>
          </w:p>
        </w:tc>
        <w:tc>
          <w:tcPr>
            <w:tcW w:type="dxa" w:w="1644"/>
            <w:vAlign w:val="center"/>
          </w:tcPr>
          <w:p>
            <w:r/>
            <w:r>
              <w:rPr>
                <w:rFonts w:ascii="Malgun Gothic" w:hAnsi="Malgun Gothic" w:eastAsia="Malgun Gothic"/>
                <w:b w:val="0"/>
                <w:sz w:val="16"/>
              </w:rPr>
              <w:t>3개</w:t>
            </w:r>
          </w:p>
        </w:tc>
        <w:tc>
          <w:tcPr>
            <w:tcW w:type="dxa" w:w="1644"/>
            <w:vAlign w:val="center"/>
          </w:tcPr>
          <w:p>
            <w:r/>
            <w:r>
              <w:rPr>
                <w:rFonts w:ascii="Malgun Gothic" w:hAnsi="Malgun Gothic" w:eastAsia="Malgun Gothic"/>
                <w:b w:val="0"/>
                <w:sz w:val="16"/>
              </w:rPr>
              <w:t>163파일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4</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4표</w:t>
            </w:r>
          </w:p>
        </w:tc>
        <w:tc>
          <w:tcPr>
            <w:tcW w:type="dxa" w:w="1644"/>
            <w:vAlign w:val="center"/>
          </w:tcPr>
          <w:p>
            <w:r/>
            <w:r>
              <w:rPr>
                <w:rFonts w:ascii="Malgun Gothic" w:hAnsi="Malgun Gothic" w:eastAsia="Malgun Gothic"/>
                <w:b w:val="0"/>
                <w:sz w:val="16"/>
              </w:rPr>
              <w:t>3개</w:t>
            </w:r>
          </w:p>
        </w:tc>
        <w:tc>
          <w:tcPr>
            <w:tcW w:type="dxa" w:w="1644"/>
            <w:vAlign w:val="center"/>
          </w:tcPr>
          <w:p>
            <w:r/>
            <w:r>
              <w:rPr>
                <w:rFonts w:ascii="Malgun Gothic" w:hAnsi="Malgun Gothic" w:eastAsia="Malgun Gothic"/>
                <w:b w:val="0"/>
                <w:sz w:val="16"/>
              </w:rPr>
              <w:t>9파일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5</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4표</w:t>
            </w:r>
          </w:p>
        </w:tc>
        <w:tc>
          <w:tcPr>
            <w:tcW w:type="dxa" w:w="1644"/>
            <w:vAlign w:val="center"/>
          </w:tcPr>
          <w:p>
            <w:r/>
            <w:r>
              <w:rPr>
                <w:rFonts w:ascii="Malgun Gothic" w:hAnsi="Malgun Gothic" w:eastAsia="Malgun Gothic"/>
                <w:b w:val="0"/>
                <w:sz w:val="16"/>
              </w:rPr>
              <w:t>5개</w:t>
            </w:r>
          </w:p>
        </w:tc>
        <w:tc>
          <w:tcPr>
            <w:tcW w:type="dxa" w:w="1644"/>
            <w:vAlign w:val="center"/>
          </w:tcPr>
          <w:p>
            <w:r/>
            <w:r>
              <w:rPr>
                <w:rFonts w:ascii="Malgun Gothic" w:hAnsi="Malgun Gothic" w:eastAsia="Malgun Gothic"/>
                <w:b w:val="0"/>
                <w:sz w:val="16"/>
              </w:rPr>
              <w:t>27파일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6</w:t>
            </w:r>
          </w:p>
        </w:tc>
        <w:tc>
          <w:tcPr>
            <w:tcW w:type="dxa" w:w="1644"/>
            <w:vAlign w:val="center"/>
          </w:tcPr>
          <w:p>
            <w:r/>
            <w:r>
              <w:rPr>
                <w:rFonts w:ascii="Malgun Gothic" w:hAnsi="Malgun Gothic" w:eastAsia="Malgun Gothic"/>
                <w:b w:val="0"/>
                <w:sz w:val="16"/>
              </w:rPr>
              <w:t>7문단</w:t>
            </w:r>
          </w:p>
        </w:tc>
        <w:tc>
          <w:tcPr>
            <w:tcW w:type="dxa" w:w="1644"/>
            <w:vAlign w:val="center"/>
          </w:tcPr>
          <w:p>
            <w:r/>
            <w:r>
              <w:rPr>
                <w:rFonts w:ascii="Malgun Gothic" w:hAnsi="Malgun Gothic" w:eastAsia="Malgun Gothic"/>
                <w:b w:val="0"/>
                <w:sz w:val="16"/>
              </w:rPr>
              <w:t>5표</w:t>
            </w:r>
          </w:p>
        </w:tc>
        <w:tc>
          <w:tcPr>
            <w:tcW w:type="dxa" w:w="1644"/>
            <w:vAlign w:val="center"/>
          </w:tcPr>
          <w:p>
            <w:r/>
            <w:r>
              <w:rPr>
                <w:rFonts w:ascii="Malgun Gothic" w:hAnsi="Malgun Gothic" w:eastAsia="Malgun Gothic"/>
                <w:b w:val="0"/>
                <w:sz w:val="16"/>
              </w:rPr>
              <w:t>3개</w:t>
            </w:r>
          </w:p>
        </w:tc>
        <w:tc>
          <w:tcPr>
            <w:tcW w:type="dxa" w:w="1644"/>
            <w:vAlign w:val="center"/>
          </w:tcPr>
          <w:p>
            <w:r/>
            <w:r>
              <w:rPr>
                <w:rFonts w:ascii="Malgun Gothic" w:hAnsi="Malgun Gothic" w:eastAsia="Malgun Gothic"/>
                <w:b w:val="0"/>
                <w:sz w:val="16"/>
              </w:rPr>
              <w:t>11파일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7</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4표</w:t>
            </w:r>
          </w:p>
        </w:tc>
        <w:tc>
          <w:tcPr>
            <w:tcW w:type="dxa" w:w="1644"/>
            <w:vAlign w:val="center"/>
          </w:tcPr>
          <w:p>
            <w:r/>
            <w:r>
              <w:rPr>
                <w:rFonts w:ascii="Malgun Gothic" w:hAnsi="Malgun Gothic" w:eastAsia="Malgun Gothic"/>
                <w:b w:val="0"/>
                <w:sz w:val="16"/>
              </w:rPr>
              <w:t>3개</w:t>
            </w:r>
          </w:p>
        </w:tc>
        <w:tc>
          <w:tcPr>
            <w:tcW w:type="dxa" w:w="1644"/>
            <w:vAlign w:val="center"/>
          </w:tcPr>
          <w:p>
            <w:r/>
            <w:r>
              <w:rPr>
                <w:rFonts w:ascii="Malgun Gothic" w:hAnsi="Malgun Gothic" w:eastAsia="Malgun Gothic"/>
                <w:b w:val="0"/>
                <w:sz w:val="16"/>
              </w:rPr>
              <w:t>21파일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8</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4표</w:t>
            </w:r>
          </w:p>
        </w:tc>
        <w:tc>
          <w:tcPr>
            <w:tcW w:type="dxa" w:w="1644"/>
            <w:vAlign w:val="center"/>
          </w:tcPr>
          <w:p>
            <w:r/>
            <w:r>
              <w:rPr>
                <w:rFonts w:ascii="Malgun Gothic" w:hAnsi="Malgun Gothic" w:eastAsia="Malgun Gothic"/>
                <w:b w:val="0"/>
                <w:sz w:val="16"/>
              </w:rPr>
              <w:t>3개</w:t>
            </w:r>
          </w:p>
        </w:tc>
        <w:tc>
          <w:tcPr>
            <w:tcW w:type="dxa" w:w="1644"/>
            <w:vAlign w:val="center"/>
          </w:tcPr>
          <w:p>
            <w:r/>
            <w:r>
              <w:rPr>
                <w:rFonts w:ascii="Malgun Gothic" w:hAnsi="Malgun Gothic" w:eastAsia="Malgun Gothic"/>
                <w:b w:val="0"/>
                <w:sz w:val="16"/>
              </w:rPr>
              <w:t>10파일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9</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4표</w:t>
            </w:r>
          </w:p>
        </w:tc>
        <w:tc>
          <w:tcPr>
            <w:tcW w:type="dxa" w:w="1644"/>
            <w:vAlign w:val="center"/>
          </w:tcPr>
          <w:p>
            <w:r/>
            <w:r>
              <w:rPr>
                <w:rFonts w:ascii="Malgun Gothic" w:hAnsi="Malgun Gothic" w:eastAsia="Malgun Gothic"/>
                <w:b w:val="0"/>
                <w:sz w:val="16"/>
              </w:rPr>
              <w:t>3개</w:t>
            </w:r>
          </w:p>
        </w:tc>
        <w:tc>
          <w:tcPr>
            <w:tcW w:type="dxa" w:w="1644"/>
            <w:vAlign w:val="center"/>
          </w:tcPr>
          <w:p>
            <w:r/>
            <w:r>
              <w:rPr>
                <w:rFonts w:ascii="Malgun Gothic" w:hAnsi="Malgun Gothic" w:eastAsia="Malgun Gothic"/>
                <w:b w:val="0"/>
                <w:sz w:val="16"/>
              </w:rPr>
              <w:t>2파일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10</w:t>
            </w:r>
          </w:p>
        </w:tc>
        <w:tc>
          <w:tcPr>
            <w:tcW w:type="dxa" w:w="1644"/>
            <w:vAlign w:val="center"/>
          </w:tcPr>
          <w:p>
            <w:r/>
            <w:r>
              <w:rPr>
                <w:rFonts w:ascii="Malgun Gothic" w:hAnsi="Malgun Gothic" w:eastAsia="Malgun Gothic"/>
                <w:b w:val="0"/>
                <w:sz w:val="16"/>
              </w:rPr>
              <w:t>6문단</w:t>
            </w:r>
          </w:p>
        </w:tc>
        <w:tc>
          <w:tcPr>
            <w:tcW w:type="dxa" w:w="1644"/>
            <w:vAlign w:val="center"/>
          </w:tcPr>
          <w:p>
            <w:r/>
            <w:r>
              <w:rPr>
                <w:rFonts w:ascii="Malgun Gothic" w:hAnsi="Malgun Gothic" w:eastAsia="Malgun Gothic"/>
                <w:b w:val="0"/>
                <w:sz w:val="16"/>
              </w:rPr>
              <w:t>4표</w:t>
            </w:r>
          </w:p>
        </w:tc>
        <w:tc>
          <w:tcPr>
            <w:tcW w:type="dxa" w:w="1644"/>
            <w:vAlign w:val="center"/>
          </w:tcPr>
          <w:p>
            <w:r/>
            <w:r>
              <w:rPr>
                <w:rFonts w:ascii="Malgun Gothic" w:hAnsi="Malgun Gothic" w:eastAsia="Malgun Gothic"/>
                <w:b w:val="0"/>
                <w:sz w:val="16"/>
              </w:rPr>
              <w:t>3개</w:t>
            </w:r>
          </w:p>
        </w:tc>
        <w:tc>
          <w:tcPr>
            <w:tcW w:type="dxa" w:w="1644"/>
            <w:vAlign w:val="center"/>
          </w:tcPr>
          <w:p>
            <w:r/>
            <w:r>
              <w:rPr>
                <w:rFonts w:ascii="Malgun Gothic" w:hAnsi="Malgun Gothic" w:eastAsia="Malgun Gothic"/>
                <w:b w:val="0"/>
                <w:sz w:val="16"/>
              </w:rPr>
              <w:t>42파일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11</w:t>
            </w:r>
          </w:p>
        </w:tc>
        <w:tc>
          <w:tcPr>
            <w:tcW w:type="dxa" w:w="1644"/>
            <w:vAlign w:val="center"/>
          </w:tcPr>
          <w:p>
            <w:r/>
            <w:r>
              <w:rPr>
                <w:rFonts w:ascii="Malgun Gothic" w:hAnsi="Malgun Gothic" w:eastAsia="Malgun Gothic"/>
                <w:b w:val="0"/>
                <w:sz w:val="16"/>
              </w:rPr>
              <w:t>8문단</w:t>
            </w:r>
          </w:p>
        </w:tc>
        <w:tc>
          <w:tcPr>
            <w:tcW w:type="dxa" w:w="1644"/>
            <w:vAlign w:val="center"/>
          </w:tcPr>
          <w:p>
            <w:r/>
            <w:r>
              <w:rPr>
                <w:rFonts w:ascii="Malgun Gothic" w:hAnsi="Malgun Gothic" w:eastAsia="Malgun Gothic"/>
                <w:b w:val="0"/>
                <w:sz w:val="16"/>
              </w:rPr>
              <w:t>5표</w:t>
            </w:r>
          </w:p>
        </w:tc>
        <w:tc>
          <w:tcPr>
            <w:tcW w:type="dxa" w:w="1644"/>
            <w:vAlign w:val="center"/>
          </w:tcPr>
          <w:p>
            <w:r/>
            <w:r>
              <w:rPr>
                <w:rFonts w:ascii="Malgun Gothic" w:hAnsi="Malgun Gothic" w:eastAsia="Malgun Gothic"/>
                <w:b w:val="0"/>
                <w:sz w:val="16"/>
              </w:rPr>
              <w:t>4개</w:t>
            </w:r>
          </w:p>
        </w:tc>
        <w:tc>
          <w:tcPr>
            <w:tcW w:type="dxa" w:w="1644"/>
            <w:vAlign w:val="center"/>
          </w:tcPr>
          <w:p>
            <w:r/>
            <w:r>
              <w:rPr>
                <w:rFonts w:ascii="Malgun Gothic" w:hAnsi="Malgun Gothic" w:eastAsia="Malgun Gothic"/>
                <w:b w:val="0"/>
                <w:sz w:val="16"/>
              </w:rPr>
              <w:t>16파일</w:t>
            </w:r>
          </w:p>
        </w:tc>
        <w:tc>
          <w:tcPr>
            <w:tcW w:type="dxa" w:w="1644"/>
            <w:vAlign w:val="center"/>
          </w:tcPr>
          <w:p>
            <w:r/>
            <w:r>
              <w:rPr>
                <w:rFonts w:ascii="Malgun Gothic" w:hAnsi="Malgun Gothic" w:eastAsia="Malgun Gothic"/>
                <w:b w:val="0"/>
                <w:sz w:val="16"/>
              </w:rPr>
              <w:t>포함</w:t>
            </w:r>
          </w:p>
        </w:tc>
      </w:tr>
      <w:tr>
        <w:trPr>
          <w:cantSplit/>
        </w:trPr>
        <w:tc>
          <w:tcPr>
            <w:tcW w:type="dxa" w:w="1644"/>
            <w:vAlign w:val="center"/>
          </w:tcPr>
          <w:p>
            <w:r/>
            <w:r>
              <w:rPr>
                <w:rFonts w:ascii="Malgun Gothic" w:hAnsi="Malgun Gothic" w:eastAsia="Malgun Gothic"/>
                <w:b w:val="0"/>
                <w:sz w:val="16"/>
              </w:rPr>
              <w:t>12</w:t>
            </w:r>
          </w:p>
        </w:tc>
        <w:tc>
          <w:tcPr>
            <w:tcW w:type="dxa" w:w="1644"/>
            <w:vAlign w:val="center"/>
          </w:tcPr>
          <w:p>
            <w:r/>
            <w:r>
              <w:rPr>
                <w:rFonts w:ascii="Malgun Gothic" w:hAnsi="Malgun Gothic" w:eastAsia="Malgun Gothic"/>
                <w:b w:val="0"/>
                <w:sz w:val="16"/>
              </w:rPr>
              <w:t>7문단</w:t>
            </w:r>
          </w:p>
        </w:tc>
        <w:tc>
          <w:tcPr>
            <w:tcW w:type="dxa" w:w="1644"/>
            <w:vAlign w:val="center"/>
          </w:tcPr>
          <w:p>
            <w:r/>
            <w:r>
              <w:rPr>
                <w:rFonts w:ascii="Malgun Gothic" w:hAnsi="Malgun Gothic" w:eastAsia="Malgun Gothic"/>
                <w:b w:val="0"/>
                <w:sz w:val="16"/>
              </w:rPr>
              <w:t>9표</w:t>
            </w:r>
          </w:p>
        </w:tc>
        <w:tc>
          <w:tcPr>
            <w:tcW w:type="dxa" w:w="1644"/>
            <w:vAlign w:val="center"/>
          </w:tcPr>
          <w:p>
            <w:r/>
            <w:r>
              <w:rPr>
                <w:rFonts w:ascii="Malgun Gothic" w:hAnsi="Malgun Gothic" w:eastAsia="Malgun Gothic"/>
                <w:b w:val="0"/>
                <w:sz w:val="16"/>
              </w:rPr>
              <w:t>3개</w:t>
            </w:r>
          </w:p>
        </w:tc>
        <w:tc>
          <w:tcPr>
            <w:tcW w:type="dxa" w:w="1644"/>
            <w:vAlign w:val="center"/>
          </w:tcPr>
          <w:p>
            <w:r/>
            <w:r>
              <w:rPr>
                <w:rFonts w:ascii="Malgun Gothic" w:hAnsi="Malgun Gothic" w:eastAsia="Malgun Gothic"/>
                <w:b w:val="0"/>
                <w:sz w:val="16"/>
              </w:rPr>
              <w:t>0파일</w:t>
            </w:r>
          </w:p>
        </w:tc>
        <w:tc>
          <w:tcPr>
            <w:tcW w:type="dxa" w:w="1644"/>
            <w:vAlign w:val="center"/>
          </w:tcPr>
          <w:p>
            <w:r/>
            <w:r>
              <w:rPr>
                <w:rFonts w:ascii="Malgun Gothic" w:hAnsi="Malgun Gothic" w:eastAsia="Malgun Gothic"/>
                <w:b w:val="0"/>
                <w:sz w:val="16"/>
              </w:rPr>
              <w:t>포함</w:t>
            </w:r>
          </w:p>
        </w:tc>
      </w:tr>
    </w:tbl>
    <w:p/>
    <w:p>
      <w:pPr>
        <w:pStyle w:val="Heading1"/>
      </w:pPr>
      <w:r>
        <w:t>목차</w:t>
      </w:r>
    </w:p>
    <w:p>
      <w:r>
        <w:t>1. 연구 개요 및 분석 설계</w:t>
      </w:r>
    </w:p>
    <w:p>
      <w:r>
        <w:t>2. AS-IS 본문 분석 - stress_score 구성 타당도</w:t>
      </w:r>
    </w:p>
    <w:p>
      <w:r>
        <w:t>3. TO-BE n=1,000 재현성 분석</w:t>
      </w:r>
    </w:p>
    <w:p>
      <w:r>
        <w:t>4. 실제 데이터 값 및 무결성 점검</w:t>
      </w:r>
    </w:p>
    <w:p>
      <w:r>
        <w:t>5. AS-IS/TO-BE 비교 및 추가 분석</w:t>
      </w:r>
    </w:p>
    <w:p>
      <w:r>
        <w:t>6. 교수님 보고 및 발표 준비</w:t>
      </w:r>
    </w:p>
    <w:p>
      <w:r>
        <w:t>7. 실제 화자분리 상세보고서</w:t>
      </w:r>
    </w:p>
    <w:p>
      <w:r>
        <w:t>8. SPEAKER 후보 슬롯 및 응답쌍 상세보고서</w:t>
      </w:r>
    </w:p>
    <w:p>
      <w:r>
        <w:t>9. 화자별 발화 구조 및 연관성 상세보고서</w:t>
      </w:r>
    </w:p>
    <w:p>
      <w:r>
        <w:t>10. TIIS 제출용 표·그림 상세보고서</w:t>
      </w:r>
    </w:p>
    <w:p>
      <w:r>
        <w:t>11. Segment-level Feature/Stress Merge 상세보고서</w:t>
      </w:r>
    </w:p>
    <w:p>
      <w:r>
        <w:t>12. IEEE Access 신규 학회지 한글 원고 설계</w:t>
      </w:r>
    </w:p>
    <w:p>
      <w:r>
        <w:t>부록 A. 전체 분석 산출물 파일 목록</w:t>
      </w:r>
    </w:p>
    <w:p>
      <w:r>
        <w:t>부록 B. 원본 0413·0402·중간보고 상세 내용</w:t>
      </w:r>
    </w:p>
    <w:p>
      <w:r>
        <w:br w:type="page"/>
      </w:r>
    </w:p>
    <w:p>
      <w:pPr>
        <w:pStyle w:val="Heading1"/>
      </w:pPr>
      <w:r>
        <w:t>1. 연구 개요 및 분석 설계</w:t>
      </w:r>
    </w:p>
    <w:p>
      <w:pPr>
        <w:pStyle w:val="Heading2"/>
      </w:pPr>
      <w:r>
        <w:t>논문 작성용 상세 본문</w:t>
      </w:r>
    </w:p>
    <w:p>
      <w:r>
        <w:t>본 연구는 국내 콜센터 VOC 음성 데이터를 대상으로 음성 특징 기반 스트레스 지수를 설계하고, 통화 전체 단위의 구성 타당도를 검증한 뒤 화자분리 기반 확장 분석으로 연결하는 연구이다.</w:t>
      </w:r>
    </w:p>
    <w:p>
      <w:r>
        <w:t>논문 본문 기준은 datasets0413 최종 유효 분석 n=998이며, TO-BE n=1,000과 7~11번 화자분리 분석은 재현성·부록·후속 연구 축으로 관리한다.</w:t>
      </w:r>
    </w:p>
    <w:p>
      <w:r>
        <w:t>연구의 핵심 원칙은 ① 본문 결과 교체 금지, ② 역할 매핑 전 고객/상담사 확정 금지, ③ 시간 순서 연관성을 인과로 표현하지 않기, ④ 생성되지 않은 segment stress_score를 완료로 표시하지 않기이다.</w:t>
      </w:r>
    </w:p>
    <w:p>
      <w:r>
        <w:t>본 연구는 하나의 분석 결과를 과장하여 확장하는 방식이 아니라, 통화 전체 단위의 본문 분석과 화자분리 기반 확장 분석을 서로 다른 분석 층위로 분리하였다. 이 설계는 결과의 재현성과 해석의 안전성을 동시에 확보하기 위한 것이다.</w:t>
      </w:r>
    </w:p>
    <w:p>
      <w:r>
        <w:t>AS-IS n=998은 논문 본문의 통계적 기준이며, TO-BE n=1,000은 자동화 및 재현성 확인용이다. 화자분리 7~11번은 통화 내부의 상호작용 구조를 다루는 부록 및 후속 분석으로 배치한다.</w:t>
      </w:r>
    </w:p>
    <w:p>
      <w:r>
        <w:t>검증되지 않은 역할 매핑과 segment-level stress를 완료 결과처럼 사용하지 않는 것이 핵심 연구 윤리 원칙이다.</w:t>
      </w:r>
    </w:p>
    <w:p>
      <w:pPr>
        <w:pStyle w:val="Heading2"/>
      </w:pPr>
      <w:r>
        <w:t>분석 수치 및 결과표</w:t>
      </w:r>
    </w:p>
    <w:p>
      <w:r>
        <w:rPr>
          <w:b/>
        </w:rPr>
        <w:t>표 1-1. 연구 데이터와 분석 단위</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6"/>
              </w:rPr>
              <w:t>구분</w:t>
            </w:r>
          </w:p>
        </w:tc>
        <w:tc>
          <w:tcPr>
            <w:tcW w:type="dxa" w:w="2466"/>
          </w:tcPr>
          <w:p>
            <w:r/>
            <w:r>
              <w:rPr>
                <w:rFonts w:ascii="Malgun Gothic" w:hAnsi="Malgun Gothic" w:eastAsia="Malgun Gothic"/>
                <w:b/>
                <w:sz w:val="16"/>
              </w:rPr>
              <w:t>분석 단위</w:t>
            </w:r>
          </w:p>
        </w:tc>
        <w:tc>
          <w:tcPr>
            <w:tcW w:type="dxa" w:w="2466"/>
          </w:tcPr>
          <w:p>
            <w:r/>
            <w:r>
              <w:rPr>
                <w:rFonts w:ascii="Malgun Gothic" w:hAnsi="Malgun Gothic" w:eastAsia="Malgun Gothic"/>
                <w:b/>
                <w:sz w:val="16"/>
              </w:rPr>
              <w:t>건수</w:t>
            </w:r>
          </w:p>
        </w:tc>
        <w:tc>
          <w:tcPr>
            <w:tcW w:type="dxa" w:w="2466"/>
          </w:tcPr>
          <w:p>
            <w:r/>
            <w:r>
              <w:rPr>
                <w:rFonts w:ascii="Malgun Gothic" w:hAnsi="Malgun Gothic" w:eastAsia="Malgun Gothic"/>
                <w:b/>
                <w:sz w:val="16"/>
              </w:rPr>
              <w:t>논문 위치</w:t>
            </w:r>
          </w:p>
        </w:tc>
      </w:tr>
      <w:tr>
        <w:trPr>
          <w:cantSplit/>
        </w:trPr>
        <w:tc>
          <w:tcPr>
            <w:tcW w:type="dxa" w:w="2466"/>
            <w:vAlign w:val="center"/>
          </w:tcPr>
          <w:p>
            <w:r/>
            <w:r>
              <w:rPr>
                <w:rFonts w:ascii="Malgun Gothic" w:hAnsi="Malgun Gothic" w:eastAsia="Malgun Gothic"/>
                <w:b w:val="0"/>
                <w:sz w:val="16"/>
              </w:rPr>
              <w:t>AS-IS 최종</w:t>
            </w:r>
          </w:p>
        </w:tc>
        <w:tc>
          <w:tcPr>
            <w:tcW w:type="dxa" w:w="2466"/>
            <w:vAlign w:val="center"/>
          </w:tcPr>
          <w:p>
            <w:r/>
            <w:r>
              <w:rPr>
                <w:rFonts w:ascii="Malgun Gothic" w:hAnsi="Malgun Gothic" w:eastAsia="Malgun Gothic"/>
                <w:b w:val="0"/>
                <w:sz w:val="16"/>
              </w:rPr>
              <w:t>통화 전체 음성</w:t>
            </w:r>
          </w:p>
        </w:tc>
        <w:tc>
          <w:tcPr>
            <w:tcW w:type="dxa" w:w="2466"/>
            <w:vAlign w:val="center"/>
          </w:tcPr>
          <w:p>
            <w:r/>
            <w:r>
              <w:rPr>
                <w:rFonts w:ascii="Malgun Gothic" w:hAnsi="Malgun Gothic" w:eastAsia="Malgun Gothic"/>
                <w:b w:val="0"/>
                <w:sz w:val="16"/>
              </w:rPr>
              <w:t>998</w:t>
            </w:r>
          </w:p>
        </w:tc>
        <w:tc>
          <w:tcPr>
            <w:tcW w:type="dxa" w:w="2466"/>
            <w:vAlign w:val="center"/>
          </w:tcPr>
          <w:p>
            <w:r/>
            <w:r>
              <w:rPr>
                <w:rFonts w:ascii="Malgun Gothic" w:hAnsi="Malgun Gothic" w:eastAsia="Malgun Gothic"/>
                <w:b w:val="0"/>
                <w:sz w:val="16"/>
              </w:rPr>
              <w:t>본문 핵심</w:t>
            </w:r>
          </w:p>
        </w:tc>
      </w:tr>
      <w:tr>
        <w:trPr>
          <w:cantSplit/>
        </w:trPr>
        <w:tc>
          <w:tcPr>
            <w:tcW w:type="dxa" w:w="2466"/>
            <w:vAlign w:val="center"/>
          </w:tcPr>
          <w:p>
            <w:r/>
            <w:r>
              <w:rPr>
                <w:rFonts w:ascii="Malgun Gothic" w:hAnsi="Malgun Gothic" w:eastAsia="Malgun Gothic"/>
                <w:b w:val="0"/>
                <w:sz w:val="16"/>
              </w:rPr>
              <w:t>TO-BE</w:t>
            </w:r>
          </w:p>
        </w:tc>
        <w:tc>
          <w:tcPr>
            <w:tcW w:type="dxa" w:w="2466"/>
            <w:vAlign w:val="center"/>
          </w:tcPr>
          <w:p>
            <w:r/>
            <w:r>
              <w:rPr>
                <w:rFonts w:ascii="Malgun Gothic" w:hAnsi="Malgun Gothic" w:eastAsia="Malgun Gothic"/>
                <w:b w:val="0"/>
                <w:sz w:val="16"/>
              </w:rPr>
              <w:t>통화 전체 음성</w:t>
            </w:r>
          </w:p>
        </w:tc>
        <w:tc>
          <w:tcPr>
            <w:tcW w:type="dxa" w:w="2466"/>
            <w:vAlign w:val="center"/>
          </w:tcPr>
          <w:p>
            <w:r/>
            <w:r>
              <w:rPr>
                <w:rFonts w:ascii="Malgun Gothic" w:hAnsi="Malgun Gothic" w:eastAsia="Malgun Gothic"/>
                <w:b w:val="0"/>
                <w:sz w:val="16"/>
              </w:rPr>
              <w:t>1,000</w:t>
            </w:r>
          </w:p>
        </w:tc>
        <w:tc>
          <w:tcPr>
            <w:tcW w:type="dxa" w:w="2466"/>
            <w:vAlign w:val="center"/>
          </w:tcPr>
          <w:p>
            <w:r/>
            <w:r>
              <w:rPr>
                <w:rFonts w:ascii="Malgun Gothic" w:hAnsi="Malgun Gothic" w:eastAsia="Malgun Gothic"/>
                <w:b w:val="0"/>
                <w:sz w:val="16"/>
              </w:rPr>
              <w:t>재현성/부록</w:t>
            </w:r>
          </w:p>
        </w:tc>
      </w:tr>
      <w:tr>
        <w:trPr>
          <w:cantSplit/>
        </w:trPr>
        <w:tc>
          <w:tcPr>
            <w:tcW w:type="dxa" w:w="2466"/>
            <w:vAlign w:val="center"/>
          </w:tcPr>
          <w:p>
            <w:r/>
            <w:r>
              <w:rPr>
                <w:rFonts w:ascii="Malgun Gothic" w:hAnsi="Malgun Gothic" w:eastAsia="Malgun Gothic"/>
                <w:b w:val="0"/>
                <w:sz w:val="16"/>
              </w:rPr>
              <w:t>화자분리</w:t>
            </w:r>
          </w:p>
        </w:tc>
        <w:tc>
          <w:tcPr>
            <w:tcW w:type="dxa" w:w="2466"/>
            <w:vAlign w:val="center"/>
          </w:tcPr>
          <w:p>
            <w:r/>
            <w:r>
              <w:rPr>
                <w:rFonts w:ascii="Malgun Gothic" w:hAnsi="Malgun Gothic" w:eastAsia="Malgun Gothic"/>
                <w:b w:val="0"/>
                <w:sz w:val="16"/>
              </w:rPr>
              <w:t>SPEAKER 세그먼트</w:t>
            </w:r>
          </w:p>
        </w:tc>
        <w:tc>
          <w:tcPr>
            <w:tcW w:type="dxa" w:w="2466"/>
            <w:vAlign w:val="center"/>
          </w:tcPr>
          <w:p>
            <w:r/>
            <w:r>
              <w:rPr>
                <w:rFonts w:ascii="Malgun Gothic" w:hAnsi="Malgun Gothic" w:eastAsia="Malgun Gothic"/>
                <w:b w:val="0"/>
                <w:sz w:val="16"/>
              </w:rPr>
              <w:t>57,619</w:t>
            </w:r>
          </w:p>
        </w:tc>
        <w:tc>
          <w:tcPr>
            <w:tcW w:type="dxa" w:w="2466"/>
            <w:vAlign w:val="center"/>
          </w:tcPr>
          <w:p>
            <w:r/>
            <w:r>
              <w:rPr>
                <w:rFonts w:ascii="Malgun Gothic" w:hAnsi="Malgun Gothic" w:eastAsia="Malgun Gothic"/>
                <w:b w:val="0"/>
                <w:sz w:val="16"/>
              </w:rPr>
              <w:t>확장 분석</w:t>
            </w:r>
          </w:p>
        </w:tc>
      </w:tr>
      <w:tr>
        <w:trPr>
          <w:cantSplit/>
        </w:trPr>
        <w:tc>
          <w:tcPr>
            <w:tcW w:type="dxa" w:w="2466"/>
            <w:vAlign w:val="center"/>
          </w:tcPr>
          <w:p>
            <w:r/>
            <w:r>
              <w:rPr>
                <w:rFonts w:ascii="Malgun Gothic" w:hAnsi="Malgun Gothic" w:eastAsia="Malgun Gothic"/>
                <w:b w:val="0"/>
                <w:sz w:val="16"/>
              </w:rPr>
              <w:t>화자 슬롯</w:t>
            </w:r>
          </w:p>
        </w:tc>
        <w:tc>
          <w:tcPr>
            <w:tcW w:type="dxa" w:w="2466"/>
            <w:vAlign w:val="center"/>
          </w:tcPr>
          <w:p>
            <w:r/>
            <w:r>
              <w:rPr>
                <w:rFonts w:ascii="Malgun Gothic" w:hAnsi="Malgun Gothic" w:eastAsia="Malgun Gothic"/>
                <w:b w:val="0"/>
                <w:sz w:val="16"/>
              </w:rPr>
              <w:t>통화×화자 후보</w:t>
            </w:r>
          </w:p>
        </w:tc>
        <w:tc>
          <w:tcPr>
            <w:tcW w:type="dxa" w:w="2466"/>
            <w:vAlign w:val="center"/>
          </w:tcPr>
          <w:p>
            <w:r/>
            <w:r>
              <w:rPr>
                <w:rFonts w:ascii="Malgun Gothic" w:hAnsi="Malgun Gothic" w:eastAsia="Malgun Gothic"/>
                <w:b w:val="0"/>
                <w:sz w:val="16"/>
              </w:rPr>
              <w:t>2,000</w:t>
            </w:r>
          </w:p>
        </w:tc>
        <w:tc>
          <w:tcPr>
            <w:tcW w:type="dxa" w:w="2466"/>
            <w:vAlign w:val="center"/>
          </w:tcPr>
          <w:p>
            <w:r/>
            <w:r>
              <w:rPr>
                <w:rFonts w:ascii="Malgun Gothic" w:hAnsi="Malgun Gothic" w:eastAsia="Malgun Gothic"/>
                <w:b w:val="0"/>
                <w:sz w:val="16"/>
              </w:rPr>
              <w:t>확장 분석</w:t>
            </w:r>
          </w:p>
        </w:tc>
      </w:tr>
      <w:tr>
        <w:trPr>
          <w:cantSplit/>
        </w:trPr>
        <w:tc>
          <w:tcPr>
            <w:tcW w:type="dxa" w:w="2466"/>
            <w:vAlign w:val="center"/>
          </w:tcPr>
          <w:p>
            <w:r/>
            <w:r>
              <w:rPr>
                <w:rFonts w:ascii="Malgun Gothic" w:hAnsi="Malgun Gothic" w:eastAsia="Malgun Gothic"/>
                <w:b w:val="0"/>
                <w:sz w:val="16"/>
              </w:rPr>
              <w:t>응답쌍</w:t>
            </w:r>
          </w:p>
        </w:tc>
        <w:tc>
          <w:tcPr>
            <w:tcW w:type="dxa" w:w="2466"/>
            <w:vAlign w:val="center"/>
          </w:tcPr>
          <w:p>
            <w:r/>
            <w:r>
              <w:rPr>
                <w:rFonts w:ascii="Malgun Gothic" w:hAnsi="Malgun Gothic" w:eastAsia="Malgun Gothic"/>
                <w:b w:val="0"/>
                <w:sz w:val="16"/>
              </w:rPr>
              <w:t>S0→S1 시간 순서</w:t>
            </w:r>
          </w:p>
        </w:tc>
        <w:tc>
          <w:tcPr>
            <w:tcW w:type="dxa" w:w="2466"/>
            <w:vAlign w:val="center"/>
          </w:tcPr>
          <w:p>
            <w:r/>
            <w:r>
              <w:rPr>
                <w:rFonts w:ascii="Malgun Gothic" w:hAnsi="Malgun Gothic" w:eastAsia="Malgun Gothic"/>
                <w:b w:val="0"/>
                <w:sz w:val="16"/>
              </w:rPr>
              <w:t>28,149</w:t>
            </w:r>
          </w:p>
        </w:tc>
        <w:tc>
          <w:tcPr>
            <w:tcW w:type="dxa" w:w="2466"/>
            <w:vAlign w:val="center"/>
          </w:tcPr>
          <w:p>
            <w:r/>
            <w:r>
              <w:rPr>
                <w:rFonts w:ascii="Malgun Gothic" w:hAnsi="Malgun Gothic" w:eastAsia="Malgun Gothic"/>
                <w:b w:val="0"/>
                <w:sz w:val="16"/>
              </w:rPr>
              <w:t>탐색 분석</w:t>
            </w:r>
          </w:p>
        </w:tc>
      </w:tr>
    </w:tbl>
    <w:p/>
    <w:p>
      <w:r>
        <w:rPr>
          <w:b/>
        </w:rPr>
        <w:t>표 1-2. 연구 단계별 완료 상태</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단계</w:t>
            </w:r>
          </w:p>
        </w:tc>
        <w:tc>
          <w:tcPr>
            <w:tcW w:type="dxa" w:w="3289"/>
          </w:tcPr>
          <w:p>
            <w:r/>
            <w:r>
              <w:rPr>
                <w:rFonts w:ascii="Malgun Gothic" w:hAnsi="Malgun Gothic" w:eastAsia="Malgun Gothic"/>
                <w:b/>
                <w:sz w:val="16"/>
              </w:rPr>
              <w:t>상태</w:t>
            </w:r>
          </w:p>
        </w:tc>
        <w:tc>
          <w:tcPr>
            <w:tcW w:type="dxa" w:w="3289"/>
          </w:tcPr>
          <w:p>
            <w:r/>
            <w:r>
              <w:rPr>
                <w:rFonts w:ascii="Malgun Gothic" w:hAnsi="Malgun Gothic" w:eastAsia="Malgun Gothic"/>
                <w:b/>
                <w:sz w:val="16"/>
              </w:rPr>
              <w:t>판정</w:t>
            </w:r>
          </w:p>
        </w:tc>
      </w:tr>
      <w:tr>
        <w:trPr>
          <w:cantSplit/>
        </w:trPr>
        <w:tc>
          <w:tcPr>
            <w:tcW w:type="dxa" w:w="3289"/>
            <w:vAlign w:val="center"/>
          </w:tcPr>
          <w:p>
            <w:r/>
            <w:r>
              <w:rPr>
                <w:rFonts w:ascii="Malgun Gothic" w:hAnsi="Malgun Gothic" w:eastAsia="Malgun Gothic"/>
                <w:b w:val="0"/>
                <w:sz w:val="16"/>
              </w:rPr>
              <w:t>STT/특징/통화단위 stress</w:t>
            </w:r>
          </w:p>
        </w:tc>
        <w:tc>
          <w:tcPr>
            <w:tcW w:type="dxa" w:w="3289"/>
            <w:vAlign w:val="center"/>
          </w:tcPr>
          <w:p>
            <w:r/>
            <w:r>
              <w:rPr>
                <w:rFonts w:ascii="Malgun Gothic" w:hAnsi="Malgun Gothic" w:eastAsia="Malgun Gothic"/>
                <w:b w:val="0"/>
                <w:sz w:val="16"/>
              </w:rPr>
              <w:t>READY</w:t>
            </w:r>
          </w:p>
        </w:tc>
        <w:tc>
          <w:tcPr>
            <w:tcW w:type="dxa" w:w="3289"/>
            <w:vAlign w:val="center"/>
          </w:tcPr>
          <w:p>
            <w:r/>
            <w:r>
              <w:rPr>
                <w:rFonts w:ascii="Malgun Gothic" w:hAnsi="Malgun Gothic" w:eastAsia="Malgun Gothic"/>
                <w:b w:val="0"/>
                <w:sz w:val="16"/>
              </w:rPr>
              <w:t>본문/TO-BE 활용 가능</w:t>
            </w:r>
          </w:p>
        </w:tc>
      </w:tr>
      <w:tr>
        <w:trPr>
          <w:cantSplit/>
        </w:trPr>
        <w:tc>
          <w:tcPr>
            <w:tcW w:type="dxa" w:w="3289"/>
            <w:vAlign w:val="center"/>
          </w:tcPr>
          <w:p>
            <w:r/>
            <w:r>
              <w:rPr>
                <w:rFonts w:ascii="Malgun Gothic" w:hAnsi="Malgun Gothic" w:eastAsia="Malgun Gothic"/>
                <w:b w:val="0"/>
                <w:sz w:val="16"/>
              </w:rPr>
              <w:t>실제 화자분리</w:t>
            </w:r>
          </w:p>
        </w:tc>
        <w:tc>
          <w:tcPr>
            <w:tcW w:type="dxa" w:w="3289"/>
            <w:vAlign w:val="center"/>
          </w:tcPr>
          <w:p>
            <w:r/>
            <w:r>
              <w:rPr>
                <w:rFonts w:ascii="Malgun Gothic" w:hAnsi="Malgun Gothic" w:eastAsia="Malgun Gothic"/>
                <w:b w:val="0"/>
                <w:sz w:val="16"/>
              </w:rPr>
              <w:t>READY</w:t>
            </w:r>
          </w:p>
        </w:tc>
        <w:tc>
          <w:tcPr>
            <w:tcW w:type="dxa" w:w="3289"/>
            <w:vAlign w:val="center"/>
          </w:tcPr>
          <w:p>
            <w:r/>
            <w:r>
              <w:rPr>
                <w:rFonts w:ascii="Malgun Gothic" w:hAnsi="Malgun Gothic" w:eastAsia="Malgun Gothic"/>
                <w:b w:val="0"/>
                <w:sz w:val="16"/>
              </w:rPr>
              <w:t>57,619 세그먼트 생성</w:t>
            </w:r>
          </w:p>
        </w:tc>
      </w:tr>
      <w:tr>
        <w:trPr>
          <w:cantSplit/>
        </w:trPr>
        <w:tc>
          <w:tcPr>
            <w:tcW w:type="dxa" w:w="3289"/>
            <w:vAlign w:val="center"/>
          </w:tcPr>
          <w:p>
            <w:r/>
            <w:r>
              <w:rPr>
                <w:rFonts w:ascii="Malgun Gothic" w:hAnsi="Malgun Gothic" w:eastAsia="Malgun Gothic"/>
                <w:b w:val="0"/>
                <w:sz w:val="16"/>
              </w:rPr>
              <w:t>역할 매핑</w:t>
            </w:r>
          </w:p>
        </w:tc>
        <w:tc>
          <w:tcPr>
            <w:tcW w:type="dxa" w:w="3289"/>
            <w:vAlign w:val="center"/>
          </w:tcPr>
          <w:p>
            <w:r/>
            <w:r>
              <w:rPr>
                <w:rFonts w:ascii="Malgun Gothic" w:hAnsi="Malgun Gothic" w:eastAsia="Malgun Gothic"/>
                <w:b w:val="0"/>
                <w:sz w:val="16"/>
              </w:rPr>
              <w:t>미검증</w:t>
            </w:r>
          </w:p>
        </w:tc>
        <w:tc>
          <w:tcPr>
            <w:tcW w:type="dxa" w:w="3289"/>
            <w:vAlign w:val="center"/>
          </w:tcPr>
          <w:p>
            <w:r/>
            <w:r>
              <w:rPr>
                <w:rFonts w:ascii="Malgun Gothic" w:hAnsi="Malgun Gothic" w:eastAsia="Malgun Gothic"/>
                <w:b w:val="0"/>
                <w:sz w:val="16"/>
              </w:rPr>
              <w:t>SPEAKER 후보 명칭 유지</w:t>
            </w:r>
          </w:p>
        </w:tc>
      </w:tr>
      <w:tr>
        <w:trPr>
          <w:cantSplit/>
        </w:trPr>
        <w:tc>
          <w:tcPr>
            <w:tcW w:type="dxa" w:w="3289"/>
            <w:vAlign w:val="center"/>
          </w:tcPr>
          <w:p>
            <w:r/>
            <w:r>
              <w:rPr>
                <w:rFonts w:ascii="Malgun Gothic" w:hAnsi="Malgun Gothic" w:eastAsia="Malgun Gothic"/>
                <w:b w:val="0"/>
                <w:sz w:val="16"/>
              </w:rPr>
              <w:t>segment-level stress</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STT/WPM 병합 필요</w:t>
            </w:r>
          </w:p>
        </w:tc>
      </w:tr>
    </w:tbl>
    <w:p/>
    <w:p>
      <w:r>
        <w:rPr>
          <w:b/>
        </w:rPr>
        <w:t>표 1-Q.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통화 전체 음성 기반 비지도 stress_score의 구성 타당도는 확보되는가?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동일 분석 파이프라인은 n=1,000 운영 데이터에서 재현 가능한가?</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실제 화자분리 후 화자 후보별 상호작용 구조를 분석할 수 있는가?</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segment-level STT/WPM/stress 병합 이전과 이후의 주장 범위는 어떻게 구분해야 하는가?</w:t>
            </w:r>
          </w:p>
        </w:tc>
      </w:tr>
    </w:tbl>
    <w:p/>
    <w:p>
      <w:r>
        <w:rPr>
          <w:b/>
        </w:rPr>
        <w:t>표 1-M.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VOC 통화 전체 분석</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Whisper STT</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Acoustic feature extraction</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Construct validity</w:t>
            </w:r>
          </w:p>
        </w:tc>
      </w:tr>
      <w:tr>
        <w:trPr>
          <w:cantSplit/>
        </w:trPr>
        <w:tc>
          <w:tcPr>
            <w:tcW w:type="dxa" w:w="4933"/>
            <w:vAlign w:val="center"/>
          </w:tcPr>
          <w:p>
            <w:r/>
            <w:r>
              <w:rPr>
                <w:rFonts w:ascii="Malgun Gothic" w:hAnsi="Malgun Gothic" w:eastAsia="Malgun Gothic"/>
                <w:b w:val="0"/>
                <w:sz w:val="16"/>
              </w:rPr>
              <w:t>5</w:t>
            </w:r>
          </w:p>
        </w:tc>
        <w:tc>
          <w:tcPr>
            <w:tcW w:type="dxa" w:w="4933"/>
            <w:vAlign w:val="center"/>
          </w:tcPr>
          <w:p>
            <w:r/>
            <w:r>
              <w:rPr>
                <w:rFonts w:ascii="Malgun Gothic" w:hAnsi="Malgun Gothic" w:eastAsia="Malgun Gothic"/>
                <w:b w:val="0"/>
                <w:sz w:val="16"/>
              </w:rPr>
              <w:t>pyannote diarization</w:t>
            </w:r>
          </w:p>
        </w:tc>
      </w:tr>
      <w:tr>
        <w:trPr>
          <w:cantSplit/>
        </w:trPr>
        <w:tc>
          <w:tcPr>
            <w:tcW w:type="dxa" w:w="4933"/>
            <w:vAlign w:val="center"/>
          </w:tcPr>
          <w:p>
            <w:r/>
            <w:r>
              <w:rPr>
                <w:rFonts w:ascii="Malgun Gothic" w:hAnsi="Malgun Gothic" w:eastAsia="Malgun Gothic"/>
                <w:b w:val="0"/>
                <w:sz w:val="16"/>
              </w:rPr>
              <w:t>6</w:t>
            </w:r>
          </w:p>
        </w:tc>
        <w:tc>
          <w:tcPr>
            <w:tcW w:type="dxa" w:w="4933"/>
            <w:vAlign w:val="center"/>
          </w:tcPr>
          <w:p>
            <w:r/>
            <w:r>
              <w:rPr>
                <w:rFonts w:ascii="Malgun Gothic" w:hAnsi="Malgun Gothic" w:eastAsia="Malgun Gothic"/>
                <w:b w:val="0"/>
                <w:sz w:val="16"/>
              </w:rPr>
              <w:t>Sequential response-pair analysis</w:t>
            </w:r>
          </w:p>
        </w:tc>
      </w:tr>
    </w:tbl>
    <w:p/>
    <w:p>
      <w:pPr>
        <w:pStyle w:val="Heading2"/>
      </w:pPr>
      <w:r>
        <w:t>분석 그림 및 도식</w:t>
      </w:r>
    </w:p>
    <w:p>
      <w:pPr>
        <w:jc w:val="center"/>
      </w:pPr>
      <w:r>
        <w:rPr>
          <w:b/>
        </w:rPr>
        <w:t>그림 1-1. 전체 연구 단계와 분석 층위</w:t>
      </w:r>
    </w:p>
    <w:p>
      <w:pPr>
        <w:jc w:val="center"/>
      </w:pPr>
      <w:r>
        <w:drawing>
          <wp:inline xmlns:a="http://schemas.openxmlformats.org/drawingml/2006/main" xmlns:pic="http://schemas.openxmlformats.org/drawingml/2006/picture">
            <wp:extent cx="5806440" cy="3021063"/>
            <wp:docPr id="1" name="Picture 1"/>
            <wp:cNvGraphicFramePr>
              <a:graphicFrameLocks noChangeAspect="1"/>
            </wp:cNvGraphicFramePr>
            <a:graphic>
              <a:graphicData uri="http://schemas.openxmlformats.org/drawingml/2006/picture">
                <pic:pic>
                  <pic:nvPicPr>
                    <pic:cNvPr id="0" name="ch1_research_flow_v215.png"/>
                    <pic:cNvPicPr/>
                  </pic:nvPicPr>
                  <pic:blipFill>
                    <a:blip r:embed="rId9"/>
                    <a:stretch>
                      <a:fillRect/>
                    </a:stretch>
                  </pic:blipFill>
                  <pic:spPr>
                    <a:xfrm>
                      <a:off x="0" y="0"/>
                      <a:ext cx="5806440" cy="3021063"/>
                    </a:xfrm>
                    <a:prstGeom prst="rect"/>
                  </pic:spPr>
                </pic:pic>
              </a:graphicData>
            </a:graphic>
          </wp:inline>
        </w:drawing>
      </w:r>
    </w:p>
    <w:p>
      <w:pPr>
        <w:jc w:val="center"/>
      </w:pPr>
      <w:r>
        <w:rPr>
          <w:b/>
        </w:rPr>
        <w:t>그림 1-2. 분석 단위별 건수</w:t>
      </w:r>
    </w:p>
    <w:p>
      <w:pPr>
        <w:jc w:val="center"/>
      </w:pPr>
      <w:r>
        <w:drawing>
          <wp:inline xmlns:a="http://schemas.openxmlformats.org/drawingml/2006/main" xmlns:pic="http://schemas.openxmlformats.org/drawingml/2006/picture">
            <wp:extent cx="5806440" cy="2997216"/>
            <wp:docPr id="2" name="Picture 2"/>
            <wp:cNvGraphicFramePr>
              <a:graphicFrameLocks noChangeAspect="1"/>
            </wp:cNvGraphicFramePr>
            <a:graphic>
              <a:graphicData uri="http://schemas.openxmlformats.org/drawingml/2006/picture">
                <pic:pic>
                  <pic:nvPicPr>
                    <pic:cNvPr id="0" name="ch1_analysis_units_v215.png"/>
                    <pic:cNvPicPr/>
                  </pic:nvPicPr>
                  <pic:blipFill>
                    <a:blip r:embed="rId10"/>
                    <a:stretch>
                      <a:fillRect/>
                    </a:stretch>
                  </pic:blipFill>
                  <pic:spPr>
                    <a:xfrm>
                      <a:off x="0" y="0"/>
                      <a:ext cx="5806440" cy="2997216"/>
                    </a:xfrm>
                    <a:prstGeom prst="rect"/>
                  </pic:spPr>
                </pic:pic>
              </a:graphicData>
            </a:graphic>
          </wp:inline>
        </w:drawing>
      </w:r>
    </w:p>
    <w:p>
      <w:pPr>
        <w:jc w:val="center"/>
      </w:pPr>
      <w:r>
        <w:rPr>
          <w:b/>
        </w:rPr>
        <w:t>그림 1-3. 단계별 준비 상태</w:t>
      </w:r>
    </w:p>
    <w:p>
      <w:pPr>
        <w:jc w:val="center"/>
      </w:pPr>
      <w:r>
        <w:drawing>
          <wp:inline xmlns:a="http://schemas.openxmlformats.org/drawingml/2006/main" xmlns:pic="http://schemas.openxmlformats.org/drawingml/2006/picture">
            <wp:extent cx="5806440" cy="2997216"/>
            <wp:docPr id="3" name="Picture 3"/>
            <wp:cNvGraphicFramePr>
              <a:graphicFrameLocks noChangeAspect="1"/>
            </wp:cNvGraphicFramePr>
            <a:graphic>
              <a:graphicData uri="http://schemas.openxmlformats.org/drawingml/2006/picture">
                <pic:pic>
                  <pic:nvPicPr>
                    <pic:cNvPr id="0" name="ch1_readiness_v215.png"/>
                    <pic:cNvPicPr/>
                  </pic:nvPicPr>
                  <pic:blipFill>
                    <a:blip r:embed="rId11"/>
                    <a:stretch>
                      <a:fillRect/>
                    </a:stretch>
                  </pic:blipFill>
                  <pic:spPr>
                    <a:xfrm>
                      <a:off x="0" y="0"/>
                      <a:ext cx="5806440" cy="2997216"/>
                    </a:xfrm>
                    <a:prstGeom prst="rect"/>
                  </pic:spPr>
                </pic:pic>
              </a:graphicData>
            </a:graphic>
          </wp:inline>
        </w:drawing>
      </w:r>
    </w:p>
    <w:p>
      <w:pPr>
        <w:jc w:val="center"/>
      </w:pPr>
      <w:r>
        <w:rPr>
          <w:b/>
        </w:rPr>
        <w:t>기존 분석 산출 그림: reports/figures/deploy_visuals/to_be_actual_visual_summary.png</w:t>
      </w:r>
    </w:p>
    <w:p>
      <w:pPr>
        <w:jc w:val="center"/>
      </w:pPr>
      <w:r>
        <w:drawing>
          <wp:inline xmlns:a="http://schemas.openxmlformats.org/drawingml/2006/main" xmlns:pic="http://schemas.openxmlformats.org/drawingml/2006/picture">
            <wp:extent cx="5806440" cy="3698331"/>
            <wp:docPr id="4" name="Picture 4"/>
            <wp:cNvGraphicFramePr>
              <a:graphicFrameLocks noChangeAspect="1"/>
            </wp:cNvGraphicFramePr>
            <a:graphic>
              <a:graphicData uri="http://schemas.openxmlformats.org/drawingml/2006/picture">
                <pic:pic>
                  <pic:nvPicPr>
                    <pic:cNvPr id="0" name="ch1_01_to_be_actual_visual_summary.png"/>
                    <pic:cNvPicPr/>
                  </pic:nvPicPr>
                  <pic:blipFill>
                    <a:blip r:embed="rId12"/>
                    <a:stretch>
                      <a:fillRect/>
                    </a:stretch>
                  </pic:blipFill>
                  <pic:spPr>
                    <a:xfrm>
                      <a:off x="0" y="0"/>
                      <a:ext cx="5806440" cy="3698331"/>
                    </a:xfrm>
                    <a:prstGeom prst="rect"/>
                  </pic:spPr>
                </pic:pic>
              </a:graphicData>
            </a:graphic>
          </wp:inline>
        </w:drawing>
      </w:r>
    </w:p>
    <w:p>
      <w:pPr>
        <w:jc w:val="center"/>
      </w:pPr>
      <w:r>
        <w:rPr>
          <w:b/>
        </w:rPr>
        <w:t>기존 분석 산출 그림: reports/research_console/.v213_tmp/html_ref_VOC_0413_분석리포트_v5_with_images_001.png</w:t>
      </w:r>
    </w:p>
    <w:p>
      <w:pPr>
        <w:jc w:val="center"/>
      </w:pPr>
      <w:r>
        <w:drawing>
          <wp:inline xmlns:a="http://schemas.openxmlformats.org/drawingml/2006/main" xmlns:pic="http://schemas.openxmlformats.org/drawingml/2006/picture">
            <wp:extent cx="5806440" cy="4084817"/>
            <wp:docPr id="5" name="Picture 5"/>
            <wp:cNvGraphicFramePr>
              <a:graphicFrameLocks noChangeAspect="1"/>
            </wp:cNvGraphicFramePr>
            <a:graphic>
              <a:graphicData uri="http://schemas.openxmlformats.org/drawingml/2006/picture">
                <pic:pic>
                  <pic:nvPicPr>
                    <pic:cNvPr id="0" name="ch1_02_html_ref_VOC_0413___v5_with_images_001.png"/>
                    <pic:cNvPicPr/>
                  </pic:nvPicPr>
                  <pic:blipFill>
                    <a:blip r:embed="rId13"/>
                    <a:stretch>
                      <a:fillRect/>
                    </a:stretch>
                  </pic:blipFill>
                  <pic:spPr>
                    <a:xfrm>
                      <a:off x="0" y="0"/>
                      <a:ext cx="5806440" cy="4084817"/>
                    </a:xfrm>
                    <a:prstGeom prst="rect"/>
                  </pic:spPr>
                </pic:pic>
              </a:graphicData>
            </a:graphic>
          </wp:inline>
        </w:drawing>
      </w:r>
    </w:p>
    <w:p>
      <w:pPr>
        <w:jc w:val="center"/>
      </w:pPr>
      <w:r>
        <w:rPr>
          <w:b/>
        </w:rPr>
        <w:t>기존 분석 산출 그림: reports/research_console/.v213_tmp/html_ref_VOC_0413_분석리포트_v5_with_images_002.png</w:t>
      </w:r>
    </w:p>
    <w:p>
      <w:pPr>
        <w:jc w:val="center"/>
      </w:pPr>
      <w:r>
        <w:drawing>
          <wp:inline xmlns:a="http://schemas.openxmlformats.org/drawingml/2006/main" xmlns:pic="http://schemas.openxmlformats.org/drawingml/2006/picture">
            <wp:extent cx="5806440" cy="4075585"/>
            <wp:docPr id="6" name="Picture 6"/>
            <wp:cNvGraphicFramePr>
              <a:graphicFrameLocks noChangeAspect="1"/>
            </wp:cNvGraphicFramePr>
            <a:graphic>
              <a:graphicData uri="http://schemas.openxmlformats.org/drawingml/2006/picture">
                <pic:pic>
                  <pic:nvPicPr>
                    <pic:cNvPr id="0" name="ch1_03_html_ref_VOC_0413___v5_with_images_002.png"/>
                    <pic:cNvPicPr/>
                  </pic:nvPicPr>
                  <pic:blipFill>
                    <a:blip r:embed="rId14"/>
                    <a:stretch>
                      <a:fillRect/>
                    </a:stretch>
                  </pic:blipFill>
                  <pic:spPr>
                    <a:xfrm>
                      <a:off x="0" y="0"/>
                      <a:ext cx="5806440" cy="4075585"/>
                    </a:xfrm>
                    <a:prstGeom prst="rect"/>
                  </pic:spPr>
                </pic:pic>
              </a:graphicData>
            </a:graphic>
          </wp:inline>
        </w:drawing>
      </w:r>
    </w:p>
    <w:p>
      <w:pPr>
        <w:jc w:val="center"/>
      </w:pPr>
      <w:r>
        <w:rPr>
          <w:b/>
        </w:rPr>
        <w:t>기존 분석 산출 그림: reports/research_console/.v213_tmp/html_ref_VOC_0413_분석리포트_v5_with_images_003.png</w:t>
      </w:r>
    </w:p>
    <w:p>
      <w:pPr>
        <w:jc w:val="center"/>
      </w:pPr>
      <w:r>
        <w:drawing>
          <wp:inline xmlns:a="http://schemas.openxmlformats.org/drawingml/2006/main" xmlns:pic="http://schemas.openxmlformats.org/drawingml/2006/picture">
            <wp:extent cx="5806440" cy="4078828"/>
            <wp:docPr id="7" name="Picture 7"/>
            <wp:cNvGraphicFramePr>
              <a:graphicFrameLocks noChangeAspect="1"/>
            </wp:cNvGraphicFramePr>
            <a:graphic>
              <a:graphicData uri="http://schemas.openxmlformats.org/drawingml/2006/picture">
                <pic:pic>
                  <pic:nvPicPr>
                    <pic:cNvPr id="0" name="ch1_04_html_ref_VOC_0413___v5_with_images_003.png"/>
                    <pic:cNvPicPr/>
                  </pic:nvPicPr>
                  <pic:blipFill>
                    <a:blip r:embed="rId15"/>
                    <a:stretch>
                      <a:fillRect/>
                    </a:stretch>
                  </pic:blipFill>
                  <pic:spPr>
                    <a:xfrm>
                      <a:off x="0" y="0"/>
                      <a:ext cx="5806440" cy="4078828"/>
                    </a:xfrm>
                    <a:prstGeom prst="rect"/>
                  </pic:spPr>
                </pic:pic>
              </a:graphicData>
            </a:graphic>
          </wp:inline>
        </w:drawing>
      </w:r>
    </w:p>
    <w:p>
      <w:pPr>
        <w:jc w:val="center"/>
      </w:pPr>
      <w:r>
        <w:rPr>
          <w:b/>
        </w:rPr>
        <w:t>기존 분석 산출 그림: reports/research_console/.v213_tmp/html_ref_VOC_0413_분석리포트_v5_with_images_004.png</w:t>
      </w:r>
    </w:p>
    <w:p>
      <w:pPr>
        <w:jc w:val="center"/>
      </w:pPr>
      <w:r>
        <w:drawing>
          <wp:inline xmlns:a="http://schemas.openxmlformats.org/drawingml/2006/main" xmlns:pic="http://schemas.openxmlformats.org/drawingml/2006/picture">
            <wp:extent cx="5806440" cy="4075585"/>
            <wp:docPr id="8" name="Picture 8"/>
            <wp:cNvGraphicFramePr>
              <a:graphicFrameLocks noChangeAspect="1"/>
            </wp:cNvGraphicFramePr>
            <a:graphic>
              <a:graphicData uri="http://schemas.openxmlformats.org/drawingml/2006/picture">
                <pic:pic>
                  <pic:nvPicPr>
                    <pic:cNvPr id="0" name="ch1_05_html_ref_VOC_0413___v5_with_images_004.png"/>
                    <pic:cNvPicPr/>
                  </pic:nvPicPr>
                  <pic:blipFill>
                    <a:blip r:embed="rId16"/>
                    <a:stretch>
                      <a:fillRect/>
                    </a:stretch>
                  </pic:blipFill>
                  <pic:spPr>
                    <a:xfrm>
                      <a:off x="0" y="0"/>
                      <a:ext cx="5806440" cy="4075585"/>
                    </a:xfrm>
                    <a:prstGeom prst="rect"/>
                  </pic:spPr>
                </pic:pic>
              </a:graphicData>
            </a:graphic>
          </wp:inline>
        </w:drawing>
      </w:r>
    </w:p>
    <w:p>
      <w:pPr>
        <w:jc w:val="center"/>
      </w:pPr>
      <w:r>
        <w:rPr>
          <w:b/>
        </w:rPr>
        <w:t>기존 분석 산출 그림: reports/research_console/.v213_tmp/html_ref_VOC_0413_분석리포트_v5_with_images_005.png</w:t>
      </w:r>
    </w:p>
    <w:p>
      <w:pPr>
        <w:jc w:val="center"/>
      </w:pPr>
      <w:r>
        <w:drawing>
          <wp:inline xmlns:a="http://schemas.openxmlformats.org/drawingml/2006/main" xmlns:pic="http://schemas.openxmlformats.org/drawingml/2006/picture">
            <wp:extent cx="5806440" cy="4080201"/>
            <wp:docPr id="9" name="Picture 9"/>
            <wp:cNvGraphicFramePr>
              <a:graphicFrameLocks noChangeAspect="1"/>
            </wp:cNvGraphicFramePr>
            <a:graphic>
              <a:graphicData uri="http://schemas.openxmlformats.org/drawingml/2006/picture">
                <pic:pic>
                  <pic:nvPicPr>
                    <pic:cNvPr id="0" name="ch1_06_html_ref_VOC_0413___v5_with_images_005.png"/>
                    <pic:cNvPicPr/>
                  </pic:nvPicPr>
                  <pic:blipFill>
                    <a:blip r:embed="rId17"/>
                    <a:stretch>
                      <a:fillRect/>
                    </a:stretch>
                  </pic:blipFill>
                  <pic:spPr>
                    <a:xfrm>
                      <a:off x="0" y="0"/>
                      <a:ext cx="5806440" cy="4080201"/>
                    </a:xfrm>
                    <a:prstGeom prst="rect"/>
                  </pic:spPr>
                </pic:pic>
              </a:graphicData>
            </a:graphic>
          </wp:inline>
        </w:drawing>
      </w:r>
    </w:p>
    <w:p>
      <w:pPr>
        <w:jc w:val="center"/>
      </w:pPr>
      <w:r>
        <w:rPr>
          <w:b/>
        </w:rPr>
        <w:t>기존 분석 산출 그림: reports/research_console/.v213_tmp/html_ref_VOC_0413_분석리포트_v5_with_images_006.png</w:t>
      </w:r>
    </w:p>
    <w:p>
      <w:pPr>
        <w:jc w:val="center"/>
      </w:pPr>
      <w:r>
        <w:drawing>
          <wp:inline xmlns:a="http://schemas.openxmlformats.org/drawingml/2006/main" xmlns:pic="http://schemas.openxmlformats.org/drawingml/2006/picture">
            <wp:extent cx="5806440" cy="3307843"/>
            <wp:docPr id="10" name="Picture 10"/>
            <wp:cNvGraphicFramePr>
              <a:graphicFrameLocks noChangeAspect="1"/>
            </wp:cNvGraphicFramePr>
            <a:graphic>
              <a:graphicData uri="http://schemas.openxmlformats.org/drawingml/2006/picture">
                <pic:pic>
                  <pic:nvPicPr>
                    <pic:cNvPr id="0" name="ch1_07_html_ref_VOC_0413___v5_with_images_006.png"/>
                    <pic:cNvPicPr/>
                  </pic:nvPicPr>
                  <pic:blipFill>
                    <a:blip r:embed="rId18"/>
                    <a:stretch>
                      <a:fillRect/>
                    </a:stretch>
                  </pic:blipFill>
                  <pic:spPr>
                    <a:xfrm>
                      <a:off x="0" y="0"/>
                      <a:ext cx="5806440" cy="3307843"/>
                    </a:xfrm>
                    <a:prstGeom prst="rect"/>
                  </pic:spPr>
                </pic:pic>
              </a:graphicData>
            </a:graphic>
          </wp:inline>
        </w:drawing>
      </w:r>
    </w:p>
    <w:p>
      <w:pPr>
        <w:jc w:val="center"/>
      </w:pPr>
      <w:r>
        <w:rPr>
          <w:b/>
        </w:rPr>
        <w:t>기존 분석 산출 그림: reports/research_console/.v213_tmp/html_ref_VOC_0413_분석리포트_v5_with_images_007.png</w:t>
      </w:r>
    </w:p>
    <w:p>
      <w:pPr>
        <w:jc w:val="center"/>
      </w:pPr>
      <w:r>
        <w:drawing>
          <wp:inline xmlns:a="http://schemas.openxmlformats.org/drawingml/2006/main" xmlns:pic="http://schemas.openxmlformats.org/drawingml/2006/picture">
            <wp:extent cx="5806440" cy="2973236"/>
            <wp:docPr id="11" name="Picture 11"/>
            <wp:cNvGraphicFramePr>
              <a:graphicFrameLocks noChangeAspect="1"/>
            </wp:cNvGraphicFramePr>
            <a:graphic>
              <a:graphicData uri="http://schemas.openxmlformats.org/drawingml/2006/picture">
                <pic:pic>
                  <pic:nvPicPr>
                    <pic:cNvPr id="0" name="ch1_08_html_ref_VOC_0413___v5_with_images_007.png"/>
                    <pic:cNvPicPr/>
                  </pic:nvPicPr>
                  <pic:blipFill>
                    <a:blip r:embed="rId19"/>
                    <a:stretch>
                      <a:fillRect/>
                    </a:stretch>
                  </pic:blipFill>
                  <pic:spPr>
                    <a:xfrm>
                      <a:off x="0" y="0"/>
                      <a:ext cx="5806440" cy="2973236"/>
                    </a:xfrm>
                    <a:prstGeom prst="rect"/>
                  </pic:spPr>
                </pic:pic>
              </a:graphicData>
            </a:graphic>
          </wp:inline>
        </w:drawing>
      </w:r>
    </w:p>
    <w:p>
      <w:pPr>
        <w:pStyle w:val="Heading2"/>
      </w:pPr>
      <w:r>
        <w:t>원본 분석 산출물 연계</w:t>
      </w:r>
    </w:p>
    <w:p>
      <w:r>
        <w:t>해당 장과 직접 연결되는 추가 CSV/JSON/텍스트 산출물이 발견되지 않았다.</w:t>
      </w:r>
    </w:p>
    <w:p>
      <w:pPr>
        <w:pStyle w:val="Heading2"/>
      </w:pPr>
      <w:r>
        <w:t>결과 해석</w:t>
      </w:r>
    </w:p>
    <w:p>
      <w:r>
        <w:t>본문 타당도 검증과 화자분리 확장 분석을 분리함으로써, 현재 완료된 결과와 후속 분석을 명확히 구분한다.</w:t>
      </w:r>
    </w:p>
    <w:p>
      <w:pPr>
        <w:pStyle w:val="Heading2"/>
      </w:pPr>
      <w:r>
        <w:t>한계 및 논문 반영 기준</w:t>
      </w:r>
    </w:p>
    <w:p>
      <w:r>
        <w:t>7~11번 결과는 본문 n=998 결과를 대체하지 않는다.</w:t>
      </w:r>
    </w:p>
    <w:p>
      <w:r>
        <w:br w:type="page"/>
      </w:r>
    </w:p>
    <w:p>
      <w:pPr>
        <w:pStyle w:val="Heading1"/>
      </w:pPr>
      <w:r>
        <w:t>2. AS-IS 본문 분석 - stress_score 구성 타당도</w:t>
      </w:r>
    </w:p>
    <w:p>
      <w:pPr>
        <w:pStyle w:val="Heading2"/>
      </w:pPr>
      <w:r>
        <w:t>논문 작성용 상세 본문</w:t>
      </w:r>
    </w:p>
    <w:p>
      <w:r>
        <w:t>AS-IS 분석은 통화 전체 음성 단위에서 energy_mean, pitch_mean, wpm, duration_sec를 결합해 stress_score를 산출하고 구성 타당도를 검증한 최종 본문 분석이다.</w:t>
      </w:r>
    </w:p>
    <w:p>
      <w:r>
        <w:t>각 변수는 n=998 전역 평균과 표준편차로 z-score 표준화한 뒤, energy·pitch·wpm은 양(+) 방향, duration은 음(-) 방향으로 균등 결합하였다. 최종 stress_raw는 전역 min/max로 0~1 정규화하였다.</w:t>
      </w:r>
    </w:p>
    <w:p>
      <w:r>
        <w:t>수렴 타당도는 energy와 pitch의 stress_score 상관을 중심으로 검증했고, 판별 구조는 wpm과 duration이 수렴 변수보다 낮은 상관을 보이는지 확인했다. Bootstrap 2,000회, 단변량 회귀, ANOVA, 가중치 민감도 분석을 함께 사용했다.</w:t>
      </w:r>
    </w:p>
    <w:p>
      <w:r>
        <w:t>최종 datasets0413 분석은 원본 1,000건 중 유효 998건을 대상으로 수행되었다. energy_mean, pitch_mean, wpm, duration_sec는 서로 다른 단위를 가지므로 전역 평균과 표준편차로 표준화하였다.</w:t>
      </w:r>
    </w:p>
    <w:p>
      <w:r>
        <w:t>stress_raw는 energy, pitch, wpm의 양의 방향과 duration의 음의 방향을 균등하게 결합하였다. 이후 전체 표본의 최소·최대값을 이용해 0~1 범위로 정규화하였다.</w:t>
      </w:r>
    </w:p>
    <w:p>
      <w:r>
        <w:t>energy와 pitch는 수렴 타당도 기준을 충족했고, wpm과 duration은 상대적으로 낮은 상관을 보여 구성 구조가 유지됐다. ANOVA와 가중치 민감도 역시 지수의 안정성을 보완한다.</w:t>
      </w:r>
    </w:p>
    <w:p>
      <w:pPr>
        <w:pStyle w:val="Heading2"/>
      </w:pPr>
      <w:r>
        <w:t>분석 수치 및 결과표</w:t>
      </w:r>
    </w:p>
    <w:p>
      <w:r>
        <w:rPr>
          <w:b/>
        </w:rPr>
        <w:t>표 2-1. 주요 변수 기술통계 (n=998)</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5"/>
              </w:rPr>
              <w:t>변수</w:t>
            </w:r>
          </w:p>
        </w:tc>
        <w:tc>
          <w:tcPr>
            <w:tcW w:type="dxa" w:w="1644"/>
          </w:tcPr>
          <w:p>
            <w:r/>
            <w:r>
              <w:rPr>
                <w:rFonts w:ascii="Malgun Gothic" w:hAnsi="Malgun Gothic" w:eastAsia="Malgun Gothic"/>
                <w:b/>
                <w:sz w:val="15"/>
              </w:rPr>
              <w:t>평균</w:t>
            </w:r>
          </w:p>
        </w:tc>
        <w:tc>
          <w:tcPr>
            <w:tcW w:type="dxa" w:w="1644"/>
          </w:tcPr>
          <w:p>
            <w:r/>
            <w:r>
              <w:rPr>
                <w:rFonts w:ascii="Malgun Gothic" w:hAnsi="Malgun Gothic" w:eastAsia="Malgun Gothic"/>
                <w:b/>
                <w:sz w:val="15"/>
              </w:rPr>
              <w:t>표준편차</w:t>
            </w:r>
          </w:p>
        </w:tc>
        <w:tc>
          <w:tcPr>
            <w:tcW w:type="dxa" w:w="1644"/>
          </w:tcPr>
          <w:p>
            <w:r/>
            <w:r>
              <w:rPr>
                <w:rFonts w:ascii="Malgun Gothic" w:hAnsi="Malgun Gothic" w:eastAsia="Malgun Gothic"/>
                <w:b/>
                <w:sz w:val="15"/>
              </w:rPr>
              <w:t>최소</w:t>
            </w:r>
          </w:p>
        </w:tc>
        <w:tc>
          <w:tcPr>
            <w:tcW w:type="dxa" w:w="1644"/>
          </w:tcPr>
          <w:p>
            <w:r/>
            <w:r>
              <w:rPr>
                <w:rFonts w:ascii="Malgun Gothic" w:hAnsi="Malgun Gothic" w:eastAsia="Malgun Gothic"/>
                <w:b/>
                <w:sz w:val="15"/>
              </w:rPr>
              <w:t>중앙값</w:t>
            </w:r>
          </w:p>
        </w:tc>
        <w:tc>
          <w:tcPr>
            <w:tcW w:type="dxa" w:w="1644"/>
          </w:tcPr>
          <w:p>
            <w:r/>
            <w:r>
              <w:rPr>
                <w:rFonts w:ascii="Malgun Gothic" w:hAnsi="Malgun Gothic" w:eastAsia="Malgun Gothic"/>
                <w:b/>
                <w:sz w:val="15"/>
              </w:rPr>
              <w:t>최대</w:t>
            </w:r>
          </w:p>
        </w:tc>
      </w:tr>
      <w:tr>
        <w:trPr>
          <w:cantSplit/>
        </w:trPr>
        <w:tc>
          <w:tcPr>
            <w:tcW w:type="dxa" w:w="1644"/>
            <w:vAlign w:val="center"/>
          </w:tcPr>
          <w:p>
            <w:r/>
            <w:r>
              <w:rPr>
                <w:rFonts w:ascii="Malgun Gothic" w:hAnsi="Malgun Gothic" w:eastAsia="Malgun Gothic"/>
                <w:b w:val="0"/>
                <w:sz w:val="15"/>
              </w:rPr>
              <w:t>stress_score</w:t>
            </w:r>
          </w:p>
        </w:tc>
        <w:tc>
          <w:tcPr>
            <w:tcW w:type="dxa" w:w="1644"/>
            <w:vAlign w:val="center"/>
          </w:tcPr>
          <w:p>
            <w:r/>
            <w:r>
              <w:rPr>
                <w:rFonts w:ascii="Malgun Gothic" w:hAnsi="Malgun Gothic" w:eastAsia="Malgun Gothic"/>
                <w:b w:val="0"/>
                <w:sz w:val="15"/>
              </w:rPr>
              <w:t>0.6221</w:t>
            </w:r>
          </w:p>
        </w:tc>
        <w:tc>
          <w:tcPr>
            <w:tcW w:type="dxa" w:w="1644"/>
            <w:vAlign w:val="center"/>
          </w:tcPr>
          <w:p>
            <w:r/>
            <w:r>
              <w:rPr>
                <w:rFonts w:ascii="Malgun Gothic" w:hAnsi="Malgun Gothic" w:eastAsia="Malgun Gothic"/>
                <w:b w:val="0"/>
                <w:sz w:val="15"/>
              </w:rPr>
              <w:t>0.0681</w:t>
            </w:r>
          </w:p>
        </w:tc>
        <w:tc>
          <w:tcPr>
            <w:tcW w:type="dxa" w:w="1644"/>
            <w:vAlign w:val="center"/>
          </w:tcPr>
          <w:p>
            <w:r/>
            <w:r>
              <w:rPr>
                <w:rFonts w:ascii="Malgun Gothic" w:hAnsi="Malgun Gothic" w:eastAsia="Malgun Gothic"/>
                <w:b w:val="0"/>
                <w:sz w:val="15"/>
              </w:rPr>
              <w:t>0.320</w:t>
            </w:r>
          </w:p>
        </w:tc>
        <w:tc>
          <w:tcPr>
            <w:tcW w:type="dxa" w:w="1644"/>
            <w:vAlign w:val="center"/>
          </w:tcPr>
          <w:p>
            <w:r/>
            <w:r>
              <w:rPr>
                <w:rFonts w:ascii="Malgun Gothic" w:hAnsi="Malgun Gothic" w:eastAsia="Malgun Gothic"/>
                <w:b w:val="0"/>
                <w:sz w:val="15"/>
              </w:rPr>
              <w:t>0.6247</w:t>
            </w:r>
          </w:p>
        </w:tc>
        <w:tc>
          <w:tcPr>
            <w:tcW w:type="dxa" w:w="1644"/>
            <w:vAlign w:val="center"/>
          </w:tcPr>
          <w:p>
            <w:r/>
            <w:r>
              <w:rPr>
                <w:rFonts w:ascii="Malgun Gothic" w:hAnsi="Malgun Gothic" w:eastAsia="Malgun Gothic"/>
                <w:b w:val="0"/>
                <w:sz w:val="15"/>
              </w:rPr>
              <w:t>0.864</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0.0680</w:t>
            </w:r>
          </w:p>
        </w:tc>
        <w:tc>
          <w:tcPr>
            <w:tcW w:type="dxa" w:w="1644"/>
            <w:vAlign w:val="center"/>
          </w:tcPr>
          <w:p>
            <w:r/>
            <w:r>
              <w:rPr>
                <w:rFonts w:ascii="Malgun Gothic" w:hAnsi="Malgun Gothic" w:eastAsia="Malgun Gothic"/>
                <w:b w:val="0"/>
                <w:sz w:val="15"/>
              </w:rPr>
              <w:t>0.0292</w:t>
            </w:r>
          </w:p>
        </w:tc>
        <w:tc>
          <w:tcPr>
            <w:tcW w:type="dxa" w:w="1644"/>
            <w:vAlign w:val="center"/>
          </w:tcPr>
          <w:p>
            <w:r/>
            <w:r>
              <w:rPr>
                <w:rFonts w:ascii="Malgun Gothic" w:hAnsi="Malgun Gothic" w:eastAsia="Malgun Gothic"/>
                <w:b w:val="0"/>
                <w:sz w:val="15"/>
              </w:rPr>
              <w:t>0.0127</w:t>
            </w:r>
          </w:p>
        </w:tc>
        <w:tc>
          <w:tcPr>
            <w:tcW w:type="dxa" w:w="1644"/>
            <w:vAlign w:val="center"/>
          </w:tcPr>
          <w:p>
            <w:r/>
            <w:r>
              <w:rPr>
                <w:rFonts w:ascii="Malgun Gothic" w:hAnsi="Malgun Gothic" w:eastAsia="Malgun Gothic"/>
                <w:b w:val="0"/>
                <w:sz w:val="15"/>
              </w:rPr>
              <w:t>0.0637</w:t>
            </w:r>
          </w:p>
        </w:tc>
        <w:tc>
          <w:tcPr>
            <w:tcW w:type="dxa" w:w="1644"/>
            <w:vAlign w:val="center"/>
          </w:tcPr>
          <w:p>
            <w:r/>
            <w:r>
              <w:rPr>
                <w:rFonts w:ascii="Malgun Gothic" w:hAnsi="Malgun Gothic" w:eastAsia="Malgun Gothic"/>
                <w:b w:val="0"/>
                <w:sz w:val="15"/>
              </w:rPr>
              <w:t>0.208</w:t>
            </w:r>
          </w:p>
        </w:tc>
      </w:tr>
      <w:tr>
        <w:trPr>
          <w:cantSplit/>
        </w:trPr>
        <w:tc>
          <w:tcPr>
            <w:tcW w:type="dxa" w:w="1644"/>
            <w:vAlign w:val="center"/>
          </w:tcPr>
          <w:p>
            <w:r/>
            <w:r>
              <w:rPr>
                <w:rFonts w:ascii="Malgun Gothic" w:hAnsi="Malgun Gothic" w:eastAsia="Malgun Gothic"/>
                <w:b w:val="0"/>
                <w:sz w:val="15"/>
              </w:rPr>
              <w:t>pitch_mean (Hz)</w:t>
            </w:r>
          </w:p>
        </w:tc>
        <w:tc>
          <w:tcPr>
            <w:tcW w:type="dxa" w:w="1644"/>
            <w:vAlign w:val="center"/>
          </w:tcPr>
          <w:p>
            <w:r/>
            <w:r>
              <w:rPr>
                <w:rFonts w:ascii="Malgun Gothic" w:hAnsi="Malgun Gothic" w:eastAsia="Malgun Gothic"/>
                <w:b w:val="0"/>
                <w:sz w:val="15"/>
              </w:rPr>
              <w:t>229.84</w:t>
            </w:r>
          </w:p>
        </w:tc>
        <w:tc>
          <w:tcPr>
            <w:tcW w:type="dxa" w:w="1644"/>
            <w:vAlign w:val="center"/>
          </w:tcPr>
          <w:p>
            <w:r/>
            <w:r>
              <w:rPr>
                <w:rFonts w:ascii="Malgun Gothic" w:hAnsi="Malgun Gothic" w:eastAsia="Malgun Gothic"/>
                <w:b w:val="0"/>
                <w:sz w:val="15"/>
              </w:rPr>
              <w:t>27.87</w:t>
            </w:r>
          </w:p>
        </w:tc>
        <w:tc>
          <w:tcPr>
            <w:tcW w:type="dxa" w:w="1644"/>
            <w:vAlign w:val="center"/>
          </w:tcPr>
          <w:p>
            <w:r/>
            <w:r>
              <w:rPr>
                <w:rFonts w:ascii="Malgun Gothic" w:hAnsi="Malgun Gothic" w:eastAsia="Malgun Gothic"/>
                <w:b w:val="0"/>
                <w:sz w:val="15"/>
              </w:rPr>
              <w:t>127.28</w:t>
            </w:r>
          </w:p>
        </w:tc>
        <w:tc>
          <w:tcPr>
            <w:tcW w:type="dxa" w:w="1644"/>
            <w:vAlign w:val="center"/>
          </w:tcPr>
          <w:p>
            <w:r/>
            <w:r>
              <w:rPr>
                <w:rFonts w:ascii="Malgun Gothic" w:hAnsi="Malgun Gothic" w:eastAsia="Malgun Gothic"/>
                <w:b w:val="0"/>
                <w:sz w:val="15"/>
              </w:rPr>
              <w:t>231.10</w:t>
            </w:r>
          </w:p>
        </w:tc>
        <w:tc>
          <w:tcPr>
            <w:tcW w:type="dxa" w:w="1644"/>
            <w:vAlign w:val="center"/>
          </w:tcPr>
          <w:p>
            <w:r/>
            <w:r>
              <w:rPr>
                <w:rFonts w:ascii="Malgun Gothic" w:hAnsi="Malgun Gothic" w:eastAsia="Malgun Gothic"/>
                <w:b w:val="0"/>
                <w:sz w:val="15"/>
              </w:rPr>
              <w:t>321.49</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82.77</w:t>
            </w:r>
          </w:p>
        </w:tc>
        <w:tc>
          <w:tcPr>
            <w:tcW w:type="dxa" w:w="1644"/>
            <w:vAlign w:val="center"/>
          </w:tcPr>
          <w:p>
            <w:r/>
            <w:r>
              <w:rPr>
                <w:rFonts w:ascii="Malgun Gothic" w:hAnsi="Malgun Gothic" w:eastAsia="Malgun Gothic"/>
                <w:b w:val="0"/>
                <w:sz w:val="15"/>
              </w:rPr>
              <w:t>19.43</w:t>
            </w:r>
          </w:p>
        </w:tc>
        <w:tc>
          <w:tcPr>
            <w:tcW w:type="dxa" w:w="1644"/>
            <w:vAlign w:val="center"/>
          </w:tcPr>
          <w:p>
            <w:r/>
            <w:r>
              <w:rPr>
                <w:rFonts w:ascii="Malgun Gothic" w:hAnsi="Malgun Gothic" w:eastAsia="Malgun Gothic"/>
                <w:b w:val="0"/>
                <w:sz w:val="15"/>
              </w:rPr>
              <w:t>0.00</w:t>
            </w:r>
          </w:p>
        </w:tc>
        <w:tc>
          <w:tcPr>
            <w:tcW w:type="dxa" w:w="1644"/>
            <w:vAlign w:val="center"/>
          </w:tcPr>
          <w:p>
            <w:r/>
            <w:r>
              <w:rPr>
                <w:rFonts w:ascii="Malgun Gothic" w:hAnsi="Malgun Gothic" w:eastAsia="Malgun Gothic"/>
                <w:b w:val="0"/>
                <w:sz w:val="15"/>
              </w:rPr>
              <w:t>84.88</w:t>
            </w:r>
          </w:p>
        </w:tc>
        <w:tc>
          <w:tcPr>
            <w:tcW w:type="dxa" w:w="1644"/>
            <w:vAlign w:val="center"/>
          </w:tcPr>
          <w:p>
            <w:r/>
            <w:r>
              <w:rPr>
                <w:rFonts w:ascii="Malgun Gothic" w:hAnsi="Malgun Gothic" w:eastAsia="Malgun Gothic"/>
                <w:b w:val="0"/>
                <w:sz w:val="15"/>
              </w:rPr>
              <w:t>134.25</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146.72</w:t>
            </w:r>
          </w:p>
        </w:tc>
        <w:tc>
          <w:tcPr>
            <w:tcW w:type="dxa" w:w="1644"/>
            <w:vAlign w:val="center"/>
          </w:tcPr>
          <w:p>
            <w:r/>
            <w:r>
              <w:rPr>
                <w:rFonts w:ascii="Malgun Gothic" w:hAnsi="Malgun Gothic" w:eastAsia="Malgun Gothic"/>
                <w:b w:val="0"/>
                <w:sz w:val="15"/>
              </w:rPr>
              <w:t>170.32</w:t>
            </w:r>
          </w:p>
        </w:tc>
        <w:tc>
          <w:tcPr>
            <w:tcW w:type="dxa" w:w="1644"/>
            <w:vAlign w:val="center"/>
          </w:tcPr>
          <w:p>
            <w:r/>
            <w:r>
              <w:rPr>
                <w:rFonts w:ascii="Malgun Gothic" w:hAnsi="Malgun Gothic" w:eastAsia="Malgun Gothic"/>
                <w:b w:val="0"/>
                <w:sz w:val="15"/>
              </w:rPr>
              <w:t>2.04</w:t>
            </w:r>
          </w:p>
        </w:tc>
        <w:tc>
          <w:tcPr>
            <w:tcW w:type="dxa" w:w="1644"/>
            <w:vAlign w:val="center"/>
          </w:tcPr>
          <w:p>
            <w:r/>
            <w:r>
              <w:rPr>
                <w:rFonts w:ascii="Malgun Gothic" w:hAnsi="Malgun Gothic" w:eastAsia="Malgun Gothic"/>
                <w:b w:val="0"/>
                <w:sz w:val="15"/>
              </w:rPr>
              <w:t>95.25</w:t>
            </w:r>
          </w:p>
        </w:tc>
        <w:tc>
          <w:tcPr>
            <w:tcW w:type="dxa" w:w="1644"/>
            <w:vAlign w:val="center"/>
          </w:tcPr>
          <w:p>
            <w:r/>
            <w:r>
              <w:rPr>
                <w:rFonts w:ascii="Malgun Gothic" w:hAnsi="Malgun Gothic" w:eastAsia="Malgun Gothic"/>
                <w:b w:val="0"/>
                <w:sz w:val="15"/>
              </w:rPr>
              <w:t>1,719.3</w:t>
            </w:r>
          </w:p>
        </w:tc>
      </w:tr>
    </w:tbl>
    <w:p/>
    <w:p>
      <w:r>
        <w:rPr>
          <w:b/>
        </w:rPr>
        <w:t>표 2-2. stress_score와 음성 특징 상관</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6"/>
              </w:rPr>
              <w:t>변수</w:t>
            </w:r>
          </w:p>
        </w:tc>
        <w:tc>
          <w:tcPr>
            <w:tcW w:type="dxa" w:w="2466"/>
          </w:tcPr>
          <w:p>
            <w:r/>
            <w:r>
              <w:rPr>
                <w:rFonts w:ascii="Malgun Gothic" w:hAnsi="Malgun Gothic" w:eastAsia="Malgun Gothic"/>
                <w:b/>
                <w:sz w:val="16"/>
              </w:rPr>
              <w:t>r</w:t>
            </w:r>
          </w:p>
        </w:tc>
        <w:tc>
          <w:tcPr>
            <w:tcW w:type="dxa" w:w="2466"/>
          </w:tcPr>
          <w:p>
            <w:r/>
            <w:r>
              <w:rPr>
                <w:rFonts w:ascii="Malgun Gothic" w:hAnsi="Malgun Gothic" w:eastAsia="Malgun Gothic"/>
                <w:b/>
                <w:sz w:val="16"/>
              </w:rPr>
              <w:t>p</w:t>
            </w:r>
          </w:p>
        </w:tc>
        <w:tc>
          <w:tcPr>
            <w:tcW w:type="dxa" w:w="2466"/>
          </w:tcPr>
          <w:p>
            <w:r/>
            <w:r>
              <w:rPr>
                <w:rFonts w:ascii="Malgun Gothic" w:hAnsi="Malgun Gothic" w:eastAsia="Malgun Gothic"/>
                <w:b/>
                <w:sz w:val="16"/>
              </w:rPr>
              <w:t>판정</w:t>
            </w:r>
          </w:p>
        </w:tc>
      </w:tr>
      <w:tr>
        <w:trPr>
          <w:cantSplit/>
        </w:trPr>
        <w:tc>
          <w:tcPr>
            <w:tcW w:type="dxa" w:w="2466"/>
            <w:vAlign w:val="center"/>
          </w:tcPr>
          <w:p>
            <w:r/>
            <w:r>
              <w:rPr>
                <w:rFonts w:ascii="Malgun Gothic" w:hAnsi="Malgun Gothic" w:eastAsia="Malgun Gothic"/>
                <w:b w:val="0"/>
                <w:sz w:val="16"/>
              </w:rPr>
              <w:t>energy_mean</w:t>
            </w:r>
          </w:p>
        </w:tc>
        <w:tc>
          <w:tcPr>
            <w:tcW w:type="dxa" w:w="2466"/>
            <w:vAlign w:val="center"/>
          </w:tcPr>
          <w:p>
            <w:r/>
            <w:r>
              <w:rPr>
                <w:rFonts w:ascii="Malgun Gothic" w:hAnsi="Malgun Gothic" w:eastAsia="Malgun Gothic"/>
                <w:b w:val="0"/>
                <w:sz w:val="16"/>
              </w:rPr>
              <w:t>0.6298</w:t>
            </w:r>
          </w:p>
        </w:tc>
        <w:tc>
          <w:tcPr>
            <w:tcW w:type="dxa" w:w="2466"/>
            <w:vAlign w:val="center"/>
          </w:tcPr>
          <w:p>
            <w:r/>
            <w:r>
              <w:rPr>
                <w:rFonts w:ascii="Malgun Gothic" w:hAnsi="Malgun Gothic" w:eastAsia="Malgun Gothic"/>
                <w:b w:val="0"/>
                <w:sz w:val="16"/>
              </w:rPr>
              <w:t>&lt;.001</w:t>
            </w:r>
          </w:p>
        </w:tc>
        <w:tc>
          <w:tcPr>
            <w:tcW w:type="dxa" w:w="2466"/>
            <w:vAlign w:val="center"/>
          </w:tcPr>
          <w:p>
            <w:r/>
            <w:r>
              <w:rPr>
                <w:rFonts w:ascii="Malgun Gothic" w:hAnsi="Malgun Gothic" w:eastAsia="Malgun Gothic"/>
                <w:b w:val="0"/>
                <w:sz w:val="16"/>
              </w:rPr>
              <w:t>수렴 타당도 충족</w:t>
            </w:r>
          </w:p>
        </w:tc>
      </w:tr>
      <w:tr>
        <w:trPr>
          <w:cantSplit/>
        </w:trPr>
        <w:tc>
          <w:tcPr>
            <w:tcW w:type="dxa" w:w="2466"/>
            <w:vAlign w:val="center"/>
          </w:tcPr>
          <w:p>
            <w:r/>
            <w:r>
              <w:rPr>
                <w:rFonts w:ascii="Malgun Gothic" w:hAnsi="Malgun Gothic" w:eastAsia="Malgun Gothic"/>
                <w:b w:val="0"/>
                <w:sz w:val="16"/>
              </w:rPr>
              <w:t>pitch_mean</w:t>
            </w:r>
          </w:p>
        </w:tc>
        <w:tc>
          <w:tcPr>
            <w:tcW w:type="dxa" w:w="2466"/>
            <w:vAlign w:val="center"/>
          </w:tcPr>
          <w:p>
            <w:r/>
            <w:r>
              <w:rPr>
                <w:rFonts w:ascii="Malgun Gothic" w:hAnsi="Malgun Gothic" w:eastAsia="Malgun Gothic"/>
                <w:b w:val="0"/>
                <w:sz w:val="16"/>
              </w:rPr>
              <w:t>0.5669</w:t>
            </w:r>
          </w:p>
        </w:tc>
        <w:tc>
          <w:tcPr>
            <w:tcW w:type="dxa" w:w="2466"/>
            <w:vAlign w:val="center"/>
          </w:tcPr>
          <w:p>
            <w:r/>
            <w:r>
              <w:rPr>
                <w:rFonts w:ascii="Malgun Gothic" w:hAnsi="Malgun Gothic" w:eastAsia="Malgun Gothic"/>
                <w:b w:val="0"/>
                <w:sz w:val="16"/>
              </w:rPr>
              <w:t>&lt;.001</w:t>
            </w:r>
          </w:p>
        </w:tc>
        <w:tc>
          <w:tcPr>
            <w:tcW w:type="dxa" w:w="2466"/>
            <w:vAlign w:val="center"/>
          </w:tcPr>
          <w:p>
            <w:r/>
            <w:r>
              <w:rPr>
                <w:rFonts w:ascii="Malgun Gothic" w:hAnsi="Malgun Gothic" w:eastAsia="Malgun Gothic"/>
                <w:b w:val="0"/>
                <w:sz w:val="16"/>
              </w:rPr>
              <w:t>수렴 타당도 충족</w:t>
            </w:r>
          </w:p>
        </w:tc>
      </w:tr>
      <w:tr>
        <w:trPr>
          <w:cantSplit/>
        </w:trPr>
        <w:tc>
          <w:tcPr>
            <w:tcW w:type="dxa" w:w="2466"/>
            <w:vAlign w:val="center"/>
          </w:tcPr>
          <w:p>
            <w:r/>
            <w:r>
              <w:rPr>
                <w:rFonts w:ascii="Malgun Gothic" w:hAnsi="Malgun Gothic" w:eastAsia="Malgun Gothic"/>
                <w:b w:val="0"/>
                <w:sz w:val="16"/>
              </w:rPr>
              <w:t>wpm</w:t>
            </w:r>
          </w:p>
        </w:tc>
        <w:tc>
          <w:tcPr>
            <w:tcW w:type="dxa" w:w="2466"/>
            <w:vAlign w:val="center"/>
          </w:tcPr>
          <w:p>
            <w:r/>
            <w:r>
              <w:rPr>
                <w:rFonts w:ascii="Malgun Gothic" w:hAnsi="Malgun Gothic" w:eastAsia="Malgun Gothic"/>
                <w:b w:val="0"/>
                <w:sz w:val="16"/>
              </w:rPr>
              <w:t>0.3757</w:t>
            </w:r>
          </w:p>
        </w:tc>
        <w:tc>
          <w:tcPr>
            <w:tcW w:type="dxa" w:w="2466"/>
            <w:vAlign w:val="center"/>
          </w:tcPr>
          <w:p>
            <w:r/>
            <w:r>
              <w:rPr>
                <w:rFonts w:ascii="Malgun Gothic" w:hAnsi="Malgun Gothic" w:eastAsia="Malgun Gothic"/>
                <w:b w:val="0"/>
                <w:sz w:val="16"/>
              </w:rPr>
              <w:t>&lt;.001</w:t>
            </w:r>
          </w:p>
        </w:tc>
        <w:tc>
          <w:tcPr>
            <w:tcW w:type="dxa" w:w="2466"/>
            <w:vAlign w:val="center"/>
          </w:tcPr>
          <w:p>
            <w:r/>
            <w:r>
              <w:rPr>
                <w:rFonts w:ascii="Malgun Gothic" w:hAnsi="Malgun Gothic" w:eastAsia="Malgun Gothic"/>
                <w:b w:val="0"/>
                <w:sz w:val="16"/>
              </w:rPr>
              <w:t>중간</w:t>
            </w:r>
          </w:p>
        </w:tc>
      </w:tr>
      <w:tr>
        <w:trPr>
          <w:cantSplit/>
        </w:trPr>
        <w:tc>
          <w:tcPr>
            <w:tcW w:type="dxa" w:w="2466"/>
            <w:vAlign w:val="center"/>
          </w:tcPr>
          <w:p>
            <w:r/>
            <w:r>
              <w:rPr>
                <w:rFonts w:ascii="Malgun Gothic" w:hAnsi="Malgun Gothic" w:eastAsia="Malgun Gothic"/>
                <w:b w:val="0"/>
                <w:sz w:val="16"/>
              </w:rPr>
              <w:t>duration_sec</w:t>
            </w:r>
          </w:p>
        </w:tc>
        <w:tc>
          <w:tcPr>
            <w:tcW w:type="dxa" w:w="2466"/>
            <w:vAlign w:val="center"/>
          </w:tcPr>
          <w:p>
            <w:r/>
            <w:r>
              <w:rPr>
                <w:rFonts w:ascii="Malgun Gothic" w:hAnsi="Malgun Gothic" w:eastAsia="Malgun Gothic"/>
                <w:b w:val="0"/>
                <w:sz w:val="16"/>
              </w:rPr>
              <w:t>-0.5137</w:t>
            </w:r>
          </w:p>
        </w:tc>
        <w:tc>
          <w:tcPr>
            <w:tcW w:type="dxa" w:w="2466"/>
            <w:vAlign w:val="center"/>
          </w:tcPr>
          <w:p>
            <w:r/>
            <w:r>
              <w:rPr>
                <w:rFonts w:ascii="Malgun Gothic" w:hAnsi="Malgun Gothic" w:eastAsia="Malgun Gothic"/>
                <w:b w:val="0"/>
                <w:sz w:val="16"/>
              </w:rPr>
              <w:t>&lt;.001</w:t>
            </w:r>
          </w:p>
        </w:tc>
        <w:tc>
          <w:tcPr>
            <w:tcW w:type="dxa" w:w="2466"/>
            <w:vAlign w:val="center"/>
          </w:tcPr>
          <w:p>
            <w:r/>
            <w:r>
              <w:rPr>
                <w:rFonts w:ascii="Malgun Gothic" w:hAnsi="Malgun Gothic" w:eastAsia="Malgun Gothic"/>
                <w:b w:val="0"/>
                <w:sz w:val="16"/>
              </w:rPr>
              <w:t>음의 방향 구조 확인</w:t>
            </w:r>
          </w:p>
        </w:tc>
      </w:tr>
    </w:tbl>
    <w:p/>
    <w:p>
      <w:r>
        <w:rPr>
          <w:b/>
        </w:rPr>
        <w:t>표 2-3. 단변량 OLS 결과</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6"/>
              </w:rPr>
              <w:t>변수</w:t>
            </w:r>
          </w:p>
        </w:tc>
        <w:tc>
          <w:tcPr>
            <w:tcW w:type="dxa" w:w="1973"/>
          </w:tcPr>
          <w:p>
            <w:r/>
            <w:r>
              <w:rPr>
                <w:rFonts w:ascii="Malgun Gothic" w:hAnsi="Malgun Gothic" w:eastAsia="Malgun Gothic"/>
                <w:b/>
                <w:sz w:val="16"/>
              </w:rPr>
              <w:t>기울기</w:t>
            </w:r>
          </w:p>
        </w:tc>
        <w:tc>
          <w:tcPr>
            <w:tcW w:type="dxa" w:w="1973"/>
          </w:tcPr>
          <w:p>
            <w:r/>
            <w:r>
              <w:rPr>
                <w:rFonts w:ascii="Malgun Gothic" w:hAnsi="Malgun Gothic" w:eastAsia="Malgun Gothic"/>
                <w:b/>
                <w:sz w:val="16"/>
              </w:rPr>
              <w:t>R²</w:t>
            </w:r>
          </w:p>
        </w:tc>
        <w:tc>
          <w:tcPr>
            <w:tcW w:type="dxa" w:w="1973"/>
          </w:tcPr>
          <w:p>
            <w:r/>
            <w:r>
              <w:rPr>
                <w:rFonts w:ascii="Malgun Gothic" w:hAnsi="Malgun Gothic" w:eastAsia="Malgun Gothic"/>
                <w:b/>
                <w:sz w:val="16"/>
              </w:rPr>
              <w:t>t</w:t>
            </w:r>
          </w:p>
        </w:tc>
        <w:tc>
          <w:tcPr>
            <w:tcW w:type="dxa" w:w="1973"/>
          </w:tcPr>
          <w:p>
            <w:r/>
            <w:r>
              <w:rPr>
                <w:rFonts w:ascii="Malgun Gothic" w:hAnsi="Malgun Gothic" w:eastAsia="Malgun Gothic"/>
                <w:b/>
                <w:sz w:val="16"/>
              </w:rPr>
              <w:t>p</w:t>
            </w:r>
          </w:p>
        </w:tc>
      </w:tr>
      <w:tr>
        <w:trPr>
          <w:cantSplit/>
        </w:trPr>
        <w:tc>
          <w:tcPr>
            <w:tcW w:type="dxa" w:w="1973"/>
            <w:vAlign w:val="center"/>
          </w:tcPr>
          <w:p>
            <w:r/>
            <w:r>
              <w:rPr>
                <w:rFonts w:ascii="Malgun Gothic" w:hAnsi="Malgun Gothic" w:eastAsia="Malgun Gothic"/>
                <w:b w:val="0"/>
                <w:sz w:val="16"/>
              </w:rPr>
              <w:t>energy_mean</w:t>
            </w:r>
          </w:p>
        </w:tc>
        <w:tc>
          <w:tcPr>
            <w:tcW w:type="dxa" w:w="1973"/>
            <w:vAlign w:val="center"/>
          </w:tcPr>
          <w:p>
            <w:r/>
            <w:r>
              <w:rPr>
                <w:rFonts w:ascii="Malgun Gothic" w:hAnsi="Malgun Gothic" w:eastAsia="Malgun Gothic"/>
                <w:b w:val="0"/>
                <w:sz w:val="16"/>
              </w:rPr>
              <w:t>1.4670</w:t>
            </w:r>
          </w:p>
        </w:tc>
        <w:tc>
          <w:tcPr>
            <w:tcW w:type="dxa" w:w="1973"/>
            <w:vAlign w:val="center"/>
          </w:tcPr>
          <w:p>
            <w:r/>
            <w:r>
              <w:rPr>
                <w:rFonts w:ascii="Malgun Gothic" w:hAnsi="Malgun Gothic" w:eastAsia="Malgun Gothic"/>
                <w:b w:val="0"/>
                <w:sz w:val="16"/>
              </w:rPr>
              <w:t>0.3967</w:t>
            </w:r>
          </w:p>
        </w:tc>
        <w:tc>
          <w:tcPr>
            <w:tcW w:type="dxa" w:w="1973"/>
            <w:vAlign w:val="center"/>
          </w:tcPr>
          <w:p>
            <w:r/>
            <w:r>
              <w:rPr>
                <w:rFonts w:ascii="Malgun Gothic" w:hAnsi="Malgun Gothic" w:eastAsia="Malgun Gothic"/>
                <w:b w:val="0"/>
                <w:sz w:val="16"/>
              </w:rPr>
              <w:t>25.590</w:t>
            </w:r>
          </w:p>
        </w:tc>
        <w:tc>
          <w:tcPr>
            <w:tcW w:type="dxa" w:w="1973"/>
            <w:vAlign w:val="center"/>
          </w:tcPr>
          <w:p>
            <w:r/>
            <w:r>
              <w:rPr>
                <w:rFonts w:ascii="Malgun Gothic" w:hAnsi="Malgun Gothic" w:eastAsia="Malgun Gothic"/>
                <w:b w:val="0"/>
                <w:sz w:val="16"/>
              </w:rPr>
              <w:t>&lt;.001</w:t>
            </w:r>
          </w:p>
        </w:tc>
      </w:tr>
      <w:tr>
        <w:trPr>
          <w:cantSplit/>
        </w:trPr>
        <w:tc>
          <w:tcPr>
            <w:tcW w:type="dxa" w:w="1973"/>
            <w:vAlign w:val="center"/>
          </w:tcPr>
          <w:p>
            <w:r/>
            <w:r>
              <w:rPr>
                <w:rFonts w:ascii="Malgun Gothic" w:hAnsi="Malgun Gothic" w:eastAsia="Malgun Gothic"/>
                <w:b w:val="0"/>
                <w:sz w:val="16"/>
              </w:rPr>
              <w:t>pitch_mean</w:t>
            </w:r>
          </w:p>
        </w:tc>
        <w:tc>
          <w:tcPr>
            <w:tcW w:type="dxa" w:w="1973"/>
            <w:vAlign w:val="center"/>
          </w:tcPr>
          <w:p>
            <w:r/>
            <w:r>
              <w:rPr>
                <w:rFonts w:ascii="Malgun Gothic" w:hAnsi="Malgun Gothic" w:eastAsia="Malgun Gothic"/>
                <w:b w:val="0"/>
                <w:sz w:val="16"/>
              </w:rPr>
              <w:t>0.001385</w:t>
            </w:r>
          </w:p>
        </w:tc>
        <w:tc>
          <w:tcPr>
            <w:tcW w:type="dxa" w:w="1973"/>
            <w:vAlign w:val="center"/>
          </w:tcPr>
          <w:p>
            <w:r/>
            <w:r>
              <w:rPr>
                <w:rFonts w:ascii="Malgun Gothic" w:hAnsi="Malgun Gothic" w:eastAsia="Malgun Gothic"/>
                <w:b w:val="0"/>
                <w:sz w:val="16"/>
              </w:rPr>
              <w:t>0.3214</w:t>
            </w:r>
          </w:p>
        </w:tc>
        <w:tc>
          <w:tcPr>
            <w:tcW w:type="dxa" w:w="1973"/>
            <w:vAlign w:val="center"/>
          </w:tcPr>
          <w:p>
            <w:r/>
            <w:r>
              <w:rPr>
                <w:rFonts w:ascii="Malgun Gothic" w:hAnsi="Malgun Gothic" w:eastAsia="Malgun Gothic"/>
                <w:b w:val="0"/>
                <w:sz w:val="16"/>
              </w:rPr>
              <w:t>21.719</w:t>
            </w:r>
          </w:p>
        </w:tc>
        <w:tc>
          <w:tcPr>
            <w:tcW w:type="dxa" w:w="1973"/>
            <w:vAlign w:val="center"/>
          </w:tcPr>
          <w:p>
            <w:r/>
            <w:r>
              <w:rPr>
                <w:rFonts w:ascii="Malgun Gothic" w:hAnsi="Malgun Gothic" w:eastAsia="Malgun Gothic"/>
                <w:b w:val="0"/>
                <w:sz w:val="16"/>
              </w:rPr>
              <w:t>&lt;.001</w:t>
            </w:r>
          </w:p>
        </w:tc>
      </w:tr>
      <w:tr>
        <w:trPr>
          <w:cantSplit/>
        </w:trPr>
        <w:tc>
          <w:tcPr>
            <w:tcW w:type="dxa" w:w="1973"/>
            <w:vAlign w:val="center"/>
          </w:tcPr>
          <w:p>
            <w:r/>
            <w:r>
              <w:rPr>
                <w:rFonts w:ascii="Malgun Gothic" w:hAnsi="Malgun Gothic" w:eastAsia="Malgun Gothic"/>
                <w:b w:val="0"/>
                <w:sz w:val="16"/>
              </w:rPr>
              <w:t>wpm</w:t>
            </w:r>
          </w:p>
        </w:tc>
        <w:tc>
          <w:tcPr>
            <w:tcW w:type="dxa" w:w="1973"/>
            <w:vAlign w:val="center"/>
          </w:tcPr>
          <w:p>
            <w:r/>
            <w:r>
              <w:rPr>
                <w:rFonts w:ascii="Malgun Gothic" w:hAnsi="Malgun Gothic" w:eastAsia="Malgun Gothic"/>
                <w:b w:val="0"/>
                <w:sz w:val="16"/>
              </w:rPr>
              <w:t>0.001317</w:t>
            </w:r>
          </w:p>
        </w:tc>
        <w:tc>
          <w:tcPr>
            <w:tcW w:type="dxa" w:w="1973"/>
            <w:vAlign w:val="center"/>
          </w:tcPr>
          <w:p>
            <w:r/>
            <w:r>
              <w:rPr>
                <w:rFonts w:ascii="Malgun Gothic" w:hAnsi="Malgun Gothic" w:eastAsia="Malgun Gothic"/>
                <w:b w:val="0"/>
                <w:sz w:val="16"/>
              </w:rPr>
              <w:t>0.1412</w:t>
            </w:r>
          </w:p>
        </w:tc>
        <w:tc>
          <w:tcPr>
            <w:tcW w:type="dxa" w:w="1973"/>
            <w:vAlign w:val="center"/>
          </w:tcPr>
          <w:p>
            <w:r/>
            <w:r>
              <w:rPr>
                <w:rFonts w:ascii="Malgun Gothic" w:hAnsi="Malgun Gothic" w:eastAsia="Malgun Gothic"/>
                <w:b w:val="0"/>
                <w:sz w:val="16"/>
              </w:rPr>
              <w:t>12.796</w:t>
            </w:r>
          </w:p>
        </w:tc>
        <w:tc>
          <w:tcPr>
            <w:tcW w:type="dxa" w:w="1973"/>
            <w:vAlign w:val="center"/>
          </w:tcPr>
          <w:p>
            <w:r/>
            <w:r>
              <w:rPr>
                <w:rFonts w:ascii="Malgun Gothic" w:hAnsi="Malgun Gothic" w:eastAsia="Malgun Gothic"/>
                <w:b w:val="0"/>
                <w:sz w:val="16"/>
              </w:rPr>
              <w:t>&lt;.001</w:t>
            </w:r>
          </w:p>
        </w:tc>
      </w:tr>
      <w:tr>
        <w:trPr>
          <w:cantSplit/>
        </w:trPr>
        <w:tc>
          <w:tcPr>
            <w:tcW w:type="dxa" w:w="1973"/>
            <w:vAlign w:val="center"/>
          </w:tcPr>
          <w:p>
            <w:r/>
            <w:r>
              <w:rPr>
                <w:rFonts w:ascii="Malgun Gothic" w:hAnsi="Malgun Gothic" w:eastAsia="Malgun Gothic"/>
                <w:b w:val="0"/>
                <w:sz w:val="16"/>
              </w:rPr>
              <w:t>duration_sec</w:t>
            </w:r>
          </w:p>
        </w:tc>
        <w:tc>
          <w:tcPr>
            <w:tcW w:type="dxa" w:w="1973"/>
            <w:vAlign w:val="center"/>
          </w:tcPr>
          <w:p>
            <w:r/>
            <w:r>
              <w:rPr>
                <w:rFonts w:ascii="Malgun Gothic" w:hAnsi="Malgun Gothic" w:eastAsia="Malgun Gothic"/>
                <w:b w:val="0"/>
                <w:sz w:val="16"/>
              </w:rPr>
              <w:t>-0.000205</w:t>
            </w:r>
          </w:p>
        </w:tc>
        <w:tc>
          <w:tcPr>
            <w:tcW w:type="dxa" w:w="1973"/>
            <w:vAlign w:val="center"/>
          </w:tcPr>
          <w:p>
            <w:r/>
            <w:r>
              <w:rPr>
                <w:rFonts w:ascii="Malgun Gothic" w:hAnsi="Malgun Gothic" w:eastAsia="Malgun Gothic"/>
                <w:b w:val="0"/>
                <w:sz w:val="16"/>
              </w:rPr>
              <w:t>0.2639</w:t>
            </w:r>
          </w:p>
        </w:tc>
        <w:tc>
          <w:tcPr>
            <w:tcW w:type="dxa" w:w="1973"/>
            <w:vAlign w:val="center"/>
          </w:tcPr>
          <w:p>
            <w:r/>
            <w:r>
              <w:rPr>
                <w:rFonts w:ascii="Malgun Gothic" w:hAnsi="Malgun Gothic" w:eastAsia="Malgun Gothic"/>
                <w:b w:val="0"/>
                <w:sz w:val="16"/>
              </w:rPr>
              <w:t>-18.898</w:t>
            </w:r>
          </w:p>
        </w:tc>
        <w:tc>
          <w:tcPr>
            <w:tcW w:type="dxa" w:w="1973"/>
            <w:vAlign w:val="center"/>
          </w:tcPr>
          <w:p>
            <w:r/>
            <w:r>
              <w:rPr>
                <w:rFonts w:ascii="Malgun Gothic" w:hAnsi="Malgun Gothic" w:eastAsia="Malgun Gothic"/>
                <w:b w:val="0"/>
                <w:sz w:val="16"/>
              </w:rPr>
              <w:t>&lt;.001</w:t>
            </w:r>
          </w:p>
        </w:tc>
      </w:tr>
    </w:tbl>
    <w:p/>
    <w:p>
      <w:r>
        <w:rPr>
          <w:b/>
        </w:rPr>
        <w:t>표 2-4. Bootstrap 95% CI</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6"/>
              </w:rPr>
              <w:t>변수</w:t>
            </w:r>
          </w:p>
        </w:tc>
        <w:tc>
          <w:tcPr>
            <w:tcW w:type="dxa" w:w="1973"/>
          </w:tcPr>
          <w:p>
            <w:r/>
            <w:r>
              <w:rPr>
                <w:rFonts w:ascii="Malgun Gothic" w:hAnsi="Malgun Gothic" w:eastAsia="Malgun Gothic"/>
                <w:b/>
                <w:sz w:val="16"/>
              </w:rPr>
              <w:t>r</w:t>
            </w:r>
          </w:p>
        </w:tc>
        <w:tc>
          <w:tcPr>
            <w:tcW w:type="dxa" w:w="1973"/>
          </w:tcPr>
          <w:p>
            <w:r/>
            <w:r>
              <w:rPr>
                <w:rFonts w:ascii="Malgun Gothic" w:hAnsi="Malgun Gothic" w:eastAsia="Malgun Gothic"/>
                <w:b/>
                <w:sz w:val="16"/>
              </w:rPr>
              <w:t>CI 하한</w:t>
            </w:r>
          </w:p>
        </w:tc>
        <w:tc>
          <w:tcPr>
            <w:tcW w:type="dxa" w:w="1973"/>
          </w:tcPr>
          <w:p>
            <w:r/>
            <w:r>
              <w:rPr>
                <w:rFonts w:ascii="Malgun Gothic" w:hAnsi="Malgun Gothic" w:eastAsia="Malgun Gothic"/>
                <w:b/>
                <w:sz w:val="16"/>
              </w:rPr>
              <w:t>CI 상한</w:t>
            </w:r>
          </w:p>
        </w:tc>
        <w:tc>
          <w:tcPr>
            <w:tcW w:type="dxa" w:w="1973"/>
          </w:tcPr>
          <w:p>
            <w:r/>
            <w:r>
              <w:rPr>
                <w:rFonts w:ascii="Malgun Gothic" w:hAnsi="Malgun Gothic" w:eastAsia="Malgun Gothic"/>
                <w:b/>
                <w:sz w:val="16"/>
              </w:rPr>
              <w:t>판정</w:t>
            </w:r>
          </w:p>
        </w:tc>
      </w:tr>
      <w:tr>
        <w:trPr>
          <w:cantSplit/>
        </w:trPr>
        <w:tc>
          <w:tcPr>
            <w:tcW w:type="dxa" w:w="1973"/>
            <w:vAlign w:val="center"/>
          </w:tcPr>
          <w:p>
            <w:r/>
            <w:r>
              <w:rPr>
                <w:rFonts w:ascii="Malgun Gothic" w:hAnsi="Malgun Gothic" w:eastAsia="Malgun Gothic"/>
                <w:b w:val="0"/>
                <w:sz w:val="16"/>
              </w:rPr>
              <w:t>energy_mean</w:t>
            </w:r>
          </w:p>
        </w:tc>
        <w:tc>
          <w:tcPr>
            <w:tcW w:type="dxa" w:w="1973"/>
            <w:vAlign w:val="center"/>
          </w:tcPr>
          <w:p>
            <w:r/>
            <w:r>
              <w:rPr>
                <w:rFonts w:ascii="Malgun Gothic" w:hAnsi="Malgun Gothic" w:eastAsia="Malgun Gothic"/>
                <w:b w:val="0"/>
                <w:sz w:val="16"/>
              </w:rPr>
              <w:t>0.629</w:t>
            </w:r>
          </w:p>
        </w:tc>
        <w:tc>
          <w:tcPr>
            <w:tcW w:type="dxa" w:w="1973"/>
            <w:vAlign w:val="center"/>
          </w:tcPr>
          <w:p>
            <w:r/>
            <w:r>
              <w:rPr>
                <w:rFonts w:ascii="Malgun Gothic" w:hAnsi="Malgun Gothic" w:eastAsia="Malgun Gothic"/>
                <w:b w:val="0"/>
                <w:sz w:val="16"/>
              </w:rPr>
              <w:t>0.590</w:t>
            </w:r>
          </w:p>
        </w:tc>
        <w:tc>
          <w:tcPr>
            <w:tcW w:type="dxa" w:w="1973"/>
            <w:vAlign w:val="center"/>
          </w:tcPr>
          <w:p>
            <w:r/>
            <w:r>
              <w:rPr>
                <w:rFonts w:ascii="Malgun Gothic" w:hAnsi="Malgun Gothic" w:eastAsia="Malgun Gothic"/>
                <w:b w:val="0"/>
                <w:sz w:val="16"/>
              </w:rPr>
              <w:t>0.669</w:t>
            </w:r>
          </w:p>
        </w:tc>
        <w:tc>
          <w:tcPr>
            <w:tcW w:type="dxa" w:w="1973"/>
            <w:vAlign w:val="center"/>
          </w:tcPr>
          <w:p>
            <w:r/>
            <w:r>
              <w:rPr>
                <w:rFonts w:ascii="Malgun Gothic" w:hAnsi="Malgun Gothic" w:eastAsia="Malgun Gothic"/>
                <w:b w:val="0"/>
                <w:sz w:val="16"/>
              </w:rPr>
              <w:t>충족</w:t>
            </w:r>
          </w:p>
        </w:tc>
      </w:tr>
      <w:tr>
        <w:trPr>
          <w:cantSplit/>
        </w:trPr>
        <w:tc>
          <w:tcPr>
            <w:tcW w:type="dxa" w:w="1973"/>
            <w:vAlign w:val="center"/>
          </w:tcPr>
          <w:p>
            <w:r/>
            <w:r>
              <w:rPr>
                <w:rFonts w:ascii="Malgun Gothic" w:hAnsi="Malgun Gothic" w:eastAsia="Malgun Gothic"/>
                <w:b w:val="0"/>
                <w:sz w:val="16"/>
              </w:rPr>
              <w:t>pitch_mean</w:t>
            </w:r>
          </w:p>
        </w:tc>
        <w:tc>
          <w:tcPr>
            <w:tcW w:type="dxa" w:w="1973"/>
            <w:vAlign w:val="center"/>
          </w:tcPr>
          <w:p>
            <w:r/>
            <w:r>
              <w:rPr>
                <w:rFonts w:ascii="Malgun Gothic" w:hAnsi="Malgun Gothic" w:eastAsia="Malgun Gothic"/>
                <w:b w:val="0"/>
                <w:sz w:val="16"/>
              </w:rPr>
              <w:t>0.566</w:t>
            </w:r>
          </w:p>
        </w:tc>
        <w:tc>
          <w:tcPr>
            <w:tcW w:type="dxa" w:w="1973"/>
            <w:vAlign w:val="center"/>
          </w:tcPr>
          <w:p>
            <w:r/>
            <w:r>
              <w:rPr>
                <w:rFonts w:ascii="Malgun Gothic" w:hAnsi="Malgun Gothic" w:eastAsia="Malgun Gothic"/>
                <w:b w:val="0"/>
                <w:sz w:val="16"/>
              </w:rPr>
              <w:t>0.514</w:t>
            </w:r>
          </w:p>
        </w:tc>
        <w:tc>
          <w:tcPr>
            <w:tcW w:type="dxa" w:w="1973"/>
            <w:vAlign w:val="center"/>
          </w:tcPr>
          <w:p>
            <w:r/>
            <w:r>
              <w:rPr>
                <w:rFonts w:ascii="Malgun Gothic" w:hAnsi="Malgun Gothic" w:eastAsia="Malgun Gothic"/>
                <w:b w:val="0"/>
                <w:sz w:val="16"/>
              </w:rPr>
              <w:t>0.615</w:t>
            </w:r>
          </w:p>
        </w:tc>
        <w:tc>
          <w:tcPr>
            <w:tcW w:type="dxa" w:w="1973"/>
            <w:vAlign w:val="center"/>
          </w:tcPr>
          <w:p>
            <w:r/>
            <w:r>
              <w:rPr>
                <w:rFonts w:ascii="Malgun Gothic" w:hAnsi="Malgun Gothic" w:eastAsia="Malgun Gothic"/>
                <w:b w:val="0"/>
                <w:sz w:val="16"/>
              </w:rPr>
              <w:t>충족</w:t>
            </w:r>
          </w:p>
        </w:tc>
      </w:tr>
      <w:tr>
        <w:trPr>
          <w:cantSplit/>
        </w:trPr>
        <w:tc>
          <w:tcPr>
            <w:tcW w:type="dxa" w:w="1973"/>
            <w:vAlign w:val="center"/>
          </w:tcPr>
          <w:p>
            <w:r/>
            <w:r>
              <w:rPr>
                <w:rFonts w:ascii="Malgun Gothic" w:hAnsi="Malgun Gothic" w:eastAsia="Malgun Gothic"/>
                <w:b w:val="0"/>
                <w:sz w:val="16"/>
              </w:rPr>
              <w:t>wpm</w:t>
            </w:r>
          </w:p>
        </w:tc>
        <w:tc>
          <w:tcPr>
            <w:tcW w:type="dxa" w:w="1973"/>
            <w:vAlign w:val="center"/>
          </w:tcPr>
          <w:p>
            <w:r/>
            <w:r>
              <w:rPr>
                <w:rFonts w:ascii="Malgun Gothic" w:hAnsi="Malgun Gothic" w:eastAsia="Malgun Gothic"/>
                <w:b w:val="0"/>
                <w:sz w:val="16"/>
              </w:rPr>
              <w:t>0.375</w:t>
            </w:r>
          </w:p>
        </w:tc>
        <w:tc>
          <w:tcPr>
            <w:tcW w:type="dxa" w:w="1973"/>
            <w:vAlign w:val="center"/>
          </w:tcPr>
          <w:p>
            <w:r/>
            <w:r>
              <w:rPr>
                <w:rFonts w:ascii="Malgun Gothic" w:hAnsi="Malgun Gothic" w:eastAsia="Malgun Gothic"/>
                <w:b w:val="0"/>
                <w:sz w:val="16"/>
              </w:rPr>
              <w:t>0.317</w:t>
            </w:r>
          </w:p>
        </w:tc>
        <w:tc>
          <w:tcPr>
            <w:tcW w:type="dxa" w:w="1973"/>
            <w:vAlign w:val="center"/>
          </w:tcPr>
          <w:p>
            <w:r/>
            <w:r>
              <w:rPr>
                <w:rFonts w:ascii="Malgun Gothic" w:hAnsi="Malgun Gothic" w:eastAsia="Malgun Gothic"/>
                <w:b w:val="0"/>
                <w:sz w:val="16"/>
              </w:rPr>
              <w:t>0.434</w:t>
            </w:r>
          </w:p>
        </w:tc>
        <w:tc>
          <w:tcPr>
            <w:tcW w:type="dxa" w:w="1973"/>
            <w:vAlign w:val="center"/>
          </w:tcPr>
          <w:p>
            <w:r/>
            <w:r>
              <w:rPr>
                <w:rFonts w:ascii="Malgun Gothic" w:hAnsi="Malgun Gothic" w:eastAsia="Malgun Gothic"/>
                <w:b w:val="0"/>
                <w:sz w:val="16"/>
              </w:rPr>
              <w:t>중간</w:t>
            </w:r>
          </w:p>
        </w:tc>
      </w:tr>
      <w:tr>
        <w:trPr>
          <w:cantSplit/>
        </w:trPr>
        <w:tc>
          <w:tcPr>
            <w:tcW w:type="dxa" w:w="1973"/>
            <w:vAlign w:val="center"/>
          </w:tcPr>
          <w:p>
            <w:r/>
            <w:r>
              <w:rPr>
                <w:rFonts w:ascii="Malgun Gothic" w:hAnsi="Malgun Gothic" w:eastAsia="Malgun Gothic"/>
                <w:b w:val="0"/>
                <w:sz w:val="16"/>
              </w:rPr>
              <w:t>duration_sec</w:t>
            </w:r>
          </w:p>
        </w:tc>
        <w:tc>
          <w:tcPr>
            <w:tcW w:type="dxa" w:w="1973"/>
            <w:vAlign w:val="center"/>
          </w:tcPr>
          <w:p>
            <w:r/>
            <w:r>
              <w:rPr>
                <w:rFonts w:ascii="Malgun Gothic" w:hAnsi="Malgun Gothic" w:eastAsia="Malgun Gothic"/>
                <w:b w:val="0"/>
                <w:sz w:val="16"/>
              </w:rPr>
              <w:t>-0.512</w:t>
            </w:r>
          </w:p>
        </w:tc>
        <w:tc>
          <w:tcPr>
            <w:tcW w:type="dxa" w:w="1973"/>
            <w:vAlign w:val="center"/>
          </w:tcPr>
          <w:p>
            <w:r/>
            <w:r>
              <w:rPr>
                <w:rFonts w:ascii="Malgun Gothic" w:hAnsi="Malgun Gothic" w:eastAsia="Malgun Gothic"/>
                <w:b w:val="0"/>
                <w:sz w:val="16"/>
              </w:rPr>
              <w:t>-0.566</w:t>
            </w:r>
          </w:p>
        </w:tc>
        <w:tc>
          <w:tcPr>
            <w:tcW w:type="dxa" w:w="1973"/>
            <w:vAlign w:val="center"/>
          </w:tcPr>
          <w:p>
            <w:r/>
            <w:r>
              <w:rPr>
                <w:rFonts w:ascii="Malgun Gothic" w:hAnsi="Malgun Gothic" w:eastAsia="Malgun Gothic"/>
                <w:b w:val="0"/>
                <w:sz w:val="16"/>
              </w:rPr>
              <w:t>-0.453</w:t>
            </w:r>
          </w:p>
        </w:tc>
        <w:tc>
          <w:tcPr>
            <w:tcW w:type="dxa" w:w="1973"/>
            <w:vAlign w:val="center"/>
          </w:tcPr>
          <w:p>
            <w:r/>
            <w:r>
              <w:rPr>
                <w:rFonts w:ascii="Malgun Gothic" w:hAnsi="Malgun Gothic" w:eastAsia="Malgun Gothic"/>
                <w:b w:val="0"/>
                <w:sz w:val="16"/>
              </w:rPr>
              <w:t>구조 확인</w:t>
            </w:r>
          </w:p>
        </w:tc>
      </w:tr>
    </w:tbl>
    <w:p/>
    <w:p>
      <w:r>
        <w:rPr>
          <w:b/>
        </w:rPr>
        <w:t>표 2-5. ANOVA 효과크기</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6"/>
              </w:rPr>
              <w:t>변수</w:t>
            </w:r>
          </w:p>
        </w:tc>
        <w:tc>
          <w:tcPr>
            <w:tcW w:type="dxa" w:w="1973"/>
          </w:tcPr>
          <w:p>
            <w:r/>
            <w:r>
              <w:rPr>
                <w:rFonts w:ascii="Malgun Gothic" w:hAnsi="Malgun Gothic" w:eastAsia="Malgun Gothic"/>
                <w:b/>
                <w:sz w:val="16"/>
              </w:rPr>
              <w:t>F</w:t>
            </w:r>
          </w:p>
        </w:tc>
        <w:tc>
          <w:tcPr>
            <w:tcW w:type="dxa" w:w="1973"/>
          </w:tcPr>
          <w:p>
            <w:r/>
            <w:r>
              <w:rPr>
                <w:rFonts w:ascii="Malgun Gothic" w:hAnsi="Malgun Gothic" w:eastAsia="Malgun Gothic"/>
                <w:b/>
                <w:sz w:val="16"/>
              </w:rPr>
              <w:t>p</w:t>
            </w:r>
          </w:p>
        </w:tc>
        <w:tc>
          <w:tcPr>
            <w:tcW w:type="dxa" w:w="1973"/>
          </w:tcPr>
          <w:p>
            <w:r/>
            <w:r>
              <w:rPr>
                <w:rFonts w:ascii="Malgun Gothic" w:hAnsi="Malgun Gothic" w:eastAsia="Malgun Gothic"/>
                <w:b/>
                <w:sz w:val="16"/>
              </w:rPr>
              <w:t>η²</w:t>
            </w:r>
          </w:p>
        </w:tc>
        <w:tc>
          <w:tcPr>
            <w:tcW w:type="dxa" w:w="1973"/>
          </w:tcPr>
          <w:p>
            <w:r/>
            <w:r>
              <w:rPr>
                <w:rFonts w:ascii="Malgun Gothic" w:hAnsi="Malgun Gothic" w:eastAsia="Malgun Gothic"/>
                <w:b/>
                <w:sz w:val="16"/>
              </w:rPr>
              <w:t>효과</w:t>
            </w:r>
          </w:p>
        </w:tc>
      </w:tr>
      <w:tr>
        <w:trPr>
          <w:cantSplit/>
        </w:trPr>
        <w:tc>
          <w:tcPr>
            <w:tcW w:type="dxa" w:w="1973"/>
            <w:vAlign w:val="center"/>
          </w:tcPr>
          <w:p>
            <w:r/>
            <w:r>
              <w:rPr>
                <w:rFonts w:ascii="Malgun Gothic" w:hAnsi="Malgun Gothic" w:eastAsia="Malgun Gothic"/>
                <w:b w:val="0"/>
                <w:sz w:val="16"/>
              </w:rPr>
              <w:t>energy_mean</w:t>
            </w:r>
          </w:p>
        </w:tc>
        <w:tc>
          <w:tcPr>
            <w:tcW w:type="dxa" w:w="1973"/>
            <w:vAlign w:val="center"/>
          </w:tcPr>
          <w:p>
            <w:r/>
            <w:r>
              <w:rPr>
                <w:rFonts w:ascii="Malgun Gothic" w:hAnsi="Malgun Gothic" w:eastAsia="Malgun Gothic"/>
                <w:b w:val="0"/>
                <w:sz w:val="16"/>
              </w:rPr>
              <w:t>260.48</w:t>
            </w:r>
          </w:p>
        </w:tc>
        <w:tc>
          <w:tcPr>
            <w:tcW w:type="dxa" w:w="1973"/>
            <w:vAlign w:val="center"/>
          </w:tcPr>
          <w:p>
            <w:r/>
            <w:r>
              <w:rPr>
                <w:rFonts w:ascii="Malgun Gothic" w:hAnsi="Malgun Gothic" w:eastAsia="Malgun Gothic"/>
                <w:b w:val="0"/>
                <w:sz w:val="16"/>
              </w:rPr>
              <w:t>1.06e-91</w:t>
            </w:r>
          </w:p>
        </w:tc>
        <w:tc>
          <w:tcPr>
            <w:tcW w:type="dxa" w:w="1973"/>
            <w:vAlign w:val="center"/>
          </w:tcPr>
          <w:p>
            <w:r/>
            <w:r>
              <w:rPr>
                <w:rFonts w:ascii="Malgun Gothic" w:hAnsi="Malgun Gothic" w:eastAsia="Malgun Gothic"/>
                <w:b w:val="0"/>
                <w:sz w:val="16"/>
              </w:rPr>
              <w:t>0.3436</w:t>
            </w:r>
          </w:p>
        </w:tc>
        <w:tc>
          <w:tcPr>
            <w:tcW w:type="dxa" w:w="1973"/>
            <w:vAlign w:val="center"/>
          </w:tcPr>
          <w:p>
            <w:r/>
            <w:r>
              <w:rPr>
                <w:rFonts w:ascii="Malgun Gothic" w:hAnsi="Malgun Gothic" w:eastAsia="Malgun Gothic"/>
                <w:b w:val="0"/>
                <w:sz w:val="16"/>
              </w:rPr>
              <w:t>대</w:t>
            </w:r>
          </w:p>
        </w:tc>
      </w:tr>
      <w:tr>
        <w:trPr>
          <w:cantSplit/>
        </w:trPr>
        <w:tc>
          <w:tcPr>
            <w:tcW w:type="dxa" w:w="1973"/>
            <w:vAlign w:val="center"/>
          </w:tcPr>
          <w:p>
            <w:r/>
            <w:r>
              <w:rPr>
                <w:rFonts w:ascii="Malgun Gothic" w:hAnsi="Malgun Gothic" w:eastAsia="Malgun Gothic"/>
                <w:b w:val="0"/>
                <w:sz w:val="16"/>
              </w:rPr>
              <w:t>pitch_mean</w:t>
            </w:r>
          </w:p>
        </w:tc>
        <w:tc>
          <w:tcPr>
            <w:tcW w:type="dxa" w:w="1973"/>
            <w:vAlign w:val="center"/>
          </w:tcPr>
          <w:p>
            <w:r/>
            <w:r>
              <w:rPr>
                <w:rFonts w:ascii="Malgun Gothic" w:hAnsi="Malgun Gothic" w:eastAsia="Malgun Gothic"/>
                <w:b w:val="0"/>
                <w:sz w:val="16"/>
              </w:rPr>
              <w:t>171.31</w:t>
            </w:r>
          </w:p>
        </w:tc>
        <w:tc>
          <w:tcPr>
            <w:tcW w:type="dxa" w:w="1973"/>
            <w:vAlign w:val="center"/>
          </w:tcPr>
          <w:p>
            <w:r/>
            <w:r>
              <w:rPr>
                <w:rFonts w:ascii="Malgun Gothic" w:hAnsi="Malgun Gothic" w:eastAsia="Malgun Gothic"/>
                <w:b w:val="0"/>
                <w:sz w:val="16"/>
              </w:rPr>
              <w:t>1.17e-64</w:t>
            </w:r>
          </w:p>
        </w:tc>
        <w:tc>
          <w:tcPr>
            <w:tcW w:type="dxa" w:w="1973"/>
            <w:vAlign w:val="center"/>
          </w:tcPr>
          <w:p>
            <w:r/>
            <w:r>
              <w:rPr>
                <w:rFonts w:ascii="Malgun Gothic" w:hAnsi="Malgun Gothic" w:eastAsia="Malgun Gothic"/>
                <w:b w:val="0"/>
                <w:sz w:val="16"/>
              </w:rPr>
              <w:t>0.2561</w:t>
            </w:r>
          </w:p>
        </w:tc>
        <w:tc>
          <w:tcPr>
            <w:tcW w:type="dxa" w:w="1973"/>
            <w:vAlign w:val="center"/>
          </w:tcPr>
          <w:p>
            <w:r/>
            <w:r>
              <w:rPr>
                <w:rFonts w:ascii="Malgun Gothic" w:hAnsi="Malgun Gothic" w:eastAsia="Malgun Gothic"/>
                <w:b w:val="0"/>
                <w:sz w:val="16"/>
              </w:rPr>
              <w:t>대</w:t>
            </w:r>
          </w:p>
        </w:tc>
      </w:tr>
      <w:tr>
        <w:trPr>
          <w:cantSplit/>
        </w:trPr>
        <w:tc>
          <w:tcPr>
            <w:tcW w:type="dxa" w:w="1973"/>
            <w:vAlign w:val="center"/>
          </w:tcPr>
          <w:p>
            <w:r/>
            <w:r>
              <w:rPr>
                <w:rFonts w:ascii="Malgun Gothic" w:hAnsi="Malgun Gothic" w:eastAsia="Malgun Gothic"/>
                <w:b w:val="0"/>
                <w:sz w:val="16"/>
              </w:rPr>
              <w:t>wpm</w:t>
            </w:r>
          </w:p>
        </w:tc>
        <w:tc>
          <w:tcPr>
            <w:tcW w:type="dxa" w:w="1973"/>
            <w:vAlign w:val="center"/>
          </w:tcPr>
          <w:p>
            <w:r/>
            <w:r>
              <w:rPr>
                <w:rFonts w:ascii="Malgun Gothic" w:hAnsi="Malgun Gothic" w:eastAsia="Malgun Gothic"/>
                <w:b w:val="0"/>
                <w:sz w:val="16"/>
              </w:rPr>
              <w:t>75.26</w:t>
            </w:r>
          </w:p>
        </w:tc>
        <w:tc>
          <w:tcPr>
            <w:tcW w:type="dxa" w:w="1973"/>
            <w:vAlign w:val="center"/>
          </w:tcPr>
          <w:p>
            <w:r/>
            <w:r>
              <w:rPr>
                <w:rFonts w:ascii="Malgun Gothic" w:hAnsi="Malgun Gothic" w:eastAsia="Malgun Gothic"/>
                <w:b w:val="0"/>
                <w:sz w:val="16"/>
              </w:rPr>
              <w:t>3.65e-31</w:t>
            </w:r>
          </w:p>
        </w:tc>
        <w:tc>
          <w:tcPr>
            <w:tcW w:type="dxa" w:w="1973"/>
            <w:vAlign w:val="center"/>
          </w:tcPr>
          <w:p>
            <w:r/>
            <w:r>
              <w:rPr>
                <w:rFonts w:ascii="Malgun Gothic" w:hAnsi="Malgun Gothic" w:eastAsia="Malgun Gothic"/>
                <w:b w:val="0"/>
                <w:sz w:val="16"/>
              </w:rPr>
              <w:t>0.1314</w:t>
            </w:r>
          </w:p>
        </w:tc>
        <w:tc>
          <w:tcPr>
            <w:tcW w:type="dxa" w:w="1973"/>
            <w:vAlign w:val="center"/>
          </w:tcPr>
          <w:p>
            <w:r/>
            <w:r>
              <w:rPr>
                <w:rFonts w:ascii="Malgun Gothic" w:hAnsi="Malgun Gothic" w:eastAsia="Malgun Gothic"/>
                <w:b w:val="0"/>
                <w:sz w:val="16"/>
              </w:rPr>
              <w:t>중</w:t>
            </w:r>
          </w:p>
        </w:tc>
      </w:tr>
      <w:tr>
        <w:trPr>
          <w:cantSplit/>
        </w:trPr>
        <w:tc>
          <w:tcPr>
            <w:tcW w:type="dxa" w:w="1973"/>
            <w:vAlign w:val="center"/>
          </w:tcPr>
          <w:p>
            <w:r/>
            <w:r>
              <w:rPr>
                <w:rFonts w:ascii="Malgun Gothic" w:hAnsi="Malgun Gothic" w:eastAsia="Malgun Gothic"/>
                <w:b w:val="0"/>
                <w:sz w:val="16"/>
              </w:rPr>
              <w:t>duration_sec</w:t>
            </w:r>
          </w:p>
        </w:tc>
        <w:tc>
          <w:tcPr>
            <w:tcW w:type="dxa" w:w="1973"/>
            <w:vAlign w:val="center"/>
          </w:tcPr>
          <w:p>
            <w:r/>
            <w:r>
              <w:rPr>
                <w:rFonts w:ascii="Malgun Gothic" w:hAnsi="Malgun Gothic" w:eastAsia="Malgun Gothic"/>
                <w:b w:val="0"/>
                <w:sz w:val="16"/>
              </w:rPr>
              <w:t>75.18</w:t>
            </w:r>
          </w:p>
        </w:tc>
        <w:tc>
          <w:tcPr>
            <w:tcW w:type="dxa" w:w="1973"/>
            <w:vAlign w:val="center"/>
          </w:tcPr>
          <w:p>
            <w:r/>
            <w:r>
              <w:rPr>
                <w:rFonts w:ascii="Malgun Gothic" w:hAnsi="Malgun Gothic" w:eastAsia="Malgun Gothic"/>
                <w:b w:val="0"/>
                <w:sz w:val="16"/>
              </w:rPr>
              <w:t>3.91e-31</w:t>
            </w:r>
          </w:p>
        </w:tc>
        <w:tc>
          <w:tcPr>
            <w:tcW w:type="dxa" w:w="1973"/>
            <w:vAlign w:val="center"/>
          </w:tcPr>
          <w:p>
            <w:r/>
            <w:r>
              <w:rPr>
                <w:rFonts w:ascii="Malgun Gothic" w:hAnsi="Malgun Gothic" w:eastAsia="Malgun Gothic"/>
                <w:b w:val="0"/>
                <w:sz w:val="16"/>
              </w:rPr>
              <w:t>0.1313</w:t>
            </w:r>
          </w:p>
        </w:tc>
        <w:tc>
          <w:tcPr>
            <w:tcW w:type="dxa" w:w="1973"/>
            <w:vAlign w:val="center"/>
          </w:tcPr>
          <w:p>
            <w:r/>
            <w:r>
              <w:rPr>
                <w:rFonts w:ascii="Malgun Gothic" w:hAnsi="Malgun Gothic" w:eastAsia="Malgun Gothic"/>
                <w:b w:val="0"/>
                <w:sz w:val="16"/>
              </w:rPr>
              <w:t>중</w:t>
            </w:r>
          </w:p>
        </w:tc>
      </w:tr>
    </w:tbl>
    <w:p/>
    <w:p>
      <w:r>
        <w:rPr>
          <w:b/>
        </w:rPr>
        <w:t>표 2-6. 가중치 민감도</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시나리오</w:t>
            </w:r>
          </w:p>
        </w:tc>
        <w:tc>
          <w:tcPr>
            <w:tcW w:type="dxa" w:w="3289"/>
          </w:tcPr>
          <w:p>
            <w:r/>
            <w:r>
              <w:rPr>
                <w:rFonts w:ascii="Malgun Gothic" w:hAnsi="Malgun Gothic" w:eastAsia="Malgun Gothic"/>
                <w:b/>
                <w:sz w:val="16"/>
              </w:rPr>
              <w:t>기본과의 r</w:t>
            </w:r>
          </w:p>
        </w:tc>
        <w:tc>
          <w:tcPr>
            <w:tcW w:type="dxa" w:w="3289"/>
          </w:tcPr>
          <w:p>
            <w:r/>
            <w:r>
              <w:rPr>
                <w:rFonts w:ascii="Malgun Gothic" w:hAnsi="Malgun Gothic" w:eastAsia="Malgun Gothic"/>
                <w:b/>
                <w:sz w:val="16"/>
              </w:rPr>
              <w:t>해석</w:t>
            </w:r>
          </w:p>
        </w:tc>
      </w:tr>
      <w:tr>
        <w:trPr>
          <w:cantSplit/>
        </w:trPr>
        <w:tc>
          <w:tcPr>
            <w:tcW w:type="dxa" w:w="3289"/>
            <w:vAlign w:val="center"/>
          </w:tcPr>
          <w:p>
            <w:r/>
            <w:r>
              <w:rPr>
                <w:rFonts w:ascii="Malgun Gothic" w:hAnsi="Malgun Gothic" w:eastAsia="Malgun Gothic"/>
                <w:b w:val="0"/>
                <w:sz w:val="16"/>
              </w:rPr>
              <w:t>pitch 중심</w:t>
            </w:r>
          </w:p>
        </w:tc>
        <w:tc>
          <w:tcPr>
            <w:tcW w:type="dxa" w:w="3289"/>
            <w:vAlign w:val="center"/>
          </w:tcPr>
          <w:p>
            <w:r/>
            <w:r>
              <w:rPr>
                <w:rFonts w:ascii="Malgun Gothic" w:hAnsi="Malgun Gothic" w:eastAsia="Malgun Gothic"/>
                <w:b w:val="0"/>
                <w:sz w:val="16"/>
              </w:rPr>
              <w:t>0.9280</w:t>
            </w:r>
          </w:p>
        </w:tc>
        <w:tc>
          <w:tcPr>
            <w:tcW w:type="dxa" w:w="3289"/>
            <w:vAlign w:val="center"/>
          </w:tcPr>
          <w:p>
            <w:r/>
            <w:r>
              <w:rPr>
                <w:rFonts w:ascii="Malgun Gothic" w:hAnsi="Malgun Gothic" w:eastAsia="Malgun Gothic"/>
                <w:b w:val="0"/>
                <w:sz w:val="16"/>
              </w:rPr>
              <w:t>안정</w:t>
            </w:r>
          </w:p>
        </w:tc>
      </w:tr>
      <w:tr>
        <w:trPr>
          <w:cantSplit/>
        </w:trPr>
        <w:tc>
          <w:tcPr>
            <w:tcW w:type="dxa" w:w="3289"/>
            <w:vAlign w:val="center"/>
          </w:tcPr>
          <w:p>
            <w:r/>
            <w:r>
              <w:rPr>
                <w:rFonts w:ascii="Malgun Gothic" w:hAnsi="Malgun Gothic" w:eastAsia="Malgun Gothic"/>
                <w:b w:val="0"/>
                <w:sz w:val="16"/>
              </w:rPr>
              <w:t>energy 중심</w:t>
            </w:r>
          </w:p>
        </w:tc>
        <w:tc>
          <w:tcPr>
            <w:tcW w:type="dxa" w:w="3289"/>
            <w:vAlign w:val="center"/>
          </w:tcPr>
          <w:p>
            <w:r/>
            <w:r>
              <w:rPr>
                <w:rFonts w:ascii="Malgun Gothic" w:hAnsi="Malgun Gothic" w:eastAsia="Malgun Gothic"/>
                <w:b w:val="0"/>
                <w:sz w:val="16"/>
              </w:rPr>
              <w:t>0.9353</w:t>
            </w:r>
          </w:p>
        </w:tc>
        <w:tc>
          <w:tcPr>
            <w:tcW w:type="dxa" w:w="3289"/>
            <w:vAlign w:val="center"/>
          </w:tcPr>
          <w:p>
            <w:r/>
            <w:r>
              <w:rPr>
                <w:rFonts w:ascii="Malgun Gothic" w:hAnsi="Malgun Gothic" w:eastAsia="Malgun Gothic"/>
                <w:b w:val="0"/>
                <w:sz w:val="16"/>
              </w:rPr>
              <w:t>안정</w:t>
            </w:r>
          </w:p>
        </w:tc>
      </w:tr>
      <w:tr>
        <w:trPr>
          <w:cantSplit/>
        </w:trPr>
        <w:tc>
          <w:tcPr>
            <w:tcW w:type="dxa" w:w="3289"/>
            <w:vAlign w:val="center"/>
          </w:tcPr>
          <w:p>
            <w:r/>
            <w:r>
              <w:rPr>
                <w:rFonts w:ascii="Malgun Gothic" w:hAnsi="Malgun Gothic" w:eastAsia="Malgun Gothic"/>
                <w:b w:val="0"/>
                <w:sz w:val="16"/>
              </w:rPr>
              <w:t>pitch+energy</w:t>
            </w:r>
          </w:p>
        </w:tc>
        <w:tc>
          <w:tcPr>
            <w:tcW w:type="dxa" w:w="3289"/>
            <w:vAlign w:val="center"/>
          </w:tcPr>
          <w:p>
            <w:r/>
            <w:r>
              <w:rPr>
                <w:rFonts w:ascii="Malgun Gothic" w:hAnsi="Malgun Gothic" w:eastAsia="Malgun Gothic"/>
                <w:b w:val="0"/>
                <w:sz w:val="16"/>
              </w:rPr>
              <w:t>0.9381</w:t>
            </w:r>
          </w:p>
        </w:tc>
        <w:tc>
          <w:tcPr>
            <w:tcW w:type="dxa" w:w="3289"/>
            <w:vAlign w:val="center"/>
          </w:tcPr>
          <w:p>
            <w:r/>
            <w:r>
              <w:rPr>
                <w:rFonts w:ascii="Malgun Gothic" w:hAnsi="Malgun Gothic" w:eastAsia="Malgun Gothic"/>
                <w:b w:val="0"/>
                <w:sz w:val="16"/>
              </w:rPr>
              <w:t>안정</w:t>
            </w:r>
          </w:p>
        </w:tc>
      </w:tr>
      <w:tr>
        <w:trPr>
          <w:cantSplit/>
        </w:trPr>
        <w:tc>
          <w:tcPr>
            <w:tcW w:type="dxa" w:w="3289"/>
            <w:vAlign w:val="center"/>
          </w:tcPr>
          <w:p>
            <w:r/>
            <w:r>
              <w:rPr>
                <w:rFonts w:ascii="Malgun Gothic" w:hAnsi="Malgun Gothic" w:eastAsia="Malgun Gothic"/>
                <w:b w:val="0"/>
                <w:sz w:val="16"/>
              </w:rPr>
              <w:t>wpm 낮춤</w:t>
            </w:r>
          </w:p>
        </w:tc>
        <w:tc>
          <w:tcPr>
            <w:tcW w:type="dxa" w:w="3289"/>
            <w:vAlign w:val="center"/>
          </w:tcPr>
          <w:p>
            <w:r/>
            <w:r>
              <w:rPr>
                <w:rFonts w:ascii="Malgun Gothic" w:hAnsi="Malgun Gothic" w:eastAsia="Malgun Gothic"/>
                <w:b w:val="0"/>
                <w:sz w:val="16"/>
              </w:rPr>
              <w:t>0.9478</w:t>
            </w:r>
          </w:p>
        </w:tc>
        <w:tc>
          <w:tcPr>
            <w:tcW w:type="dxa" w:w="3289"/>
            <w:vAlign w:val="center"/>
          </w:tcPr>
          <w:p>
            <w:r/>
            <w:r>
              <w:rPr>
                <w:rFonts w:ascii="Malgun Gothic" w:hAnsi="Malgun Gothic" w:eastAsia="Malgun Gothic"/>
                <w:b w:val="0"/>
                <w:sz w:val="16"/>
              </w:rPr>
              <w:t>안정</w:t>
            </w:r>
          </w:p>
        </w:tc>
      </w:tr>
      <w:tr>
        <w:trPr>
          <w:cantSplit/>
        </w:trPr>
        <w:tc>
          <w:tcPr>
            <w:tcW w:type="dxa" w:w="3289"/>
            <w:vAlign w:val="center"/>
          </w:tcPr>
          <w:p>
            <w:r/>
            <w:r>
              <w:rPr>
                <w:rFonts w:ascii="Malgun Gothic" w:hAnsi="Malgun Gothic" w:eastAsia="Malgun Gothic"/>
                <w:b w:val="0"/>
                <w:sz w:val="16"/>
              </w:rPr>
              <w:t>wpm 제외</w:t>
            </w:r>
          </w:p>
        </w:tc>
        <w:tc>
          <w:tcPr>
            <w:tcW w:type="dxa" w:w="3289"/>
            <w:vAlign w:val="center"/>
          </w:tcPr>
          <w:p>
            <w:r/>
            <w:r>
              <w:rPr>
                <w:rFonts w:ascii="Malgun Gothic" w:hAnsi="Malgun Gothic" w:eastAsia="Malgun Gothic"/>
                <w:b w:val="0"/>
                <w:sz w:val="16"/>
              </w:rPr>
              <w:t>0.8792</w:t>
            </w:r>
          </w:p>
        </w:tc>
        <w:tc>
          <w:tcPr>
            <w:tcW w:type="dxa" w:w="3289"/>
            <w:vAlign w:val="center"/>
          </w:tcPr>
          <w:p>
            <w:r/>
            <w:r>
              <w:rPr>
                <w:rFonts w:ascii="Malgun Gothic" w:hAnsi="Malgun Gothic" w:eastAsia="Malgun Gothic"/>
                <w:b w:val="0"/>
                <w:sz w:val="16"/>
              </w:rPr>
              <w:t>허용범위</w:t>
            </w:r>
          </w:p>
        </w:tc>
      </w:tr>
      <w:tr>
        <w:trPr>
          <w:cantSplit/>
        </w:trPr>
        <w:tc>
          <w:tcPr>
            <w:tcW w:type="dxa" w:w="3289"/>
            <w:vAlign w:val="center"/>
          </w:tcPr>
          <w:p>
            <w:r/>
            <w:r>
              <w:rPr>
                <w:rFonts w:ascii="Malgun Gothic" w:hAnsi="Malgun Gothic" w:eastAsia="Malgun Gothic"/>
                <w:b w:val="0"/>
                <w:sz w:val="16"/>
              </w:rPr>
              <w:t>duration 제외</w:t>
            </w:r>
          </w:p>
        </w:tc>
        <w:tc>
          <w:tcPr>
            <w:tcW w:type="dxa" w:w="3289"/>
            <w:vAlign w:val="center"/>
          </w:tcPr>
          <w:p>
            <w:r/>
            <w:r>
              <w:rPr>
                <w:rFonts w:ascii="Malgun Gothic" w:hAnsi="Malgun Gothic" w:eastAsia="Malgun Gothic"/>
                <w:b w:val="0"/>
                <w:sz w:val="16"/>
              </w:rPr>
              <w:t>0.8778</w:t>
            </w:r>
          </w:p>
        </w:tc>
        <w:tc>
          <w:tcPr>
            <w:tcW w:type="dxa" w:w="3289"/>
            <w:vAlign w:val="center"/>
          </w:tcPr>
          <w:p>
            <w:r/>
            <w:r>
              <w:rPr>
                <w:rFonts w:ascii="Malgun Gothic" w:hAnsi="Malgun Gothic" w:eastAsia="Malgun Gothic"/>
                <w:b w:val="0"/>
                <w:sz w:val="16"/>
              </w:rPr>
              <w:t>허용범위</w:t>
            </w:r>
          </w:p>
        </w:tc>
      </w:tr>
    </w:tbl>
    <w:p/>
    <w:p>
      <w:r>
        <w:rPr>
          <w:b/>
        </w:rPr>
        <w:t>표 2-Q.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4개 음성 특징으로 구성한 stress_score가 이론적으로 기대한 방향과 강도를 보이는가?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수렴·판별·민감도·구간 효과가 일관되게 확인되는가?</w:t>
            </w:r>
          </w:p>
        </w:tc>
      </w:tr>
    </w:tbl>
    <w:p/>
    <w:p>
      <w:r>
        <w:rPr>
          <w:b/>
        </w:rPr>
        <w:t>표 2-M.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Global z-score</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Min-max normalization</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Pearson correlation</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Bootstrap 2,000</w:t>
            </w:r>
          </w:p>
        </w:tc>
      </w:tr>
      <w:tr>
        <w:trPr>
          <w:cantSplit/>
        </w:trPr>
        <w:tc>
          <w:tcPr>
            <w:tcW w:type="dxa" w:w="4933"/>
            <w:vAlign w:val="center"/>
          </w:tcPr>
          <w:p>
            <w:r/>
            <w:r>
              <w:rPr>
                <w:rFonts w:ascii="Malgun Gothic" w:hAnsi="Malgun Gothic" w:eastAsia="Malgun Gothic"/>
                <w:b w:val="0"/>
                <w:sz w:val="16"/>
              </w:rPr>
              <w:t>5</w:t>
            </w:r>
          </w:p>
        </w:tc>
        <w:tc>
          <w:tcPr>
            <w:tcW w:type="dxa" w:w="4933"/>
            <w:vAlign w:val="center"/>
          </w:tcPr>
          <w:p>
            <w:r/>
            <w:r>
              <w:rPr>
                <w:rFonts w:ascii="Malgun Gothic" w:hAnsi="Malgun Gothic" w:eastAsia="Malgun Gothic"/>
                <w:b w:val="0"/>
                <w:sz w:val="16"/>
              </w:rPr>
              <w:t>Univariate OLS</w:t>
            </w:r>
          </w:p>
        </w:tc>
      </w:tr>
      <w:tr>
        <w:trPr>
          <w:cantSplit/>
        </w:trPr>
        <w:tc>
          <w:tcPr>
            <w:tcW w:type="dxa" w:w="4933"/>
            <w:vAlign w:val="center"/>
          </w:tcPr>
          <w:p>
            <w:r/>
            <w:r>
              <w:rPr>
                <w:rFonts w:ascii="Malgun Gothic" w:hAnsi="Malgun Gothic" w:eastAsia="Malgun Gothic"/>
                <w:b w:val="0"/>
                <w:sz w:val="16"/>
              </w:rPr>
              <w:t>6</w:t>
            </w:r>
          </w:p>
        </w:tc>
        <w:tc>
          <w:tcPr>
            <w:tcW w:type="dxa" w:w="4933"/>
            <w:vAlign w:val="center"/>
          </w:tcPr>
          <w:p>
            <w:r/>
            <w:r>
              <w:rPr>
                <w:rFonts w:ascii="Malgun Gothic" w:hAnsi="Malgun Gothic" w:eastAsia="Malgun Gothic"/>
                <w:b w:val="0"/>
                <w:sz w:val="16"/>
              </w:rPr>
              <w:t>ANOVA</w:t>
            </w:r>
          </w:p>
        </w:tc>
      </w:tr>
      <w:tr>
        <w:trPr>
          <w:cantSplit/>
        </w:trPr>
        <w:tc>
          <w:tcPr>
            <w:tcW w:type="dxa" w:w="4933"/>
            <w:vAlign w:val="center"/>
          </w:tcPr>
          <w:p>
            <w:r/>
            <w:r>
              <w:rPr>
                <w:rFonts w:ascii="Malgun Gothic" w:hAnsi="Malgun Gothic" w:eastAsia="Malgun Gothic"/>
                <w:b w:val="0"/>
                <w:sz w:val="16"/>
              </w:rPr>
              <w:t>7</w:t>
            </w:r>
          </w:p>
        </w:tc>
        <w:tc>
          <w:tcPr>
            <w:tcW w:type="dxa" w:w="4933"/>
            <w:vAlign w:val="center"/>
          </w:tcPr>
          <w:p>
            <w:r/>
            <w:r>
              <w:rPr>
                <w:rFonts w:ascii="Malgun Gothic" w:hAnsi="Malgun Gothic" w:eastAsia="Malgun Gothic"/>
                <w:b w:val="0"/>
                <w:sz w:val="16"/>
              </w:rPr>
              <w:t>Weight sensitivity</w:t>
            </w:r>
          </w:p>
        </w:tc>
      </w:tr>
    </w:tbl>
    <w:p/>
    <w:p>
      <w:pPr>
        <w:pStyle w:val="Heading2"/>
      </w:pPr>
      <w:r>
        <w:t>분석 그림 및 도식</w:t>
      </w:r>
    </w:p>
    <w:p>
      <w:pPr>
        <w:jc w:val="center"/>
      </w:pPr>
      <w:r>
        <w:rPr>
          <w:b/>
        </w:rPr>
        <w:t>그림 2-1. stress_score와 4개 특징의 상관계수</w:t>
      </w:r>
    </w:p>
    <w:p>
      <w:pPr>
        <w:jc w:val="center"/>
      </w:pPr>
      <w:r>
        <w:drawing>
          <wp:inline xmlns:a="http://schemas.openxmlformats.org/drawingml/2006/main" xmlns:pic="http://schemas.openxmlformats.org/drawingml/2006/picture">
            <wp:extent cx="5806440" cy="2997216"/>
            <wp:docPr id="12" name="Picture 12"/>
            <wp:cNvGraphicFramePr>
              <a:graphicFrameLocks noChangeAspect="1"/>
            </wp:cNvGraphicFramePr>
            <a:graphic>
              <a:graphicData uri="http://schemas.openxmlformats.org/drawingml/2006/picture">
                <pic:pic>
                  <pic:nvPicPr>
                    <pic:cNvPr id="0" name="ch2_correlation_v215.png"/>
                    <pic:cNvPicPr/>
                  </pic:nvPicPr>
                  <pic:blipFill>
                    <a:blip r:embed="rId20"/>
                    <a:stretch>
                      <a:fillRect/>
                    </a:stretch>
                  </pic:blipFill>
                  <pic:spPr>
                    <a:xfrm>
                      <a:off x="0" y="0"/>
                      <a:ext cx="5806440" cy="2997216"/>
                    </a:xfrm>
                    <a:prstGeom prst="rect"/>
                  </pic:spPr>
                </pic:pic>
              </a:graphicData>
            </a:graphic>
          </wp:inline>
        </w:drawing>
      </w:r>
    </w:p>
    <w:p>
      <w:pPr>
        <w:jc w:val="center"/>
      </w:pPr>
      <w:r>
        <w:rPr>
          <w:b/>
        </w:rPr>
        <w:t>그림 2-2. 스트레스 구간별 ANOVA 효과크기</w:t>
      </w:r>
    </w:p>
    <w:p>
      <w:pPr>
        <w:jc w:val="center"/>
      </w:pPr>
      <w:r>
        <w:drawing>
          <wp:inline xmlns:a="http://schemas.openxmlformats.org/drawingml/2006/main" xmlns:pic="http://schemas.openxmlformats.org/drawingml/2006/picture">
            <wp:extent cx="5806440" cy="2997216"/>
            <wp:docPr id="13" name="Picture 13"/>
            <wp:cNvGraphicFramePr>
              <a:graphicFrameLocks noChangeAspect="1"/>
            </wp:cNvGraphicFramePr>
            <a:graphic>
              <a:graphicData uri="http://schemas.openxmlformats.org/drawingml/2006/picture">
                <pic:pic>
                  <pic:nvPicPr>
                    <pic:cNvPr id="0" name="ch2_anova_v215.png"/>
                    <pic:cNvPicPr/>
                  </pic:nvPicPr>
                  <pic:blipFill>
                    <a:blip r:embed="rId21"/>
                    <a:stretch>
                      <a:fillRect/>
                    </a:stretch>
                  </pic:blipFill>
                  <pic:spPr>
                    <a:xfrm>
                      <a:off x="0" y="0"/>
                      <a:ext cx="5806440" cy="2997216"/>
                    </a:xfrm>
                    <a:prstGeom prst="rect"/>
                  </pic:spPr>
                </pic:pic>
              </a:graphicData>
            </a:graphic>
          </wp:inline>
        </w:drawing>
      </w:r>
    </w:p>
    <w:p>
      <w:pPr>
        <w:jc w:val="center"/>
      </w:pPr>
      <w:r>
        <w:rPr>
          <w:b/>
        </w:rPr>
        <w:t>그림 2-3. 가중치 민감도 시나리오 상관</w:t>
      </w:r>
    </w:p>
    <w:p>
      <w:pPr>
        <w:jc w:val="center"/>
      </w:pPr>
      <w:r>
        <w:drawing>
          <wp:inline xmlns:a="http://schemas.openxmlformats.org/drawingml/2006/main" xmlns:pic="http://schemas.openxmlformats.org/drawingml/2006/picture">
            <wp:extent cx="5806440" cy="2997216"/>
            <wp:docPr id="14" name="Picture 14"/>
            <wp:cNvGraphicFramePr>
              <a:graphicFrameLocks noChangeAspect="1"/>
            </wp:cNvGraphicFramePr>
            <a:graphic>
              <a:graphicData uri="http://schemas.openxmlformats.org/drawingml/2006/picture">
                <pic:pic>
                  <pic:nvPicPr>
                    <pic:cNvPr id="0" name="ch2_sensitivity_v215.png"/>
                    <pic:cNvPicPr/>
                  </pic:nvPicPr>
                  <pic:blipFill>
                    <a:blip r:embed="rId22"/>
                    <a:stretch>
                      <a:fillRect/>
                    </a:stretch>
                  </pic:blipFill>
                  <pic:spPr>
                    <a:xfrm>
                      <a:off x="0" y="0"/>
                      <a:ext cx="5806440" cy="2997216"/>
                    </a:xfrm>
                    <a:prstGeom prst="rect"/>
                  </pic:spPr>
                </pic:pic>
              </a:graphicData>
            </a:graphic>
          </wp:inline>
        </w:drawing>
      </w:r>
    </w:p>
    <w:p>
      <w:pPr>
        <w:jc w:val="center"/>
      </w:pPr>
      <w:r>
        <w:rPr>
          <w:b/>
        </w:rPr>
        <w:t>그림 2-4. 주요 변수 표준화 전 평균</w:t>
      </w:r>
    </w:p>
    <w:p>
      <w:pPr>
        <w:jc w:val="center"/>
      </w:pPr>
      <w:r>
        <w:drawing>
          <wp:inline xmlns:a="http://schemas.openxmlformats.org/drawingml/2006/main" xmlns:pic="http://schemas.openxmlformats.org/drawingml/2006/picture">
            <wp:extent cx="5806440" cy="2999048"/>
            <wp:docPr id="15" name="Picture 15"/>
            <wp:cNvGraphicFramePr>
              <a:graphicFrameLocks noChangeAspect="1"/>
            </wp:cNvGraphicFramePr>
            <a:graphic>
              <a:graphicData uri="http://schemas.openxmlformats.org/drawingml/2006/picture">
                <pic:pic>
                  <pic:nvPicPr>
                    <pic:cNvPr id="0" name="ch2_descriptive_v215.png"/>
                    <pic:cNvPicPr/>
                  </pic:nvPicPr>
                  <pic:blipFill>
                    <a:blip r:embed="rId23"/>
                    <a:stretch>
                      <a:fillRect/>
                    </a:stretch>
                  </pic:blipFill>
                  <pic:spPr>
                    <a:xfrm>
                      <a:off x="0" y="0"/>
                      <a:ext cx="5806440" cy="2999048"/>
                    </a:xfrm>
                    <a:prstGeom prst="rect"/>
                  </pic:spPr>
                </pic:pic>
              </a:graphicData>
            </a:graphic>
          </wp:inline>
        </w:drawing>
      </w:r>
    </w:p>
    <w:p>
      <w:pPr>
        <w:pStyle w:val="Heading2"/>
      </w:pPr>
      <w:r>
        <w:t>원본 분석 산출물 연계</w:t>
      </w:r>
    </w:p>
    <w:p>
      <w:r>
        <w:t>전체 행 포함</w:t>
      </w:r>
    </w:p>
    <w:p>
      <w:r>
        <w:rPr>
          <w:b/>
        </w:rPr>
        <w:t>산출물 JSON: research_continuity/01_asis_0413_original/asis_0413_locked_manifest.json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step</w:t>
            </w:r>
          </w:p>
        </w:tc>
        <w:tc>
          <w:tcPr>
            <w:tcW w:type="dxa" w:w="4933"/>
            <w:vAlign w:val="center"/>
          </w:tcPr>
          <w:p>
            <w:r/>
            <w:r>
              <w:rPr>
                <w:rFonts w:ascii="Malgun Gothic" w:hAnsi="Malgun Gothic" w:eastAsia="Malgun Gothic"/>
                <w:b w:val="0"/>
                <w:sz w:val="14"/>
              </w:rPr>
              <w:t>02_lock_asis_0413</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w:t>
            </w:r>
          </w:p>
        </w:tc>
      </w:tr>
      <w:tr>
        <w:trPr>
          <w:cantSplit/>
        </w:trPr>
        <w:tc>
          <w:tcPr>
            <w:tcW w:type="dxa" w:w="4933"/>
            <w:vAlign w:val="center"/>
          </w:tcPr>
          <w:p>
            <w:r/>
            <w:r>
              <w:rPr>
                <w:rFonts w:ascii="Malgun Gothic" w:hAnsi="Malgun Gothic" w:eastAsia="Malgun Gothic"/>
                <w:b w:val="0"/>
                <w:sz w:val="14"/>
              </w:rPr>
              <w:t>locked_at</w:t>
            </w:r>
          </w:p>
        </w:tc>
        <w:tc>
          <w:tcPr>
            <w:tcW w:type="dxa" w:w="4933"/>
            <w:vAlign w:val="center"/>
          </w:tcPr>
          <w:p>
            <w:r/>
            <w:r>
              <w:rPr>
                <w:rFonts w:ascii="Malgun Gothic" w:hAnsi="Malgun Gothic" w:eastAsia="Malgun Gothic"/>
                <w:b w:val="0"/>
                <w:sz w:val="14"/>
              </w:rPr>
              <w:t>2026-07-05 16:17:57</w:t>
            </w:r>
          </w:p>
        </w:tc>
      </w:tr>
      <w:tr>
        <w:trPr>
          <w:cantSplit/>
        </w:trPr>
        <w:tc>
          <w:tcPr>
            <w:tcW w:type="dxa" w:w="4933"/>
            <w:vAlign w:val="center"/>
          </w:tcPr>
          <w:p>
            <w:r/>
            <w:r>
              <w:rPr>
                <w:rFonts w:ascii="Malgun Gothic" w:hAnsi="Malgun Gothic" w:eastAsia="Malgun Gothic"/>
                <w:b w:val="0"/>
                <w:sz w:val="14"/>
              </w:rPr>
              <w:t>source</w:t>
            </w:r>
          </w:p>
        </w:tc>
        <w:tc>
          <w:tcPr>
            <w:tcW w:type="dxa" w:w="4933"/>
            <w:vAlign w:val="center"/>
          </w:tcPr>
          <w:p>
            <w:r/>
            <w:r>
              <w:rPr>
                <w:rFonts w:ascii="Malgun Gothic" w:hAnsi="Malgun Gothic" w:eastAsia="Malgun Gothic"/>
                <w:b w:val="0"/>
                <w:sz w:val="14"/>
              </w:rPr>
              <w:t>C:\AI\sci_voc_bot\resources\asis\0413_voc_full_validation_report.html</w:t>
            </w:r>
          </w:p>
        </w:tc>
      </w:tr>
      <w:tr>
        <w:trPr>
          <w:cantSplit/>
        </w:trPr>
        <w:tc>
          <w:tcPr>
            <w:tcW w:type="dxa" w:w="4933"/>
            <w:vAlign w:val="center"/>
          </w:tcPr>
          <w:p>
            <w:r/>
            <w:r>
              <w:rPr>
                <w:rFonts w:ascii="Malgun Gothic" w:hAnsi="Malgun Gothic" w:eastAsia="Malgun Gothic"/>
                <w:b w:val="0"/>
                <w:sz w:val="14"/>
              </w:rPr>
              <w:t>locked_file</w:t>
            </w:r>
          </w:p>
        </w:tc>
        <w:tc>
          <w:tcPr>
            <w:tcW w:type="dxa" w:w="4933"/>
            <w:vAlign w:val="center"/>
          </w:tcPr>
          <w:p>
            <w:r/>
            <w:r>
              <w:rPr>
                <w:rFonts w:ascii="Malgun Gothic" w:hAnsi="Malgun Gothic" w:eastAsia="Malgun Gothic"/>
                <w:b w:val="0"/>
                <w:sz w:val="14"/>
              </w:rPr>
              <w:t>C:\AI\sci_voc_bot\research_continuity\01_asis_0413_original\0413_voc_full_validation_report.html</w:t>
            </w:r>
          </w:p>
        </w:tc>
      </w:tr>
      <w:tr>
        <w:trPr>
          <w:cantSplit/>
        </w:trPr>
        <w:tc>
          <w:tcPr>
            <w:tcW w:type="dxa" w:w="4933"/>
            <w:vAlign w:val="center"/>
          </w:tcPr>
          <w:p>
            <w:r/>
            <w:r>
              <w:rPr>
                <w:rFonts w:ascii="Malgun Gothic" w:hAnsi="Malgun Gothic" w:eastAsia="Malgun Gothic"/>
                <w:b w:val="0"/>
                <w:sz w:val="14"/>
              </w:rPr>
              <w:t>size_bytes</w:t>
            </w:r>
          </w:p>
        </w:tc>
        <w:tc>
          <w:tcPr>
            <w:tcW w:type="dxa" w:w="4933"/>
            <w:vAlign w:val="center"/>
          </w:tcPr>
          <w:p>
            <w:r/>
            <w:r>
              <w:rPr>
                <w:rFonts w:ascii="Malgun Gothic" w:hAnsi="Malgun Gothic" w:eastAsia="Malgun Gothic"/>
                <w:b w:val="0"/>
                <w:sz w:val="14"/>
              </w:rPr>
              <w:t>1274984</w:t>
            </w:r>
          </w:p>
        </w:tc>
      </w:tr>
      <w:tr>
        <w:trPr>
          <w:cantSplit/>
        </w:trPr>
        <w:tc>
          <w:tcPr>
            <w:tcW w:type="dxa" w:w="4933"/>
            <w:vAlign w:val="center"/>
          </w:tcPr>
          <w:p>
            <w:r/>
            <w:r>
              <w:rPr>
                <w:rFonts w:ascii="Malgun Gothic" w:hAnsi="Malgun Gothic" w:eastAsia="Malgun Gothic"/>
                <w:b w:val="0"/>
                <w:sz w:val="14"/>
              </w:rPr>
              <w:t>sha256</w:t>
            </w:r>
          </w:p>
        </w:tc>
        <w:tc>
          <w:tcPr>
            <w:tcW w:type="dxa" w:w="4933"/>
            <w:vAlign w:val="center"/>
          </w:tcPr>
          <w:p>
            <w:r/>
            <w:r>
              <w:rPr>
                <w:rFonts w:ascii="Malgun Gothic" w:hAnsi="Malgun Gothic" w:eastAsia="Malgun Gothic"/>
                <w:b w:val="0"/>
                <w:sz w:val="14"/>
              </w:rPr>
              <w:t>139f8da7b79caa6744eb509166b3c8daa141504a32f97aa68a67de4e077dbab3</w:t>
            </w:r>
          </w:p>
        </w:tc>
      </w:tr>
      <w:tr>
        <w:trPr>
          <w:cantSplit/>
        </w:trPr>
        <w:tc>
          <w:tcPr>
            <w:tcW w:type="dxa" w:w="4933"/>
            <w:vAlign w:val="center"/>
          </w:tcPr>
          <w:p>
            <w:r/>
            <w:r>
              <w:rPr>
                <w:rFonts w:ascii="Malgun Gothic" w:hAnsi="Malgun Gothic" w:eastAsia="Malgun Gothic"/>
                <w:b w:val="0"/>
                <w:sz w:val="14"/>
              </w:rPr>
              <w:t>role</w:t>
            </w:r>
          </w:p>
        </w:tc>
        <w:tc>
          <w:tcPr>
            <w:tcW w:type="dxa" w:w="4933"/>
            <w:vAlign w:val="center"/>
          </w:tcPr>
          <w:p>
            <w:r/>
            <w:r>
              <w:rPr>
                <w:rFonts w:ascii="Malgun Gothic" w:hAnsi="Malgun Gothic" w:eastAsia="Malgun Gothic"/>
                <w:b w:val="0"/>
                <w:sz w:val="14"/>
              </w:rPr>
              <w:t>논문 본문 기준 AS-IS 0413 결과. TO-BE 결과로 직접 덮어쓰지 않는다.</w:t>
            </w:r>
          </w:p>
        </w:tc>
      </w:tr>
      <w:tr>
        <w:trPr>
          <w:cantSplit/>
        </w:trPr>
        <w:tc>
          <w:tcPr>
            <w:tcW w:type="dxa" w:w="4933"/>
            <w:vAlign w:val="center"/>
          </w:tcPr>
          <w:p>
            <w:r/>
            <w:r>
              <w:rPr>
                <w:rFonts w:ascii="Malgun Gothic" w:hAnsi="Malgun Gothic" w:eastAsia="Malgun Gothic"/>
                <w:b w:val="0"/>
                <w:sz w:val="14"/>
              </w:rPr>
              <w:t>known_baseline_notes.clean_rows</w:t>
            </w:r>
          </w:p>
        </w:tc>
        <w:tc>
          <w:tcPr>
            <w:tcW w:type="dxa" w:w="4933"/>
            <w:vAlign w:val="center"/>
          </w:tcPr>
          <w:p>
            <w:r/>
            <w:r>
              <w:rPr>
                <w:rFonts w:ascii="Malgun Gothic" w:hAnsi="Malgun Gothic" w:eastAsia="Malgun Gothic"/>
                <w:b w:val="0"/>
                <w:sz w:val="14"/>
              </w:rPr>
              <w:t>0413 기준 998건으로 보고된 기준을 우선 확인</w:t>
            </w:r>
          </w:p>
        </w:tc>
      </w:tr>
      <w:tr>
        <w:trPr>
          <w:cantSplit/>
        </w:trPr>
        <w:tc>
          <w:tcPr>
            <w:tcW w:type="dxa" w:w="4933"/>
            <w:vAlign w:val="center"/>
          </w:tcPr>
          <w:p>
            <w:r/>
            <w:r>
              <w:rPr>
                <w:rFonts w:ascii="Malgun Gothic" w:hAnsi="Malgun Gothic" w:eastAsia="Malgun Gothic"/>
                <w:b w:val="0"/>
                <w:sz w:val="14"/>
              </w:rPr>
              <w:t>known_baseline_notes.stress_score</w:t>
            </w:r>
          </w:p>
        </w:tc>
        <w:tc>
          <w:tcPr>
            <w:tcW w:type="dxa" w:w="4933"/>
            <w:vAlign w:val="center"/>
          </w:tcPr>
          <w:p>
            <w:r/>
            <w:r>
              <w:rPr>
                <w:rFonts w:ascii="Malgun Gothic" w:hAnsi="Malgun Gothic" w:eastAsia="Malgun Gothic"/>
                <w:b w:val="0"/>
                <w:sz w:val="14"/>
              </w:rPr>
              <w:t>0413 본문 기준값을 우선 유지</w:t>
            </w:r>
          </w:p>
        </w:tc>
      </w:tr>
      <w:tr>
        <w:trPr>
          <w:cantSplit/>
        </w:trPr>
        <w:tc>
          <w:tcPr>
            <w:tcW w:type="dxa" w:w="4933"/>
            <w:vAlign w:val="center"/>
          </w:tcPr>
          <w:p>
            <w:r/>
            <w:r>
              <w:rPr>
                <w:rFonts w:ascii="Malgun Gothic" w:hAnsi="Malgun Gothic" w:eastAsia="Malgun Gothic"/>
                <w:b w:val="0"/>
                <w:sz w:val="14"/>
              </w:rPr>
              <w:t>known_baseline_notes.warning</w:t>
            </w:r>
          </w:p>
        </w:tc>
        <w:tc>
          <w:tcPr>
            <w:tcW w:type="dxa" w:w="4933"/>
            <w:vAlign w:val="center"/>
          </w:tcPr>
          <w:p>
            <w:r/>
            <w:r>
              <w:rPr>
                <w:rFonts w:ascii="Malgun Gothic" w:hAnsi="Malgun Gothic" w:eastAsia="Malgun Gothic"/>
                <w:b w:val="0"/>
                <w:sz w:val="14"/>
              </w:rPr>
              <w:t>화면/자동화 산출물과 본문 기준값이 다르면 교체가 아니라 차이 원인 분석으로 처리</w:t>
            </w:r>
          </w:p>
        </w:tc>
      </w:tr>
    </w:tbl>
    <w:p/>
    <w:p>
      <w:r>
        <w:t>대용량 표의 앞/뒤 표본 및 구조 포함; 원본 전수 행은 데이터 부록 ZIP 포함</w:t>
      </w:r>
    </w:p>
    <w:p>
      <w:r>
        <w:rPr>
          <w:b/>
        </w:rPr>
        <w:t>산출물 CSV: research_continuity/02_asis_same_method_reproduction/actual_same_method_reproduced_stress_index_v150.csv (행 998, 열 19)</w:t>
      </w:r>
    </w:p>
    <w:tbl>
      <w:tblPr>
        <w:tblStyle w:val="TableGrid"/>
        <w:tblW w:type="auto" w:w="0"/>
        <w:jc w:val="center"/>
        <w:tblLook w:firstColumn="1" w:firstRow="1" w:lastColumn="0" w:lastRow="0" w:noHBand="0" w:noVBand="1" w:val="04A0"/>
      </w:tblPr>
      <w:tblGrid>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519"/>
      </w:tblGrid>
      <w:tr>
        <w:trPr>
          <w:tblHeader w:val="true"/>
          <w:cantSplit/>
        </w:trPr>
        <w:tc>
          <w:tcPr>
            <w:tcW w:type="dxa" w:w="519"/>
          </w:tcPr>
          <w:p>
            <w:r/>
            <w:r>
              <w:rPr>
                <w:rFonts w:ascii="Malgun Gothic" w:hAnsi="Malgun Gothic" w:eastAsia="Malgun Gothic"/>
                <w:b/>
                <w:sz w:val="14"/>
              </w:rPr>
              <w:t>stress_score</w:t>
            </w:r>
          </w:p>
        </w:tc>
        <w:tc>
          <w:tcPr>
            <w:tcW w:type="dxa" w:w="519"/>
          </w:tcPr>
          <w:p>
            <w:r/>
            <w:r>
              <w:rPr>
                <w:rFonts w:ascii="Malgun Gothic" w:hAnsi="Malgun Gothic" w:eastAsia="Malgun Gothic"/>
                <w:b/>
                <w:sz w:val="14"/>
              </w:rPr>
              <w:t>energy_mean</w:t>
            </w:r>
          </w:p>
        </w:tc>
        <w:tc>
          <w:tcPr>
            <w:tcW w:type="dxa" w:w="519"/>
          </w:tcPr>
          <w:p>
            <w:r/>
            <w:r>
              <w:rPr>
                <w:rFonts w:ascii="Malgun Gothic" w:hAnsi="Malgun Gothic" w:eastAsia="Malgun Gothic"/>
                <w:b/>
                <w:sz w:val="14"/>
              </w:rPr>
              <w:t>pitch_mean</w:t>
            </w:r>
          </w:p>
        </w:tc>
        <w:tc>
          <w:tcPr>
            <w:tcW w:type="dxa" w:w="519"/>
          </w:tcPr>
          <w:p>
            <w:r/>
            <w:r>
              <w:rPr>
                <w:rFonts w:ascii="Malgun Gothic" w:hAnsi="Malgun Gothic" w:eastAsia="Malgun Gothic"/>
                <w:b/>
                <w:sz w:val="14"/>
              </w:rPr>
              <w:t>wpm</w:t>
            </w:r>
          </w:p>
        </w:tc>
        <w:tc>
          <w:tcPr>
            <w:tcW w:type="dxa" w:w="519"/>
          </w:tcPr>
          <w:p>
            <w:r/>
            <w:r>
              <w:rPr>
                <w:rFonts w:ascii="Malgun Gothic" w:hAnsi="Malgun Gothic" w:eastAsia="Malgun Gothic"/>
                <w:b/>
                <w:sz w:val="14"/>
              </w:rPr>
              <w:t>duration_sec</w:t>
            </w:r>
          </w:p>
        </w:tc>
        <w:tc>
          <w:tcPr>
            <w:tcW w:type="dxa" w:w="519"/>
          </w:tcPr>
          <w:p>
            <w:r/>
            <w:r>
              <w:rPr>
                <w:rFonts w:ascii="Malgun Gothic" w:hAnsi="Malgun Gothic" w:eastAsia="Malgun Gothic"/>
                <w:b/>
                <w:sz w:val="14"/>
              </w:rPr>
              <w:t>z_energy_mean</w:t>
            </w:r>
          </w:p>
        </w:tc>
        <w:tc>
          <w:tcPr>
            <w:tcW w:type="dxa" w:w="519"/>
          </w:tcPr>
          <w:p>
            <w:r/>
            <w:r>
              <w:rPr>
                <w:rFonts w:ascii="Malgun Gothic" w:hAnsi="Malgun Gothic" w:eastAsia="Malgun Gothic"/>
                <w:b/>
                <w:sz w:val="14"/>
              </w:rPr>
              <w:t>z_pitch_mean</w:t>
            </w:r>
          </w:p>
        </w:tc>
        <w:tc>
          <w:tcPr>
            <w:tcW w:type="dxa" w:w="519"/>
          </w:tcPr>
          <w:p>
            <w:r/>
            <w:r>
              <w:rPr>
                <w:rFonts w:ascii="Malgun Gothic" w:hAnsi="Malgun Gothic" w:eastAsia="Malgun Gothic"/>
                <w:b/>
                <w:sz w:val="14"/>
              </w:rPr>
              <w:t>z_wpm</w:t>
            </w:r>
          </w:p>
        </w:tc>
        <w:tc>
          <w:tcPr>
            <w:tcW w:type="dxa" w:w="519"/>
          </w:tcPr>
          <w:p>
            <w:r/>
            <w:r>
              <w:rPr>
                <w:rFonts w:ascii="Malgun Gothic" w:hAnsi="Malgun Gothic" w:eastAsia="Malgun Gothic"/>
                <w:b/>
                <w:sz w:val="14"/>
              </w:rPr>
              <w:t>z_duration_sec</w:t>
            </w:r>
          </w:p>
        </w:tc>
        <w:tc>
          <w:tcPr>
            <w:tcW w:type="dxa" w:w="519"/>
          </w:tcPr>
          <w:p>
            <w:r/>
            <w:r>
              <w:rPr>
                <w:rFonts w:ascii="Malgun Gothic" w:hAnsi="Malgun Gothic" w:eastAsia="Malgun Gothic"/>
                <w:b/>
                <w:sz w:val="14"/>
              </w:rPr>
              <w:t>stress_raw_formula_candidate</w:t>
            </w:r>
          </w:p>
        </w:tc>
        <w:tc>
          <w:tcPr>
            <w:tcW w:type="dxa" w:w="519"/>
          </w:tcPr>
          <w:p>
            <w:r/>
            <w:r>
              <w:rPr>
                <w:rFonts w:ascii="Malgun Gothic" w:hAnsi="Malgun Gothic" w:eastAsia="Malgun Gothic"/>
                <w:b/>
                <w:sz w:val="14"/>
              </w:rPr>
              <w:t>stress_score_formula_candidate</w:t>
            </w:r>
          </w:p>
        </w:tc>
        <w:tc>
          <w:tcPr>
            <w:tcW w:type="dxa" w:w="519"/>
          </w:tcPr>
          <w:p>
            <w:r/>
            <w:r>
              <w:rPr>
                <w:rFonts w:ascii="Malgun Gothic" w:hAnsi="Malgun Gothic" w:eastAsia="Malgun Gothic"/>
                <w:b/>
                <w:sz w:val="14"/>
              </w:rPr>
              <w:t>stress_score_reproduced</w:t>
            </w:r>
          </w:p>
        </w:tc>
        <w:tc>
          <w:tcPr>
            <w:tcW w:type="dxa" w:w="519"/>
          </w:tcPr>
          <w:p>
            <w:r/>
            <w:r>
              <w:rPr>
                <w:rFonts w:ascii="Malgun Gothic" w:hAnsi="Malgun Gothic" w:eastAsia="Malgun Gothic"/>
                <w:b/>
                <w:sz w:val="14"/>
              </w:rPr>
              <w:t>stress_score_asis_reference</w:t>
            </w:r>
          </w:p>
        </w:tc>
        <w:tc>
          <w:tcPr>
            <w:tcW w:type="dxa" w:w="519"/>
          </w:tcPr>
          <w:p>
            <w:r/>
            <w:r>
              <w:rPr>
                <w:rFonts w:ascii="Malgun Gothic" w:hAnsi="Malgun Gothic" w:eastAsia="Malgun Gothic"/>
                <w:b/>
                <w:sz w:val="14"/>
              </w:rPr>
              <w:t>stress_score_reproduced_reference_locked</w:t>
            </w:r>
          </w:p>
        </w:tc>
        <w:tc>
          <w:tcPr>
            <w:tcW w:type="dxa" w:w="519"/>
          </w:tcPr>
          <w:p>
            <w:r/>
            <w:r>
              <w:rPr>
                <w:rFonts w:ascii="Malgun Gothic" w:hAnsi="Malgun Gothic" w:eastAsia="Malgun Gothic"/>
                <w:b/>
                <w:sz w:val="14"/>
              </w:rPr>
              <w:t>stress_formula_candidate_minus_asis</w:t>
            </w:r>
          </w:p>
        </w:tc>
        <w:tc>
          <w:tcPr>
            <w:tcW w:type="dxa" w:w="519"/>
          </w:tcPr>
          <w:p>
            <w:r/>
            <w:r>
              <w:rPr>
                <w:rFonts w:ascii="Malgun Gothic" w:hAnsi="Malgun Gothic" w:eastAsia="Malgun Gothic"/>
                <w:b/>
                <w:sz w:val="14"/>
              </w:rPr>
              <w:t>reproduction_method_version</w:t>
            </w:r>
          </w:p>
        </w:tc>
        <w:tc>
          <w:tcPr>
            <w:tcW w:type="dxa" w:w="519"/>
          </w:tcPr>
          <w:p>
            <w:r/>
            <w:r>
              <w:rPr>
                <w:rFonts w:ascii="Malgun Gothic" w:hAnsi="Malgun Gothic" w:eastAsia="Malgun Gothic"/>
                <w:b/>
                <w:sz w:val="14"/>
              </w:rPr>
              <w:t>reproduction_mode</w:t>
            </w:r>
          </w:p>
        </w:tc>
        <w:tc>
          <w:tcPr>
            <w:tcW w:type="dxa" w:w="519"/>
          </w:tcPr>
          <w:p>
            <w:r/>
            <w:r>
              <w:rPr>
                <w:rFonts w:ascii="Malgun Gothic" w:hAnsi="Malgun Gothic" w:eastAsia="Malgun Gothic"/>
                <w:b/>
                <w:sz w:val="14"/>
              </w:rPr>
              <w:t>reproduction_created_at</w:t>
            </w:r>
          </w:p>
        </w:tc>
        <w:tc>
          <w:tcPr>
            <w:tcW w:type="dxa" w:w="519"/>
          </w:tcPr>
          <w:p>
            <w:r/>
            <w:r>
              <w:rPr>
                <w:rFonts w:ascii="Malgun Gothic" w:hAnsi="Malgun Gothic" w:eastAsia="Malgun Gothic"/>
                <w:b/>
                <w:sz w:val="14"/>
              </w:rPr>
              <w:t>original_data_policy</w:t>
            </w:r>
          </w:p>
        </w:tc>
      </w:tr>
      <w:tr>
        <w:trPr>
          <w:cantSplit/>
        </w:trPr>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0.0387283228337764</w:t>
            </w:r>
          </w:p>
        </w:tc>
        <w:tc>
          <w:tcPr>
            <w:tcW w:type="dxa" w:w="519"/>
            <w:vAlign w:val="center"/>
          </w:tcPr>
          <w:p>
            <w:r/>
            <w:r>
              <w:rPr>
                <w:rFonts w:ascii="Malgun Gothic" w:hAnsi="Malgun Gothic" w:eastAsia="Malgun Gothic"/>
                <w:b w:val="0"/>
                <w:sz w:val="14"/>
              </w:rPr>
              <w:t>238.0246184292892</w:t>
            </w:r>
          </w:p>
        </w:tc>
        <w:tc>
          <w:tcPr>
            <w:tcW w:type="dxa" w:w="519"/>
            <w:vAlign w:val="center"/>
          </w:tcPr>
          <w:p>
            <w:r/>
            <w:r>
              <w:rPr>
                <w:rFonts w:ascii="Malgun Gothic" w:hAnsi="Malgun Gothic" w:eastAsia="Malgun Gothic"/>
                <w:b w:val="0"/>
                <w:sz w:val="14"/>
              </w:rPr>
              <w:t>56.11510791366906</w:t>
            </w:r>
          </w:p>
        </w:tc>
        <w:tc>
          <w:tcPr>
            <w:tcW w:type="dxa" w:w="519"/>
            <w:vAlign w:val="center"/>
          </w:tcPr>
          <w:p>
            <w:r/>
            <w:r>
              <w:rPr>
                <w:rFonts w:ascii="Malgun Gothic" w:hAnsi="Malgun Gothic" w:eastAsia="Malgun Gothic"/>
                <w:b w:val="0"/>
                <w:sz w:val="14"/>
              </w:rPr>
              <w:t>41.7</w:t>
            </w:r>
          </w:p>
        </w:tc>
        <w:tc>
          <w:tcPr>
            <w:tcW w:type="dxa" w:w="519"/>
            <w:vAlign w:val="center"/>
          </w:tcPr>
          <w:p>
            <w:r/>
            <w:r>
              <w:rPr>
                <w:rFonts w:ascii="Malgun Gothic" w:hAnsi="Malgun Gothic" w:eastAsia="Malgun Gothic"/>
                <w:b w:val="0"/>
                <w:sz w:val="14"/>
              </w:rPr>
              <w:t>-1.0006849139043317</w:t>
            </w:r>
          </w:p>
        </w:tc>
        <w:tc>
          <w:tcPr>
            <w:tcW w:type="dxa" w:w="519"/>
            <w:vAlign w:val="center"/>
          </w:tcPr>
          <w:p>
            <w:r/>
            <w:r>
              <w:rPr>
                <w:rFonts w:ascii="Malgun Gothic" w:hAnsi="Malgun Gothic" w:eastAsia="Malgun Gothic"/>
                <w:b w:val="0"/>
                <w:sz w:val="14"/>
              </w:rPr>
              <w:t>0.29390534085006853</w:t>
            </w:r>
          </w:p>
        </w:tc>
        <w:tc>
          <w:tcPr>
            <w:tcW w:type="dxa" w:w="519"/>
            <w:vAlign w:val="center"/>
          </w:tcPr>
          <w:p>
            <w:r/>
            <w:r>
              <w:rPr>
                <w:rFonts w:ascii="Malgun Gothic" w:hAnsi="Malgun Gothic" w:eastAsia="Malgun Gothic"/>
                <w:b w:val="0"/>
                <w:sz w:val="14"/>
              </w:rPr>
              <w:t>-1.372766389316937</w:t>
            </w:r>
          </w:p>
        </w:tc>
        <w:tc>
          <w:tcPr>
            <w:tcW w:type="dxa" w:w="519"/>
            <w:vAlign w:val="center"/>
          </w:tcPr>
          <w:p>
            <w:r/>
            <w:r>
              <w:rPr>
                <w:rFonts w:ascii="Malgun Gothic" w:hAnsi="Malgun Gothic" w:eastAsia="Malgun Gothic"/>
                <w:b w:val="0"/>
                <w:sz w:val="14"/>
              </w:rPr>
              <w:t>-0.6169289523980969</w:t>
            </w:r>
          </w:p>
        </w:tc>
        <w:tc>
          <w:tcPr>
            <w:tcW w:type="dxa" w:w="519"/>
            <w:vAlign w:val="center"/>
          </w:tcPr>
          <w:p>
            <w:r/>
            <w:r>
              <w:rPr>
                <w:rFonts w:ascii="Malgun Gothic" w:hAnsi="Malgun Gothic" w:eastAsia="Malgun Gothic"/>
                <w:b w:val="0"/>
                <w:sz w:val="14"/>
              </w:rPr>
              <w:t>-0.6741187286923243</w:t>
            </w:r>
          </w:p>
        </w:tc>
        <w:tc>
          <w:tcPr>
            <w:tcW w:type="dxa" w:w="519"/>
            <w:vAlign w:val="center"/>
          </w:tcPr>
          <w:p>
            <w:r/>
            <w:r>
              <w:rPr>
                <w:rFonts w:ascii="Malgun Gothic" w:hAnsi="Malgun Gothic" w:eastAsia="Malgun Gothic"/>
                <w:b w:val="0"/>
                <w:sz w:val="14"/>
              </w:rPr>
              <w:t>0.2300850778021826</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-0.2382411261485217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0.0516217462718486</w:t>
            </w:r>
          </w:p>
        </w:tc>
        <w:tc>
          <w:tcPr>
            <w:tcW w:type="dxa" w:w="519"/>
            <w:vAlign w:val="center"/>
          </w:tcPr>
          <w:p>
            <w:r/>
            <w:r>
              <w:rPr>
                <w:rFonts w:ascii="Malgun Gothic" w:hAnsi="Malgun Gothic" w:eastAsia="Malgun Gothic"/>
                <w:b w:val="0"/>
                <w:sz w:val="14"/>
              </w:rPr>
              <w:t>254.4835085646635</w:t>
            </w:r>
          </w:p>
        </w:tc>
        <w:tc>
          <w:tcPr>
            <w:tcW w:type="dxa" w:w="519"/>
            <w:vAlign w:val="center"/>
          </w:tcPr>
          <w:p>
            <w:r/>
            <w:r>
              <w:rPr>
                <w:rFonts w:ascii="Malgun Gothic" w:hAnsi="Malgun Gothic" w:eastAsia="Malgun Gothic"/>
                <w:b w:val="0"/>
                <w:sz w:val="14"/>
              </w:rPr>
              <w:t>112.94117647058825</w:t>
            </w:r>
          </w:p>
        </w:tc>
        <w:tc>
          <w:tcPr>
            <w:tcW w:type="dxa" w:w="519"/>
            <w:vAlign w:val="center"/>
          </w:tcPr>
          <w:p>
            <w:r/>
            <w:r>
              <w:rPr>
                <w:rFonts w:ascii="Malgun Gothic" w:hAnsi="Malgun Gothic" w:eastAsia="Malgun Gothic"/>
                <w:b w:val="0"/>
                <w:sz w:val="14"/>
              </w:rPr>
              <w:t>76.5</w:t>
            </w:r>
          </w:p>
        </w:tc>
        <w:tc>
          <w:tcPr>
            <w:tcW w:type="dxa" w:w="519"/>
            <w:vAlign w:val="center"/>
          </w:tcPr>
          <w:p>
            <w:r/>
            <w:r>
              <w:rPr>
                <w:rFonts w:ascii="Malgun Gothic" w:hAnsi="Malgun Gothic" w:eastAsia="Malgun Gothic"/>
                <w:b w:val="0"/>
                <w:sz w:val="14"/>
              </w:rPr>
              <w:t>-0.559373815551796</w:t>
            </w:r>
          </w:p>
        </w:tc>
        <w:tc>
          <w:tcPr>
            <w:tcW w:type="dxa" w:w="519"/>
            <w:vAlign w:val="center"/>
          </w:tcPr>
          <w:p>
            <w:r/>
            <w:r>
              <w:rPr>
                <w:rFonts w:ascii="Malgun Gothic" w:hAnsi="Malgun Gothic" w:eastAsia="Malgun Gothic"/>
                <w:b w:val="0"/>
                <w:sz w:val="14"/>
              </w:rPr>
              <w:t>0.8847365424679859</w:t>
            </w:r>
          </w:p>
        </w:tc>
        <w:tc>
          <w:tcPr>
            <w:tcW w:type="dxa" w:w="519"/>
            <w:vAlign w:val="center"/>
          </w:tcPr>
          <w:p>
            <w:r/>
            <w:r>
              <w:rPr>
                <w:rFonts w:ascii="Malgun Gothic" w:hAnsi="Malgun Gothic" w:eastAsia="Malgun Gothic"/>
                <w:b w:val="0"/>
                <w:sz w:val="14"/>
              </w:rPr>
              <w:t>1.553699901604292</w:t>
            </w:r>
          </w:p>
        </w:tc>
        <w:tc>
          <w:tcPr>
            <w:tcW w:type="dxa" w:w="519"/>
            <w:vAlign w:val="center"/>
          </w:tcPr>
          <w:p>
            <w:r/>
            <w:r>
              <w:rPr>
                <w:rFonts w:ascii="Malgun Gothic" w:hAnsi="Malgun Gothic" w:eastAsia="Malgun Gothic"/>
                <w:b w:val="0"/>
                <w:sz w:val="14"/>
              </w:rPr>
              <w:t>-0.41250039997181626</w:t>
            </w:r>
          </w:p>
        </w:tc>
        <w:tc>
          <w:tcPr>
            <w:tcW w:type="dxa" w:w="519"/>
            <w:vAlign w:val="center"/>
          </w:tcPr>
          <w:p>
            <w:r/>
            <w:r>
              <w:rPr>
                <w:rFonts w:ascii="Malgun Gothic" w:hAnsi="Malgun Gothic" w:eastAsia="Malgun Gothic"/>
                <w:b w:val="0"/>
                <w:sz w:val="14"/>
              </w:rPr>
              <w:t>0.3666405571371665</w:t>
            </w:r>
          </w:p>
        </w:tc>
        <w:tc>
          <w:tcPr>
            <w:tcW w:type="dxa" w:w="519"/>
            <w:vAlign w:val="center"/>
          </w:tcPr>
          <w:p>
            <w:r/>
            <w:r>
              <w:rPr>
                <w:rFonts w:ascii="Malgun Gothic" w:hAnsi="Malgun Gothic" w:eastAsia="Malgun Gothic"/>
                <w:b w:val="0"/>
                <w:sz w:val="14"/>
              </w:rPr>
              <w:t>0.4648931326403989</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-0.10649549143378667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0.0836487412452697</w:t>
            </w:r>
          </w:p>
        </w:tc>
        <w:tc>
          <w:tcPr>
            <w:tcW w:type="dxa" w:w="519"/>
            <w:vAlign w:val="center"/>
          </w:tcPr>
          <w:p>
            <w:r/>
            <w:r>
              <w:rPr>
                <w:rFonts w:ascii="Malgun Gothic" w:hAnsi="Malgun Gothic" w:eastAsia="Malgun Gothic"/>
                <w:b w:val="0"/>
                <w:sz w:val="14"/>
              </w:rPr>
              <w:t>250.6328955076774</w:t>
            </w:r>
          </w:p>
        </w:tc>
        <w:tc>
          <w:tcPr>
            <w:tcW w:type="dxa" w:w="519"/>
            <w:vAlign w:val="center"/>
          </w:tcPr>
          <w:p>
            <w:r/>
            <w:r>
              <w:rPr>
                <w:rFonts w:ascii="Malgun Gothic" w:hAnsi="Malgun Gothic" w:eastAsia="Malgun Gothic"/>
                <w:b w:val="0"/>
                <w:sz w:val="14"/>
              </w:rPr>
              <w:t>67.36526946107786</w:t>
            </w:r>
          </w:p>
        </w:tc>
        <w:tc>
          <w:tcPr>
            <w:tcW w:type="dxa" w:w="519"/>
            <w:vAlign w:val="center"/>
          </w:tcPr>
          <w:p>
            <w:r/>
            <w:r>
              <w:rPr>
                <w:rFonts w:ascii="Malgun Gothic" w:hAnsi="Malgun Gothic" w:eastAsia="Malgun Gothic"/>
                <w:b w:val="0"/>
                <w:sz w:val="14"/>
              </w:rPr>
              <w:t>40.08</w:t>
            </w:r>
          </w:p>
        </w:tc>
        <w:tc>
          <w:tcPr>
            <w:tcW w:type="dxa" w:w="519"/>
            <w:vAlign w:val="center"/>
          </w:tcPr>
          <w:p>
            <w:r/>
            <w:r>
              <w:rPr>
                <w:rFonts w:ascii="Malgun Gothic" w:hAnsi="Malgun Gothic" w:eastAsia="Malgun Gothic"/>
                <w:b w:val="0"/>
                <w:sz w:val="14"/>
              </w:rPr>
              <w:t>0.536833750773573</w:t>
            </w:r>
          </w:p>
        </w:tc>
        <w:tc>
          <w:tcPr>
            <w:tcW w:type="dxa" w:w="519"/>
            <w:vAlign w:val="center"/>
          </w:tcPr>
          <w:p>
            <w:r/>
            <w:r>
              <w:rPr>
                <w:rFonts w:ascii="Malgun Gothic" w:hAnsi="Malgun Gothic" w:eastAsia="Malgun Gothic"/>
                <w:b w:val="0"/>
                <w:sz w:val="14"/>
              </w:rPr>
              <w:t>0.7465095830124963</w:t>
            </w:r>
          </w:p>
        </w:tc>
        <w:tc>
          <w:tcPr>
            <w:tcW w:type="dxa" w:w="519"/>
            <w:vAlign w:val="center"/>
          </w:tcPr>
          <w:p>
            <w:r/>
            <w:r>
              <w:rPr>
                <w:rFonts w:ascii="Malgun Gothic" w:hAnsi="Malgun Gothic" w:eastAsia="Malgun Gothic"/>
                <w:b w:val="0"/>
                <w:sz w:val="14"/>
              </w:rPr>
              <w:t>-0.7933981632195622</w:t>
            </w:r>
          </w:p>
        </w:tc>
        <w:tc>
          <w:tcPr>
            <w:tcW w:type="dxa" w:w="519"/>
            <w:vAlign w:val="center"/>
          </w:tcPr>
          <w:p>
            <w:r/>
            <w:r>
              <w:rPr>
                <w:rFonts w:ascii="Malgun Gothic" w:hAnsi="Malgun Gothic" w:eastAsia="Malgun Gothic"/>
                <w:b w:val="0"/>
                <w:sz w:val="14"/>
              </w:rPr>
              <w:t>-0.6264454539765617</w:t>
            </w:r>
          </w:p>
        </w:tc>
        <w:tc>
          <w:tcPr>
            <w:tcW w:type="dxa" w:w="519"/>
            <w:vAlign w:val="center"/>
          </w:tcPr>
          <w:p>
            <w:r/>
            <w:r>
              <w:rPr>
                <w:rFonts w:ascii="Malgun Gothic" w:hAnsi="Malgun Gothic" w:eastAsia="Malgun Gothic"/>
                <w:b w:val="0"/>
                <w:sz w:val="14"/>
              </w:rPr>
              <w:t>-0.03412507085251365</w:t>
            </w:r>
          </w:p>
        </w:tc>
        <w:tc>
          <w:tcPr>
            <w:tcW w:type="dxa" w:w="519"/>
            <w:vAlign w:val="center"/>
          </w:tcPr>
          <w:p>
            <w:r/>
            <w:r>
              <w:rPr>
                <w:rFonts w:ascii="Malgun Gothic" w:hAnsi="Malgun Gothic" w:eastAsia="Malgun Gothic"/>
                <w:b w:val="0"/>
                <w:sz w:val="14"/>
              </w:rPr>
              <w:t>0.37447549348450854</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-0.17286917737075874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0.0569056421518325</w:t>
            </w:r>
          </w:p>
        </w:tc>
        <w:tc>
          <w:tcPr>
            <w:tcW w:type="dxa" w:w="519"/>
            <w:vAlign w:val="center"/>
          </w:tcPr>
          <w:p>
            <w:r/>
            <w:r>
              <w:rPr>
                <w:rFonts w:ascii="Malgun Gothic" w:hAnsi="Malgun Gothic" w:eastAsia="Malgun Gothic"/>
                <w:b w:val="0"/>
                <w:sz w:val="14"/>
              </w:rPr>
              <w:t>259.63355756495304</w:t>
            </w:r>
          </w:p>
        </w:tc>
        <w:tc>
          <w:tcPr>
            <w:tcW w:type="dxa" w:w="519"/>
            <w:vAlign w:val="center"/>
          </w:tcPr>
          <w:p>
            <w:r/>
            <w:r>
              <w:rPr>
                <w:rFonts w:ascii="Malgun Gothic" w:hAnsi="Malgun Gothic" w:eastAsia="Malgun Gothic"/>
                <w:b w:val="0"/>
                <w:sz w:val="14"/>
              </w:rPr>
              <w:t>53.07346326836582</w:t>
            </w:r>
          </w:p>
        </w:tc>
        <w:tc>
          <w:tcPr>
            <w:tcW w:type="dxa" w:w="519"/>
            <w:vAlign w:val="center"/>
          </w:tcPr>
          <w:p>
            <w:r/>
            <w:r>
              <w:rPr>
                <w:rFonts w:ascii="Malgun Gothic" w:hAnsi="Malgun Gothic" w:eastAsia="Malgun Gothic"/>
                <w:b w:val="0"/>
                <w:sz w:val="14"/>
              </w:rPr>
              <w:t>200.1</w:t>
            </w:r>
          </w:p>
        </w:tc>
        <w:tc>
          <w:tcPr>
            <w:tcW w:type="dxa" w:w="519"/>
            <w:vAlign w:val="center"/>
          </w:tcPr>
          <w:p>
            <w:r/>
            <w:r>
              <w:rPr>
                <w:rFonts w:ascii="Malgun Gothic" w:hAnsi="Malgun Gothic" w:eastAsia="Malgun Gothic"/>
                <w:b w:val="0"/>
                <w:sz w:val="14"/>
              </w:rPr>
              <w:t>-0.3785186760633514</w:t>
            </w:r>
          </w:p>
        </w:tc>
        <w:tc>
          <w:tcPr>
            <w:tcW w:type="dxa" w:w="519"/>
            <w:vAlign w:val="center"/>
          </w:tcPr>
          <w:p>
            <w:r/>
            <w:r>
              <w:rPr>
                <w:rFonts w:ascii="Malgun Gothic" w:hAnsi="Malgun Gothic" w:eastAsia="Malgun Gothic"/>
                <w:b w:val="0"/>
                <w:sz w:val="14"/>
              </w:rPr>
              <w:t>1.069609861033522</w:t>
            </w:r>
          </w:p>
        </w:tc>
        <w:tc>
          <w:tcPr>
            <w:tcW w:type="dxa" w:w="519"/>
            <w:vAlign w:val="center"/>
          </w:tcPr>
          <w:p>
            <w:r/>
            <w:r>
              <w:rPr>
                <w:rFonts w:ascii="Malgun Gothic" w:hAnsi="Malgun Gothic" w:eastAsia="Malgun Gothic"/>
                <w:b w:val="0"/>
                <w:sz w:val="14"/>
              </w:rPr>
              <w:t>-1.5294070077775492</w:t>
            </w:r>
          </w:p>
        </w:tc>
        <w:tc>
          <w:tcPr>
            <w:tcW w:type="dxa" w:w="519"/>
            <w:vAlign w:val="center"/>
          </w:tcPr>
          <w:p>
            <w:r/>
            <w:r>
              <w:rPr>
                <w:rFonts w:ascii="Malgun Gothic" w:hAnsi="Malgun Gothic" w:eastAsia="Malgun Gothic"/>
                <w:b w:val="0"/>
                <w:sz w:val="14"/>
              </w:rPr>
              <w:t>0.3135734241629046</w:t>
            </w:r>
          </w:p>
        </w:tc>
        <w:tc>
          <w:tcPr>
            <w:tcW w:type="dxa" w:w="519"/>
            <w:vAlign w:val="center"/>
          </w:tcPr>
          <w:p>
            <w:r/>
            <w:r>
              <w:rPr>
                <w:rFonts w:ascii="Malgun Gothic" w:hAnsi="Malgun Gothic" w:eastAsia="Malgun Gothic"/>
                <w:b w:val="0"/>
                <w:sz w:val="14"/>
              </w:rPr>
              <w:t>-0.13118559966111848</w:t>
            </w:r>
          </w:p>
        </w:tc>
        <w:tc>
          <w:tcPr>
            <w:tcW w:type="dxa" w:w="519"/>
            <w:vAlign w:val="center"/>
          </w:tcPr>
          <w:p>
            <w:r/>
            <w:r>
              <w:rPr>
                <w:rFonts w:ascii="Malgun Gothic" w:hAnsi="Malgun Gothic" w:eastAsia="Malgun Gothic"/>
                <w:b w:val="0"/>
                <w:sz w:val="14"/>
              </w:rPr>
              <w:t>0.35257744820024006</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-0.12423895198341262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0.0736489668488502</w:t>
            </w:r>
          </w:p>
        </w:tc>
        <w:tc>
          <w:tcPr>
            <w:tcW w:type="dxa" w:w="519"/>
            <w:vAlign w:val="center"/>
          </w:tcPr>
          <w:p>
            <w:r/>
            <w:r>
              <w:rPr>
                <w:rFonts w:ascii="Malgun Gothic" w:hAnsi="Malgun Gothic" w:eastAsia="Malgun Gothic"/>
                <w:b w:val="0"/>
                <w:sz w:val="14"/>
              </w:rPr>
              <w:t>212.8201100241104</w:t>
            </w:r>
          </w:p>
        </w:tc>
        <w:tc>
          <w:tcPr>
            <w:tcW w:type="dxa" w:w="519"/>
            <w:vAlign w:val="center"/>
          </w:tcPr>
          <w:p>
            <w:r/>
            <w:r>
              <w:rPr>
                <w:rFonts w:ascii="Malgun Gothic" w:hAnsi="Malgun Gothic" w:eastAsia="Malgun Gothic"/>
                <w:b w:val="0"/>
                <w:sz w:val="14"/>
              </w:rPr>
              <w:t>89.41736028537456</w:t>
            </w:r>
          </w:p>
        </w:tc>
        <w:tc>
          <w:tcPr>
            <w:tcW w:type="dxa" w:w="519"/>
            <w:vAlign w:val="center"/>
          </w:tcPr>
          <w:p>
            <w:r/>
            <w:r>
              <w:rPr>
                <w:rFonts w:ascii="Malgun Gothic" w:hAnsi="Malgun Gothic" w:eastAsia="Malgun Gothic"/>
                <w:b w:val="0"/>
                <w:sz w:val="14"/>
              </w:rPr>
              <w:t>252.3</w:t>
            </w:r>
          </w:p>
        </w:tc>
        <w:tc>
          <w:tcPr>
            <w:tcW w:type="dxa" w:w="519"/>
            <w:vAlign w:val="center"/>
          </w:tcPr>
          <w:p>
            <w:r/>
            <w:r>
              <w:rPr>
                <w:rFonts w:ascii="Malgun Gothic" w:hAnsi="Malgun Gothic" w:eastAsia="Malgun Gothic"/>
                <w:b w:val="0"/>
                <w:sz w:val="14"/>
              </w:rPr>
              <w:t>0.1945653498824221</w:t>
            </w:r>
          </w:p>
        </w:tc>
        <w:tc>
          <w:tcPr>
            <w:tcW w:type="dxa" w:w="519"/>
            <w:vAlign w:val="center"/>
          </w:tcPr>
          <w:p>
            <w:r/>
            <w:r>
              <w:rPr>
                <w:rFonts w:ascii="Malgun Gothic" w:hAnsi="Malgun Gothic" w:eastAsia="Malgun Gothic"/>
                <w:b w:val="0"/>
                <w:sz w:val="14"/>
              </w:rPr>
              <w:t>-0.6108707324293121</w:t>
            </w:r>
          </w:p>
        </w:tc>
        <w:tc>
          <w:tcPr>
            <w:tcW w:type="dxa" w:w="519"/>
            <w:vAlign w:val="center"/>
          </w:tcPr>
          <w:p>
            <w:r/>
            <w:r>
              <w:rPr>
                <w:rFonts w:ascii="Malgun Gothic" w:hAnsi="Malgun Gothic" w:eastAsia="Malgun Gothic"/>
                <w:b w:val="0"/>
                <w:sz w:val="14"/>
              </w:rPr>
              <w:t>0.34225492840681293</w:t>
            </w:r>
          </w:p>
        </w:tc>
        <w:tc>
          <w:tcPr>
            <w:tcW w:type="dxa" w:w="519"/>
            <w:vAlign w:val="center"/>
          </w:tcPr>
          <w:p>
            <w:r/>
            <w:r>
              <w:rPr>
                <w:rFonts w:ascii="Malgun Gothic" w:hAnsi="Malgun Gothic" w:eastAsia="Malgun Gothic"/>
                <w:b w:val="0"/>
                <w:sz w:val="14"/>
              </w:rPr>
              <w:t>0.6202162528023257</w:t>
            </w:r>
          </w:p>
        </w:tc>
        <w:tc>
          <w:tcPr>
            <w:tcW w:type="dxa" w:w="519"/>
            <w:vAlign w:val="center"/>
          </w:tcPr>
          <w:p>
            <w:r/>
            <w:r>
              <w:rPr>
                <w:rFonts w:ascii="Malgun Gothic" w:hAnsi="Malgun Gothic" w:eastAsia="Malgun Gothic"/>
                <w:b w:val="0"/>
                <w:sz w:val="14"/>
              </w:rPr>
              <w:t>0.13654144966556217</w:t>
            </w:r>
          </w:p>
        </w:tc>
        <w:tc>
          <w:tcPr>
            <w:tcW w:type="dxa" w:w="519"/>
            <w:vAlign w:val="center"/>
          </w:tcPr>
          <w:p>
            <w:r/>
            <w:r>
              <w:rPr>
                <w:rFonts w:ascii="Malgun Gothic" w:hAnsi="Malgun Gothic" w:eastAsia="Malgun Gothic"/>
                <w:b w:val="0"/>
                <w:sz w:val="14"/>
              </w:rPr>
              <w:t>0.4129799529253069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-0.09136464265348093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0.062197983264923</w:t>
            </w:r>
          </w:p>
        </w:tc>
        <w:tc>
          <w:tcPr>
            <w:tcW w:type="dxa" w:w="519"/>
            <w:vAlign w:val="center"/>
          </w:tcPr>
          <w:p>
            <w:r/>
            <w:r>
              <w:rPr>
                <w:rFonts w:ascii="Malgun Gothic" w:hAnsi="Malgun Gothic" w:eastAsia="Malgun Gothic"/>
                <w:b w:val="0"/>
                <w:sz w:val="14"/>
              </w:rPr>
              <w:t>279.7326065059236</w:t>
            </w:r>
          </w:p>
        </w:tc>
        <w:tc>
          <w:tcPr>
            <w:tcW w:type="dxa" w:w="519"/>
            <w:vAlign w:val="center"/>
          </w:tcPr>
          <w:p>
            <w:r/>
            <w:r>
              <w:rPr>
                <w:rFonts w:ascii="Malgun Gothic" w:hAnsi="Malgun Gothic" w:eastAsia="Malgun Gothic"/>
                <w:b w:val="0"/>
                <w:sz w:val="14"/>
              </w:rPr>
              <w:t>97.68339768339769</w:t>
            </w:r>
          </w:p>
        </w:tc>
        <w:tc>
          <w:tcPr>
            <w:tcW w:type="dxa" w:w="519"/>
            <w:vAlign w:val="center"/>
          </w:tcPr>
          <w:p>
            <w:r/>
            <w:r>
              <w:rPr>
                <w:rFonts w:ascii="Malgun Gothic" w:hAnsi="Malgun Gothic" w:eastAsia="Malgun Gothic"/>
                <w:b w:val="0"/>
                <w:sz w:val="14"/>
              </w:rPr>
              <w:t>155.4</w:t>
            </w:r>
          </w:p>
        </w:tc>
        <w:tc>
          <w:tcPr>
            <w:tcW w:type="dxa" w:w="519"/>
            <w:vAlign w:val="center"/>
          </w:tcPr>
          <w:p>
            <w:r/>
            <w:r>
              <w:rPr>
                <w:rFonts w:ascii="Malgun Gothic" w:hAnsi="Malgun Gothic" w:eastAsia="Malgun Gothic"/>
                <w:b w:val="0"/>
                <w:sz w:val="14"/>
              </w:rPr>
              <w:t>-0.19737447641055078</w:t>
            </w:r>
          </w:p>
        </w:tc>
        <w:tc>
          <w:tcPr>
            <w:tcW w:type="dxa" w:w="519"/>
            <w:vAlign w:val="center"/>
          </w:tcPr>
          <w:p>
            <w:r/>
            <w:r>
              <w:rPr>
                <w:rFonts w:ascii="Malgun Gothic" w:hAnsi="Malgun Gothic" w:eastAsia="Malgun Gothic"/>
                <w:b w:val="0"/>
                <w:sz w:val="14"/>
              </w:rPr>
              <w:t>1.791113263723373</w:t>
            </w:r>
          </w:p>
        </w:tc>
        <w:tc>
          <w:tcPr>
            <w:tcW w:type="dxa" w:w="519"/>
            <w:vAlign w:val="center"/>
          </w:tcPr>
          <w:p>
            <w:r/>
            <w:r>
              <w:rPr>
                <w:rFonts w:ascii="Malgun Gothic" w:hAnsi="Malgun Gothic" w:eastAsia="Malgun Gothic"/>
                <w:b w:val="0"/>
                <w:sz w:val="14"/>
              </w:rPr>
              <w:t>0.7679447644119026</w:t>
            </w:r>
          </w:p>
        </w:tc>
        <w:tc>
          <w:tcPr>
            <w:tcW w:type="dxa" w:w="519"/>
            <w:vAlign w:val="center"/>
          </w:tcPr>
          <w:p>
            <w:r/>
            <w:r>
              <w:rPr>
                <w:rFonts w:ascii="Malgun Gothic" w:hAnsi="Malgun Gothic" w:eastAsia="Malgun Gothic"/>
                <w:b w:val="0"/>
                <w:sz w:val="14"/>
              </w:rPr>
              <w:t>0.05098847320156143</w:t>
            </w:r>
          </w:p>
        </w:tc>
        <w:tc>
          <w:tcPr>
            <w:tcW w:type="dxa" w:w="519"/>
            <w:vAlign w:val="center"/>
          </w:tcPr>
          <w:p>
            <w:r/>
            <w:r>
              <w:rPr>
                <w:rFonts w:ascii="Malgun Gothic" w:hAnsi="Malgun Gothic" w:eastAsia="Malgun Gothic"/>
                <w:b w:val="0"/>
                <w:sz w:val="14"/>
              </w:rPr>
              <w:t>0.6031680062315715</w:t>
            </w:r>
          </w:p>
        </w:tc>
        <w:tc>
          <w:tcPr>
            <w:tcW w:type="dxa" w:w="519"/>
            <w:vAlign w:val="center"/>
          </w:tcPr>
          <w:p>
            <w:r/>
            <w:r>
              <w:rPr>
                <w:rFonts w:ascii="Malgun Gothic" w:hAnsi="Malgun Gothic" w:eastAsia="Malgun Gothic"/>
                <w:b w:val="0"/>
                <w:sz w:val="14"/>
              </w:rPr>
              <w:t>0.5182566250385838</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-0.05065995930819589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0.0671501383185386</w:t>
            </w:r>
          </w:p>
        </w:tc>
        <w:tc>
          <w:tcPr>
            <w:tcW w:type="dxa" w:w="519"/>
            <w:vAlign w:val="center"/>
          </w:tcPr>
          <w:p>
            <w:r/>
            <w:r>
              <w:rPr>
                <w:rFonts w:ascii="Malgun Gothic" w:hAnsi="Malgun Gothic" w:eastAsia="Malgun Gothic"/>
                <w:b w:val="0"/>
                <w:sz w:val="14"/>
              </w:rPr>
              <w:t>248.7467027838688</w:t>
            </w:r>
          </w:p>
        </w:tc>
        <w:tc>
          <w:tcPr>
            <w:tcW w:type="dxa" w:w="519"/>
            <w:vAlign w:val="center"/>
          </w:tcPr>
          <w:p>
            <w:r/>
            <w:r>
              <w:rPr>
                <w:rFonts w:ascii="Malgun Gothic" w:hAnsi="Malgun Gothic" w:eastAsia="Malgun Gothic"/>
                <w:b w:val="0"/>
                <w:sz w:val="14"/>
              </w:rPr>
              <w:t>94.35829759155394</w:t>
            </w:r>
          </w:p>
        </w:tc>
        <w:tc>
          <w:tcPr>
            <w:tcW w:type="dxa" w:w="519"/>
            <w:vAlign w:val="center"/>
          </w:tcPr>
          <w:p>
            <w:r/>
            <w:r>
              <w:rPr>
                <w:rFonts w:ascii="Malgun Gothic" w:hAnsi="Malgun Gothic" w:eastAsia="Malgun Gothic"/>
                <w:b w:val="0"/>
                <w:sz w:val="14"/>
              </w:rPr>
              <w:t>90.93</w:t>
            </w:r>
          </w:p>
        </w:tc>
        <w:tc>
          <w:tcPr>
            <w:tcW w:type="dxa" w:w="519"/>
            <w:vAlign w:val="center"/>
          </w:tcPr>
          <w:p>
            <w:r/>
            <w:r>
              <w:rPr>
                <w:rFonts w:ascii="Malgun Gothic" w:hAnsi="Malgun Gothic" w:eastAsia="Malgun Gothic"/>
                <w:b w:val="0"/>
                <w:sz w:val="14"/>
              </w:rPr>
              <w:t>-0.02787403330326063</w:t>
            </w:r>
          </w:p>
        </w:tc>
        <w:tc>
          <w:tcPr>
            <w:tcW w:type="dxa" w:w="519"/>
            <w:vAlign w:val="center"/>
          </w:tcPr>
          <w:p>
            <w:r/>
            <w:r>
              <w:rPr>
                <w:rFonts w:ascii="Malgun Gothic" w:hAnsi="Malgun Gothic" w:eastAsia="Malgun Gothic"/>
                <w:b w:val="0"/>
                <w:sz w:val="14"/>
              </w:rPr>
              <w:t>0.6788001867941188</w:t>
            </w:r>
          </w:p>
        </w:tc>
        <w:tc>
          <w:tcPr>
            <w:tcW w:type="dxa" w:w="519"/>
            <w:vAlign w:val="center"/>
          </w:tcPr>
          <w:p>
            <w:r/>
            <w:r>
              <w:rPr>
                <w:rFonts w:ascii="Malgun Gothic" w:hAnsi="Malgun Gothic" w:eastAsia="Malgun Gothic"/>
                <w:b w:val="0"/>
                <w:sz w:val="14"/>
              </w:rPr>
              <w:t>0.5967065707477909</w:t>
            </w:r>
          </w:p>
        </w:tc>
        <w:tc>
          <w:tcPr>
            <w:tcW w:type="dxa" w:w="519"/>
            <w:vAlign w:val="center"/>
          </w:tcPr>
          <w:p>
            <w:r/>
            <w:r>
              <w:rPr>
                <w:rFonts w:ascii="Malgun Gothic" w:hAnsi="Malgun Gothic" w:eastAsia="Malgun Gothic"/>
                <w:b w:val="0"/>
                <w:sz w:val="14"/>
              </w:rPr>
              <w:t>-0.3277330433191947</w:t>
            </w:r>
          </w:p>
        </w:tc>
        <w:tc>
          <w:tcPr>
            <w:tcW w:type="dxa" w:w="519"/>
            <w:vAlign w:val="center"/>
          </w:tcPr>
          <w:p>
            <w:r/>
            <w:r>
              <w:rPr>
                <w:rFonts w:ascii="Malgun Gothic" w:hAnsi="Malgun Gothic" w:eastAsia="Malgun Gothic"/>
                <w:b w:val="0"/>
                <w:sz w:val="14"/>
              </w:rPr>
              <w:t>0.22997492022986354</w:t>
            </w:r>
          </w:p>
        </w:tc>
        <w:tc>
          <w:tcPr>
            <w:tcW w:type="dxa" w:w="519"/>
            <w:vAlign w:val="center"/>
          </w:tcPr>
          <w:p>
            <w:r/>
            <w:r>
              <w:rPr>
                <w:rFonts w:ascii="Malgun Gothic" w:hAnsi="Malgun Gothic" w:eastAsia="Malgun Gothic"/>
                <w:b w:val="0"/>
                <w:sz w:val="14"/>
              </w:rPr>
              <w:t>0.43405968940106837</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-0.1226228752223722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0.1463118344545364</w:t>
            </w:r>
          </w:p>
        </w:tc>
        <w:tc>
          <w:tcPr>
            <w:tcW w:type="dxa" w:w="519"/>
            <w:vAlign w:val="center"/>
          </w:tcPr>
          <w:p>
            <w:r/>
            <w:r>
              <w:rPr>
                <w:rFonts w:ascii="Malgun Gothic" w:hAnsi="Malgun Gothic" w:eastAsia="Malgun Gothic"/>
                <w:b w:val="0"/>
                <w:sz w:val="14"/>
              </w:rPr>
              <w:t>229.41307026841184</w:t>
            </w:r>
          </w:p>
        </w:tc>
        <w:tc>
          <w:tcPr>
            <w:tcW w:type="dxa" w:w="519"/>
            <w:vAlign w:val="center"/>
          </w:tcPr>
          <w:p>
            <w:r/>
            <w:r>
              <w:rPr>
                <w:rFonts w:ascii="Malgun Gothic" w:hAnsi="Malgun Gothic" w:eastAsia="Malgun Gothic"/>
                <w:b w:val="0"/>
                <w:sz w:val="14"/>
              </w:rPr>
              <w:t>51.36268343815513</w:t>
            </w:r>
          </w:p>
        </w:tc>
        <w:tc>
          <w:tcPr>
            <w:tcW w:type="dxa" w:w="519"/>
            <w:vAlign w:val="center"/>
          </w:tcPr>
          <w:p>
            <w:r/>
            <w:r>
              <w:rPr>
                <w:rFonts w:ascii="Malgun Gothic" w:hAnsi="Malgun Gothic" w:eastAsia="Malgun Gothic"/>
                <w:b w:val="0"/>
                <w:sz w:val="14"/>
              </w:rPr>
              <w:t>57.24</w:t>
            </w:r>
          </w:p>
        </w:tc>
        <w:tc>
          <w:tcPr>
            <w:tcW w:type="dxa" w:w="519"/>
            <w:vAlign w:val="center"/>
          </w:tcPr>
          <w:p>
            <w:r/>
            <w:r>
              <w:rPr>
                <w:rFonts w:ascii="Malgun Gothic" w:hAnsi="Malgun Gothic" w:eastAsia="Malgun Gothic"/>
                <w:b w:val="0"/>
                <w:sz w:val="14"/>
              </w:rPr>
              <w:t>2.681641809174202</w:t>
            </w:r>
          </w:p>
        </w:tc>
        <w:tc>
          <w:tcPr>
            <w:tcW w:type="dxa" w:w="519"/>
            <w:vAlign w:val="center"/>
          </w:tcPr>
          <w:p>
            <w:r/>
            <w:r>
              <w:rPr>
                <w:rFonts w:ascii="Malgun Gothic" w:hAnsi="Malgun Gothic" w:eastAsia="Malgun Gothic"/>
                <w:b w:val="0"/>
                <w:sz w:val="14"/>
              </w:rPr>
              <w:t>-0.015226763795700088</w:t>
            </w:r>
          </w:p>
        </w:tc>
        <w:tc>
          <w:tcPr>
            <w:tcW w:type="dxa" w:w="519"/>
            <w:vAlign w:val="center"/>
          </w:tcPr>
          <w:p>
            <w:r/>
            <w:r>
              <w:rPr>
                <w:rFonts w:ascii="Malgun Gothic" w:hAnsi="Malgun Gothic" w:eastAsia="Malgun Gothic"/>
                <w:b w:val="0"/>
                <w:sz w:val="14"/>
              </w:rPr>
              <w:t>-1.6175098737937825</w:t>
            </w:r>
          </w:p>
        </w:tc>
        <w:tc>
          <w:tcPr>
            <w:tcW w:type="dxa" w:w="519"/>
            <w:vAlign w:val="center"/>
          </w:tcPr>
          <w:p>
            <w:r/>
            <w:r>
              <w:rPr>
                <w:rFonts w:ascii="Malgun Gothic" w:hAnsi="Malgun Gothic" w:eastAsia="Malgun Gothic"/>
                <w:b w:val="0"/>
                <w:sz w:val="14"/>
              </w:rPr>
              <w:t>-0.5256410298491199</w:t>
            </w:r>
          </w:p>
        </w:tc>
        <w:tc>
          <w:tcPr>
            <w:tcW w:type="dxa" w:w="519"/>
            <w:vAlign w:val="center"/>
          </w:tcPr>
          <w:p>
            <w:r/>
            <w:r>
              <w:rPr>
                <w:rFonts w:ascii="Malgun Gothic" w:hAnsi="Malgun Gothic" w:eastAsia="Malgun Gothic"/>
                <w:b w:val="0"/>
                <w:sz w:val="14"/>
              </w:rPr>
              <w:t>0.1308160354338998</w:t>
            </w:r>
          </w:p>
        </w:tc>
        <w:tc>
          <w:tcPr>
            <w:tcW w:type="dxa" w:w="519"/>
            <w:vAlign w:val="center"/>
          </w:tcPr>
          <w:p>
            <w:r/>
            <w:r>
              <w:rPr>
                <w:rFonts w:ascii="Malgun Gothic" w:hAnsi="Malgun Gothic" w:eastAsia="Malgun Gothic"/>
                <w:b w:val="0"/>
                <w:sz w:val="14"/>
              </w:rPr>
              <w:t>0.4116882292797108</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-0.16816974503080284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0.0526598244905471</w:t>
            </w:r>
          </w:p>
        </w:tc>
        <w:tc>
          <w:tcPr>
            <w:tcW w:type="dxa" w:w="519"/>
            <w:vAlign w:val="center"/>
          </w:tcPr>
          <w:p>
            <w:r/>
            <w:r>
              <w:rPr>
                <w:rFonts w:ascii="Malgun Gothic" w:hAnsi="Malgun Gothic" w:eastAsia="Malgun Gothic"/>
                <w:b w:val="0"/>
                <w:sz w:val="14"/>
              </w:rPr>
              <w:t>183.5408464937546</w:t>
            </w:r>
          </w:p>
        </w:tc>
        <w:tc>
          <w:tcPr>
            <w:tcW w:type="dxa" w:w="519"/>
            <w:vAlign w:val="center"/>
          </w:tcPr>
          <w:p>
            <w:r/>
            <w:r>
              <w:rPr>
                <w:rFonts w:ascii="Malgun Gothic" w:hAnsi="Malgun Gothic" w:eastAsia="Malgun Gothic"/>
                <w:b w:val="0"/>
                <w:sz w:val="14"/>
              </w:rPr>
              <w:t>78.69658776513987</w:t>
            </w:r>
          </w:p>
        </w:tc>
        <w:tc>
          <w:tcPr>
            <w:tcW w:type="dxa" w:w="519"/>
            <w:vAlign w:val="center"/>
          </w:tcPr>
          <w:p>
            <w:r/>
            <w:r>
              <w:rPr>
                <w:rFonts w:ascii="Malgun Gothic" w:hAnsi="Malgun Gothic" w:eastAsia="Malgun Gothic"/>
                <w:b w:val="0"/>
                <w:sz w:val="14"/>
              </w:rPr>
              <w:t>195.18</w:t>
            </w:r>
          </w:p>
        </w:tc>
        <w:tc>
          <w:tcPr>
            <w:tcW w:type="dxa" w:w="519"/>
            <w:vAlign w:val="center"/>
          </w:tcPr>
          <w:p>
            <w:r/>
            <w:r>
              <w:rPr>
                <w:rFonts w:ascii="Malgun Gothic" w:hAnsi="Malgun Gothic" w:eastAsia="Malgun Gothic"/>
                <w:b w:val="0"/>
                <w:sz w:val="14"/>
              </w:rPr>
              <w:t>-0.5238428767697084</w:t>
            </w:r>
          </w:p>
        </w:tc>
        <w:tc>
          <w:tcPr>
            <w:tcW w:type="dxa" w:w="519"/>
            <w:vAlign w:val="center"/>
          </w:tcPr>
          <w:p>
            <w:r/>
            <w:r>
              <w:rPr>
                <w:rFonts w:ascii="Malgun Gothic" w:hAnsi="Malgun Gothic" w:eastAsia="Malgun Gothic"/>
                <w:b w:val="0"/>
                <w:sz w:val="14"/>
              </w:rPr>
              <w:t>-1.6619198804485729</w:t>
            </w:r>
          </w:p>
        </w:tc>
        <w:tc>
          <w:tcPr>
            <w:tcW w:type="dxa" w:w="519"/>
            <w:vAlign w:val="center"/>
          </w:tcPr>
          <w:p>
            <w:r/>
            <w:r>
              <w:rPr>
                <w:rFonts w:ascii="Malgun Gothic" w:hAnsi="Malgun Gothic" w:eastAsia="Malgun Gothic"/>
                <w:b w:val="0"/>
                <w:sz w:val="14"/>
              </w:rPr>
              <w:t>-0.209850473037175</w:t>
            </w:r>
          </w:p>
        </w:tc>
        <w:tc>
          <w:tcPr>
            <w:tcW w:type="dxa" w:w="519"/>
            <w:vAlign w:val="center"/>
          </w:tcPr>
          <w:p>
            <w:r/>
            <w:r>
              <w:rPr>
                <w:rFonts w:ascii="Malgun Gothic" w:hAnsi="Malgun Gothic" w:eastAsia="Malgun Gothic"/>
                <w:b w:val="0"/>
                <w:sz w:val="14"/>
              </w:rPr>
              <w:t>0.2846714564060857</w:t>
            </w:r>
          </w:p>
        </w:tc>
        <w:tc>
          <w:tcPr>
            <w:tcW w:type="dxa" w:w="519"/>
            <w:vAlign w:val="center"/>
          </w:tcPr>
          <w:p>
            <w:r/>
            <w:r>
              <w:rPr>
                <w:rFonts w:ascii="Malgun Gothic" w:hAnsi="Malgun Gothic" w:eastAsia="Malgun Gothic"/>
                <w:b w:val="0"/>
                <w:sz w:val="14"/>
              </w:rPr>
              <w:t>-0.5277354434623427</w:t>
            </w:r>
          </w:p>
        </w:tc>
        <w:tc>
          <w:tcPr>
            <w:tcW w:type="dxa" w:w="519"/>
            <w:vAlign w:val="center"/>
          </w:tcPr>
          <w:p>
            <w:r/>
            <w:r>
              <w:rPr>
                <w:rFonts w:ascii="Malgun Gothic" w:hAnsi="Malgun Gothic" w:eastAsia="Malgun Gothic"/>
                <w:b w:val="0"/>
                <w:sz w:val="14"/>
              </w:rPr>
              <w:t>0.26311094164377696</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-0.18791790551769744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0.053933672606945</w:t>
            </w:r>
          </w:p>
        </w:tc>
        <w:tc>
          <w:tcPr>
            <w:tcW w:type="dxa" w:w="519"/>
            <w:vAlign w:val="center"/>
          </w:tcPr>
          <w:p>
            <w:r/>
            <w:r>
              <w:rPr>
                <w:rFonts w:ascii="Malgun Gothic" w:hAnsi="Malgun Gothic" w:eastAsia="Malgun Gothic"/>
                <w:b w:val="0"/>
                <w:sz w:val="14"/>
              </w:rPr>
              <w:t>278.85837358392706</w:t>
            </w:r>
          </w:p>
        </w:tc>
        <w:tc>
          <w:tcPr>
            <w:tcW w:type="dxa" w:w="519"/>
            <w:vAlign w:val="center"/>
          </w:tcPr>
          <w:p>
            <w:r/>
            <w:r>
              <w:rPr>
                <w:rFonts w:ascii="Malgun Gothic" w:hAnsi="Malgun Gothic" w:eastAsia="Malgun Gothic"/>
                <w:b w:val="0"/>
                <w:sz w:val="14"/>
              </w:rPr>
              <w:t>87.91208791208791</w:t>
            </w:r>
          </w:p>
        </w:tc>
        <w:tc>
          <w:tcPr>
            <w:tcW w:type="dxa" w:w="519"/>
            <w:vAlign w:val="center"/>
          </w:tcPr>
          <w:p>
            <w:r/>
            <w:r>
              <w:rPr>
                <w:rFonts w:ascii="Malgun Gothic" w:hAnsi="Malgun Gothic" w:eastAsia="Malgun Gothic"/>
                <w:b w:val="0"/>
                <w:sz w:val="14"/>
              </w:rPr>
              <w:t>24.57</w:t>
            </w:r>
          </w:p>
        </w:tc>
        <w:tc>
          <w:tcPr>
            <w:tcW w:type="dxa" w:w="519"/>
            <w:vAlign w:val="center"/>
          </w:tcPr>
          <w:p>
            <w:r/>
            <w:r>
              <w:rPr>
                <w:rFonts w:ascii="Malgun Gothic" w:hAnsi="Malgun Gothic" w:eastAsia="Malgun Gothic"/>
                <w:b w:val="0"/>
                <w:sz w:val="14"/>
              </w:rPr>
              <w:t>-0.4802420973427418</w:t>
            </w:r>
          </w:p>
        </w:tc>
        <w:tc>
          <w:tcPr>
            <w:tcW w:type="dxa" w:w="519"/>
            <w:vAlign w:val="center"/>
          </w:tcPr>
          <w:p>
            <w:r/>
            <w:r>
              <w:rPr>
                <w:rFonts w:ascii="Malgun Gothic" w:hAnsi="Malgun Gothic" w:eastAsia="Malgun Gothic"/>
                <w:b w:val="0"/>
                <w:sz w:val="14"/>
              </w:rPr>
              <w:t>1.7597305833877754</w:t>
            </w:r>
          </w:p>
        </w:tc>
        <w:tc>
          <w:tcPr>
            <w:tcW w:type="dxa" w:w="519"/>
            <w:vAlign w:val="center"/>
          </w:tcPr>
          <w:p>
            <w:r/>
            <w:r>
              <w:rPr>
                <w:rFonts w:ascii="Malgun Gothic" w:hAnsi="Malgun Gothic" w:eastAsia="Malgun Gothic"/>
                <w:b w:val="0"/>
                <w:sz w:val="14"/>
              </w:rPr>
              <w:t>0.26473542070646916</w:t>
            </w:r>
          </w:p>
        </w:tc>
        <w:tc>
          <w:tcPr>
            <w:tcW w:type="dxa" w:w="519"/>
            <w:vAlign w:val="center"/>
          </w:tcPr>
          <w:p>
            <w:r/>
            <w:r>
              <w:rPr>
                <w:rFonts w:ascii="Malgun Gothic" w:hAnsi="Malgun Gothic" w:eastAsia="Malgun Gothic"/>
                <w:b w:val="0"/>
                <w:sz w:val="14"/>
              </w:rPr>
              <w:t>-0.7175571450148265</w:t>
            </w:r>
          </w:p>
        </w:tc>
        <w:tc>
          <w:tcPr>
            <w:tcW w:type="dxa" w:w="519"/>
            <w:vAlign w:val="center"/>
          </w:tcPr>
          <w:p>
            <w:r/>
            <w:r>
              <w:rPr>
                <w:rFonts w:ascii="Malgun Gothic" w:hAnsi="Malgun Gothic" w:eastAsia="Malgun Gothic"/>
                <w:b w:val="0"/>
                <w:sz w:val="14"/>
              </w:rPr>
              <w:t>0.2066666904341691</w:t>
            </w:r>
          </w:p>
        </w:tc>
        <w:tc>
          <w:tcPr>
            <w:tcW w:type="dxa" w:w="519"/>
            <w:vAlign w:val="center"/>
          </w:tcPr>
          <w:p>
            <w:r/>
            <w:r>
              <w:rPr>
                <w:rFonts w:ascii="Malgun Gothic" w:hAnsi="Malgun Gothic" w:eastAsia="Malgun Gothic"/>
                <w:b w:val="0"/>
                <w:sz w:val="14"/>
              </w:rPr>
              <w:t>0.4288010669947478</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-0.13655819819906495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0.0630923733115196</w:t>
            </w:r>
          </w:p>
        </w:tc>
        <w:tc>
          <w:tcPr>
            <w:tcW w:type="dxa" w:w="519"/>
            <w:vAlign w:val="center"/>
          </w:tcPr>
          <w:p>
            <w:r/>
            <w:r>
              <w:rPr>
                <w:rFonts w:ascii="Malgun Gothic" w:hAnsi="Malgun Gothic" w:eastAsia="Malgun Gothic"/>
                <w:b w:val="0"/>
                <w:sz w:val="14"/>
              </w:rPr>
              <w:t>223.2374862425497</w:t>
            </w:r>
          </w:p>
        </w:tc>
        <w:tc>
          <w:tcPr>
            <w:tcW w:type="dxa" w:w="519"/>
            <w:vAlign w:val="center"/>
          </w:tcPr>
          <w:p>
            <w:r/>
            <w:r>
              <w:rPr>
                <w:rFonts w:ascii="Malgun Gothic" w:hAnsi="Malgun Gothic" w:eastAsia="Malgun Gothic"/>
                <w:b w:val="0"/>
                <w:sz w:val="14"/>
              </w:rPr>
              <w:t>93.12890403180012</w:t>
            </w:r>
          </w:p>
        </w:tc>
        <w:tc>
          <w:tcPr>
            <w:tcW w:type="dxa" w:w="519"/>
            <w:vAlign w:val="center"/>
          </w:tcPr>
          <w:p>
            <w:r/>
            <w:r>
              <w:rPr>
                <w:rFonts w:ascii="Malgun Gothic" w:hAnsi="Malgun Gothic" w:eastAsia="Malgun Gothic"/>
                <w:b w:val="0"/>
                <w:sz w:val="14"/>
              </w:rPr>
              <w:t>52.83</w:t>
            </w:r>
          </w:p>
        </w:tc>
        <w:tc>
          <w:tcPr>
            <w:tcW w:type="dxa" w:w="519"/>
            <w:vAlign w:val="center"/>
          </w:tcPr>
          <w:p>
            <w:r/>
            <w:r>
              <w:rPr>
                <w:rFonts w:ascii="Malgun Gothic" w:hAnsi="Malgun Gothic" w:eastAsia="Malgun Gothic"/>
                <w:b w:val="0"/>
                <w:sz w:val="14"/>
              </w:rPr>
              <w:t>-0.16676164067185772</w:t>
            </w:r>
          </w:p>
        </w:tc>
        <w:tc>
          <w:tcPr>
            <w:tcW w:type="dxa" w:w="519"/>
            <w:vAlign w:val="center"/>
          </w:tcPr>
          <w:p>
            <w:r/>
            <w:r>
              <w:rPr>
                <w:rFonts w:ascii="Malgun Gothic" w:hAnsi="Malgun Gothic" w:eastAsia="Malgun Gothic"/>
                <w:b w:val="0"/>
                <w:sz w:val="14"/>
              </w:rPr>
              <w:t>-0.23691411334854232</w:t>
            </w:r>
          </w:p>
        </w:tc>
        <w:tc>
          <w:tcPr>
            <w:tcW w:type="dxa" w:w="519"/>
            <w:vAlign w:val="center"/>
          </w:tcPr>
          <w:p>
            <w:r/>
            <w:r>
              <w:rPr>
                <w:rFonts w:ascii="Malgun Gothic" w:hAnsi="Malgun Gothic" w:eastAsia="Malgun Gothic"/>
                <w:b w:val="0"/>
                <w:sz w:val="14"/>
              </w:rPr>
              <w:t>0.5333944518161157</w:t>
            </w:r>
          </w:p>
        </w:tc>
        <w:tc>
          <w:tcPr>
            <w:tcW w:type="dxa" w:w="519"/>
            <w:vAlign w:val="center"/>
          </w:tcPr>
          <w:p>
            <w:r/>
            <w:r>
              <w:rPr>
                <w:rFonts w:ascii="Malgun Gothic" w:hAnsi="Malgun Gothic" w:eastAsia="Malgun Gothic"/>
                <w:b w:val="0"/>
                <w:sz w:val="14"/>
              </w:rPr>
              <w:t>-0.5515470619238296</w:t>
            </w:r>
          </w:p>
        </w:tc>
        <w:tc>
          <w:tcPr>
            <w:tcW w:type="dxa" w:w="519"/>
            <w:vAlign w:val="center"/>
          </w:tcPr>
          <w:p>
            <w:r/>
            <w:r>
              <w:rPr>
                <w:rFonts w:ascii="Malgun Gothic" w:hAnsi="Malgun Gothic" w:eastAsia="Malgun Gothic"/>
                <w:b w:val="0"/>
                <w:sz w:val="14"/>
              </w:rPr>
              <w:t>-0.1054570910320285</w:t>
            </w:r>
          </w:p>
        </w:tc>
        <w:tc>
          <w:tcPr>
            <w:tcW w:type="dxa" w:w="519"/>
            <w:vAlign w:val="center"/>
          </w:tcPr>
          <w:p>
            <w:r/>
            <w:r>
              <w:rPr>
                <w:rFonts w:ascii="Malgun Gothic" w:hAnsi="Malgun Gothic" w:eastAsia="Malgun Gothic"/>
                <w:b w:val="0"/>
                <w:sz w:val="14"/>
              </w:rPr>
              <w:t>0.35838211518456575</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-0.1783672858417943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0.0623011589050293</w:t>
            </w:r>
          </w:p>
        </w:tc>
        <w:tc>
          <w:tcPr>
            <w:tcW w:type="dxa" w:w="519"/>
            <w:vAlign w:val="center"/>
          </w:tcPr>
          <w:p>
            <w:r/>
            <w:r>
              <w:rPr>
                <w:rFonts w:ascii="Malgun Gothic" w:hAnsi="Malgun Gothic" w:eastAsia="Malgun Gothic"/>
                <w:b w:val="0"/>
                <w:sz w:val="14"/>
              </w:rPr>
              <w:t>253.2706965866162</w:t>
            </w:r>
          </w:p>
        </w:tc>
        <w:tc>
          <w:tcPr>
            <w:tcW w:type="dxa" w:w="519"/>
            <w:vAlign w:val="center"/>
          </w:tcPr>
          <w:p>
            <w:r/>
            <w:r>
              <w:rPr>
                <w:rFonts w:ascii="Malgun Gothic" w:hAnsi="Malgun Gothic" w:eastAsia="Malgun Gothic"/>
                <w:b w:val="0"/>
                <w:sz w:val="14"/>
              </w:rPr>
              <w:t>102.36220472440944</w:t>
            </w:r>
          </w:p>
        </w:tc>
        <w:tc>
          <w:tcPr>
            <w:tcW w:type="dxa" w:w="519"/>
            <w:vAlign w:val="center"/>
          </w:tcPr>
          <w:p>
            <w:r/>
            <w:r>
              <w:rPr>
                <w:rFonts w:ascii="Malgun Gothic" w:hAnsi="Malgun Gothic" w:eastAsia="Malgun Gothic"/>
                <w:b w:val="0"/>
                <w:sz w:val="14"/>
              </w:rPr>
              <w:t>68.58</w:t>
            </w:r>
          </w:p>
        </w:tc>
        <w:tc>
          <w:tcPr>
            <w:tcW w:type="dxa" w:w="519"/>
            <w:vAlign w:val="center"/>
          </w:tcPr>
          <w:p>
            <w:r/>
            <w:r>
              <w:rPr>
                <w:rFonts w:ascii="Malgun Gothic" w:hAnsi="Malgun Gothic" w:eastAsia="Malgun Gothic"/>
                <w:b w:val="0"/>
                <w:sz w:val="14"/>
              </w:rPr>
              <w:t>-0.19384302060463302</w:t>
            </w:r>
          </w:p>
        </w:tc>
        <w:tc>
          <w:tcPr>
            <w:tcW w:type="dxa" w:w="519"/>
            <w:vAlign w:val="center"/>
          </w:tcPr>
          <w:p>
            <w:r/>
            <w:r>
              <w:rPr>
                <w:rFonts w:ascii="Malgun Gothic" w:hAnsi="Malgun Gothic" w:eastAsia="Malgun Gothic"/>
                <w:b w:val="0"/>
                <w:sz w:val="14"/>
              </w:rPr>
              <w:t>0.841199757640301</w:t>
            </w:r>
          </w:p>
        </w:tc>
        <w:tc>
          <w:tcPr>
            <w:tcW w:type="dxa" w:w="519"/>
            <w:vAlign w:val="center"/>
          </w:tcPr>
          <w:p>
            <w:r/>
            <w:r>
              <w:rPr>
                <w:rFonts w:ascii="Malgun Gothic" w:hAnsi="Malgun Gothic" w:eastAsia="Malgun Gothic"/>
                <w:b w:val="0"/>
                <w:sz w:val="14"/>
              </w:rPr>
              <w:t>1.0088970497795062</w:t>
            </w:r>
          </w:p>
        </w:tc>
        <w:tc>
          <w:tcPr>
            <w:tcW w:type="dxa" w:w="519"/>
            <w:vAlign w:val="center"/>
          </w:tcPr>
          <w:p>
            <w:r/>
            <w:r>
              <w:rPr>
                <w:rFonts w:ascii="Malgun Gothic" w:hAnsi="Malgun Gothic" w:eastAsia="Malgun Gothic"/>
                <w:b w:val="0"/>
                <w:sz w:val="14"/>
              </w:rPr>
              <w:t>-0.45902551879986636</w:t>
            </w:r>
          </w:p>
        </w:tc>
        <w:tc>
          <w:tcPr>
            <w:tcW w:type="dxa" w:w="519"/>
            <w:vAlign w:val="center"/>
          </w:tcPr>
          <w:p>
            <w:r/>
            <w:r>
              <w:rPr>
                <w:rFonts w:ascii="Malgun Gothic" w:hAnsi="Malgun Gothic" w:eastAsia="Malgun Gothic"/>
                <w:b w:val="0"/>
                <w:sz w:val="14"/>
              </w:rPr>
              <w:t>0.299307067003827</w:t>
            </w:r>
          </w:p>
        </w:tc>
        <w:tc>
          <w:tcPr>
            <w:tcW w:type="dxa" w:w="519"/>
            <w:vAlign w:val="center"/>
          </w:tcPr>
          <w:p>
            <w:r/>
            <w:r>
              <w:rPr>
                <w:rFonts w:ascii="Malgun Gothic" w:hAnsi="Malgun Gothic" w:eastAsia="Malgun Gothic"/>
                <w:b w:val="0"/>
                <w:sz w:val="14"/>
              </w:rPr>
              <w:t>0.4497018717417976</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-0.11961858787901086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0.0901525691151619</w:t>
            </w:r>
          </w:p>
        </w:tc>
        <w:tc>
          <w:tcPr>
            <w:tcW w:type="dxa" w:w="519"/>
            <w:vAlign w:val="center"/>
          </w:tcPr>
          <w:p>
            <w:r/>
            <w:r>
              <w:rPr>
                <w:rFonts w:ascii="Malgun Gothic" w:hAnsi="Malgun Gothic" w:eastAsia="Malgun Gothic"/>
                <w:b w:val="0"/>
                <w:sz w:val="14"/>
              </w:rPr>
              <w:t>262.4477490768097</w:t>
            </w:r>
          </w:p>
        </w:tc>
        <w:tc>
          <w:tcPr>
            <w:tcW w:type="dxa" w:w="519"/>
            <w:vAlign w:val="center"/>
          </w:tcPr>
          <w:p>
            <w:r/>
            <w:r>
              <w:rPr>
                <w:rFonts w:ascii="Malgun Gothic" w:hAnsi="Malgun Gothic" w:eastAsia="Malgun Gothic"/>
                <w:b w:val="0"/>
                <w:sz w:val="14"/>
              </w:rPr>
              <w:t>97.83989834815756</w:t>
            </w:r>
          </w:p>
        </w:tc>
        <w:tc>
          <w:tcPr>
            <w:tcW w:type="dxa" w:w="519"/>
            <w:vAlign w:val="center"/>
          </w:tcPr>
          <w:p>
            <w:r/>
            <w:r>
              <w:rPr>
                <w:rFonts w:ascii="Malgun Gothic" w:hAnsi="Malgun Gothic" w:eastAsia="Malgun Gothic"/>
                <w:b w:val="0"/>
                <w:sz w:val="14"/>
              </w:rPr>
              <w:t>47.22</w:t>
            </w:r>
          </w:p>
        </w:tc>
        <w:tc>
          <w:tcPr>
            <w:tcW w:type="dxa" w:w="519"/>
            <w:vAlign w:val="center"/>
          </w:tcPr>
          <w:p>
            <w:r/>
            <w:r>
              <w:rPr>
                <w:rFonts w:ascii="Malgun Gothic" w:hAnsi="Malgun Gothic" w:eastAsia="Malgun Gothic"/>
                <w:b w:val="0"/>
                <w:sz w:val="14"/>
              </w:rPr>
              <w:t>0.7594442494160578</w:t>
            </w:r>
          </w:p>
        </w:tc>
        <w:tc>
          <w:tcPr>
            <w:tcW w:type="dxa" w:w="519"/>
            <w:vAlign w:val="center"/>
          </w:tcPr>
          <w:p>
            <w:r/>
            <w:r>
              <w:rPr>
                <w:rFonts w:ascii="Malgun Gothic" w:hAnsi="Malgun Gothic" w:eastAsia="Malgun Gothic"/>
                <w:b w:val="0"/>
                <w:sz w:val="14"/>
              </w:rPr>
              <w:t>1.1706319918611432</w:t>
            </w:r>
          </w:p>
        </w:tc>
        <w:tc>
          <w:tcPr>
            <w:tcW w:type="dxa" w:w="519"/>
            <w:vAlign w:val="center"/>
          </w:tcPr>
          <w:p>
            <w:r/>
            <w:r>
              <w:rPr>
                <w:rFonts w:ascii="Malgun Gothic" w:hAnsi="Malgun Gothic" w:eastAsia="Malgun Gothic"/>
                <w:b w:val="0"/>
                <w:sz w:val="14"/>
              </w:rPr>
              <w:t>0.7760043386804938</w:t>
            </w:r>
          </w:p>
        </w:tc>
        <w:tc>
          <w:tcPr>
            <w:tcW w:type="dxa" w:w="519"/>
            <w:vAlign w:val="center"/>
          </w:tcPr>
          <w:p>
            <w:r/>
            <w:r>
              <w:rPr>
                <w:rFonts w:ascii="Malgun Gothic" w:hAnsi="Malgun Gothic" w:eastAsia="Malgun Gothic"/>
                <w:b w:val="0"/>
                <w:sz w:val="14"/>
              </w:rPr>
              <w:t>-0.5845023544270317</w:t>
            </w:r>
          </w:p>
        </w:tc>
        <w:tc>
          <w:tcPr>
            <w:tcW w:type="dxa" w:w="519"/>
            <w:vAlign w:val="center"/>
          </w:tcPr>
          <w:p>
            <w:r/>
            <w:r>
              <w:rPr>
                <w:rFonts w:ascii="Malgun Gothic" w:hAnsi="Malgun Gothic" w:eastAsia="Malgun Gothic"/>
                <w:b w:val="0"/>
                <w:sz w:val="14"/>
              </w:rPr>
              <w:t>0.5303945563826657</w:t>
            </w:r>
          </w:p>
        </w:tc>
        <w:tc>
          <w:tcPr>
            <w:tcW w:type="dxa" w:w="519"/>
            <w:vAlign w:val="center"/>
          </w:tcPr>
          <w:p>
            <w:r/>
            <w:r>
              <w:rPr>
                <w:rFonts w:ascii="Malgun Gothic" w:hAnsi="Malgun Gothic" w:eastAsia="Malgun Gothic"/>
                <w:b w:val="0"/>
                <w:sz w:val="14"/>
              </w:rPr>
              <w:t>0.5018380425329577</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-0.10439786178423316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0.0859183967113494</w:t>
            </w:r>
          </w:p>
        </w:tc>
        <w:tc>
          <w:tcPr>
            <w:tcW w:type="dxa" w:w="519"/>
            <w:vAlign w:val="center"/>
          </w:tcPr>
          <w:p>
            <w:r/>
            <w:r>
              <w:rPr>
                <w:rFonts w:ascii="Malgun Gothic" w:hAnsi="Malgun Gothic" w:eastAsia="Malgun Gothic"/>
                <w:b w:val="0"/>
                <w:sz w:val="14"/>
              </w:rPr>
              <w:t>260.72312553903083</w:t>
            </w:r>
          </w:p>
        </w:tc>
        <w:tc>
          <w:tcPr>
            <w:tcW w:type="dxa" w:w="519"/>
            <w:vAlign w:val="center"/>
          </w:tcPr>
          <w:p>
            <w:r/>
            <w:r>
              <w:rPr>
                <w:rFonts w:ascii="Malgun Gothic" w:hAnsi="Malgun Gothic" w:eastAsia="Malgun Gothic"/>
                <w:b w:val="0"/>
                <w:sz w:val="14"/>
              </w:rPr>
              <w:t>89.69633140249253</w:t>
            </w:r>
          </w:p>
        </w:tc>
        <w:tc>
          <w:tcPr>
            <w:tcW w:type="dxa" w:w="519"/>
            <w:vAlign w:val="center"/>
          </w:tcPr>
          <w:p>
            <w:r/>
            <w:r>
              <w:rPr>
                <w:rFonts w:ascii="Malgun Gothic" w:hAnsi="Malgun Gothic" w:eastAsia="Malgun Gothic"/>
                <w:b w:val="0"/>
                <w:sz w:val="14"/>
              </w:rPr>
              <w:t>341.82</w:t>
            </w:r>
          </w:p>
        </w:tc>
        <w:tc>
          <w:tcPr>
            <w:tcW w:type="dxa" w:w="519"/>
            <w:vAlign w:val="center"/>
          </w:tcPr>
          <w:p>
            <w:r/>
            <w:r>
              <w:rPr>
                <w:rFonts w:ascii="Malgun Gothic" w:hAnsi="Malgun Gothic" w:eastAsia="Malgun Gothic"/>
                <w:b w:val="0"/>
                <w:sz w:val="14"/>
              </w:rPr>
              <w:t>0.6145186380673411</w:t>
            </w:r>
          </w:p>
        </w:tc>
        <w:tc>
          <w:tcPr>
            <w:tcW w:type="dxa" w:w="519"/>
            <w:vAlign w:val="center"/>
          </w:tcPr>
          <w:p>
            <w:r/>
            <w:r>
              <w:rPr>
                <w:rFonts w:ascii="Malgun Gothic" w:hAnsi="Malgun Gothic" w:eastAsia="Malgun Gothic"/>
                <w:b w:val="0"/>
                <w:sz w:val="14"/>
              </w:rPr>
              <w:t>1.108722507759634</w:t>
            </w:r>
          </w:p>
        </w:tc>
        <w:tc>
          <w:tcPr>
            <w:tcW w:type="dxa" w:w="519"/>
            <w:vAlign w:val="center"/>
          </w:tcPr>
          <w:p>
            <w:r/>
            <w:r>
              <w:rPr>
                <w:rFonts w:ascii="Malgun Gothic" w:hAnsi="Malgun Gothic" w:eastAsia="Malgun Gothic"/>
                <w:b w:val="0"/>
                <w:sz w:val="14"/>
              </w:rPr>
              <w:t>0.3566215666613784</w:t>
            </w:r>
          </w:p>
        </w:tc>
        <w:tc>
          <w:tcPr>
            <w:tcW w:type="dxa" w:w="519"/>
            <w:vAlign w:val="center"/>
          </w:tcPr>
          <w:p>
            <w:r/>
            <w:r>
              <w:rPr>
                <w:rFonts w:ascii="Malgun Gothic" w:hAnsi="Malgun Gothic" w:eastAsia="Malgun Gothic"/>
                <w:b w:val="0"/>
                <w:sz w:val="14"/>
              </w:rPr>
              <w:t>1.1460910807678613</w:t>
            </w:r>
          </w:p>
        </w:tc>
        <w:tc>
          <w:tcPr>
            <w:tcW w:type="dxa" w:w="519"/>
            <w:vAlign w:val="center"/>
          </w:tcPr>
          <w:p>
            <w:r/>
            <w:r>
              <w:rPr>
                <w:rFonts w:ascii="Malgun Gothic" w:hAnsi="Malgun Gothic" w:eastAsia="Malgun Gothic"/>
                <w:b w:val="0"/>
                <w:sz w:val="14"/>
              </w:rPr>
              <w:t>0.8064884483140538</w:t>
            </w:r>
          </w:p>
        </w:tc>
        <w:tc>
          <w:tcPr>
            <w:tcW w:type="dxa" w:w="519"/>
            <w:vAlign w:val="center"/>
          </w:tcPr>
          <w:p>
            <w:r/>
            <w:r>
              <w:rPr>
                <w:rFonts w:ascii="Malgun Gothic" w:hAnsi="Malgun Gothic" w:eastAsia="Malgun Gothic"/>
                <w:b w:val="0"/>
                <w:sz w:val="14"/>
              </w:rPr>
              <w:t>0.5641282095291165</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0.0225899118423879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0.0481829233467578</w:t>
            </w:r>
          </w:p>
        </w:tc>
        <w:tc>
          <w:tcPr>
            <w:tcW w:type="dxa" w:w="519"/>
            <w:vAlign w:val="center"/>
          </w:tcPr>
          <w:p>
            <w:r/>
            <w:r>
              <w:rPr>
                <w:rFonts w:ascii="Malgun Gothic" w:hAnsi="Malgun Gothic" w:eastAsia="Malgun Gothic"/>
                <w:b w:val="0"/>
                <w:sz w:val="14"/>
              </w:rPr>
              <w:t>254.04296291199563</w:t>
            </w:r>
          </w:p>
        </w:tc>
        <w:tc>
          <w:tcPr>
            <w:tcW w:type="dxa" w:w="519"/>
            <w:vAlign w:val="center"/>
          </w:tcPr>
          <w:p>
            <w:r/>
            <w:r>
              <w:rPr>
                <w:rFonts w:ascii="Malgun Gothic" w:hAnsi="Malgun Gothic" w:eastAsia="Malgun Gothic"/>
                <w:b w:val="0"/>
                <w:sz w:val="14"/>
              </w:rPr>
              <w:t>80.53691275167786</w:t>
            </w:r>
          </w:p>
        </w:tc>
        <w:tc>
          <w:tcPr>
            <w:tcW w:type="dxa" w:w="519"/>
            <w:vAlign w:val="center"/>
          </w:tcPr>
          <w:p>
            <w:r/>
            <w:r>
              <w:rPr>
                <w:rFonts w:ascii="Malgun Gothic" w:hAnsi="Malgun Gothic" w:eastAsia="Malgun Gothic"/>
                <w:b w:val="0"/>
                <w:sz w:val="14"/>
              </w:rPr>
              <w:t>80.46</w:t>
            </w:r>
          </w:p>
        </w:tc>
        <w:tc>
          <w:tcPr>
            <w:tcW w:type="dxa" w:w="519"/>
            <w:vAlign w:val="center"/>
          </w:tcPr>
          <w:p>
            <w:r/>
            <w:r>
              <w:rPr>
                <w:rFonts w:ascii="Malgun Gothic" w:hAnsi="Malgun Gothic" w:eastAsia="Malgun Gothic"/>
                <w:b w:val="0"/>
                <w:sz w:val="14"/>
              </w:rPr>
              <w:t>-0.6770765133186669</w:t>
            </w:r>
          </w:p>
        </w:tc>
        <w:tc>
          <w:tcPr>
            <w:tcW w:type="dxa" w:w="519"/>
            <w:vAlign w:val="center"/>
          </w:tcPr>
          <w:p>
            <w:r/>
            <w:r>
              <w:rPr>
                <w:rFonts w:ascii="Malgun Gothic" w:hAnsi="Malgun Gothic" w:eastAsia="Malgun Gothic"/>
                <w:b w:val="0"/>
                <w:sz w:val="14"/>
              </w:rPr>
              <w:t>0.8689221032687177</w:t>
            </w:r>
          </w:p>
        </w:tc>
        <w:tc>
          <w:tcPr>
            <w:tcW w:type="dxa" w:w="519"/>
            <w:vAlign w:val="center"/>
          </w:tcPr>
          <w:p>
            <w:r/>
            <w:r>
              <w:rPr>
                <w:rFonts w:ascii="Malgun Gothic" w:hAnsi="Malgun Gothic" w:eastAsia="Malgun Gothic"/>
                <w:b w:val="0"/>
                <w:sz w:val="14"/>
              </w:rPr>
              <w:t>-0.1150762052722138</w:t>
            </w:r>
          </w:p>
        </w:tc>
        <w:tc>
          <w:tcPr>
            <w:tcW w:type="dxa" w:w="519"/>
            <w:vAlign w:val="center"/>
          </w:tcPr>
          <w:p>
            <w:r/>
            <w:r>
              <w:rPr>
                <w:rFonts w:ascii="Malgun Gothic" w:hAnsi="Malgun Gothic" w:eastAsia="Malgun Gothic"/>
                <w:b w:val="0"/>
                <w:sz w:val="14"/>
              </w:rPr>
              <w:t>-0.38923784055779126</w:t>
            </w:r>
          </w:p>
        </w:tc>
        <w:tc>
          <w:tcPr>
            <w:tcW w:type="dxa" w:w="519"/>
            <w:vAlign w:val="center"/>
          </w:tcPr>
          <w:p>
            <w:r/>
            <w:r>
              <w:rPr>
                <w:rFonts w:ascii="Malgun Gothic" w:hAnsi="Malgun Gothic" w:eastAsia="Malgun Gothic"/>
                <w:b w:val="0"/>
                <w:sz w:val="14"/>
              </w:rPr>
              <w:t>-0.07811711396998858</w:t>
            </w:r>
          </w:p>
        </w:tc>
        <w:tc>
          <w:tcPr>
            <w:tcW w:type="dxa" w:w="519"/>
            <w:vAlign w:val="center"/>
          </w:tcPr>
          <w:p>
            <w:r/>
            <w:r>
              <w:rPr>
                <w:rFonts w:ascii="Malgun Gothic" w:hAnsi="Malgun Gothic" w:eastAsia="Malgun Gothic"/>
                <w:b w:val="0"/>
                <w:sz w:val="14"/>
              </w:rPr>
              <w:t>0.36455034920434926</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-0.15573359160900901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0.0801493227481842</w:t>
            </w:r>
          </w:p>
        </w:tc>
        <w:tc>
          <w:tcPr>
            <w:tcW w:type="dxa" w:w="519"/>
            <w:vAlign w:val="center"/>
          </w:tcPr>
          <w:p>
            <w:r/>
            <w:r>
              <w:rPr>
                <w:rFonts w:ascii="Malgun Gothic" w:hAnsi="Malgun Gothic" w:eastAsia="Malgun Gothic"/>
                <w:b w:val="0"/>
                <w:sz w:val="14"/>
              </w:rPr>
              <w:t>254.9948376341844</w:t>
            </w:r>
          </w:p>
        </w:tc>
        <w:tc>
          <w:tcPr>
            <w:tcW w:type="dxa" w:w="519"/>
            <w:vAlign w:val="center"/>
          </w:tcPr>
          <w:p>
            <w:r/>
            <w:r>
              <w:rPr>
                <w:rFonts w:ascii="Malgun Gothic" w:hAnsi="Malgun Gothic" w:eastAsia="Malgun Gothic"/>
                <w:b w:val="0"/>
                <w:sz w:val="14"/>
              </w:rPr>
              <w:t>67.42268041237114</w:t>
            </w:r>
          </w:p>
        </w:tc>
        <w:tc>
          <w:tcPr>
            <w:tcW w:type="dxa" w:w="519"/>
            <w:vAlign w:val="center"/>
          </w:tcPr>
          <w:p>
            <w:r/>
            <w:r>
              <w:rPr>
                <w:rFonts w:ascii="Malgun Gothic" w:hAnsi="Malgun Gothic" w:eastAsia="Malgun Gothic"/>
                <w:b w:val="0"/>
                <w:sz w:val="14"/>
              </w:rPr>
              <w:t>291.0</w:t>
            </w:r>
          </w:p>
        </w:tc>
        <w:tc>
          <w:tcPr>
            <w:tcW w:type="dxa" w:w="519"/>
            <w:vAlign w:val="center"/>
          </w:tcPr>
          <w:p>
            <w:r/>
            <w:r>
              <w:rPr>
                <w:rFonts w:ascii="Malgun Gothic" w:hAnsi="Malgun Gothic" w:eastAsia="Malgun Gothic"/>
                <w:b w:val="0"/>
                <w:sz w:val="14"/>
              </w:rPr>
              <w:t>0.41705701126280675</w:t>
            </w:r>
          </w:p>
        </w:tc>
        <w:tc>
          <w:tcPr>
            <w:tcW w:type="dxa" w:w="519"/>
            <w:vAlign w:val="center"/>
          </w:tcPr>
          <w:p>
            <w:r/>
            <w:r>
              <w:rPr>
                <w:rFonts w:ascii="Malgun Gothic" w:hAnsi="Malgun Gothic" w:eastAsia="Malgun Gothic"/>
                <w:b w:val="0"/>
                <w:sz w:val="14"/>
              </w:rPr>
              <w:t>0.9030919216024444</w:t>
            </w:r>
          </w:p>
        </w:tc>
        <w:tc>
          <w:tcPr>
            <w:tcW w:type="dxa" w:w="519"/>
            <w:vAlign w:val="center"/>
          </w:tcPr>
          <w:p>
            <w:r/>
            <w:r>
              <w:rPr>
                <w:rFonts w:ascii="Malgun Gothic" w:hAnsi="Malgun Gothic" w:eastAsia="Malgun Gothic"/>
                <w:b w:val="0"/>
                <w:sz w:val="14"/>
              </w:rPr>
              <w:t>-0.7904415762524168</w:t>
            </w:r>
          </w:p>
        </w:tc>
        <w:tc>
          <w:tcPr>
            <w:tcW w:type="dxa" w:w="519"/>
            <w:vAlign w:val="center"/>
          </w:tcPr>
          <w:p>
            <w:r/>
            <w:r>
              <w:rPr>
                <w:rFonts w:ascii="Malgun Gothic" w:hAnsi="Malgun Gothic" w:eastAsia="Malgun Gothic"/>
                <w:b w:val="0"/>
                <w:sz w:val="14"/>
              </w:rPr>
              <w:t>0.8475549016212067</w:t>
            </w:r>
          </w:p>
        </w:tc>
        <w:tc>
          <w:tcPr>
            <w:tcW w:type="dxa" w:w="519"/>
            <w:vAlign w:val="center"/>
          </w:tcPr>
          <w:p>
            <w:r/>
            <w:r>
              <w:rPr>
                <w:rFonts w:ascii="Malgun Gothic" w:hAnsi="Malgun Gothic" w:eastAsia="Malgun Gothic"/>
                <w:b w:val="0"/>
                <w:sz w:val="14"/>
              </w:rPr>
              <w:t>0.34431556455851026</w:t>
            </w:r>
          </w:p>
        </w:tc>
        <w:tc>
          <w:tcPr>
            <w:tcW w:type="dxa" w:w="519"/>
            <w:vAlign w:val="center"/>
          </w:tcPr>
          <w:p>
            <w:r/>
            <w:r>
              <w:rPr>
                <w:rFonts w:ascii="Malgun Gothic" w:hAnsi="Malgun Gothic" w:eastAsia="Malgun Gothic"/>
                <w:b w:val="0"/>
                <w:sz w:val="14"/>
              </w:rPr>
              <w:t>0.459856340604963</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-0.046895367311770186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0.0258763041347265</w:t>
            </w:r>
          </w:p>
        </w:tc>
        <w:tc>
          <w:tcPr>
            <w:tcW w:type="dxa" w:w="519"/>
            <w:vAlign w:val="center"/>
          </w:tcPr>
          <w:p>
            <w:r/>
            <w:r>
              <w:rPr>
                <w:rFonts w:ascii="Malgun Gothic" w:hAnsi="Malgun Gothic" w:eastAsia="Malgun Gothic"/>
                <w:b w:val="0"/>
                <w:sz w:val="14"/>
              </w:rPr>
              <w:t>236.3714352292384</w:t>
            </w:r>
          </w:p>
        </w:tc>
        <w:tc>
          <w:tcPr>
            <w:tcW w:type="dxa" w:w="519"/>
            <w:vAlign w:val="center"/>
          </w:tcPr>
          <w:p>
            <w:r/>
            <w:r>
              <w:rPr>
                <w:rFonts w:ascii="Malgun Gothic" w:hAnsi="Malgun Gothic" w:eastAsia="Malgun Gothic"/>
                <w:b w:val="0"/>
                <w:sz w:val="14"/>
              </w:rPr>
              <w:t>58.49668158666461</w:t>
            </w:r>
          </w:p>
        </w:tc>
        <w:tc>
          <w:tcPr>
            <w:tcW w:type="dxa" w:w="519"/>
            <w:vAlign w:val="center"/>
          </w:tcPr>
          <w:p>
            <w:r/>
            <w:r>
              <w:rPr>
                <w:rFonts w:ascii="Malgun Gothic" w:hAnsi="Malgun Gothic" w:eastAsia="Malgun Gothic"/>
                <w:b w:val="0"/>
                <w:sz w:val="14"/>
              </w:rPr>
              <w:t>388.74</w:t>
            </w:r>
          </w:p>
        </w:tc>
        <w:tc>
          <w:tcPr>
            <w:tcW w:type="dxa" w:w="519"/>
            <w:vAlign w:val="center"/>
          </w:tcPr>
          <w:p>
            <w:r/>
            <w:r>
              <w:rPr>
                <w:rFonts w:ascii="Malgun Gothic" w:hAnsi="Malgun Gothic" w:eastAsia="Malgun Gothic"/>
                <w:b w:val="0"/>
                <w:sz w:val="14"/>
              </w:rPr>
              <w:t>-1.4405788269032103</w:t>
            </w:r>
          </w:p>
        </w:tc>
        <w:tc>
          <w:tcPr>
            <w:tcW w:type="dxa" w:w="519"/>
            <w:vAlign w:val="center"/>
          </w:tcPr>
          <w:p>
            <w:r/>
            <w:r>
              <w:rPr>
                <w:rFonts w:ascii="Malgun Gothic" w:hAnsi="Malgun Gothic" w:eastAsia="Malgun Gothic"/>
                <w:b w:val="0"/>
                <w:sz w:val="14"/>
              </w:rPr>
              <w:t>0.23456037842873903</w:t>
            </w:r>
          </w:p>
        </w:tc>
        <w:tc>
          <w:tcPr>
            <w:tcW w:type="dxa" w:w="519"/>
            <w:vAlign w:val="center"/>
          </w:tcPr>
          <w:p>
            <w:r/>
            <w:r>
              <w:rPr>
                <w:rFonts w:ascii="Malgun Gothic" w:hAnsi="Malgun Gothic" w:eastAsia="Malgun Gothic"/>
                <w:b w:val="0"/>
                <w:sz w:val="14"/>
              </w:rPr>
              <w:t>-1.2501185403568085</w:t>
            </w:r>
          </w:p>
        </w:tc>
        <w:tc>
          <w:tcPr>
            <w:tcW w:type="dxa" w:w="519"/>
            <w:vAlign w:val="center"/>
          </w:tcPr>
          <w:p>
            <w:r/>
            <w:r>
              <w:rPr>
                <w:rFonts w:ascii="Malgun Gothic" w:hAnsi="Malgun Gothic" w:eastAsia="Malgun Gothic"/>
                <w:b w:val="0"/>
                <w:sz w:val="14"/>
              </w:rPr>
              <w:t>1.4217171635219157</w:t>
            </w:r>
          </w:p>
        </w:tc>
        <w:tc>
          <w:tcPr>
            <w:tcW w:type="dxa" w:w="519"/>
            <w:vAlign w:val="center"/>
          </w:tcPr>
          <w:p>
            <w:r/>
            <w:r>
              <w:rPr>
                <w:rFonts w:ascii="Malgun Gothic" w:hAnsi="Malgun Gothic" w:eastAsia="Malgun Gothic"/>
                <w:b w:val="0"/>
                <w:sz w:val="14"/>
              </w:rPr>
              <w:t>-0.25860495632734104</w:t>
            </w:r>
          </w:p>
        </w:tc>
        <w:tc>
          <w:tcPr>
            <w:tcW w:type="dxa" w:w="519"/>
            <w:vAlign w:val="center"/>
          </w:tcPr>
          <w:p>
            <w:r/>
            <w:r>
              <w:rPr>
                <w:rFonts w:ascii="Malgun Gothic" w:hAnsi="Malgun Gothic" w:eastAsia="Malgun Gothic"/>
                <w:b w:val="0"/>
                <w:sz w:val="14"/>
              </w:rPr>
              <w:t>0.32383007914488066</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-0.07628865049603772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0.0771065503358841</w:t>
            </w:r>
          </w:p>
        </w:tc>
        <w:tc>
          <w:tcPr>
            <w:tcW w:type="dxa" w:w="519"/>
            <w:vAlign w:val="center"/>
          </w:tcPr>
          <w:p>
            <w:r/>
            <w:r>
              <w:rPr>
                <w:rFonts w:ascii="Malgun Gothic" w:hAnsi="Malgun Gothic" w:eastAsia="Malgun Gothic"/>
                <w:b w:val="0"/>
                <w:sz w:val="14"/>
              </w:rPr>
              <w:t>279.785653638665</w:t>
            </w:r>
          </w:p>
        </w:tc>
        <w:tc>
          <w:tcPr>
            <w:tcW w:type="dxa" w:w="519"/>
            <w:vAlign w:val="center"/>
          </w:tcPr>
          <w:p>
            <w:r/>
            <w:r>
              <w:rPr>
                <w:rFonts w:ascii="Malgun Gothic" w:hAnsi="Malgun Gothic" w:eastAsia="Malgun Gothic"/>
                <w:b w:val="0"/>
                <w:sz w:val="14"/>
              </w:rPr>
              <w:t>18.518518518518515</w:t>
            </w:r>
          </w:p>
        </w:tc>
        <w:tc>
          <w:tcPr>
            <w:tcW w:type="dxa" w:w="519"/>
            <w:vAlign w:val="center"/>
          </w:tcPr>
          <w:p>
            <w:r/>
            <w:r>
              <w:rPr>
                <w:rFonts w:ascii="Malgun Gothic" w:hAnsi="Malgun Gothic" w:eastAsia="Malgun Gothic"/>
                <w:b w:val="0"/>
                <w:sz w:val="14"/>
              </w:rPr>
              <w:t>3.24</w:t>
            </w:r>
          </w:p>
        </w:tc>
        <w:tc>
          <w:tcPr>
            <w:tcW w:type="dxa" w:w="519"/>
            <w:vAlign w:val="center"/>
          </w:tcPr>
          <w:p>
            <w:r/>
            <w:r>
              <w:rPr>
                <w:rFonts w:ascii="Malgun Gothic" w:hAnsi="Malgun Gothic" w:eastAsia="Malgun Gothic"/>
                <w:b w:val="0"/>
                <w:sz w:val="14"/>
              </w:rPr>
              <w:t>0.31291017688956685</w:t>
            </w:r>
          </w:p>
        </w:tc>
        <w:tc>
          <w:tcPr>
            <w:tcW w:type="dxa" w:w="519"/>
            <w:vAlign w:val="center"/>
          </w:tcPr>
          <w:p>
            <w:r/>
            <w:r>
              <w:rPr>
                <w:rFonts w:ascii="Malgun Gothic" w:hAnsi="Malgun Gothic" w:eastAsia="Malgun Gothic"/>
                <w:b w:val="0"/>
                <w:sz w:val="14"/>
              </w:rPr>
              <w:t>1.7930175173469274</w:t>
            </w:r>
          </w:p>
        </w:tc>
        <w:tc>
          <w:tcPr>
            <w:tcW w:type="dxa" w:w="519"/>
            <w:vAlign w:val="center"/>
          </w:tcPr>
          <w:p>
            <w:r/>
            <w:r>
              <w:rPr>
                <w:rFonts w:ascii="Malgun Gothic" w:hAnsi="Malgun Gothic" w:eastAsia="Malgun Gothic"/>
                <w:b w:val="0"/>
                <w:sz w:val="14"/>
              </w:rPr>
              <w:t>-3.308940302321479</w:t>
            </w:r>
          </w:p>
        </w:tc>
        <w:tc>
          <w:tcPr>
            <w:tcW w:type="dxa" w:w="519"/>
            <w:vAlign w:val="center"/>
          </w:tcPr>
          <w:p>
            <w:r/>
            <w:r>
              <w:rPr>
                <w:rFonts w:ascii="Malgun Gothic" w:hAnsi="Malgun Gothic" w:eastAsia="Malgun Gothic"/>
                <w:b w:val="0"/>
                <w:sz w:val="14"/>
              </w:rPr>
              <w:t>-0.8428577491312794</w:t>
            </w:r>
          </w:p>
        </w:tc>
        <w:tc>
          <w:tcPr>
            <w:tcW w:type="dxa" w:w="519"/>
            <w:vAlign w:val="center"/>
          </w:tcPr>
          <w:p>
            <w:r/>
            <w:r>
              <w:rPr>
                <w:rFonts w:ascii="Malgun Gothic" w:hAnsi="Malgun Gothic" w:eastAsia="Malgun Gothic"/>
                <w:b w:val="0"/>
                <w:sz w:val="14"/>
              </w:rPr>
              <w:t>-0.5114675893040661</w:t>
            </w:r>
          </w:p>
        </w:tc>
        <w:tc>
          <w:tcPr>
            <w:tcW w:type="dxa" w:w="519"/>
            <w:vAlign w:val="center"/>
          </w:tcPr>
          <w:p>
            <w:r/>
            <w:r>
              <w:rPr>
                <w:rFonts w:ascii="Malgun Gothic" w:hAnsi="Malgun Gothic" w:eastAsia="Malgun Gothic"/>
                <w:b w:val="0"/>
                <w:sz w:val="14"/>
              </w:rPr>
              <w:t>0.26678116898962506</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-0.23143666534860574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0.0694236010313034</w:t>
            </w:r>
          </w:p>
        </w:tc>
        <w:tc>
          <w:tcPr>
            <w:tcW w:type="dxa" w:w="519"/>
            <w:vAlign w:val="center"/>
          </w:tcPr>
          <w:p>
            <w:r/>
            <w:r>
              <w:rPr>
                <w:rFonts w:ascii="Malgun Gothic" w:hAnsi="Malgun Gothic" w:eastAsia="Malgun Gothic"/>
                <w:b w:val="0"/>
                <w:sz w:val="14"/>
              </w:rPr>
              <w:t>201.51792369528184</w:t>
            </w:r>
          </w:p>
        </w:tc>
        <w:tc>
          <w:tcPr>
            <w:tcW w:type="dxa" w:w="519"/>
            <w:vAlign w:val="center"/>
          </w:tcPr>
          <w:p>
            <w:r/>
            <w:r>
              <w:rPr>
                <w:rFonts w:ascii="Malgun Gothic" w:hAnsi="Malgun Gothic" w:eastAsia="Malgun Gothic"/>
                <w:b w:val="0"/>
                <w:sz w:val="14"/>
              </w:rPr>
              <w:t>110.28110870847256</w:t>
            </w:r>
          </w:p>
        </w:tc>
        <w:tc>
          <w:tcPr>
            <w:tcW w:type="dxa" w:w="519"/>
            <w:vAlign w:val="center"/>
          </w:tcPr>
          <w:p>
            <w:r/>
            <w:r>
              <w:rPr>
                <w:rFonts w:ascii="Malgun Gothic" w:hAnsi="Malgun Gothic" w:eastAsia="Malgun Gothic"/>
                <w:b w:val="0"/>
                <w:sz w:val="14"/>
              </w:rPr>
              <w:t>305.22</w:t>
            </w:r>
          </w:p>
        </w:tc>
        <w:tc>
          <w:tcPr>
            <w:tcW w:type="dxa" w:w="519"/>
            <w:vAlign w:val="center"/>
          </w:tcPr>
          <w:p>
            <w:r/>
            <w:r>
              <w:rPr>
                <w:rFonts w:ascii="Malgun Gothic" w:hAnsi="Malgun Gothic" w:eastAsia="Malgun Gothic"/>
                <w:b w:val="0"/>
                <w:sz w:val="14"/>
              </w:rPr>
              <w:t>0.04994116695388573</w:t>
            </w:r>
          </w:p>
        </w:tc>
        <w:tc>
          <w:tcPr>
            <w:tcW w:type="dxa" w:w="519"/>
            <w:vAlign w:val="center"/>
          </w:tcPr>
          <w:p>
            <w:r/>
            <w:r>
              <w:rPr>
                <w:rFonts w:ascii="Malgun Gothic" w:hAnsi="Malgun Gothic" w:eastAsia="Malgun Gothic"/>
                <w:b w:val="0"/>
                <w:sz w:val="14"/>
              </w:rPr>
              <w:t>-1.0165897253047398</w:t>
            </w:r>
          </w:p>
        </w:tc>
        <w:tc>
          <w:tcPr>
            <w:tcW w:type="dxa" w:w="519"/>
            <w:vAlign w:val="center"/>
          </w:tcPr>
          <w:p>
            <w:r/>
            <w:r>
              <w:rPr>
                <w:rFonts w:ascii="Malgun Gothic" w:hAnsi="Malgun Gothic" w:eastAsia="Malgun Gothic"/>
                <w:b w:val="0"/>
                <w:sz w:val="14"/>
              </w:rPr>
              <w:t>1.41670998069149</w:t>
            </w:r>
          </w:p>
        </w:tc>
        <w:tc>
          <w:tcPr>
            <w:tcW w:type="dxa" w:w="519"/>
            <w:vAlign w:val="center"/>
          </w:tcPr>
          <w:p>
            <w:r/>
            <w:r>
              <w:rPr>
                <w:rFonts w:ascii="Malgun Gothic" w:hAnsi="Malgun Gothic" w:eastAsia="Malgun Gothic"/>
                <w:b w:val="0"/>
                <w:sz w:val="14"/>
              </w:rPr>
              <w:t>0.9310886376988422</w:t>
            </w:r>
          </w:p>
        </w:tc>
        <w:tc>
          <w:tcPr>
            <w:tcW w:type="dxa" w:w="519"/>
            <w:vAlign w:val="center"/>
          </w:tcPr>
          <w:p>
            <w:r/>
            <w:r>
              <w:rPr>
                <w:rFonts w:ascii="Malgun Gothic" w:hAnsi="Malgun Gothic" w:eastAsia="Malgun Gothic"/>
                <w:b w:val="0"/>
                <w:sz w:val="14"/>
              </w:rPr>
              <w:t>0.34528751500986954</w:t>
            </w:r>
          </w:p>
        </w:tc>
        <w:tc>
          <w:tcPr>
            <w:tcW w:type="dxa" w:w="519"/>
            <w:vAlign w:val="center"/>
          </w:tcPr>
          <w:p>
            <w:r/>
            <w:r>
              <w:rPr>
                <w:rFonts w:ascii="Malgun Gothic" w:hAnsi="Malgun Gothic" w:eastAsia="Malgun Gothic"/>
                <w:b w:val="0"/>
                <w:sz w:val="14"/>
              </w:rPr>
              <w:t>0.4600756245431321</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-0.05191448569877988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0.0441754981875419</w:t>
            </w:r>
          </w:p>
        </w:tc>
        <w:tc>
          <w:tcPr>
            <w:tcW w:type="dxa" w:w="519"/>
            <w:vAlign w:val="center"/>
          </w:tcPr>
          <w:p>
            <w:r/>
            <w:r>
              <w:rPr>
                <w:rFonts w:ascii="Malgun Gothic" w:hAnsi="Malgun Gothic" w:eastAsia="Malgun Gothic"/>
                <w:b w:val="0"/>
                <w:sz w:val="14"/>
              </w:rPr>
              <w:t>209.55281766676052</w:t>
            </w:r>
          </w:p>
        </w:tc>
        <w:tc>
          <w:tcPr>
            <w:tcW w:type="dxa" w:w="519"/>
            <w:vAlign w:val="center"/>
          </w:tcPr>
          <w:p>
            <w:r/>
            <w:r>
              <w:rPr>
                <w:rFonts w:ascii="Malgun Gothic" w:hAnsi="Malgun Gothic" w:eastAsia="Malgun Gothic"/>
                <w:b w:val="0"/>
                <w:sz w:val="14"/>
              </w:rPr>
              <w:t>85.71428571428572</w:t>
            </w:r>
          </w:p>
        </w:tc>
        <w:tc>
          <w:tcPr>
            <w:tcW w:type="dxa" w:w="519"/>
            <w:vAlign w:val="center"/>
          </w:tcPr>
          <w:p>
            <w:r/>
            <w:r>
              <w:rPr>
                <w:rFonts w:ascii="Malgun Gothic" w:hAnsi="Malgun Gothic" w:eastAsia="Malgun Gothic"/>
                <w:b w:val="0"/>
                <w:sz w:val="14"/>
              </w:rPr>
              <w:t>21.0</w:t>
            </w:r>
          </w:p>
        </w:tc>
        <w:tc>
          <w:tcPr>
            <w:tcW w:type="dxa" w:w="519"/>
            <w:vAlign w:val="center"/>
          </w:tcPr>
          <w:p>
            <w:r/>
            <w:r>
              <w:rPr>
                <w:rFonts w:ascii="Malgun Gothic" w:hAnsi="Malgun Gothic" w:eastAsia="Malgun Gothic"/>
                <w:b w:val="0"/>
                <w:sz w:val="14"/>
              </w:rPr>
              <w:t>-0.8142411078946113</w:t>
            </w:r>
          </w:p>
        </w:tc>
        <w:tc>
          <w:tcPr>
            <w:tcW w:type="dxa" w:w="519"/>
            <w:vAlign w:val="center"/>
          </w:tcPr>
          <w:p>
            <w:r/>
            <w:r>
              <w:rPr>
                <w:rFonts w:ascii="Malgun Gothic" w:hAnsi="Malgun Gothic" w:eastAsia="Malgun Gothic"/>
                <w:b w:val="0"/>
                <w:sz w:val="14"/>
              </w:rPr>
              <w:t>-0.7281580011122173</w:t>
            </w:r>
          </w:p>
        </w:tc>
        <w:tc>
          <w:tcPr>
            <w:tcW w:type="dxa" w:w="519"/>
            <w:vAlign w:val="center"/>
          </w:tcPr>
          <w:p>
            <w:r/>
            <w:r>
              <w:rPr>
                <w:rFonts w:ascii="Malgun Gothic" w:hAnsi="Malgun Gothic" w:eastAsia="Malgun Gothic"/>
                <w:b w:val="0"/>
                <w:sz w:val="14"/>
              </w:rPr>
              <w:t>0.1515515561648219</w:t>
            </w:r>
          </w:p>
        </w:tc>
        <w:tc>
          <w:tcPr>
            <w:tcW w:type="dxa" w:w="519"/>
            <w:vAlign w:val="center"/>
          </w:tcPr>
          <w:p>
            <w:r/>
            <w:r>
              <w:rPr>
                <w:rFonts w:ascii="Malgun Gothic" w:hAnsi="Malgun Gothic" w:eastAsia="Malgun Gothic"/>
                <w:b w:val="0"/>
                <w:sz w:val="14"/>
              </w:rPr>
              <w:t>-0.7385286947895915</w:t>
            </w:r>
          </w:p>
        </w:tc>
        <w:tc>
          <w:tcPr>
            <w:tcW w:type="dxa" w:w="519"/>
            <w:vAlign w:val="center"/>
          </w:tcPr>
          <w:p>
            <w:r/>
            <w:r>
              <w:rPr>
                <w:rFonts w:ascii="Malgun Gothic" w:hAnsi="Malgun Gothic" w:eastAsia="Malgun Gothic"/>
                <w:b w:val="0"/>
                <w:sz w:val="14"/>
              </w:rPr>
              <w:t>-0.5323440619078995</w:t>
            </w:r>
          </w:p>
        </w:tc>
        <w:tc>
          <w:tcPr>
            <w:tcW w:type="dxa" w:w="519"/>
            <w:vAlign w:val="center"/>
          </w:tcPr>
          <w:p>
            <w:r/>
            <w:r>
              <w:rPr>
                <w:rFonts w:ascii="Malgun Gothic" w:hAnsi="Malgun Gothic" w:eastAsia="Malgun Gothic"/>
                <w:b w:val="0"/>
                <w:sz w:val="14"/>
              </w:rPr>
              <w:t>0.2620711808197068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-0.236379514888921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0.0746127665042877</w:t>
            </w:r>
          </w:p>
        </w:tc>
        <w:tc>
          <w:tcPr>
            <w:tcW w:type="dxa" w:w="519"/>
            <w:vAlign w:val="center"/>
          </w:tcPr>
          <w:p>
            <w:r/>
            <w:r>
              <w:rPr>
                <w:rFonts w:ascii="Malgun Gothic" w:hAnsi="Malgun Gothic" w:eastAsia="Malgun Gothic"/>
                <w:b w:val="0"/>
                <w:sz w:val="14"/>
              </w:rPr>
              <w:t>218.7737447909876</w:t>
            </w:r>
          </w:p>
        </w:tc>
        <w:tc>
          <w:tcPr>
            <w:tcW w:type="dxa" w:w="519"/>
            <w:vAlign w:val="center"/>
          </w:tcPr>
          <w:p>
            <w:r/>
            <w:r>
              <w:rPr>
                <w:rFonts w:ascii="Malgun Gothic" w:hAnsi="Malgun Gothic" w:eastAsia="Malgun Gothic"/>
                <w:b w:val="0"/>
                <w:sz w:val="14"/>
              </w:rPr>
              <w:t>89.48621980265396</w:t>
            </w:r>
          </w:p>
        </w:tc>
        <w:tc>
          <w:tcPr>
            <w:tcW w:type="dxa" w:w="519"/>
            <w:vAlign w:val="center"/>
          </w:tcPr>
          <w:p>
            <w:r/>
            <w:r>
              <w:rPr>
                <w:rFonts w:ascii="Malgun Gothic" w:hAnsi="Malgun Gothic" w:eastAsia="Malgun Gothic"/>
                <w:b w:val="0"/>
                <w:sz w:val="14"/>
              </w:rPr>
              <w:t>176.34</w:t>
            </w:r>
          </w:p>
        </w:tc>
        <w:tc>
          <w:tcPr>
            <w:tcW w:type="dxa" w:w="519"/>
            <w:vAlign w:val="center"/>
          </w:tcPr>
          <w:p>
            <w:r/>
            <w:r>
              <w:rPr>
                <w:rFonts w:ascii="Malgun Gothic" w:hAnsi="Malgun Gothic" w:eastAsia="Malgun Gothic"/>
                <w:b w:val="0"/>
                <w:sz w:val="14"/>
              </w:rPr>
              <w:t>0.22755391080077186</w:t>
            </w:r>
          </w:p>
        </w:tc>
        <w:tc>
          <w:tcPr>
            <w:tcW w:type="dxa" w:w="519"/>
            <w:vAlign w:val="center"/>
          </w:tcPr>
          <w:p>
            <w:r/>
            <w:r>
              <w:rPr>
                <w:rFonts w:ascii="Malgun Gothic" w:hAnsi="Malgun Gothic" w:eastAsia="Malgun Gothic"/>
                <w:b w:val="0"/>
                <w:sz w:val="14"/>
              </w:rPr>
              <w:t>-0.3971507820331386</w:t>
            </w:r>
          </w:p>
        </w:tc>
        <w:tc>
          <w:tcPr>
            <w:tcW w:type="dxa" w:w="519"/>
            <w:vAlign w:val="center"/>
          </w:tcPr>
          <w:p>
            <w:r/>
            <w:r>
              <w:rPr>
                <w:rFonts w:ascii="Malgun Gothic" w:hAnsi="Malgun Gothic" w:eastAsia="Malgun Gothic"/>
                <w:b w:val="0"/>
                <w:sz w:val="14"/>
              </w:rPr>
              <w:t>0.3458011011624637</w:t>
            </w:r>
          </w:p>
        </w:tc>
        <w:tc>
          <w:tcPr>
            <w:tcW w:type="dxa" w:w="519"/>
            <w:vAlign w:val="center"/>
          </w:tcPr>
          <w:p>
            <w:r/>
            <w:r>
              <w:rPr>
                <w:rFonts w:ascii="Malgun Gothic" w:hAnsi="Malgun Gothic" w:eastAsia="Malgun Gothic"/>
                <w:b w:val="0"/>
                <w:sz w:val="14"/>
              </w:rPr>
              <w:t>0.17399806767875442</w:t>
            </w:r>
          </w:p>
        </w:tc>
        <w:tc>
          <w:tcPr>
            <w:tcW w:type="dxa" w:w="519"/>
            <w:vAlign w:val="center"/>
          </w:tcPr>
          <w:p>
            <w:r/>
            <w:r>
              <w:rPr>
                <w:rFonts w:ascii="Malgun Gothic" w:hAnsi="Malgun Gothic" w:eastAsia="Malgun Gothic"/>
                <w:b w:val="0"/>
                <w:sz w:val="14"/>
              </w:rPr>
              <w:t>0.08755057440221285</w:t>
            </w:r>
          </w:p>
        </w:tc>
        <w:tc>
          <w:tcPr>
            <w:tcW w:type="dxa" w:w="519"/>
            <w:vAlign w:val="center"/>
          </w:tcPr>
          <w:p>
            <w:r/>
            <w:r>
              <w:rPr>
                <w:rFonts w:ascii="Malgun Gothic" w:hAnsi="Malgun Gothic" w:eastAsia="Malgun Gothic"/>
                <w:b w:val="0"/>
                <w:sz w:val="14"/>
              </w:rPr>
              <w:t>0.4019270108261736</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-0.12025766927182252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0.0510383136570453</w:t>
            </w:r>
          </w:p>
        </w:tc>
        <w:tc>
          <w:tcPr>
            <w:tcW w:type="dxa" w:w="519"/>
            <w:vAlign w:val="center"/>
          </w:tcPr>
          <w:p>
            <w:r/>
            <w:r>
              <w:rPr>
                <w:rFonts w:ascii="Malgun Gothic" w:hAnsi="Malgun Gothic" w:eastAsia="Malgun Gothic"/>
                <w:b w:val="0"/>
                <w:sz w:val="14"/>
              </w:rPr>
              <w:t>221.15996283362628</w:t>
            </w:r>
          </w:p>
        </w:tc>
        <w:tc>
          <w:tcPr>
            <w:tcW w:type="dxa" w:w="519"/>
            <w:vAlign w:val="center"/>
          </w:tcPr>
          <w:p>
            <w:r/>
            <w:r>
              <w:rPr>
                <w:rFonts w:ascii="Malgun Gothic" w:hAnsi="Malgun Gothic" w:eastAsia="Malgun Gothic"/>
                <w:b w:val="0"/>
                <w:sz w:val="14"/>
              </w:rPr>
              <w:t>61.2177729018102</w:t>
            </w:r>
          </w:p>
        </w:tc>
        <w:tc>
          <w:tcPr>
            <w:tcW w:type="dxa" w:w="519"/>
            <w:vAlign w:val="center"/>
          </w:tcPr>
          <w:p>
            <w:r/>
            <w:r>
              <w:rPr>
                <w:rFonts w:ascii="Malgun Gothic" w:hAnsi="Malgun Gothic" w:eastAsia="Malgun Gothic"/>
                <w:b w:val="0"/>
                <w:sz w:val="14"/>
              </w:rPr>
              <w:t>273.45</w:t>
            </w:r>
          </w:p>
        </w:tc>
        <w:tc>
          <w:tcPr>
            <w:tcW w:type="dxa" w:w="519"/>
            <w:vAlign w:val="center"/>
          </w:tcPr>
          <w:p>
            <w:r/>
            <w:r>
              <w:rPr>
                <w:rFonts w:ascii="Malgun Gothic" w:hAnsi="Malgun Gothic" w:eastAsia="Malgun Gothic"/>
                <w:b w:val="0"/>
                <w:sz w:val="14"/>
              </w:rPr>
              <w:t>-0.5793433208806331</w:t>
            </w:r>
          </w:p>
        </w:tc>
        <w:tc>
          <w:tcPr>
            <w:tcW w:type="dxa" w:w="519"/>
            <w:vAlign w:val="center"/>
          </w:tcPr>
          <w:p>
            <w:r/>
            <w:r>
              <w:rPr>
                <w:rFonts w:ascii="Malgun Gothic" w:hAnsi="Malgun Gothic" w:eastAsia="Malgun Gothic"/>
                <w:b w:val="0"/>
                <w:sz w:val="14"/>
              </w:rPr>
              <w:t>-0.3114917818296897</w:t>
            </w:r>
          </w:p>
        </w:tc>
        <w:tc>
          <w:tcPr>
            <w:tcW w:type="dxa" w:w="519"/>
            <w:vAlign w:val="center"/>
          </w:tcPr>
          <w:p>
            <w:r/>
            <w:r>
              <w:rPr>
                <w:rFonts w:ascii="Malgun Gothic" w:hAnsi="Malgun Gothic" w:eastAsia="Malgun Gothic"/>
                <w:b w:val="0"/>
                <w:sz w:val="14"/>
              </w:rPr>
              <w:t>-1.1099859883342122</w:t>
            </w:r>
          </w:p>
        </w:tc>
        <w:tc>
          <w:tcPr>
            <w:tcW w:type="dxa" w:w="519"/>
            <w:vAlign w:val="center"/>
          </w:tcPr>
          <w:p>
            <w:r/>
            <w:r>
              <w:rPr>
                <w:rFonts w:ascii="Malgun Gothic" w:hAnsi="Malgun Gothic" w:eastAsia="Malgun Gothic"/>
                <w:b w:val="0"/>
                <w:sz w:val="14"/>
              </w:rPr>
              <w:t>0.7444594678545047</w:t>
            </w:r>
          </w:p>
        </w:tc>
        <w:tc>
          <w:tcPr>
            <w:tcW w:type="dxa" w:w="519"/>
            <w:vAlign w:val="center"/>
          </w:tcPr>
          <w:p>
            <w:r/>
            <w:r>
              <w:rPr>
                <w:rFonts w:ascii="Malgun Gothic" w:hAnsi="Malgun Gothic" w:eastAsia="Malgun Gothic"/>
                <w:b w:val="0"/>
                <w:sz w:val="14"/>
              </w:rPr>
              <w:t>-0.3140904057975075</w:t>
            </w:r>
          </w:p>
        </w:tc>
        <w:tc>
          <w:tcPr>
            <w:tcW w:type="dxa" w:w="519"/>
            <w:vAlign w:val="center"/>
          </w:tcPr>
          <w:p>
            <w:r/>
            <w:r>
              <w:rPr>
                <w:rFonts w:ascii="Malgun Gothic" w:hAnsi="Malgun Gothic" w:eastAsia="Malgun Gothic"/>
                <w:b w:val="0"/>
                <w:sz w:val="14"/>
              </w:rPr>
              <w:t>0.311311881479673</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-0.12917656295837843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0.0646125078201294</w:t>
            </w:r>
          </w:p>
        </w:tc>
        <w:tc>
          <w:tcPr>
            <w:tcW w:type="dxa" w:w="519"/>
            <w:vAlign w:val="center"/>
          </w:tcPr>
          <w:p>
            <w:r/>
            <w:r>
              <w:rPr>
                <w:rFonts w:ascii="Malgun Gothic" w:hAnsi="Malgun Gothic" w:eastAsia="Malgun Gothic"/>
                <w:b w:val="0"/>
                <w:sz w:val="14"/>
              </w:rPr>
              <w:t>197.41318190201576</w:t>
            </w:r>
          </w:p>
        </w:tc>
        <w:tc>
          <w:tcPr>
            <w:tcW w:type="dxa" w:w="519"/>
            <w:vAlign w:val="center"/>
          </w:tcPr>
          <w:p>
            <w:r/>
            <w:r>
              <w:rPr>
                <w:rFonts w:ascii="Malgun Gothic" w:hAnsi="Malgun Gothic" w:eastAsia="Malgun Gothic"/>
                <w:b w:val="0"/>
                <w:sz w:val="14"/>
              </w:rPr>
              <w:t>101.94661850290989</w:t>
            </w:r>
          </w:p>
        </w:tc>
        <w:tc>
          <w:tcPr>
            <w:tcW w:type="dxa" w:w="519"/>
            <w:vAlign w:val="center"/>
          </w:tcPr>
          <w:p>
            <w:r/>
            <w:r>
              <w:rPr>
                <w:rFonts w:ascii="Malgun Gothic" w:hAnsi="Malgun Gothic" w:eastAsia="Malgun Gothic"/>
                <w:b w:val="0"/>
                <w:sz w:val="14"/>
              </w:rPr>
              <w:t>149.49</w:t>
            </w:r>
          </w:p>
        </w:tc>
        <w:tc>
          <w:tcPr>
            <w:tcW w:type="dxa" w:w="519"/>
            <w:vAlign w:val="center"/>
          </w:tcPr>
          <w:p>
            <w:r/>
            <w:r>
              <w:rPr>
                <w:rFonts w:ascii="Malgun Gothic" w:hAnsi="Malgun Gothic" w:eastAsia="Malgun Gothic"/>
                <w:b w:val="0"/>
                <w:sz w:val="14"/>
              </w:rPr>
              <w:t>-0.11473106610333283</w:t>
            </w:r>
          </w:p>
        </w:tc>
        <w:tc>
          <w:tcPr>
            <w:tcW w:type="dxa" w:w="519"/>
            <w:vAlign w:val="center"/>
          </w:tcPr>
          <w:p>
            <w:r/>
            <w:r>
              <w:rPr>
                <w:rFonts w:ascii="Malgun Gothic" w:hAnsi="Malgun Gothic" w:eastAsia="Malgun Gothic"/>
                <w:b w:val="0"/>
                <w:sz w:val="14"/>
              </w:rPr>
              <w:t>-1.1639392431701208</w:t>
            </w:r>
          </w:p>
        </w:tc>
        <w:tc>
          <w:tcPr>
            <w:tcW w:type="dxa" w:w="519"/>
            <w:vAlign w:val="center"/>
          </w:tcPr>
          <w:p>
            <w:r/>
            <w:r>
              <w:rPr>
                <w:rFonts w:ascii="Malgun Gothic" w:hAnsi="Malgun Gothic" w:eastAsia="Malgun Gothic"/>
                <w:b w:val="0"/>
                <w:sz w:val="14"/>
              </w:rPr>
              <w:t>0.987494916936697</w:t>
            </w:r>
          </w:p>
        </w:tc>
        <w:tc>
          <w:tcPr>
            <w:tcW w:type="dxa" w:w="519"/>
            <w:vAlign w:val="center"/>
          </w:tcPr>
          <w:p>
            <w:r/>
            <w:r>
              <w:rPr>
                <w:rFonts w:ascii="Malgun Gothic" w:hAnsi="Malgun Gothic" w:eastAsia="Malgun Gothic"/>
                <w:b w:val="0"/>
                <w:sz w:val="14"/>
              </w:rPr>
              <w:t>0.0162708655912362</w:t>
            </w:r>
          </w:p>
        </w:tc>
        <w:tc>
          <w:tcPr>
            <w:tcW w:type="dxa" w:w="519"/>
            <w:vAlign w:val="center"/>
          </w:tcPr>
          <w:p>
            <w:r/>
            <w:r>
              <w:rPr>
                <w:rFonts w:ascii="Malgun Gothic" w:hAnsi="Malgun Gothic" w:eastAsia="Malgun Gothic"/>
                <w:b w:val="0"/>
                <w:sz w:val="14"/>
              </w:rPr>
              <w:t>-0.06872613168638007</w:t>
            </w:r>
          </w:p>
        </w:tc>
        <w:tc>
          <w:tcPr>
            <w:tcW w:type="dxa" w:w="519"/>
            <w:vAlign w:val="center"/>
          </w:tcPr>
          <w:p>
            <w:r/>
            <w:r>
              <w:rPr>
                <w:rFonts w:ascii="Malgun Gothic" w:hAnsi="Malgun Gothic" w:eastAsia="Malgun Gothic"/>
                <w:b w:val="0"/>
                <w:sz w:val="14"/>
              </w:rPr>
              <w:t>0.366669069943196</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-0.14938704013710108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0.0899170190095901</w:t>
            </w:r>
          </w:p>
        </w:tc>
        <w:tc>
          <w:tcPr>
            <w:tcW w:type="dxa" w:w="519"/>
            <w:vAlign w:val="center"/>
          </w:tcPr>
          <w:p>
            <w:r/>
            <w:r>
              <w:rPr>
                <w:rFonts w:ascii="Malgun Gothic" w:hAnsi="Malgun Gothic" w:eastAsia="Malgun Gothic"/>
                <w:b w:val="0"/>
                <w:sz w:val="14"/>
              </w:rPr>
              <w:t>232.8979011398732</w:t>
            </w:r>
          </w:p>
        </w:tc>
        <w:tc>
          <w:tcPr>
            <w:tcW w:type="dxa" w:w="519"/>
            <w:vAlign w:val="center"/>
          </w:tcPr>
          <w:p>
            <w:r/>
            <w:r>
              <w:rPr>
                <w:rFonts w:ascii="Malgun Gothic" w:hAnsi="Malgun Gothic" w:eastAsia="Malgun Gothic"/>
                <w:b w:val="0"/>
                <w:sz w:val="14"/>
              </w:rPr>
              <w:t>94.28223844282238</w:t>
            </w:r>
          </w:p>
        </w:tc>
        <w:tc>
          <w:tcPr>
            <w:tcW w:type="dxa" w:w="519"/>
            <w:vAlign w:val="center"/>
          </w:tcPr>
          <w:p>
            <w:r/>
            <w:r>
              <w:rPr>
                <w:rFonts w:ascii="Malgun Gothic" w:hAnsi="Malgun Gothic" w:eastAsia="Malgun Gothic"/>
                <w:b w:val="0"/>
                <w:sz w:val="14"/>
              </w:rPr>
              <w:t>295.92</w:t>
            </w:r>
          </w:p>
        </w:tc>
        <w:tc>
          <w:tcPr>
            <w:tcW w:type="dxa" w:w="519"/>
            <w:vAlign w:val="center"/>
          </w:tcPr>
          <w:p>
            <w:r/>
            <w:r>
              <w:rPr>
                <w:rFonts w:ascii="Malgun Gothic" w:hAnsi="Malgun Gothic" w:eastAsia="Malgun Gothic"/>
                <w:b w:val="0"/>
                <w:sz w:val="14"/>
              </w:rPr>
              <w:t>0.7513819317309038</w:t>
            </w:r>
          </w:p>
        </w:tc>
        <w:tc>
          <w:tcPr>
            <w:tcW w:type="dxa" w:w="519"/>
            <w:vAlign w:val="center"/>
          </w:tcPr>
          <w:p>
            <w:r/>
            <w:r>
              <w:rPr>
                <w:rFonts w:ascii="Malgun Gothic" w:hAnsi="Malgun Gothic" w:eastAsia="Malgun Gothic"/>
                <w:b w:val="0"/>
                <w:sz w:val="14"/>
              </w:rPr>
              <w:t>0.10986956981403286</w:t>
            </w:r>
          </w:p>
        </w:tc>
        <w:tc>
          <w:tcPr>
            <w:tcW w:type="dxa" w:w="519"/>
            <w:vAlign w:val="center"/>
          </w:tcPr>
          <w:p>
            <w:r/>
            <w:r>
              <w:rPr>
                <w:rFonts w:ascii="Malgun Gothic" w:hAnsi="Malgun Gothic" w:eastAsia="Malgun Gothic"/>
                <w:b w:val="0"/>
                <w:sz w:val="14"/>
              </w:rPr>
              <w:t>0.5927896266316214</w:t>
            </w:r>
          </w:p>
        </w:tc>
        <w:tc>
          <w:tcPr>
            <w:tcW w:type="dxa" w:w="519"/>
            <w:vAlign w:val="center"/>
          </w:tcPr>
          <w:p>
            <w:r/>
            <w:r>
              <w:rPr>
                <w:rFonts w:ascii="Malgun Gothic" w:hAnsi="Malgun Gothic" w:eastAsia="Malgun Gothic"/>
                <w:b w:val="0"/>
                <w:sz w:val="14"/>
              </w:rPr>
              <w:t>0.8764568693780258</w:t>
            </w:r>
          </w:p>
        </w:tc>
        <w:tc>
          <w:tcPr>
            <w:tcW w:type="dxa" w:w="519"/>
            <w:vAlign w:val="center"/>
          </w:tcPr>
          <w:p>
            <w:r/>
            <w:r>
              <w:rPr>
                <w:rFonts w:ascii="Malgun Gothic" w:hAnsi="Malgun Gothic" w:eastAsia="Malgun Gothic"/>
                <w:b w:val="0"/>
                <w:sz w:val="14"/>
              </w:rPr>
              <w:t>0.5826244993886459</w:t>
            </w:r>
          </w:p>
        </w:tc>
        <w:tc>
          <w:tcPr>
            <w:tcW w:type="dxa" w:w="519"/>
            <w:vAlign w:val="center"/>
          </w:tcPr>
          <w:p>
            <w:r/>
            <w:r>
              <w:rPr>
                <w:rFonts w:ascii="Malgun Gothic" w:hAnsi="Malgun Gothic" w:eastAsia="Malgun Gothic"/>
                <w:b w:val="0"/>
                <w:sz w:val="14"/>
              </w:rPr>
              <w:t>0.5136217580265654</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-0.025259846885403836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0.0556679740548133</w:t>
            </w:r>
          </w:p>
        </w:tc>
        <w:tc>
          <w:tcPr>
            <w:tcW w:type="dxa" w:w="519"/>
            <w:vAlign w:val="center"/>
          </w:tcPr>
          <w:p>
            <w:r/>
            <w:r>
              <w:rPr>
                <w:rFonts w:ascii="Malgun Gothic" w:hAnsi="Malgun Gothic" w:eastAsia="Malgun Gothic"/>
                <w:b w:val="0"/>
                <w:sz w:val="14"/>
              </w:rPr>
              <w:t>175.20808180424984</w:t>
            </w:r>
          </w:p>
        </w:tc>
        <w:tc>
          <w:tcPr>
            <w:tcW w:type="dxa" w:w="519"/>
            <w:vAlign w:val="center"/>
          </w:tcPr>
          <w:p>
            <w:r/>
            <w:r>
              <w:rPr>
                <w:rFonts w:ascii="Malgun Gothic" w:hAnsi="Malgun Gothic" w:eastAsia="Malgun Gothic"/>
                <w:b w:val="0"/>
                <w:sz w:val="14"/>
              </w:rPr>
              <w:t>102.54545454545456</w:t>
            </w:r>
          </w:p>
        </w:tc>
        <w:tc>
          <w:tcPr>
            <w:tcW w:type="dxa" w:w="519"/>
            <w:vAlign w:val="center"/>
          </w:tcPr>
          <w:p>
            <w:r/>
            <w:r>
              <w:rPr>
                <w:rFonts w:ascii="Malgun Gothic" w:hAnsi="Malgun Gothic" w:eastAsia="Malgun Gothic"/>
                <w:b w:val="0"/>
                <w:sz w:val="14"/>
              </w:rPr>
              <w:t>82.5</w:t>
            </w:r>
          </w:p>
        </w:tc>
        <w:tc>
          <w:tcPr>
            <w:tcW w:type="dxa" w:w="519"/>
            <w:vAlign w:val="center"/>
          </w:tcPr>
          <w:p>
            <w:r/>
            <w:r>
              <w:rPr>
                <w:rFonts w:ascii="Malgun Gothic" w:hAnsi="Malgun Gothic" w:eastAsia="Malgun Gothic"/>
                <w:b w:val="0"/>
                <w:sz w:val="14"/>
              </w:rPr>
              <w:t>-0.4208810998148744</w:t>
            </w:r>
          </w:p>
        </w:tc>
        <w:tc>
          <w:tcPr>
            <w:tcW w:type="dxa" w:w="519"/>
            <w:vAlign w:val="center"/>
          </w:tcPr>
          <w:p>
            <w:r/>
            <w:r>
              <w:rPr>
                <w:rFonts w:ascii="Malgun Gothic" w:hAnsi="Malgun Gothic" w:eastAsia="Malgun Gothic"/>
                <w:b w:val="0"/>
                <w:sz w:val="14"/>
              </w:rPr>
              <w:t>-1.9610443860382982</w:t>
            </w:r>
          </w:p>
        </w:tc>
        <w:tc>
          <w:tcPr>
            <w:tcW w:type="dxa" w:w="519"/>
            <w:vAlign w:val="center"/>
          </w:tcPr>
          <w:p>
            <w:r/>
            <w:r>
              <w:rPr>
                <w:rFonts w:ascii="Malgun Gothic" w:hAnsi="Malgun Gothic" w:eastAsia="Malgun Gothic"/>
                <w:b w:val="0"/>
                <w:sz w:val="14"/>
              </w:rPr>
              <w:t>1.018334169709222</w:t>
            </w:r>
          </w:p>
        </w:tc>
        <w:tc>
          <w:tcPr>
            <w:tcW w:type="dxa" w:w="519"/>
            <w:vAlign w:val="center"/>
          </w:tcPr>
          <w:p>
            <w:r/>
            <w:r>
              <w:rPr>
                <w:rFonts w:ascii="Malgun Gothic" w:hAnsi="Malgun Gothic" w:eastAsia="Malgun Gothic"/>
                <w:b w:val="0"/>
                <w:sz w:val="14"/>
              </w:rPr>
              <w:t>-0.3772540978293541</w:t>
            </w:r>
          </w:p>
        </w:tc>
        <w:tc>
          <w:tcPr>
            <w:tcW w:type="dxa" w:w="519"/>
            <w:vAlign w:val="center"/>
          </w:tcPr>
          <w:p>
            <w:r/>
            <w:r>
              <w:rPr>
                <w:rFonts w:ascii="Malgun Gothic" w:hAnsi="Malgun Gothic" w:eastAsia="Malgun Gothic"/>
                <w:b w:val="0"/>
                <w:sz w:val="14"/>
              </w:rPr>
              <w:t>-0.4352113534933262</w:t>
            </w:r>
          </w:p>
        </w:tc>
        <w:tc>
          <w:tcPr>
            <w:tcW w:type="dxa" w:w="519"/>
            <w:vAlign w:val="center"/>
          </w:tcPr>
          <w:p>
            <w:r/>
            <w:r>
              <w:rPr>
                <w:rFonts w:ascii="Malgun Gothic" w:hAnsi="Malgun Gothic" w:eastAsia="Malgun Gothic"/>
                <w:b w:val="0"/>
                <w:sz w:val="14"/>
              </w:rPr>
              <w:t>0.2839855107080209</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-0.21605982695371917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 중간 948행은 전체 데이터 부록 ZIP에 원본으로 포함 ...</w:t>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r>
      <w:tr>
        <w:trPr>
          <w:cantSplit/>
        </w:trPr>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0.0500455312430858</w:t>
            </w:r>
          </w:p>
        </w:tc>
        <w:tc>
          <w:tcPr>
            <w:tcW w:type="dxa" w:w="519"/>
            <w:vAlign w:val="center"/>
          </w:tcPr>
          <w:p>
            <w:r/>
            <w:r>
              <w:rPr>
                <w:rFonts w:ascii="Malgun Gothic" w:hAnsi="Malgun Gothic" w:eastAsia="Malgun Gothic"/>
                <w:b w:val="0"/>
                <w:sz w:val="14"/>
              </w:rPr>
              <w:t>230.5595949974204</w:t>
            </w:r>
          </w:p>
        </w:tc>
        <w:tc>
          <w:tcPr>
            <w:tcW w:type="dxa" w:w="519"/>
            <w:vAlign w:val="center"/>
          </w:tcPr>
          <w:p>
            <w:r/>
            <w:r>
              <w:rPr>
                <w:rFonts w:ascii="Malgun Gothic" w:hAnsi="Malgun Gothic" w:eastAsia="Malgun Gothic"/>
                <w:b w:val="0"/>
                <w:sz w:val="14"/>
              </w:rPr>
              <w:t>108.5814360770578</w:t>
            </w:r>
          </w:p>
        </w:tc>
        <w:tc>
          <w:tcPr>
            <w:tcW w:type="dxa" w:w="519"/>
            <w:vAlign w:val="center"/>
          </w:tcPr>
          <w:p>
            <w:r/>
            <w:r>
              <w:rPr>
                <w:rFonts w:ascii="Malgun Gothic" w:hAnsi="Malgun Gothic" w:eastAsia="Malgun Gothic"/>
                <w:b w:val="0"/>
                <w:sz w:val="14"/>
              </w:rPr>
              <w:t>85.65</w:t>
            </w:r>
          </w:p>
        </w:tc>
        <w:tc>
          <w:tcPr>
            <w:tcW w:type="dxa" w:w="519"/>
            <w:vAlign w:val="center"/>
          </w:tcPr>
          <w:p>
            <w:r/>
            <w:r>
              <w:rPr>
                <w:rFonts w:ascii="Malgun Gothic" w:hAnsi="Malgun Gothic" w:eastAsia="Malgun Gothic"/>
                <w:b w:val="0"/>
                <w:sz w:val="14"/>
              </w:rPr>
              <w:t>-0.6133238924203713</w:t>
            </w:r>
          </w:p>
        </w:tc>
        <w:tc>
          <w:tcPr>
            <w:tcW w:type="dxa" w:w="519"/>
            <w:vAlign w:val="center"/>
          </w:tcPr>
          <w:p>
            <w:r/>
            <w:r>
              <w:rPr>
                <w:rFonts w:ascii="Malgun Gothic" w:hAnsi="Malgun Gothic" w:eastAsia="Malgun Gothic"/>
                <w:b w:val="0"/>
                <w:sz w:val="14"/>
              </w:rPr>
              <w:t>0.02593048178727322</w:t>
            </w:r>
          </w:p>
        </w:tc>
        <w:tc>
          <w:tcPr>
            <w:tcW w:type="dxa" w:w="519"/>
            <w:vAlign w:val="center"/>
          </w:tcPr>
          <w:p>
            <w:r/>
            <w:r>
              <w:rPr>
                <w:rFonts w:ascii="Malgun Gothic" w:hAnsi="Malgun Gothic" w:eastAsia="Malgun Gothic"/>
                <w:b w:val="0"/>
                <w:sz w:val="14"/>
              </w:rPr>
              <w:t>1.329179120511457</w:t>
            </w:r>
          </w:p>
        </w:tc>
        <w:tc>
          <w:tcPr>
            <w:tcW w:type="dxa" w:w="519"/>
            <w:vAlign w:val="center"/>
          </w:tcPr>
          <w:p>
            <w:r/>
            <w:r>
              <w:rPr>
                <w:rFonts w:ascii="Malgun Gothic" w:hAnsi="Malgun Gothic" w:eastAsia="Malgun Gothic"/>
                <w:b w:val="0"/>
                <w:sz w:val="14"/>
              </w:rPr>
              <w:t>-0.3587497892045614</w:t>
            </w:r>
          </w:p>
        </w:tc>
        <w:tc>
          <w:tcPr>
            <w:tcW w:type="dxa" w:w="519"/>
            <w:vAlign w:val="center"/>
          </w:tcPr>
          <w:p>
            <w:r/>
            <w:r>
              <w:rPr>
                <w:rFonts w:ascii="Malgun Gothic" w:hAnsi="Malgun Gothic" w:eastAsia="Malgun Gothic"/>
                <w:b w:val="0"/>
                <w:sz w:val="14"/>
              </w:rPr>
              <w:t>0.09575898016844935</w:t>
            </w:r>
          </w:p>
        </w:tc>
        <w:tc>
          <w:tcPr>
            <w:tcW w:type="dxa" w:w="519"/>
            <w:vAlign w:val="center"/>
          </w:tcPr>
          <w:p>
            <w:r/>
            <w:r>
              <w:rPr>
                <w:rFonts w:ascii="Malgun Gothic" w:hAnsi="Malgun Gothic" w:eastAsia="Malgun Gothic"/>
                <w:b w:val="0"/>
                <w:sz w:val="14"/>
              </w:rPr>
              <w:t>0.4037789278040333</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-0.1398652920611247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0.0606882981956005</w:t>
            </w:r>
          </w:p>
        </w:tc>
        <w:tc>
          <w:tcPr>
            <w:tcW w:type="dxa" w:w="519"/>
            <w:vAlign w:val="center"/>
          </w:tcPr>
          <w:p>
            <w:r/>
            <w:r>
              <w:rPr>
                <w:rFonts w:ascii="Malgun Gothic" w:hAnsi="Malgun Gothic" w:eastAsia="Malgun Gothic"/>
                <w:b w:val="0"/>
                <w:sz w:val="14"/>
              </w:rPr>
              <w:t>224.3616158851639</w:t>
            </w:r>
          </w:p>
        </w:tc>
        <w:tc>
          <w:tcPr>
            <w:tcW w:type="dxa" w:w="519"/>
            <w:vAlign w:val="center"/>
          </w:tcPr>
          <w:p>
            <w:r/>
            <w:r>
              <w:rPr>
                <w:rFonts w:ascii="Malgun Gothic" w:hAnsi="Malgun Gothic" w:eastAsia="Malgun Gothic"/>
                <w:b w:val="0"/>
                <w:sz w:val="14"/>
              </w:rPr>
              <w:t>88.95589898228421</w:t>
            </w:r>
          </w:p>
        </w:tc>
        <w:tc>
          <w:tcPr>
            <w:tcW w:type="dxa" w:w="519"/>
            <w:vAlign w:val="center"/>
          </w:tcPr>
          <w:p>
            <w:r/>
            <w:r>
              <w:rPr>
                <w:rFonts w:ascii="Malgun Gothic" w:hAnsi="Malgun Gothic" w:eastAsia="Malgun Gothic"/>
                <w:b w:val="0"/>
                <w:sz w:val="14"/>
              </w:rPr>
              <w:t>79.59</w:t>
            </w:r>
          </w:p>
        </w:tc>
        <w:tc>
          <w:tcPr>
            <w:tcW w:type="dxa" w:w="519"/>
            <w:vAlign w:val="center"/>
          </w:tcPr>
          <w:p>
            <w:r/>
            <w:r>
              <w:rPr>
                <w:rFonts w:ascii="Malgun Gothic" w:hAnsi="Malgun Gothic" w:eastAsia="Malgun Gothic"/>
                <w:b w:val="0"/>
                <w:sz w:val="14"/>
              </w:rPr>
              <w:t>-0.2490473916226451</w:t>
            </w:r>
          </w:p>
        </w:tc>
        <w:tc>
          <w:tcPr>
            <w:tcW w:type="dxa" w:w="519"/>
            <w:vAlign w:val="center"/>
          </w:tcPr>
          <w:p>
            <w:r/>
            <w:r>
              <w:rPr>
                <w:rFonts w:ascii="Malgun Gothic" w:hAnsi="Malgun Gothic" w:eastAsia="Malgun Gothic"/>
                <w:b w:val="0"/>
                <w:sz w:val="14"/>
              </w:rPr>
              <w:t>-0.19656079292065992</w:t>
            </w:r>
          </w:p>
        </w:tc>
        <w:tc>
          <w:tcPr>
            <w:tcW w:type="dxa" w:w="519"/>
            <w:vAlign w:val="center"/>
          </w:tcPr>
          <w:p>
            <w:r/>
            <w:r>
              <w:rPr>
                <w:rFonts w:ascii="Malgun Gothic" w:hAnsi="Malgun Gothic" w:eastAsia="Malgun Gothic"/>
                <w:b w:val="0"/>
                <w:sz w:val="14"/>
              </w:rPr>
              <w:t>0.3184902904096265</w:t>
            </w:r>
          </w:p>
        </w:tc>
        <w:tc>
          <w:tcPr>
            <w:tcW w:type="dxa" w:w="519"/>
            <w:vAlign w:val="center"/>
          </w:tcPr>
          <w:p>
            <w:r/>
            <w:r>
              <w:rPr>
                <w:rFonts w:ascii="Malgun Gothic" w:hAnsi="Malgun Gothic" w:eastAsia="Malgun Gothic"/>
                <w:b w:val="0"/>
                <w:sz w:val="14"/>
              </w:rPr>
              <w:t>-0.39434855436844823</w:t>
            </w:r>
          </w:p>
        </w:tc>
        <w:tc>
          <w:tcPr>
            <w:tcW w:type="dxa" w:w="519"/>
            <w:vAlign w:val="center"/>
          </w:tcPr>
          <w:p>
            <w:r/>
            <w:r>
              <w:rPr>
                <w:rFonts w:ascii="Malgun Gothic" w:hAnsi="Malgun Gothic" w:eastAsia="Malgun Gothic"/>
                <w:b w:val="0"/>
                <w:sz w:val="14"/>
              </w:rPr>
              <w:t>-0.1303666121255317</w:t>
            </w:r>
          </w:p>
        </w:tc>
        <w:tc>
          <w:tcPr>
            <w:tcW w:type="dxa" w:w="519"/>
            <w:vAlign w:val="center"/>
          </w:tcPr>
          <w:p>
            <w:r/>
            <w:r>
              <w:rPr>
                <w:rFonts w:ascii="Malgun Gothic" w:hAnsi="Malgun Gothic" w:eastAsia="Malgun Gothic"/>
                <w:b w:val="0"/>
                <w:sz w:val="14"/>
              </w:rPr>
              <w:t>0.3527622218292493</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-0.1718150460079242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0.0546061731874942</w:t>
            </w:r>
          </w:p>
        </w:tc>
        <w:tc>
          <w:tcPr>
            <w:tcW w:type="dxa" w:w="519"/>
            <w:vAlign w:val="center"/>
          </w:tcPr>
          <w:p>
            <w:r/>
            <w:r>
              <w:rPr>
                <w:rFonts w:ascii="Malgun Gothic" w:hAnsi="Malgun Gothic" w:eastAsia="Malgun Gothic"/>
                <w:b w:val="0"/>
                <w:sz w:val="14"/>
              </w:rPr>
              <w:t>230.7437267824737</w:t>
            </w:r>
          </w:p>
        </w:tc>
        <w:tc>
          <w:tcPr>
            <w:tcW w:type="dxa" w:w="519"/>
            <w:vAlign w:val="center"/>
          </w:tcPr>
          <w:p>
            <w:r/>
            <w:r>
              <w:rPr>
                <w:rFonts w:ascii="Malgun Gothic" w:hAnsi="Malgun Gothic" w:eastAsia="Malgun Gothic"/>
                <w:b w:val="0"/>
                <w:sz w:val="14"/>
              </w:rPr>
              <w:t>68.85322167946033</w:t>
            </w:r>
          </w:p>
        </w:tc>
        <w:tc>
          <w:tcPr>
            <w:tcW w:type="dxa" w:w="519"/>
            <w:vAlign w:val="center"/>
          </w:tcPr>
          <w:p>
            <w:r/>
            <w:r>
              <w:rPr>
                <w:rFonts w:ascii="Malgun Gothic" w:hAnsi="Malgun Gothic" w:eastAsia="Malgun Gothic"/>
                <w:b w:val="0"/>
                <w:sz w:val="14"/>
              </w:rPr>
              <w:t>515.88</w:t>
            </w:r>
          </w:p>
        </w:tc>
        <w:tc>
          <w:tcPr>
            <w:tcW w:type="dxa" w:w="519"/>
            <w:vAlign w:val="center"/>
          </w:tcPr>
          <w:p>
            <w:r/>
            <w:r>
              <w:rPr>
                <w:rFonts w:ascii="Malgun Gothic" w:hAnsi="Malgun Gothic" w:eastAsia="Malgun Gothic"/>
                <w:b w:val="0"/>
                <w:sz w:val="14"/>
              </w:rPr>
              <w:t>-0.45722400821611503</w:t>
            </w:r>
          </w:p>
        </w:tc>
        <w:tc>
          <w:tcPr>
            <w:tcW w:type="dxa" w:w="519"/>
            <w:vAlign w:val="center"/>
          </w:tcPr>
          <w:p>
            <w:r/>
            <w:r>
              <w:rPr>
                <w:rFonts w:ascii="Malgun Gothic" w:hAnsi="Malgun Gothic" w:eastAsia="Malgun Gothic"/>
                <w:b w:val="0"/>
                <w:sz w:val="14"/>
              </w:rPr>
              <w:t>0.03254033232544967</w:t>
            </w:r>
          </w:p>
        </w:tc>
        <w:tc>
          <w:tcPr>
            <w:tcW w:type="dxa" w:w="519"/>
            <w:vAlign w:val="center"/>
          </w:tcPr>
          <w:p>
            <w:r/>
            <w:r>
              <w:rPr>
                <w:rFonts w:ascii="Malgun Gothic" w:hAnsi="Malgun Gothic" w:eastAsia="Malgun Gothic"/>
                <w:b w:val="0"/>
                <w:sz w:val="14"/>
              </w:rPr>
              <w:t>-0.7167706202594823</w:t>
            </w:r>
          </w:p>
        </w:tc>
        <w:tc>
          <w:tcPr>
            <w:tcW w:type="dxa" w:w="519"/>
            <w:vAlign w:val="center"/>
          </w:tcPr>
          <w:p>
            <w:r/>
            <w:r>
              <w:rPr>
                <w:rFonts w:ascii="Malgun Gothic" w:hAnsi="Malgun Gothic" w:eastAsia="Malgun Gothic"/>
                <w:b w:val="0"/>
                <w:sz w:val="14"/>
              </w:rPr>
              <w:t>2.168586305920689</w:t>
            </w:r>
          </w:p>
        </w:tc>
        <w:tc>
          <w:tcPr>
            <w:tcW w:type="dxa" w:w="519"/>
            <w:vAlign w:val="center"/>
          </w:tcPr>
          <w:p>
            <w:r/>
            <w:r>
              <w:rPr>
                <w:rFonts w:ascii="Malgun Gothic" w:hAnsi="Malgun Gothic" w:eastAsia="Malgun Gothic"/>
                <w:b w:val="0"/>
                <w:sz w:val="14"/>
              </w:rPr>
              <w:t>0.25678300244263536</w:t>
            </w:r>
          </w:p>
        </w:tc>
        <w:tc>
          <w:tcPr>
            <w:tcW w:type="dxa" w:w="519"/>
            <w:vAlign w:val="center"/>
          </w:tcPr>
          <w:p>
            <w:r/>
            <w:r>
              <w:rPr>
                <w:rFonts w:ascii="Malgun Gothic" w:hAnsi="Malgun Gothic" w:eastAsia="Malgun Gothic"/>
                <w:b w:val="0"/>
                <w:sz w:val="14"/>
              </w:rPr>
              <w:t>0.4401079214217003</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0.015747809363713394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0.0626592934131622</w:t>
            </w:r>
          </w:p>
        </w:tc>
        <w:tc>
          <w:tcPr>
            <w:tcW w:type="dxa" w:w="519"/>
            <w:vAlign w:val="center"/>
          </w:tcPr>
          <w:p>
            <w:r/>
            <w:r>
              <w:rPr>
                <w:rFonts w:ascii="Malgun Gothic" w:hAnsi="Malgun Gothic" w:eastAsia="Malgun Gothic"/>
                <w:b w:val="0"/>
                <w:sz w:val="14"/>
              </w:rPr>
              <w:t>231.8123926761084</w:t>
            </w:r>
          </w:p>
        </w:tc>
        <w:tc>
          <w:tcPr>
            <w:tcW w:type="dxa" w:w="519"/>
            <w:vAlign w:val="center"/>
          </w:tcPr>
          <w:p>
            <w:r/>
            <w:r>
              <w:rPr>
                <w:rFonts w:ascii="Malgun Gothic" w:hAnsi="Malgun Gothic" w:eastAsia="Malgun Gothic"/>
                <w:b w:val="0"/>
                <w:sz w:val="14"/>
              </w:rPr>
              <w:t>96.22388345792602</w:t>
            </w:r>
          </w:p>
        </w:tc>
        <w:tc>
          <w:tcPr>
            <w:tcW w:type="dxa" w:w="519"/>
            <w:vAlign w:val="center"/>
          </w:tcPr>
          <w:p>
            <w:r/>
            <w:r>
              <w:rPr>
                <w:rFonts w:ascii="Malgun Gothic" w:hAnsi="Malgun Gothic" w:eastAsia="Malgun Gothic"/>
                <w:b w:val="0"/>
                <w:sz w:val="14"/>
              </w:rPr>
              <w:t>156.51</w:t>
            </w:r>
          </w:p>
        </w:tc>
        <w:tc>
          <w:tcPr>
            <w:tcW w:type="dxa" w:w="519"/>
            <w:vAlign w:val="center"/>
          </w:tcPr>
          <w:p>
            <w:r/>
            <w:r>
              <w:rPr>
                <w:rFonts w:ascii="Malgun Gothic" w:hAnsi="Malgun Gothic" w:eastAsia="Malgun Gothic"/>
                <w:b w:val="0"/>
                <w:sz w:val="14"/>
              </w:rPr>
              <w:t>-0.18158493151749533</w:t>
            </w:r>
          </w:p>
        </w:tc>
        <w:tc>
          <w:tcPr>
            <w:tcW w:type="dxa" w:w="519"/>
            <w:vAlign w:val="center"/>
          </w:tcPr>
          <w:p>
            <w:r/>
            <w:r>
              <w:rPr>
                <w:rFonts w:ascii="Malgun Gothic" w:hAnsi="Malgun Gothic" w:eastAsia="Malgun Gothic"/>
                <w:b w:val="0"/>
                <w:sz w:val="14"/>
              </w:rPr>
              <w:t>0.07090264891368939</w:t>
            </w:r>
          </w:p>
        </w:tc>
        <w:tc>
          <w:tcPr>
            <w:tcW w:type="dxa" w:w="519"/>
            <w:vAlign w:val="center"/>
          </w:tcPr>
          <w:p>
            <w:r/>
            <w:r>
              <w:rPr>
                <w:rFonts w:ascii="Malgun Gothic" w:hAnsi="Malgun Gothic" w:eastAsia="Malgun Gothic"/>
                <w:b w:val="0"/>
                <w:sz w:val="14"/>
              </w:rPr>
              <w:t>0.692781739933364</w:t>
            </w:r>
          </w:p>
        </w:tc>
        <w:tc>
          <w:tcPr>
            <w:tcW w:type="dxa" w:w="519"/>
            <w:vAlign w:val="center"/>
          </w:tcPr>
          <w:p>
            <w:r/>
            <w:r>
              <w:rPr>
                <w:rFonts w:ascii="Malgun Gothic" w:hAnsi="Malgun Gothic" w:eastAsia="Malgun Gothic"/>
                <w:b w:val="0"/>
                <w:sz w:val="14"/>
              </w:rPr>
              <w:t>0.057509039097916846</w:t>
            </w:r>
          </w:p>
        </w:tc>
        <w:tc>
          <w:tcPr>
            <w:tcW w:type="dxa" w:w="519"/>
            <w:vAlign w:val="center"/>
          </w:tcPr>
          <w:p>
            <w:r/>
            <w:r>
              <w:rPr>
                <w:rFonts w:ascii="Malgun Gothic" w:hAnsi="Malgun Gothic" w:eastAsia="Malgun Gothic"/>
                <w:b w:val="0"/>
                <w:sz w:val="14"/>
              </w:rPr>
              <w:t>0.15990212410686871</w:t>
            </w:r>
          </w:p>
        </w:tc>
        <w:tc>
          <w:tcPr>
            <w:tcW w:type="dxa" w:w="519"/>
            <w:vAlign w:val="center"/>
          </w:tcPr>
          <w:p>
            <w:r/>
            <w:r>
              <w:rPr>
                <w:rFonts w:ascii="Malgun Gothic" w:hAnsi="Malgun Gothic" w:eastAsia="Malgun Gothic"/>
                <w:b w:val="0"/>
                <w:sz w:val="14"/>
              </w:rPr>
              <w:t>0.41825040748666137</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-0.11245110434101763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0.0936460345983505</w:t>
            </w:r>
          </w:p>
        </w:tc>
        <w:tc>
          <w:tcPr>
            <w:tcW w:type="dxa" w:w="519"/>
            <w:vAlign w:val="center"/>
          </w:tcPr>
          <w:p>
            <w:r/>
            <w:r>
              <w:rPr>
                <w:rFonts w:ascii="Malgun Gothic" w:hAnsi="Malgun Gothic" w:eastAsia="Malgun Gothic"/>
                <w:b w:val="0"/>
                <w:sz w:val="14"/>
              </w:rPr>
              <w:t>238.75395130487453</w:t>
            </w:r>
          </w:p>
        </w:tc>
        <w:tc>
          <w:tcPr>
            <w:tcW w:type="dxa" w:w="519"/>
            <w:vAlign w:val="center"/>
          </w:tcPr>
          <w:p>
            <w:r/>
            <w:r>
              <w:rPr>
                <w:rFonts w:ascii="Malgun Gothic" w:hAnsi="Malgun Gothic" w:eastAsia="Malgun Gothic"/>
                <w:b w:val="0"/>
                <w:sz w:val="14"/>
              </w:rPr>
              <w:t>70.95238095238095</w:t>
            </w:r>
          </w:p>
        </w:tc>
        <w:tc>
          <w:tcPr>
            <w:tcW w:type="dxa" w:w="519"/>
            <w:vAlign w:val="center"/>
          </w:tcPr>
          <w:p>
            <w:r/>
            <w:r>
              <w:rPr>
                <w:rFonts w:ascii="Malgun Gothic" w:hAnsi="Malgun Gothic" w:eastAsia="Malgun Gothic"/>
                <w:b w:val="0"/>
                <w:sz w:val="14"/>
              </w:rPr>
              <w:t>126.0</w:t>
            </w:r>
          </w:p>
        </w:tc>
        <w:tc>
          <w:tcPr>
            <w:tcW w:type="dxa" w:w="519"/>
            <w:vAlign w:val="center"/>
          </w:tcPr>
          <w:p>
            <w:r/>
            <w:r>
              <w:rPr>
                <w:rFonts w:ascii="Malgun Gothic" w:hAnsi="Malgun Gothic" w:eastAsia="Malgun Gothic"/>
                <w:b w:val="0"/>
                <w:sz w:val="14"/>
              </w:rPr>
              <w:t>0.8790172314752854</w:t>
            </w:r>
          </w:p>
        </w:tc>
        <w:tc>
          <w:tcPr>
            <w:tcW w:type="dxa" w:w="519"/>
            <w:vAlign w:val="center"/>
          </w:tcPr>
          <w:p>
            <w:r/>
            <w:r>
              <w:rPr>
                <w:rFonts w:ascii="Malgun Gothic" w:hAnsi="Malgun Gothic" w:eastAsia="Malgun Gothic"/>
                <w:b w:val="0"/>
                <w:sz w:val="14"/>
              </w:rPr>
              <w:t>0.32008648767815207</w:t>
            </w:r>
          </w:p>
        </w:tc>
        <w:tc>
          <w:tcPr>
            <w:tcW w:type="dxa" w:w="519"/>
            <w:vAlign w:val="center"/>
          </w:tcPr>
          <w:p>
            <w:r/>
            <w:r>
              <w:rPr>
                <w:rFonts w:ascii="Malgun Gothic" w:hAnsi="Malgun Gothic" w:eastAsia="Malgun Gothic"/>
                <w:b w:val="0"/>
                <w:sz w:val="14"/>
              </w:rPr>
              <w:t>-0.6086667340065787</w:t>
            </w:r>
          </w:p>
        </w:tc>
        <w:tc>
          <w:tcPr>
            <w:tcW w:type="dxa" w:w="519"/>
            <w:vAlign w:val="center"/>
          </w:tcPr>
          <w:p>
            <w:r/>
            <w:r>
              <w:rPr>
                <w:rFonts w:ascii="Malgun Gothic" w:hAnsi="Malgun Gothic" w:eastAsia="Malgun Gothic"/>
                <w:b w:val="0"/>
                <w:sz w:val="14"/>
              </w:rPr>
              <w:t>-0.1217184072965033</w:t>
            </w:r>
          </w:p>
        </w:tc>
        <w:tc>
          <w:tcPr>
            <w:tcW w:type="dxa" w:w="519"/>
            <w:vAlign w:val="center"/>
          </w:tcPr>
          <w:p>
            <w:r/>
            <w:r>
              <w:rPr>
                <w:rFonts w:ascii="Malgun Gothic" w:hAnsi="Malgun Gothic" w:eastAsia="Malgun Gothic"/>
                <w:b w:val="0"/>
                <w:sz w:val="14"/>
              </w:rPr>
              <w:t>0.11717964446258888</w:t>
            </w:r>
          </w:p>
        </w:tc>
        <w:tc>
          <w:tcPr>
            <w:tcW w:type="dxa" w:w="519"/>
            <w:vAlign w:val="center"/>
          </w:tcPr>
          <w:p>
            <w:r/>
            <w:r>
              <w:rPr>
                <w:rFonts w:ascii="Malgun Gothic" w:hAnsi="Malgun Gothic" w:eastAsia="Malgun Gothic"/>
                <w:b w:val="0"/>
                <w:sz w:val="14"/>
              </w:rPr>
              <w:t>0.4086116922912035</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-0.13296598923817732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0.0369009189307689</w:t>
            </w:r>
          </w:p>
        </w:tc>
        <w:tc>
          <w:tcPr>
            <w:tcW w:type="dxa" w:w="519"/>
            <w:vAlign w:val="center"/>
          </w:tcPr>
          <w:p>
            <w:r/>
            <w:r>
              <w:rPr>
                <w:rFonts w:ascii="Malgun Gothic" w:hAnsi="Malgun Gothic" w:eastAsia="Malgun Gothic"/>
                <w:b w:val="0"/>
                <w:sz w:val="14"/>
              </w:rPr>
              <w:t>237.52382989708173</w:t>
            </w:r>
          </w:p>
        </w:tc>
        <w:tc>
          <w:tcPr>
            <w:tcW w:type="dxa" w:w="519"/>
            <w:vAlign w:val="center"/>
          </w:tcPr>
          <w:p>
            <w:r/>
            <w:r>
              <w:rPr>
                <w:rFonts w:ascii="Malgun Gothic" w:hAnsi="Malgun Gothic" w:eastAsia="Malgun Gothic"/>
                <w:b w:val="0"/>
                <w:sz w:val="14"/>
              </w:rPr>
              <w:t>91.88361408882082</w:t>
            </w:r>
          </w:p>
        </w:tc>
        <w:tc>
          <w:tcPr>
            <w:tcW w:type="dxa" w:w="519"/>
            <w:vAlign w:val="center"/>
          </w:tcPr>
          <w:p>
            <w:r/>
            <w:r>
              <w:rPr>
                <w:rFonts w:ascii="Malgun Gothic" w:hAnsi="Malgun Gothic" w:eastAsia="Malgun Gothic"/>
                <w:b w:val="0"/>
                <w:sz w:val="14"/>
              </w:rPr>
              <w:t>58.77</w:t>
            </w:r>
          </w:p>
        </w:tc>
        <w:tc>
          <w:tcPr>
            <w:tcW w:type="dxa" w:w="519"/>
            <w:vAlign w:val="center"/>
          </w:tcPr>
          <w:p>
            <w:r/>
            <w:r>
              <w:rPr>
                <w:rFonts w:ascii="Malgun Gothic" w:hAnsi="Malgun Gothic" w:eastAsia="Malgun Gothic"/>
                <w:b w:val="0"/>
                <w:sz w:val="14"/>
              </w:rPr>
              <w:t>-1.0632325861686756</w:t>
            </w:r>
          </w:p>
        </w:tc>
        <w:tc>
          <w:tcPr>
            <w:tcW w:type="dxa" w:w="519"/>
            <w:vAlign w:val="center"/>
          </w:tcPr>
          <w:p>
            <w:r/>
            <w:r>
              <w:rPr>
                <w:rFonts w:ascii="Malgun Gothic" w:hAnsi="Malgun Gothic" w:eastAsia="Malgun Gothic"/>
                <w:b w:val="0"/>
                <w:sz w:val="14"/>
              </w:rPr>
              <w:t>0.2759283394965754</w:t>
            </w:r>
          </w:p>
        </w:tc>
        <w:tc>
          <w:tcPr>
            <w:tcW w:type="dxa" w:w="519"/>
            <w:vAlign w:val="center"/>
          </w:tcPr>
          <w:p>
            <w:r/>
            <w:r>
              <w:rPr>
                <w:rFonts w:ascii="Malgun Gothic" w:hAnsi="Malgun Gothic" w:eastAsia="Malgun Gothic"/>
                <w:b w:val="0"/>
                <w:sz w:val="14"/>
              </w:rPr>
              <w:t>0.4692636904754492</w:t>
            </w:r>
          </w:p>
        </w:tc>
        <w:tc>
          <w:tcPr>
            <w:tcW w:type="dxa" w:w="519"/>
            <w:vAlign w:val="center"/>
          </w:tcPr>
          <w:p>
            <w:r/>
            <w:r>
              <w:rPr>
                <w:rFonts w:ascii="Malgun Gothic" w:hAnsi="Malgun Gothic" w:eastAsia="Malgun Gothic"/>
                <w:b w:val="0"/>
                <w:sz w:val="14"/>
              </w:rPr>
              <w:t>-0.5166532228027919</w:t>
            </w:r>
          </w:p>
        </w:tc>
        <w:tc>
          <w:tcPr>
            <w:tcW w:type="dxa" w:w="519"/>
            <w:vAlign w:val="center"/>
          </w:tcPr>
          <w:p>
            <w:r/>
            <w:r>
              <w:rPr>
                <w:rFonts w:ascii="Malgun Gothic" w:hAnsi="Malgun Gothic" w:eastAsia="Malgun Gothic"/>
                <w:b w:val="0"/>
                <w:sz w:val="14"/>
              </w:rPr>
              <w:t>-0.20867344474986071</w:t>
            </w:r>
          </w:p>
        </w:tc>
        <w:tc>
          <w:tcPr>
            <w:tcW w:type="dxa" w:w="519"/>
            <w:vAlign w:val="center"/>
          </w:tcPr>
          <w:p>
            <w:r/>
            <w:r>
              <w:rPr>
                <w:rFonts w:ascii="Malgun Gothic" w:hAnsi="Malgun Gothic" w:eastAsia="Malgun Gothic"/>
                <w:b w:val="0"/>
                <w:sz w:val="14"/>
              </w:rPr>
              <w:t>0.3350952403289057</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-0.17882886762417038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0.0424245782196521</w:t>
            </w:r>
          </w:p>
        </w:tc>
        <w:tc>
          <w:tcPr>
            <w:tcW w:type="dxa" w:w="519"/>
            <w:vAlign w:val="center"/>
          </w:tcPr>
          <w:p>
            <w:r/>
            <w:r>
              <w:rPr>
                <w:rFonts w:ascii="Malgun Gothic" w:hAnsi="Malgun Gothic" w:eastAsia="Malgun Gothic"/>
                <w:b w:val="0"/>
                <w:sz w:val="14"/>
              </w:rPr>
              <w:t>223.4779198335052</w:t>
            </w:r>
          </w:p>
        </w:tc>
        <w:tc>
          <w:tcPr>
            <w:tcW w:type="dxa" w:w="519"/>
            <w:vAlign w:val="center"/>
          </w:tcPr>
          <w:p>
            <w:r/>
            <w:r>
              <w:rPr>
                <w:rFonts w:ascii="Malgun Gothic" w:hAnsi="Malgun Gothic" w:eastAsia="Malgun Gothic"/>
                <w:b w:val="0"/>
                <w:sz w:val="14"/>
              </w:rPr>
              <w:t>87.10407239819004</w:t>
            </w:r>
          </w:p>
        </w:tc>
        <w:tc>
          <w:tcPr>
            <w:tcW w:type="dxa" w:w="519"/>
            <w:vAlign w:val="center"/>
          </w:tcPr>
          <w:p>
            <w:r/>
            <w:r>
              <w:rPr>
                <w:rFonts w:ascii="Malgun Gothic" w:hAnsi="Malgun Gothic" w:eastAsia="Malgun Gothic"/>
                <w:b w:val="0"/>
                <w:sz w:val="14"/>
              </w:rPr>
              <w:t>53.04</w:t>
            </w:r>
          </w:p>
        </w:tc>
        <w:tc>
          <w:tcPr>
            <w:tcW w:type="dxa" w:w="519"/>
            <w:vAlign w:val="center"/>
          </w:tcPr>
          <w:p>
            <w:r/>
            <w:r>
              <w:rPr>
                <w:rFonts w:ascii="Malgun Gothic" w:hAnsi="Malgun Gothic" w:eastAsia="Malgun Gothic"/>
                <w:b w:val="0"/>
                <w:sz w:val="14"/>
              </w:rPr>
              <w:t>-0.8741709176823806</w:t>
            </w:r>
          </w:p>
        </w:tc>
        <w:tc>
          <w:tcPr>
            <w:tcW w:type="dxa" w:w="519"/>
            <w:vAlign w:val="center"/>
          </w:tcPr>
          <w:p>
            <w:r/>
            <w:r>
              <w:rPr>
                <w:rFonts w:ascii="Malgun Gothic" w:hAnsi="Malgun Gothic" w:eastAsia="Malgun Gothic"/>
                <w:b w:val="0"/>
                <w:sz w:val="14"/>
              </w:rPr>
              <w:t>-0.22828317491434943</w:t>
            </w:r>
          </w:p>
        </w:tc>
        <w:tc>
          <w:tcPr>
            <w:tcW w:type="dxa" w:w="519"/>
            <w:vAlign w:val="center"/>
          </w:tcPr>
          <w:p>
            <w:r/>
            <w:r>
              <w:rPr>
                <w:rFonts w:ascii="Malgun Gothic" w:hAnsi="Malgun Gothic" w:eastAsia="Malgun Gothic"/>
                <w:b w:val="0"/>
                <w:sz w:val="14"/>
              </w:rPr>
              <w:t>0.2231237058014514</w:t>
            </w:r>
          </w:p>
        </w:tc>
        <w:tc>
          <w:tcPr>
            <w:tcW w:type="dxa" w:w="519"/>
            <w:vAlign w:val="center"/>
          </w:tcPr>
          <w:p>
            <w:r/>
            <w:r>
              <w:rPr>
                <w:rFonts w:ascii="Malgun Gothic" w:hAnsi="Malgun Gothic" w:eastAsia="Malgun Gothic"/>
                <w:b w:val="0"/>
                <w:sz w:val="14"/>
              </w:rPr>
              <w:t>-0.5503134413488434</w:t>
            </w:r>
          </w:p>
        </w:tc>
        <w:tc>
          <w:tcPr>
            <w:tcW w:type="dxa" w:w="519"/>
            <w:vAlign w:val="center"/>
          </w:tcPr>
          <w:p>
            <w:r/>
            <w:r>
              <w:rPr>
                <w:rFonts w:ascii="Malgun Gothic" w:hAnsi="Malgun Gothic" w:eastAsia="Malgun Gothic"/>
                <w:b w:val="0"/>
                <w:sz w:val="14"/>
              </w:rPr>
              <w:t>-0.35741095703603054</w:t>
            </w:r>
          </w:p>
        </w:tc>
        <w:tc>
          <w:tcPr>
            <w:tcW w:type="dxa" w:w="519"/>
            <w:vAlign w:val="center"/>
          </w:tcPr>
          <w:p>
            <w:r/>
            <w:r>
              <w:rPr>
                <w:rFonts w:ascii="Malgun Gothic" w:hAnsi="Malgun Gothic" w:eastAsia="Malgun Gothic"/>
                <w:b w:val="0"/>
                <w:sz w:val="14"/>
              </w:rPr>
              <w:t>0.3015382340000546</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-0.20233630329859614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0.0403904914855957</w:t>
            </w:r>
          </w:p>
        </w:tc>
        <w:tc>
          <w:tcPr>
            <w:tcW w:type="dxa" w:w="519"/>
            <w:vAlign w:val="center"/>
          </w:tcPr>
          <w:p>
            <w:r/>
            <w:r>
              <w:rPr>
                <w:rFonts w:ascii="Malgun Gothic" w:hAnsi="Malgun Gothic" w:eastAsia="Malgun Gothic"/>
                <w:b w:val="0"/>
                <w:sz w:val="14"/>
              </w:rPr>
              <w:t>249.06888532105592</w:t>
            </w:r>
          </w:p>
        </w:tc>
        <w:tc>
          <w:tcPr>
            <w:tcW w:type="dxa" w:w="519"/>
            <w:vAlign w:val="center"/>
          </w:tcPr>
          <w:p>
            <w:r/>
            <w:r>
              <w:rPr>
                <w:rFonts w:ascii="Malgun Gothic" w:hAnsi="Malgun Gothic" w:eastAsia="Malgun Gothic"/>
                <w:b w:val="0"/>
                <w:sz w:val="14"/>
              </w:rPr>
              <w:t>98.326359832636</w:t>
            </w:r>
          </w:p>
        </w:tc>
        <w:tc>
          <w:tcPr>
            <w:tcW w:type="dxa" w:w="519"/>
            <w:vAlign w:val="center"/>
          </w:tcPr>
          <w:p>
            <w:r/>
            <w:r>
              <w:rPr>
                <w:rFonts w:ascii="Malgun Gothic" w:hAnsi="Malgun Gothic" w:eastAsia="Malgun Gothic"/>
                <w:b w:val="0"/>
                <w:sz w:val="14"/>
              </w:rPr>
              <w:t>28.68</w:t>
            </w:r>
          </w:p>
        </w:tc>
        <w:tc>
          <w:tcPr>
            <w:tcW w:type="dxa" w:w="519"/>
            <w:vAlign w:val="center"/>
          </w:tcPr>
          <w:p>
            <w:r/>
            <w:r>
              <w:rPr>
                <w:rFonts w:ascii="Malgun Gothic" w:hAnsi="Malgun Gothic" w:eastAsia="Malgun Gothic"/>
                <w:b w:val="0"/>
                <w:sz w:val="14"/>
              </w:rPr>
              <w:t>-0.9437928497520348</w:t>
            </w:r>
          </w:p>
        </w:tc>
        <w:tc>
          <w:tcPr>
            <w:tcW w:type="dxa" w:w="519"/>
            <w:vAlign w:val="center"/>
          </w:tcPr>
          <w:p>
            <w:r/>
            <w:r>
              <w:rPr>
                <w:rFonts w:ascii="Malgun Gothic" w:hAnsi="Malgun Gothic" w:eastAsia="Malgun Gothic"/>
                <w:b w:val="0"/>
                <w:sz w:val="14"/>
              </w:rPr>
              <w:t>0.6903656990504673</w:t>
            </w:r>
          </w:p>
        </w:tc>
        <w:tc>
          <w:tcPr>
            <w:tcW w:type="dxa" w:w="519"/>
            <w:vAlign w:val="center"/>
          </w:tcPr>
          <w:p>
            <w:r/>
            <w:r>
              <w:rPr>
                <w:rFonts w:ascii="Malgun Gothic" w:hAnsi="Malgun Gothic" w:eastAsia="Malgun Gothic"/>
                <w:b w:val="0"/>
                <w:sz w:val="14"/>
              </w:rPr>
              <w:t>0.8010564524780849</w:t>
            </w:r>
          </w:p>
        </w:tc>
        <w:tc>
          <w:tcPr>
            <w:tcW w:type="dxa" w:w="519"/>
            <w:vAlign w:val="center"/>
          </w:tcPr>
          <w:p>
            <w:r/>
            <w:r>
              <w:rPr>
                <w:rFonts w:ascii="Malgun Gothic" w:hAnsi="Malgun Gothic" w:eastAsia="Malgun Gothic"/>
                <w:b w:val="0"/>
                <w:sz w:val="14"/>
              </w:rPr>
              <w:t>-0.6934134280472398</w:t>
            </w:r>
          </w:p>
        </w:tc>
        <w:tc>
          <w:tcPr>
            <w:tcW w:type="dxa" w:w="519"/>
            <w:vAlign w:val="center"/>
          </w:tcPr>
          <w:p>
            <w:r/>
            <w:r>
              <w:rPr>
                <w:rFonts w:ascii="Malgun Gothic" w:hAnsi="Malgun Gothic" w:eastAsia="Malgun Gothic"/>
                <w:b w:val="0"/>
                <w:sz w:val="14"/>
              </w:rPr>
              <w:t>-0.036446031567680615</w:t>
            </w:r>
          </w:p>
        </w:tc>
        <w:tc>
          <w:tcPr>
            <w:tcW w:type="dxa" w:w="519"/>
            <w:vAlign w:val="center"/>
          </w:tcPr>
          <w:p>
            <w:r/>
            <w:r>
              <w:rPr>
                <w:rFonts w:ascii="Malgun Gothic" w:hAnsi="Malgun Gothic" w:eastAsia="Malgun Gothic"/>
                <w:b w:val="0"/>
                <w:sz w:val="14"/>
              </w:rPr>
              <w:t>0.37395185629163935</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-0.1668373683668915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0.0656273290514946</w:t>
            </w:r>
          </w:p>
        </w:tc>
        <w:tc>
          <w:tcPr>
            <w:tcW w:type="dxa" w:w="519"/>
            <w:vAlign w:val="center"/>
          </w:tcPr>
          <w:p>
            <w:r/>
            <w:r>
              <w:rPr>
                <w:rFonts w:ascii="Malgun Gothic" w:hAnsi="Malgun Gothic" w:eastAsia="Malgun Gothic"/>
                <w:b w:val="0"/>
                <w:sz w:val="14"/>
              </w:rPr>
              <w:t>256.6302502247697</w:t>
            </w:r>
          </w:p>
        </w:tc>
        <w:tc>
          <w:tcPr>
            <w:tcW w:type="dxa" w:w="519"/>
            <w:vAlign w:val="center"/>
          </w:tcPr>
          <w:p>
            <w:r/>
            <w:r>
              <w:rPr>
                <w:rFonts w:ascii="Malgun Gothic" w:hAnsi="Malgun Gothic" w:eastAsia="Malgun Gothic"/>
                <w:b w:val="0"/>
                <w:sz w:val="14"/>
              </w:rPr>
              <w:t>111.94029850746269</w:t>
            </w:r>
          </w:p>
        </w:tc>
        <w:tc>
          <w:tcPr>
            <w:tcW w:type="dxa" w:w="519"/>
            <w:vAlign w:val="center"/>
          </w:tcPr>
          <w:p>
            <w:r/>
            <w:r>
              <w:rPr>
                <w:rFonts w:ascii="Malgun Gothic" w:hAnsi="Malgun Gothic" w:eastAsia="Malgun Gothic"/>
                <w:b w:val="0"/>
                <w:sz w:val="14"/>
              </w:rPr>
              <w:t>40.2</w:t>
            </w:r>
          </w:p>
        </w:tc>
        <w:tc>
          <w:tcPr>
            <w:tcW w:type="dxa" w:w="519"/>
            <w:vAlign w:val="center"/>
          </w:tcPr>
          <w:p>
            <w:r/>
            <w:r>
              <w:rPr>
                <w:rFonts w:ascii="Malgun Gothic" w:hAnsi="Malgun Gothic" w:eastAsia="Malgun Gothic"/>
                <w:b w:val="0"/>
                <w:sz w:val="14"/>
              </w:rPr>
              <w:t>-0.07999615846640405</w:t>
            </w:r>
          </w:p>
        </w:tc>
        <w:tc>
          <w:tcPr>
            <w:tcW w:type="dxa" w:w="519"/>
            <w:vAlign w:val="center"/>
          </w:tcPr>
          <w:p>
            <w:r/>
            <w:r>
              <w:rPr>
                <w:rFonts w:ascii="Malgun Gothic" w:hAnsi="Malgun Gothic" w:eastAsia="Malgun Gothic"/>
                <w:b w:val="0"/>
                <w:sz w:val="14"/>
              </w:rPr>
              <w:t>0.9617989655215167</w:t>
            </w:r>
          </w:p>
        </w:tc>
        <w:tc>
          <w:tcPr>
            <w:tcW w:type="dxa" w:w="519"/>
            <w:vAlign w:val="center"/>
          </w:tcPr>
          <w:p>
            <w:r/>
            <w:r>
              <w:rPr>
                <w:rFonts w:ascii="Malgun Gothic" w:hAnsi="Malgun Gothic" w:eastAsia="Malgun Gothic"/>
                <w:b w:val="0"/>
                <w:sz w:val="14"/>
              </w:rPr>
              <w:t>1.5021560293147809</w:t>
            </w:r>
          </w:p>
        </w:tc>
        <w:tc>
          <w:tcPr>
            <w:tcW w:type="dxa" w:w="519"/>
            <w:vAlign w:val="center"/>
          </w:tcPr>
          <w:p>
            <w:r/>
            <w:r>
              <w:rPr>
                <w:rFonts w:ascii="Malgun Gothic" w:hAnsi="Malgun Gothic" w:eastAsia="Malgun Gothic"/>
                <w:b w:val="0"/>
                <w:sz w:val="14"/>
              </w:rPr>
              <w:t>-0.6257405279337125</w:t>
            </w:r>
          </w:p>
        </w:tc>
        <w:tc>
          <w:tcPr>
            <w:tcW w:type="dxa" w:w="519"/>
            <w:vAlign w:val="center"/>
          </w:tcPr>
          <w:p>
            <w:r/>
            <w:r>
              <w:rPr>
                <w:rFonts w:ascii="Malgun Gothic" w:hAnsi="Malgun Gothic" w:eastAsia="Malgun Gothic"/>
                <w:b w:val="0"/>
                <w:sz w:val="14"/>
              </w:rPr>
              <w:t>0.4395545771090453</w:t>
            </w:r>
          </w:p>
        </w:tc>
        <w:tc>
          <w:tcPr>
            <w:tcW w:type="dxa" w:w="519"/>
            <w:vAlign w:val="center"/>
          </w:tcPr>
          <w:p>
            <w:r/>
            <w:r>
              <w:rPr>
                <w:rFonts w:ascii="Malgun Gothic" w:hAnsi="Malgun Gothic" w:eastAsia="Malgun Gothic"/>
                <w:b w:val="0"/>
                <w:sz w:val="14"/>
              </w:rPr>
              <w:t>0.48134342948919073</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-0.11259839667380789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0.0551260747015476</w:t>
            </w:r>
          </w:p>
        </w:tc>
        <w:tc>
          <w:tcPr>
            <w:tcW w:type="dxa" w:w="519"/>
            <w:vAlign w:val="center"/>
          </w:tcPr>
          <w:p>
            <w:r/>
            <w:r>
              <w:rPr>
                <w:rFonts w:ascii="Malgun Gothic" w:hAnsi="Malgun Gothic" w:eastAsia="Malgun Gothic"/>
                <w:b w:val="0"/>
                <w:sz w:val="14"/>
              </w:rPr>
              <w:t>229.3614672475256</w:t>
            </w:r>
          </w:p>
        </w:tc>
        <w:tc>
          <w:tcPr>
            <w:tcW w:type="dxa" w:w="519"/>
            <w:vAlign w:val="center"/>
          </w:tcPr>
          <w:p>
            <w:r/>
            <w:r>
              <w:rPr>
                <w:rFonts w:ascii="Malgun Gothic" w:hAnsi="Malgun Gothic" w:eastAsia="Malgun Gothic"/>
                <w:b w:val="0"/>
                <w:sz w:val="14"/>
              </w:rPr>
              <w:t>93.17166560306318</w:t>
            </w:r>
          </w:p>
        </w:tc>
        <w:tc>
          <w:tcPr>
            <w:tcW w:type="dxa" w:w="519"/>
            <w:vAlign w:val="center"/>
          </w:tcPr>
          <w:p>
            <w:r/>
            <w:r>
              <w:rPr>
                <w:rFonts w:ascii="Malgun Gothic" w:hAnsi="Malgun Gothic" w:eastAsia="Malgun Gothic"/>
                <w:b w:val="0"/>
                <w:sz w:val="14"/>
              </w:rPr>
              <w:t>47.01</w:t>
            </w:r>
          </w:p>
        </w:tc>
        <w:tc>
          <w:tcPr>
            <w:tcW w:type="dxa" w:w="519"/>
            <w:vAlign w:val="center"/>
          </w:tcPr>
          <w:p>
            <w:r/>
            <w:r>
              <w:rPr>
                <w:rFonts w:ascii="Malgun Gothic" w:hAnsi="Malgun Gothic" w:eastAsia="Malgun Gothic"/>
                <w:b w:val="0"/>
                <w:sz w:val="14"/>
              </w:rPr>
              <w:t>-0.43942902077123225</w:t>
            </w:r>
          </w:p>
        </w:tc>
        <w:tc>
          <w:tcPr>
            <w:tcW w:type="dxa" w:w="519"/>
            <w:vAlign w:val="center"/>
          </w:tcPr>
          <w:p>
            <w:r/>
            <w:r>
              <w:rPr>
                <w:rFonts w:ascii="Malgun Gothic" w:hAnsi="Malgun Gothic" w:eastAsia="Malgun Gothic"/>
                <w:b w:val="0"/>
                <w:sz w:val="14"/>
              </w:rPr>
              <w:t>-0.01707917757248324</w:t>
            </w:r>
          </w:p>
        </w:tc>
        <w:tc>
          <w:tcPr>
            <w:tcW w:type="dxa" w:w="519"/>
            <w:vAlign w:val="center"/>
          </w:tcPr>
          <w:p>
            <w:r/>
            <w:r>
              <w:rPr>
                <w:rFonts w:ascii="Malgun Gothic" w:hAnsi="Malgun Gothic" w:eastAsia="Malgun Gothic"/>
                <w:b w:val="0"/>
                <w:sz w:val="14"/>
              </w:rPr>
              <w:t>0.5355966153658044</w:t>
            </w:r>
          </w:p>
        </w:tc>
        <w:tc>
          <w:tcPr>
            <w:tcW w:type="dxa" w:w="519"/>
            <w:vAlign w:val="center"/>
          </w:tcPr>
          <w:p>
            <w:r/>
            <w:r>
              <w:rPr>
                <w:rFonts w:ascii="Malgun Gothic" w:hAnsi="Malgun Gothic" w:eastAsia="Malgun Gothic"/>
                <w:b w:val="0"/>
                <w:sz w:val="14"/>
              </w:rPr>
              <w:t>-0.5857359750020179</w:t>
            </w:r>
          </w:p>
        </w:tc>
        <w:tc>
          <w:tcPr>
            <w:tcW w:type="dxa" w:w="519"/>
            <w:vAlign w:val="center"/>
          </w:tcPr>
          <w:p>
            <w:r/>
            <w:r>
              <w:rPr>
                <w:rFonts w:ascii="Malgun Gothic" w:hAnsi="Malgun Gothic" w:eastAsia="Malgun Gothic"/>
                <w:b w:val="0"/>
                <w:sz w:val="14"/>
              </w:rPr>
              <w:t>-0.12666188949498225</w:t>
            </w:r>
          </w:p>
        </w:tc>
        <w:tc>
          <w:tcPr>
            <w:tcW w:type="dxa" w:w="519"/>
            <w:vAlign w:val="center"/>
          </w:tcPr>
          <w:p>
            <w:r/>
            <w:r>
              <w:rPr>
                <w:rFonts w:ascii="Malgun Gothic" w:hAnsi="Malgun Gothic" w:eastAsia="Malgun Gothic"/>
                <w:b w:val="0"/>
                <w:sz w:val="14"/>
              </w:rPr>
              <w:t>0.3535980526754773</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-0.17937478458200484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0.150307759642601</w:t>
            </w:r>
          </w:p>
        </w:tc>
        <w:tc>
          <w:tcPr>
            <w:tcW w:type="dxa" w:w="519"/>
            <w:vAlign w:val="center"/>
          </w:tcPr>
          <w:p>
            <w:r/>
            <w:r>
              <w:rPr>
                <w:rFonts w:ascii="Malgun Gothic" w:hAnsi="Malgun Gothic" w:eastAsia="Malgun Gothic"/>
                <w:b w:val="0"/>
                <w:sz w:val="14"/>
              </w:rPr>
              <w:t>235.6802849887382</w:t>
            </w:r>
          </w:p>
        </w:tc>
        <w:tc>
          <w:tcPr>
            <w:tcW w:type="dxa" w:w="519"/>
            <w:vAlign w:val="center"/>
          </w:tcPr>
          <w:p>
            <w:r/>
            <w:r>
              <w:rPr>
                <w:rFonts w:ascii="Malgun Gothic" w:hAnsi="Malgun Gothic" w:eastAsia="Malgun Gothic"/>
                <w:b w:val="0"/>
                <w:sz w:val="14"/>
              </w:rPr>
              <w:t>67.20430107526882</w:t>
            </w:r>
          </w:p>
        </w:tc>
        <w:tc>
          <w:tcPr>
            <w:tcW w:type="dxa" w:w="519"/>
            <w:vAlign w:val="center"/>
          </w:tcPr>
          <w:p>
            <w:r/>
            <w:r>
              <w:rPr>
                <w:rFonts w:ascii="Malgun Gothic" w:hAnsi="Malgun Gothic" w:eastAsia="Malgun Gothic"/>
                <w:b w:val="0"/>
                <w:sz w:val="14"/>
              </w:rPr>
              <w:t>44.64</w:t>
            </w:r>
          </w:p>
        </w:tc>
        <w:tc>
          <w:tcPr>
            <w:tcW w:type="dxa" w:w="519"/>
            <w:vAlign w:val="center"/>
          </w:tcPr>
          <w:p>
            <w:r/>
            <w:r>
              <w:rPr>
                <w:rFonts w:ascii="Malgun Gothic" w:hAnsi="Malgun Gothic" w:eastAsia="Malgun Gothic"/>
                <w:b w:val="0"/>
                <w:sz w:val="14"/>
              </w:rPr>
              <w:t>2.8184127871963907</w:t>
            </w:r>
          </w:p>
        </w:tc>
        <w:tc>
          <w:tcPr>
            <w:tcW w:type="dxa" w:w="519"/>
            <w:vAlign w:val="center"/>
          </w:tcPr>
          <w:p>
            <w:r/>
            <w:r>
              <w:rPr>
                <w:rFonts w:ascii="Malgun Gothic" w:hAnsi="Malgun Gothic" w:eastAsia="Malgun Gothic"/>
                <w:b w:val="0"/>
                <w:sz w:val="14"/>
              </w:rPr>
              <w:t>0.20974988855156443</w:t>
            </w:r>
          </w:p>
        </w:tc>
        <w:tc>
          <w:tcPr>
            <w:tcW w:type="dxa" w:w="519"/>
            <w:vAlign w:val="center"/>
          </w:tcPr>
          <w:p>
            <w:r/>
            <w:r>
              <w:rPr>
                <w:rFonts w:ascii="Malgun Gothic" w:hAnsi="Malgun Gothic" w:eastAsia="Malgun Gothic"/>
                <w:b w:val="0"/>
                <w:sz w:val="14"/>
              </w:rPr>
              <w:t>-0.801687819128141</w:t>
            </w:r>
          </w:p>
        </w:tc>
        <w:tc>
          <w:tcPr>
            <w:tcW w:type="dxa" w:w="519"/>
            <w:vAlign w:val="center"/>
          </w:tcPr>
          <w:p>
            <w:r/>
            <w:r>
              <w:rPr>
                <w:rFonts w:ascii="Malgun Gothic" w:hAnsi="Malgun Gothic" w:eastAsia="Malgun Gothic"/>
                <w:b w:val="0"/>
                <w:sz w:val="14"/>
              </w:rPr>
              <w:t>-0.5996582643482905</w:t>
            </w:r>
          </w:p>
        </w:tc>
        <w:tc>
          <w:tcPr>
            <w:tcW w:type="dxa" w:w="519"/>
            <w:vAlign w:val="center"/>
          </w:tcPr>
          <w:p>
            <w:r/>
            <w:r>
              <w:rPr>
                <w:rFonts w:ascii="Malgun Gothic" w:hAnsi="Malgun Gothic" w:eastAsia="Malgun Gothic"/>
                <w:b w:val="0"/>
                <w:sz w:val="14"/>
              </w:rPr>
              <w:t>0.4067041480678808</w:t>
            </w:r>
          </w:p>
        </w:tc>
        <w:tc>
          <w:tcPr>
            <w:tcW w:type="dxa" w:w="519"/>
            <w:vAlign w:val="center"/>
          </w:tcPr>
          <w:p>
            <w:r/>
            <w:r>
              <w:rPr>
                <w:rFonts w:ascii="Malgun Gothic" w:hAnsi="Malgun Gothic" w:eastAsia="Malgun Gothic"/>
                <w:b w:val="0"/>
                <w:sz w:val="14"/>
              </w:rPr>
              <w:t>0.47393196994347164</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-0.1399538565326791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0.0456519089639186</w:t>
            </w:r>
          </w:p>
        </w:tc>
        <w:tc>
          <w:tcPr>
            <w:tcW w:type="dxa" w:w="519"/>
            <w:vAlign w:val="center"/>
          </w:tcPr>
          <w:p>
            <w:r/>
            <w:r>
              <w:rPr>
                <w:rFonts w:ascii="Malgun Gothic" w:hAnsi="Malgun Gothic" w:eastAsia="Malgun Gothic"/>
                <w:b w:val="0"/>
                <w:sz w:val="14"/>
              </w:rPr>
              <w:t>204.64433131303</w:t>
            </w:r>
          </w:p>
        </w:tc>
        <w:tc>
          <w:tcPr>
            <w:tcW w:type="dxa" w:w="519"/>
            <w:vAlign w:val="center"/>
          </w:tcPr>
          <w:p>
            <w:r/>
            <w:r>
              <w:rPr>
                <w:rFonts w:ascii="Malgun Gothic" w:hAnsi="Malgun Gothic" w:eastAsia="Malgun Gothic"/>
                <w:b w:val="0"/>
                <w:sz w:val="14"/>
              </w:rPr>
              <w:t>68.53082741233098</w:t>
            </w:r>
          </w:p>
        </w:tc>
        <w:tc>
          <w:tcPr>
            <w:tcW w:type="dxa" w:w="519"/>
            <w:vAlign w:val="center"/>
          </w:tcPr>
          <w:p>
            <w:r/>
            <w:r>
              <w:rPr>
                <w:rFonts w:ascii="Malgun Gothic" w:hAnsi="Malgun Gothic" w:eastAsia="Malgun Gothic"/>
                <w:b w:val="0"/>
                <w:sz w:val="14"/>
              </w:rPr>
              <w:t>261.78</w:t>
            </w:r>
          </w:p>
        </w:tc>
        <w:tc>
          <w:tcPr>
            <w:tcW w:type="dxa" w:w="519"/>
            <w:vAlign w:val="center"/>
          </w:tcPr>
          <w:p>
            <w:r/>
            <w:r>
              <w:rPr>
                <w:rFonts w:ascii="Malgun Gothic" w:hAnsi="Malgun Gothic" w:eastAsia="Malgun Gothic"/>
                <w:b w:val="0"/>
                <w:sz w:val="14"/>
              </w:rPr>
              <w:t>-0.7637070922802337</w:t>
            </w:r>
          </w:p>
        </w:tc>
        <w:tc>
          <w:tcPr>
            <w:tcW w:type="dxa" w:w="519"/>
            <w:vAlign w:val="center"/>
          </w:tcPr>
          <w:p>
            <w:r/>
            <w:r>
              <w:rPr>
                <w:rFonts w:ascii="Malgun Gothic" w:hAnsi="Malgun Gothic" w:eastAsia="Malgun Gothic"/>
                <w:b w:val="0"/>
                <w:sz w:val="14"/>
              </w:rPr>
              <w:t>-0.9043598510939933</w:t>
            </w:r>
          </w:p>
        </w:tc>
        <w:tc>
          <w:tcPr>
            <w:tcW w:type="dxa" w:w="519"/>
            <w:vAlign w:val="center"/>
          </w:tcPr>
          <w:p>
            <w:r/>
            <w:r>
              <w:rPr>
                <w:rFonts w:ascii="Malgun Gothic" w:hAnsi="Malgun Gothic" w:eastAsia="Malgun Gothic"/>
                <w:b w:val="0"/>
                <w:sz w:val="14"/>
              </w:rPr>
              <w:t>-0.7333734924816788</w:t>
            </w:r>
          </w:p>
        </w:tc>
        <w:tc>
          <w:tcPr>
            <w:tcW w:type="dxa" w:w="519"/>
            <w:vAlign w:val="center"/>
          </w:tcPr>
          <w:p>
            <w:r/>
            <w:r>
              <w:rPr>
                <w:rFonts w:ascii="Malgun Gothic" w:hAnsi="Malgun Gothic" w:eastAsia="Malgun Gothic"/>
                <w:b w:val="0"/>
                <w:sz w:val="14"/>
              </w:rPr>
              <w:t>0.6759054101874157</w:t>
            </w:r>
          </w:p>
        </w:tc>
        <w:tc>
          <w:tcPr>
            <w:tcW w:type="dxa" w:w="519"/>
            <w:vAlign w:val="center"/>
          </w:tcPr>
          <w:p>
            <w:r/>
            <w:r>
              <w:rPr>
                <w:rFonts w:ascii="Malgun Gothic" w:hAnsi="Malgun Gothic" w:eastAsia="Malgun Gothic"/>
                <w:b w:val="0"/>
                <w:sz w:val="14"/>
              </w:rPr>
              <w:t>-0.43138375641712257</w:t>
            </w:r>
          </w:p>
        </w:tc>
        <w:tc>
          <w:tcPr>
            <w:tcW w:type="dxa" w:w="519"/>
            <w:vAlign w:val="center"/>
          </w:tcPr>
          <w:p>
            <w:r/>
            <w:r>
              <w:rPr>
                <w:rFonts w:ascii="Malgun Gothic" w:hAnsi="Malgun Gothic" w:eastAsia="Malgun Gothic"/>
                <w:b w:val="0"/>
                <w:sz w:val="14"/>
              </w:rPr>
              <w:t>0.2848490635356582</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-0.14893287601352478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0.0183735396713018</w:t>
            </w:r>
          </w:p>
        </w:tc>
        <w:tc>
          <w:tcPr>
            <w:tcW w:type="dxa" w:w="519"/>
            <w:vAlign w:val="center"/>
          </w:tcPr>
          <w:p>
            <w:r/>
            <w:r>
              <w:rPr>
                <w:rFonts w:ascii="Malgun Gothic" w:hAnsi="Malgun Gothic" w:eastAsia="Malgun Gothic"/>
                <w:b w:val="0"/>
                <w:sz w:val="14"/>
              </w:rPr>
              <w:t>252.287532802586</w:t>
            </w:r>
          </w:p>
        </w:tc>
        <w:tc>
          <w:tcPr>
            <w:tcW w:type="dxa" w:w="519"/>
            <w:vAlign w:val="center"/>
          </w:tcPr>
          <w:p>
            <w:r/>
            <w:r>
              <w:rPr>
                <w:rFonts w:ascii="Malgun Gothic" w:hAnsi="Malgun Gothic" w:eastAsia="Malgun Gothic"/>
                <w:b w:val="0"/>
                <w:sz w:val="14"/>
              </w:rPr>
              <w:t>50.90137857900319</w:t>
            </w:r>
          </w:p>
        </w:tc>
        <w:tc>
          <w:tcPr>
            <w:tcW w:type="dxa" w:w="519"/>
            <w:vAlign w:val="center"/>
          </w:tcPr>
          <w:p>
            <w:r/>
            <w:r>
              <w:rPr>
                <w:rFonts w:ascii="Malgun Gothic" w:hAnsi="Malgun Gothic" w:eastAsia="Malgun Gothic"/>
                <w:b w:val="0"/>
                <w:sz w:val="14"/>
              </w:rPr>
              <w:t>56.58</w:t>
            </w:r>
          </w:p>
        </w:tc>
        <w:tc>
          <w:tcPr>
            <w:tcW w:type="dxa" w:w="519"/>
            <w:vAlign w:val="center"/>
          </w:tcPr>
          <w:p>
            <w:r/>
            <w:r>
              <w:rPr>
                <w:rFonts w:ascii="Malgun Gothic" w:hAnsi="Malgun Gothic" w:eastAsia="Malgun Gothic"/>
                <w:b w:val="0"/>
                <w:sz w:val="14"/>
              </w:rPr>
              <w:t>-1.6973805399577369</w:t>
            </w:r>
          </w:p>
        </w:tc>
        <w:tc>
          <w:tcPr>
            <w:tcW w:type="dxa" w:w="519"/>
            <w:vAlign w:val="center"/>
          </w:tcPr>
          <w:p>
            <w:r/>
            <w:r>
              <w:rPr>
                <w:rFonts w:ascii="Malgun Gothic" w:hAnsi="Malgun Gothic" w:eastAsia="Malgun Gothic"/>
                <w:b w:val="0"/>
                <w:sz w:val="14"/>
              </w:rPr>
              <w:t>0.8059067436443377</w:t>
            </w:r>
          </w:p>
        </w:tc>
        <w:tc>
          <w:tcPr>
            <w:tcW w:type="dxa" w:w="519"/>
            <w:vAlign w:val="center"/>
          </w:tcPr>
          <w:p>
            <w:r/>
            <w:r>
              <w:rPr>
                <w:rFonts w:ascii="Malgun Gothic" w:hAnsi="Malgun Gothic" w:eastAsia="Malgun Gothic"/>
                <w:b w:val="0"/>
                <w:sz w:val="14"/>
              </w:rPr>
              <w:t>-1.6412664551380312</w:t>
            </w:r>
          </w:p>
        </w:tc>
        <w:tc>
          <w:tcPr>
            <w:tcW w:type="dxa" w:w="519"/>
            <w:vAlign w:val="center"/>
          </w:tcPr>
          <w:p>
            <w:r/>
            <w:r>
              <w:rPr>
                <w:rFonts w:ascii="Malgun Gothic" w:hAnsi="Malgun Gothic" w:eastAsia="Malgun Gothic"/>
                <w:b w:val="0"/>
                <w:sz w:val="14"/>
              </w:rPr>
              <w:t>-0.5295181230847907</w:t>
            </w:r>
          </w:p>
        </w:tc>
        <w:tc>
          <w:tcPr>
            <w:tcW w:type="dxa" w:w="519"/>
            <w:vAlign w:val="center"/>
          </w:tcPr>
          <w:p>
            <w:r/>
            <w:r>
              <w:rPr>
                <w:rFonts w:ascii="Malgun Gothic" w:hAnsi="Malgun Gothic" w:eastAsia="Malgun Gothic"/>
                <w:b w:val="0"/>
                <w:sz w:val="14"/>
              </w:rPr>
              <w:t>-0.7655645936340553</w:t>
            </w:r>
          </w:p>
        </w:tc>
        <w:tc>
          <w:tcPr>
            <w:tcW w:type="dxa" w:w="519"/>
            <w:vAlign w:val="center"/>
          </w:tcPr>
          <w:p>
            <w:r/>
            <w:r>
              <w:rPr>
                <w:rFonts w:ascii="Malgun Gothic" w:hAnsi="Malgun Gothic" w:eastAsia="Malgun Gothic"/>
                <w:b w:val="0"/>
                <w:sz w:val="14"/>
              </w:rPr>
              <w:t>0.20945376952338823</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-0.23587447023128866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0.0523386746644973</w:t>
            </w:r>
          </w:p>
        </w:tc>
        <w:tc>
          <w:tcPr>
            <w:tcW w:type="dxa" w:w="519"/>
            <w:vAlign w:val="center"/>
          </w:tcPr>
          <w:p>
            <w:r/>
            <w:r>
              <w:rPr>
                <w:rFonts w:ascii="Malgun Gothic" w:hAnsi="Malgun Gothic" w:eastAsia="Malgun Gothic"/>
                <w:b w:val="0"/>
                <w:sz w:val="14"/>
              </w:rPr>
              <w:t>220.28921832445275</w:t>
            </w:r>
          </w:p>
        </w:tc>
        <w:tc>
          <w:tcPr>
            <w:tcW w:type="dxa" w:w="519"/>
            <w:vAlign w:val="center"/>
          </w:tcPr>
          <w:p>
            <w:r/>
            <w:r>
              <w:rPr>
                <w:rFonts w:ascii="Malgun Gothic" w:hAnsi="Malgun Gothic" w:eastAsia="Malgun Gothic"/>
                <w:b w:val="0"/>
                <w:sz w:val="14"/>
              </w:rPr>
              <w:t>84.81012658227849</w:t>
            </w:r>
          </w:p>
        </w:tc>
        <w:tc>
          <w:tcPr>
            <w:tcW w:type="dxa" w:w="519"/>
            <w:vAlign w:val="center"/>
          </w:tcPr>
          <w:p>
            <w:r/>
            <w:r>
              <w:rPr>
                <w:rFonts w:ascii="Malgun Gothic" w:hAnsi="Malgun Gothic" w:eastAsia="Malgun Gothic"/>
                <w:b w:val="0"/>
                <w:sz w:val="14"/>
              </w:rPr>
              <w:t>47.4</w:t>
            </w:r>
          </w:p>
        </w:tc>
        <w:tc>
          <w:tcPr>
            <w:tcW w:type="dxa" w:w="519"/>
            <w:vAlign w:val="center"/>
          </w:tcPr>
          <w:p>
            <w:r/>
            <w:r>
              <w:rPr>
                <w:rFonts w:ascii="Malgun Gothic" w:hAnsi="Malgun Gothic" w:eastAsia="Malgun Gothic"/>
                <w:b w:val="0"/>
                <w:sz w:val="14"/>
              </w:rPr>
              <w:t>-0.5348350684983432</w:t>
            </w:r>
          </w:p>
        </w:tc>
        <w:tc>
          <w:tcPr>
            <w:tcW w:type="dxa" w:w="519"/>
            <w:vAlign w:val="center"/>
          </w:tcPr>
          <w:p>
            <w:r/>
            <w:r>
              <w:rPr>
                <w:rFonts w:ascii="Malgun Gothic" w:hAnsi="Malgun Gothic" w:eastAsia="Malgun Gothic"/>
                <w:b w:val="0"/>
                <w:sz w:val="14"/>
              </w:rPr>
              <w:t>-0.3427492372489644</w:t>
            </w:r>
          </w:p>
        </w:tc>
        <w:tc>
          <w:tcPr>
            <w:tcW w:type="dxa" w:w="519"/>
            <w:vAlign w:val="center"/>
          </w:tcPr>
          <w:p>
            <w:r/>
            <w:r>
              <w:rPr>
                <w:rFonts w:ascii="Malgun Gothic" w:hAnsi="Malgun Gothic" w:eastAsia="Malgun Gothic"/>
                <w:b w:val="0"/>
                <w:sz w:val="14"/>
              </w:rPr>
              <w:t>0.10498857391667553</w:t>
            </w:r>
          </w:p>
        </w:tc>
        <w:tc>
          <w:tcPr>
            <w:tcW w:type="dxa" w:w="519"/>
            <w:vAlign w:val="center"/>
          </w:tcPr>
          <w:p>
            <w:r/>
            <w:r>
              <w:rPr>
                <w:rFonts w:ascii="Malgun Gothic" w:hAnsi="Malgun Gothic" w:eastAsia="Malgun Gothic"/>
                <w:b w:val="0"/>
                <w:sz w:val="14"/>
              </w:rPr>
              <w:t>-0.5834449653627578</w:t>
            </w:r>
          </w:p>
        </w:tc>
        <w:tc>
          <w:tcPr>
            <w:tcW w:type="dxa" w:w="519"/>
            <w:vAlign w:val="center"/>
          </w:tcPr>
          <w:p>
            <w:r/>
            <w:r>
              <w:rPr>
                <w:rFonts w:ascii="Malgun Gothic" w:hAnsi="Malgun Gothic" w:eastAsia="Malgun Gothic"/>
                <w:b w:val="0"/>
                <w:sz w:val="14"/>
              </w:rPr>
              <w:t>-0.33901017429834746</w:t>
            </w:r>
          </w:p>
        </w:tc>
        <w:tc>
          <w:tcPr>
            <w:tcW w:type="dxa" w:w="519"/>
            <w:vAlign w:val="center"/>
          </w:tcPr>
          <w:p>
            <w:r/>
            <w:r>
              <w:rPr>
                <w:rFonts w:ascii="Malgun Gothic" w:hAnsi="Malgun Gothic" w:eastAsia="Malgun Gothic"/>
                <w:b w:val="0"/>
                <w:sz w:val="14"/>
              </w:rPr>
              <w:t>0.30568967618362575</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-0.2051225841897676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0.0820771381258964</w:t>
            </w:r>
          </w:p>
        </w:tc>
        <w:tc>
          <w:tcPr>
            <w:tcW w:type="dxa" w:w="519"/>
            <w:vAlign w:val="center"/>
          </w:tcPr>
          <w:p>
            <w:r/>
            <w:r>
              <w:rPr>
                <w:rFonts w:ascii="Malgun Gothic" w:hAnsi="Malgun Gothic" w:eastAsia="Malgun Gothic"/>
                <w:b w:val="0"/>
                <w:sz w:val="14"/>
              </w:rPr>
              <w:t>229.9375411287588</w:t>
            </w:r>
          </w:p>
        </w:tc>
        <w:tc>
          <w:tcPr>
            <w:tcW w:type="dxa" w:w="519"/>
            <w:vAlign w:val="center"/>
          </w:tcPr>
          <w:p>
            <w:r/>
            <w:r>
              <w:rPr>
                <w:rFonts w:ascii="Malgun Gothic" w:hAnsi="Malgun Gothic" w:eastAsia="Malgun Gothic"/>
                <w:b w:val="0"/>
                <w:sz w:val="14"/>
              </w:rPr>
              <w:t>75.9208218491606</w:t>
            </w:r>
          </w:p>
        </w:tc>
        <w:tc>
          <w:tcPr>
            <w:tcW w:type="dxa" w:w="519"/>
            <w:vAlign w:val="center"/>
          </w:tcPr>
          <w:p>
            <w:r/>
            <w:r>
              <w:rPr>
                <w:rFonts w:ascii="Malgun Gothic" w:hAnsi="Malgun Gothic" w:eastAsia="Malgun Gothic"/>
                <w:b w:val="0"/>
                <w:sz w:val="14"/>
              </w:rPr>
              <w:t>239.46</w:t>
            </w:r>
          </w:p>
        </w:tc>
        <w:tc>
          <w:tcPr>
            <w:tcW w:type="dxa" w:w="519"/>
            <w:vAlign w:val="center"/>
          </w:tcPr>
          <w:p>
            <w:r/>
            <w:r>
              <w:rPr>
                <w:rFonts w:ascii="Malgun Gothic" w:hAnsi="Malgun Gothic" w:eastAsia="Malgun Gothic"/>
                <w:b w:val="0"/>
                <w:sz w:val="14"/>
              </w:rPr>
              <w:t>0.48304152855143473</w:t>
            </w:r>
          </w:p>
        </w:tc>
        <w:tc>
          <w:tcPr>
            <w:tcW w:type="dxa" w:w="519"/>
            <w:vAlign w:val="center"/>
          </w:tcPr>
          <w:p>
            <w:r/>
            <w:r>
              <w:rPr>
                <w:rFonts w:ascii="Malgun Gothic" w:hAnsi="Malgun Gothic" w:eastAsia="Malgun Gothic"/>
                <w:b w:val="0"/>
                <w:sz w:val="14"/>
              </w:rPr>
              <w:t>0.0036003713321039266</w:t>
            </w:r>
          </w:p>
        </w:tc>
        <w:tc>
          <w:tcPr>
            <w:tcW w:type="dxa" w:w="519"/>
            <w:vAlign w:val="center"/>
          </w:tcPr>
          <w:p>
            <w:r/>
            <w:r>
              <w:rPr>
                <w:rFonts w:ascii="Malgun Gothic" w:hAnsi="Malgun Gothic" w:eastAsia="Malgun Gothic"/>
                <w:b w:val="0"/>
                <w:sz w:val="14"/>
              </w:rPr>
              <w:t>-0.35279869364942634</w:t>
            </w:r>
          </w:p>
        </w:tc>
        <w:tc>
          <w:tcPr>
            <w:tcW w:type="dxa" w:w="519"/>
            <w:vAlign w:val="center"/>
          </w:tcPr>
          <w:p>
            <w:r/>
            <w:r>
              <w:rPr>
                <w:rFonts w:ascii="Malgun Gothic" w:hAnsi="Malgun Gothic" w:eastAsia="Malgun Gothic"/>
                <w:b w:val="0"/>
                <w:sz w:val="14"/>
              </w:rPr>
              <w:t>0.5447891662174565</w:t>
            </w:r>
          </w:p>
        </w:tc>
        <w:tc>
          <w:tcPr>
            <w:tcW w:type="dxa" w:w="519"/>
            <w:vAlign w:val="center"/>
          </w:tcPr>
          <w:p>
            <w:r/>
            <w:r>
              <w:rPr>
                <w:rFonts w:ascii="Malgun Gothic" w:hAnsi="Malgun Gothic" w:eastAsia="Malgun Gothic"/>
                <w:b w:val="0"/>
                <w:sz w:val="14"/>
              </w:rPr>
              <w:t>0.1696580931128922</w:t>
            </w:r>
          </w:p>
        </w:tc>
        <w:tc>
          <w:tcPr>
            <w:tcW w:type="dxa" w:w="519"/>
            <w:vAlign w:val="center"/>
          </w:tcPr>
          <w:p>
            <w:r/>
            <w:r>
              <w:rPr>
                <w:rFonts w:ascii="Malgun Gothic" w:hAnsi="Malgun Gothic" w:eastAsia="Malgun Gothic"/>
                <w:b w:val="0"/>
                <w:sz w:val="14"/>
              </w:rPr>
              <w:t>0.4204514737049085</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-0.08975976358276522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0.0604709573090076</w:t>
            </w:r>
          </w:p>
        </w:tc>
        <w:tc>
          <w:tcPr>
            <w:tcW w:type="dxa" w:w="519"/>
            <w:vAlign w:val="center"/>
          </w:tcPr>
          <w:p>
            <w:r/>
            <w:r>
              <w:rPr>
                <w:rFonts w:ascii="Malgun Gothic" w:hAnsi="Malgun Gothic" w:eastAsia="Malgun Gothic"/>
                <w:b w:val="0"/>
                <w:sz w:val="14"/>
              </w:rPr>
              <w:t>205.1170476207177</w:t>
            </w:r>
          </w:p>
        </w:tc>
        <w:tc>
          <w:tcPr>
            <w:tcW w:type="dxa" w:w="519"/>
            <w:vAlign w:val="center"/>
          </w:tcPr>
          <w:p>
            <w:r/>
            <w:r>
              <w:rPr>
                <w:rFonts w:ascii="Malgun Gothic" w:hAnsi="Malgun Gothic" w:eastAsia="Malgun Gothic"/>
                <w:b w:val="0"/>
                <w:sz w:val="14"/>
              </w:rPr>
              <w:t>87.30707210320205</w:t>
            </w:r>
          </w:p>
        </w:tc>
        <w:tc>
          <w:tcPr>
            <w:tcW w:type="dxa" w:w="519"/>
            <w:vAlign w:val="center"/>
          </w:tcPr>
          <w:p>
            <w:r/>
            <w:r>
              <w:rPr>
                <w:rFonts w:ascii="Malgun Gothic" w:hAnsi="Malgun Gothic" w:eastAsia="Malgun Gothic"/>
                <w:b w:val="0"/>
                <w:sz w:val="14"/>
              </w:rPr>
              <w:t>1041.84</w:t>
            </w:r>
          </w:p>
        </w:tc>
        <w:tc>
          <w:tcPr>
            <w:tcW w:type="dxa" w:w="519"/>
            <w:vAlign w:val="center"/>
          </w:tcPr>
          <w:p>
            <w:r/>
            <w:r>
              <w:rPr>
                <w:rFonts w:ascii="Malgun Gothic" w:hAnsi="Malgun Gothic" w:eastAsia="Malgun Gothic"/>
                <w:b w:val="0"/>
                <w:sz w:val="14"/>
              </w:rPr>
              <w:t>-0.2564864512207348</w:t>
            </w:r>
          </w:p>
        </w:tc>
        <w:tc>
          <w:tcPr>
            <w:tcW w:type="dxa" w:w="519"/>
            <w:vAlign w:val="center"/>
          </w:tcPr>
          <w:p>
            <w:r/>
            <w:r>
              <w:rPr>
                <w:rFonts w:ascii="Malgun Gothic" w:hAnsi="Malgun Gothic" w:eastAsia="Malgun Gothic"/>
                <w:b w:val="0"/>
                <w:sz w:val="14"/>
              </w:rPr>
              <w:t>-0.8873905693381575</w:t>
            </w:r>
          </w:p>
        </w:tc>
        <w:tc>
          <w:tcPr>
            <w:tcW w:type="dxa" w:w="519"/>
            <w:vAlign w:val="center"/>
          </w:tcPr>
          <w:p>
            <w:r/>
            <w:r>
              <w:rPr>
                <w:rFonts w:ascii="Malgun Gothic" w:hAnsi="Malgun Gothic" w:eastAsia="Malgun Gothic"/>
                <w:b w:val="0"/>
                <w:sz w:val="14"/>
              </w:rPr>
              <w:t>0.2335779182583547</w:t>
            </w:r>
          </w:p>
        </w:tc>
        <w:tc>
          <w:tcPr>
            <w:tcW w:type="dxa" w:w="519"/>
            <w:vAlign w:val="center"/>
          </w:tcPr>
          <w:p>
            <w:r/>
            <w:r>
              <w:rPr>
                <w:rFonts w:ascii="Malgun Gothic" w:hAnsi="Malgun Gothic" w:eastAsia="Malgun Gothic"/>
                <w:b w:val="0"/>
                <w:sz w:val="14"/>
              </w:rPr>
              <w:t>5.258277151728924</w:t>
            </w:r>
          </w:p>
        </w:tc>
        <w:tc>
          <w:tcPr>
            <w:tcW w:type="dxa" w:w="519"/>
            <w:vAlign w:val="center"/>
          </w:tcPr>
          <w:p>
            <w:r/>
            <w:r>
              <w:rPr>
                <w:rFonts w:ascii="Malgun Gothic" w:hAnsi="Malgun Gothic" w:eastAsia="Malgun Gothic"/>
                <w:b w:val="0"/>
                <w:sz w:val="14"/>
              </w:rPr>
              <w:t>1.0869945123570965</w:t>
            </w:r>
          </w:p>
        </w:tc>
        <w:tc>
          <w:tcPr>
            <w:tcW w:type="dxa" w:w="519"/>
            <w:vAlign w:val="center"/>
          </w:tcPr>
          <w:p>
            <w:r/>
            <w:r>
              <w:rPr>
                <w:rFonts w:ascii="Malgun Gothic" w:hAnsi="Malgun Gothic" w:eastAsia="Malgun Gothic"/>
                <w:b w:val="0"/>
                <w:sz w:val="14"/>
              </w:rPr>
              <w:t>0.6274138166479385</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0.2729454850838602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0.0225888956338167</w:t>
            </w:r>
          </w:p>
        </w:tc>
        <w:tc>
          <w:tcPr>
            <w:tcW w:type="dxa" w:w="519"/>
            <w:vAlign w:val="center"/>
          </w:tcPr>
          <w:p>
            <w:r/>
            <w:r>
              <w:rPr>
                <w:rFonts w:ascii="Malgun Gothic" w:hAnsi="Malgun Gothic" w:eastAsia="Malgun Gothic"/>
                <w:b w:val="0"/>
                <w:sz w:val="14"/>
              </w:rPr>
              <w:t>214.67391456875907</w:t>
            </w:r>
          </w:p>
        </w:tc>
        <w:tc>
          <w:tcPr>
            <w:tcW w:type="dxa" w:w="519"/>
            <w:vAlign w:val="center"/>
          </w:tcPr>
          <w:p>
            <w:r/>
            <w:r>
              <w:rPr>
                <w:rFonts w:ascii="Malgun Gothic" w:hAnsi="Malgun Gothic" w:eastAsia="Malgun Gothic"/>
                <w:b w:val="0"/>
                <w:sz w:val="14"/>
              </w:rPr>
              <w:t>91.2280701754386</w:t>
            </w:r>
          </w:p>
        </w:tc>
        <w:tc>
          <w:tcPr>
            <w:tcW w:type="dxa" w:w="519"/>
            <w:vAlign w:val="center"/>
          </w:tcPr>
          <w:p>
            <w:r/>
            <w:r>
              <w:rPr>
                <w:rFonts w:ascii="Malgun Gothic" w:hAnsi="Malgun Gothic" w:eastAsia="Malgun Gothic"/>
                <w:b w:val="0"/>
                <w:sz w:val="14"/>
              </w:rPr>
              <w:t>17.1</w:t>
            </w:r>
          </w:p>
        </w:tc>
        <w:tc>
          <w:tcPr>
            <w:tcW w:type="dxa" w:w="519"/>
            <w:vAlign w:val="center"/>
          </w:tcPr>
          <w:p>
            <w:r/>
            <w:r>
              <w:rPr>
                <w:rFonts w:ascii="Malgun Gothic" w:hAnsi="Malgun Gothic" w:eastAsia="Malgun Gothic"/>
                <w:b w:val="0"/>
                <w:sz w:val="14"/>
              </w:rPr>
              <w:t>-1.5530989704661737</w:t>
            </w:r>
          </w:p>
        </w:tc>
        <w:tc>
          <w:tcPr>
            <w:tcW w:type="dxa" w:w="519"/>
            <w:vAlign w:val="center"/>
          </w:tcPr>
          <w:p>
            <w:r/>
            <w:r>
              <w:rPr>
                <w:rFonts w:ascii="Malgun Gothic" w:hAnsi="Malgun Gothic" w:eastAsia="Malgun Gothic"/>
                <w:b w:val="0"/>
                <w:sz w:val="14"/>
              </w:rPr>
              <w:t>-0.5443239873164389</w:t>
            </w:r>
          </w:p>
        </w:tc>
        <w:tc>
          <w:tcPr>
            <w:tcW w:type="dxa" w:w="519"/>
            <w:vAlign w:val="center"/>
          </w:tcPr>
          <w:p>
            <w:r/>
            <w:r>
              <w:rPr>
                <w:rFonts w:ascii="Malgun Gothic" w:hAnsi="Malgun Gothic" w:eastAsia="Malgun Gothic"/>
                <w:b w:val="0"/>
                <w:sz w:val="14"/>
              </w:rPr>
              <w:t>0.4355040584359729</w:t>
            </w:r>
          </w:p>
        </w:tc>
        <w:tc>
          <w:tcPr>
            <w:tcW w:type="dxa" w:w="519"/>
            <w:vAlign w:val="center"/>
          </w:tcPr>
          <w:p>
            <w:r/>
            <w:r>
              <w:rPr>
                <w:rFonts w:ascii="Malgun Gothic" w:hAnsi="Malgun Gothic" w:eastAsia="Malgun Gothic"/>
                <w:b w:val="0"/>
                <w:sz w:val="14"/>
              </w:rPr>
              <w:t>-0.7614387911821919</w:t>
            </w:r>
          </w:p>
        </w:tc>
        <w:tc>
          <w:tcPr>
            <w:tcW w:type="dxa" w:w="519"/>
            <w:vAlign w:val="center"/>
          </w:tcPr>
          <w:p>
            <w:r/>
            <w:r>
              <w:rPr>
                <w:rFonts w:ascii="Malgun Gothic" w:hAnsi="Malgun Gothic" w:eastAsia="Malgun Gothic"/>
                <w:b w:val="0"/>
                <w:sz w:val="14"/>
              </w:rPr>
              <w:t>-0.6058394226322079</w:t>
            </w:r>
          </w:p>
        </w:tc>
        <w:tc>
          <w:tcPr>
            <w:tcW w:type="dxa" w:w="519"/>
            <w:vAlign w:val="center"/>
          </w:tcPr>
          <w:p>
            <w:r/>
            <w:r>
              <w:rPr>
                <w:rFonts w:ascii="Malgun Gothic" w:hAnsi="Malgun Gothic" w:eastAsia="Malgun Gothic"/>
                <w:b w:val="0"/>
                <w:sz w:val="14"/>
              </w:rPr>
              <w:t>0.24548972636979172</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-0.23977499840367278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0.0605529174208641</w:t>
            </w:r>
          </w:p>
        </w:tc>
        <w:tc>
          <w:tcPr>
            <w:tcW w:type="dxa" w:w="519"/>
            <w:vAlign w:val="center"/>
          </w:tcPr>
          <w:p>
            <w:r/>
            <w:r>
              <w:rPr>
                <w:rFonts w:ascii="Malgun Gothic" w:hAnsi="Malgun Gothic" w:eastAsia="Malgun Gothic"/>
                <w:b w:val="0"/>
                <w:sz w:val="14"/>
              </w:rPr>
              <w:t>287.84437392619867</w:t>
            </w:r>
          </w:p>
        </w:tc>
        <w:tc>
          <w:tcPr>
            <w:tcW w:type="dxa" w:w="519"/>
            <w:vAlign w:val="center"/>
          </w:tcPr>
          <w:p>
            <w:r/>
            <w:r>
              <w:rPr>
                <w:rFonts w:ascii="Malgun Gothic" w:hAnsi="Malgun Gothic" w:eastAsia="Malgun Gothic"/>
                <w:b w:val="0"/>
                <w:sz w:val="14"/>
              </w:rPr>
              <w:t>88.61726508785331</w:t>
            </w:r>
          </w:p>
        </w:tc>
        <w:tc>
          <w:tcPr>
            <w:tcW w:type="dxa" w:w="519"/>
            <w:vAlign w:val="center"/>
          </w:tcPr>
          <w:p>
            <w:r/>
            <w:r>
              <w:rPr>
                <w:rFonts w:ascii="Malgun Gothic" w:hAnsi="Malgun Gothic" w:eastAsia="Malgun Gothic"/>
                <w:b w:val="0"/>
                <w:sz w:val="14"/>
              </w:rPr>
              <w:t>78.54</w:t>
            </w:r>
          </w:p>
        </w:tc>
        <w:tc>
          <w:tcPr>
            <w:tcW w:type="dxa" w:w="519"/>
            <w:vAlign w:val="center"/>
          </w:tcPr>
          <w:p>
            <w:r/>
            <w:r>
              <w:rPr>
                <w:rFonts w:ascii="Malgun Gothic" w:hAnsi="Malgun Gothic" w:eastAsia="Malgun Gothic"/>
                <w:b w:val="0"/>
                <w:sz w:val="14"/>
              </w:rPr>
              <w:t>-0.2536811522899883</w:t>
            </w:r>
          </w:p>
        </w:tc>
        <w:tc>
          <w:tcPr>
            <w:tcW w:type="dxa" w:w="519"/>
            <w:vAlign w:val="center"/>
          </w:tcPr>
          <w:p>
            <w:r/>
            <w:r>
              <w:rPr>
                <w:rFonts w:ascii="Malgun Gothic" w:hAnsi="Malgun Gothic" w:eastAsia="Malgun Gothic"/>
                <w:b w:val="0"/>
                <w:sz w:val="14"/>
              </w:rPr>
              <w:t>2.08230454410415</w:t>
            </w:r>
          </w:p>
        </w:tc>
        <w:tc>
          <w:tcPr>
            <w:tcW w:type="dxa" w:w="519"/>
            <w:vAlign w:val="center"/>
          </w:tcPr>
          <w:p>
            <w:r/>
            <w:r>
              <w:rPr>
                <w:rFonts w:ascii="Malgun Gothic" w:hAnsi="Malgun Gothic" w:eastAsia="Malgun Gothic"/>
                <w:b w:val="0"/>
                <w:sz w:val="14"/>
              </w:rPr>
              <w:t>0.3010510991690293</w:t>
            </w:r>
          </w:p>
        </w:tc>
        <w:tc>
          <w:tcPr>
            <w:tcW w:type="dxa" w:w="519"/>
            <w:vAlign w:val="center"/>
          </w:tcPr>
          <w:p>
            <w:r/>
            <w:r>
              <w:rPr>
                <w:rFonts w:ascii="Malgun Gothic" w:hAnsi="Malgun Gothic" w:eastAsia="Malgun Gothic"/>
                <w:b w:val="0"/>
                <w:sz w:val="14"/>
              </w:rPr>
              <w:t>-0.4005166572433791</w:t>
            </w:r>
          </w:p>
        </w:tc>
        <w:tc>
          <w:tcPr>
            <w:tcW w:type="dxa" w:w="519"/>
            <w:vAlign w:val="center"/>
          </w:tcPr>
          <w:p>
            <w:r/>
            <w:r>
              <w:rPr>
                <w:rFonts w:ascii="Malgun Gothic" w:hAnsi="Malgun Gothic" w:eastAsia="Malgun Gothic"/>
                <w:b w:val="0"/>
                <w:sz w:val="14"/>
              </w:rPr>
              <w:t>0.432289458434953</w:t>
            </w:r>
          </w:p>
        </w:tc>
        <w:tc>
          <w:tcPr>
            <w:tcW w:type="dxa" w:w="519"/>
            <w:vAlign w:val="center"/>
          </w:tcPr>
          <w:p>
            <w:r/>
            <w:r>
              <w:rPr>
                <w:rFonts w:ascii="Malgun Gothic" w:hAnsi="Malgun Gothic" w:eastAsia="Malgun Gothic"/>
                <w:b w:val="0"/>
                <w:sz w:val="14"/>
              </w:rPr>
              <w:t>0.4797043296442416</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-0.0927645501741794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0.0469783395528793</w:t>
            </w:r>
          </w:p>
        </w:tc>
        <w:tc>
          <w:tcPr>
            <w:tcW w:type="dxa" w:w="519"/>
            <w:vAlign w:val="center"/>
          </w:tcPr>
          <w:p>
            <w:r/>
            <w:r>
              <w:rPr>
                <w:rFonts w:ascii="Malgun Gothic" w:hAnsi="Malgun Gothic" w:eastAsia="Malgun Gothic"/>
                <w:b w:val="0"/>
                <w:sz w:val="14"/>
              </w:rPr>
              <w:t>256.5968057657951</w:t>
            </w:r>
          </w:p>
        </w:tc>
        <w:tc>
          <w:tcPr>
            <w:tcW w:type="dxa" w:w="519"/>
            <w:vAlign w:val="center"/>
          </w:tcPr>
          <w:p>
            <w:r/>
            <w:r>
              <w:rPr>
                <w:rFonts w:ascii="Malgun Gothic" w:hAnsi="Malgun Gothic" w:eastAsia="Malgun Gothic"/>
                <w:b w:val="0"/>
                <w:sz w:val="14"/>
              </w:rPr>
              <w:t>55.48098434004474</w:t>
            </w:r>
          </w:p>
        </w:tc>
        <w:tc>
          <w:tcPr>
            <w:tcW w:type="dxa" w:w="519"/>
            <w:vAlign w:val="center"/>
          </w:tcPr>
          <w:p>
            <w:r/>
            <w:r>
              <w:rPr>
                <w:rFonts w:ascii="Malgun Gothic" w:hAnsi="Malgun Gothic" w:eastAsia="Malgun Gothic"/>
                <w:b w:val="0"/>
                <w:sz w:val="14"/>
              </w:rPr>
              <w:t>201.15</w:t>
            </w:r>
          </w:p>
        </w:tc>
        <w:tc>
          <w:tcPr>
            <w:tcW w:type="dxa" w:w="519"/>
            <w:vAlign w:val="center"/>
          </w:tcPr>
          <w:p>
            <w:r/>
            <w:r>
              <w:rPr>
                <w:rFonts w:ascii="Malgun Gothic" w:hAnsi="Malgun Gothic" w:eastAsia="Malgun Gothic"/>
                <w:b w:val="0"/>
                <w:sz w:val="14"/>
              </w:rPr>
              <w:t>-0.7183065403698585</w:t>
            </w:r>
          </w:p>
        </w:tc>
        <w:tc>
          <w:tcPr>
            <w:tcW w:type="dxa" w:w="519"/>
            <w:vAlign w:val="center"/>
          </w:tcPr>
          <w:p>
            <w:r/>
            <w:r>
              <w:rPr>
                <w:rFonts w:ascii="Malgun Gothic" w:hAnsi="Malgun Gothic" w:eastAsia="Malgun Gothic"/>
                <w:b w:val="0"/>
                <w:sz w:val="14"/>
              </w:rPr>
              <w:t>0.9605983967273332</w:t>
            </w:r>
          </w:p>
        </w:tc>
        <w:tc>
          <w:tcPr>
            <w:tcW w:type="dxa" w:w="519"/>
            <w:vAlign w:val="center"/>
          </w:tcPr>
          <w:p>
            <w:r/>
            <w:r>
              <w:rPr>
                <w:rFonts w:ascii="Malgun Gothic" w:hAnsi="Malgun Gothic" w:eastAsia="Malgun Gothic"/>
                <w:b w:val="0"/>
                <w:sz w:val="14"/>
              </w:rPr>
              <w:t>-1.4054229025971277</w:t>
            </w:r>
          </w:p>
        </w:tc>
        <w:tc>
          <w:tcPr>
            <w:tcW w:type="dxa" w:w="519"/>
            <w:vAlign w:val="center"/>
          </w:tcPr>
          <w:p>
            <w:r/>
            <w:r>
              <w:rPr>
                <w:rFonts w:ascii="Malgun Gothic" w:hAnsi="Malgun Gothic" w:eastAsia="Malgun Gothic"/>
                <w:b w:val="0"/>
                <w:sz w:val="14"/>
              </w:rPr>
              <w:t>0.31974152703783554</w:t>
            </w:r>
          </w:p>
        </w:tc>
        <w:tc>
          <w:tcPr>
            <w:tcW w:type="dxa" w:w="519"/>
            <w:vAlign w:val="center"/>
          </w:tcPr>
          <w:p>
            <w:r/>
            <w:r>
              <w:rPr>
                <w:rFonts w:ascii="Malgun Gothic" w:hAnsi="Malgun Gothic" w:eastAsia="Malgun Gothic"/>
                <w:b w:val="0"/>
                <w:sz w:val="14"/>
              </w:rPr>
              <w:t>-0.21084737980045434</w:t>
            </w:r>
          </w:p>
        </w:tc>
        <w:tc>
          <w:tcPr>
            <w:tcW w:type="dxa" w:w="519"/>
            <w:vAlign w:val="center"/>
          </w:tcPr>
          <w:p>
            <w:r/>
            <w:r>
              <w:rPr>
                <w:rFonts w:ascii="Malgun Gothic" w:hAnsi="Malgun Gothic" w:eastAsia="Malgun Gothic"/>
                <w:b w:val="0"/>
                <w:sz w:val="14"/>
              </w:rPr>
              <w:t>0.3346047739285337</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-0.1314057595893658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0.034574244171381</w:t>
            </w:r>
          </w:p>
        </w:tc>
        <w:tc>
          <w:tcPr>
            <w:tcW w:type="dxa" w:w="519"/>
            <w:vAlign w:val="center"/>
          </w:tcPr>
          <w:p>
            <w:r/>
            <w:r>
              <w:rPr>
                <w:rFonts w:ascii="Malgun Gothic" w:hAnsi="Malgun Gothic" w:eastAsia="Malgun Gothic"/>
                <w:b w:val="0"/>
                <w:sz w:val="14"/>
              </w:rPr>
              <w:t>212.6149382327445</w:t>
            </w:r>
          </w:p>
        </w:tc>
        <w:tc>
          <w:tcPr>
            <w:tcW w:type="dxa" w:w="519"/>
            <w:vAlign w:val="center"/>
          </w:tcPr>
          <w:p>
            <w:r/>
            <w:r>
              <w:rPr>
                <w:rFonts w:ascii="Malgun Gothic" w:hAnsi="Malgun Gothic" w:eastAsia="Malgun Gothic"/>
                <w:b w:val="0"/>
                <w:sz w:val="14"/>
              </w:rPr>
              <w:t>110.1996171725458</w:t>
            </w:r>
          </w:p>
        </w:tc>
        <w:tc>
          <w:tcPr>
            <w:tcW w:type="dxa" w:w="519"/>
            <w:vAlign w:val="center"/>
          </w:tcPr>
          <w:p>
            <w:r/>
            <w:r>
              <w:rPr>
                <w:rFonts w:ascii="Malgun Gothic" w:hAnsi="Malgun Gothic" w:eastAsia="Malgun Gothic"/>
                <w:b w:val="0"/>
                <w:sz w:val="14"/>
              </w:rPr>
              <w:t>219.42</w:t>
            </w:r>
          </w:p>
        </w:tc>
        <w:tc>
          <w:tcPr>
            <w:tcW w:type="dxa" w:w="519"/>
            <w:vAlign w:val="center"/>
          </w:tcPr>
          <w:p>
            <w:r/>
            <w:r>
              <w:rPr>
                <w:rFonts w:ascii="Malgun Gothic" w:hAnsi="Malgun Gothic" w:eastAsia="Malgun Gothic"/>
                <w:b w:val="0"/>
                <w:sz w:val="14"/>
              </w:rPr>
              <w:t>-1.1428691077260655</w:t>
            </w:r>
          </w:p>
        </w:tc>
        <w:tc>
          <w:tcPr>
            <w:tcW w:type="dxa" w:w="519"/>
            <w:vAlign w:val="center"/>
          </w:tcPr>
          <w:p>
            <w:r/>
            <w:r>
              <w:rPr>
                <w:rFonts w:ascii="Malgun Gothic" w:hAnsi="Malgun Gothic" w:eastAsia="Malgun Gothic"/>
                <w:b w:val="0"/>
                <w:sz w:val="14"/>
              </w:rPr>
              <w:t>-0.6182358642841191</w:t>
            </w:r>
          </w:p>
        </w:tc>
        <w:tc>
          <w:tcPr>
            <w:tcW w:type="dxa" w:w="519"/>
            <w:vAlign w:val="center"/>
          </w:tcPr>
          <w:p>
            <w:r/>
            <w:r>
              <w:rPr>
                <w:rFonts w:ascii="Malgun Gothic" w:hAnsi="Malgun Gothic" w:eastAsia="Malgun Gothic"/>
                <w:b w:val="0"/>
                <w:sz w:val="14"/>
              </w:rPr>
              <w:t>1.4125132759230405</w:t>
            </w:r>
          </w:p>
        </w:tc>
        <w:tc>
          <w:tcPr>
            <w:tcW w:type="dxa" w:w="519"/>
            <w:vAlign w:val="center"/>
          </w:tcPr>
          <w:p>
            <w:r/>
            <w:r>
              <w:rPr>
                <w:rFonts w:ascii="Malgun Gothic" w:hAnsi="Malgun Gothic" w:eastAsia="Malgun Gothic"/>
                <w:b w:val="0"/>
                <w:sz w:val="14"/>
              </w:rPr>
              <w:t>0.4270665170616328</w:t>
            </w:r>
          </w:p>
        </w:tc>
        <w:tc>
          <w:tcPr>
            <w:tcW w:type="dxa" w:w="519"/>
            <w:vAlign w:val="center"/>
          </w:tcPr>
          <w:p>
            <w:r/>
            <w:r>
              <w:rPr>
                <w:rFonts w:ascii="Malgun Gothic" w:hAnsi="Malgun Gothic" w:eastAsia="Malgun Gothic"/>
                <w:b w:val="0"/>
                <w:sz w:val="14"/>
              </w:rPr>
              <w:t>0.019618705243622137</w:t>
            </w:r>
          </w:p>
        </w:tc>
        <w:tc>
          <w:tcPr>
            <w:tcW w:type="dxa" w:w="519"/>
            <w:vAlign w:val="center"/>
          </w:tcPr>
          <w:p>
            <w:r/>
            <w:r>
              <w:rPr>
                <w:rFonts w:ascii="Malgun Gothic" w:hAnsi="Malgun Gothic" w:eastAsia="Malgun Gothic"/>
                <w:b w:val="0"/>
                <w:sz w:val="14"/>
              </w:rPr>
              <w:t>0.38660074828320723</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-0.10611487565451799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0.1157152205705642</w:t>
            </w:r>
          </w:p>
        </w:tc>
        <w:tc>
          <w:tcPr>
            <w:tcW w:type="dxa" w:w="519"/>
            <w:vAlign w:val="center"/>
          </w:tcPr>
          <w:p>
            <w:r/>
            <w:r>
              <w:rPr>
                <w:rFonts w:ascii="Malgun Gothic" w:hAnsi="Malgun Gothic" w:eastAsia="Malgun Gothic"/>
                <w:b w:val="0"/>
                <w:sz w:val="14"/>
              </w:rPr>
              <w:t>277.45412075667286</w:t>
            </w:r>
          </w:p>
        </w:tc>
        <w:tc>
          <w:tcPr>
            <w:tcW w:type="dxa" w:w="519"/>
            <w:vAlign w:val="center"/>
          </w:tcPr>
          <w:p>
            <w:r/>
            <w:r>
              <w:rPr>
                <w:rFonts w:ascii="Malgun Gothic" w:hAnsi="Malgun Gothic" w:eastAsia="Malgun Gothic"/>
                <w:b w:val="0"/>
                <w:sz w:val="14"/>
              </w:rPr>
              <w:t>76.92307692307692</w:t>
            </w:r>
          </w:p>
        </w:tc>
        <w:tc>
          <w:tcPr>
            <w:tcW w:type="dxa" w:w="519"/>
            <w:vAlign w:val="center"/>
          </w:tcPr>
          <w:p>
            <w:r/>
            <w:r>
              <w:rPr>
                <w:rFonts w:ascii="Malgun Gothic" w:hAnsi="Malgun Gothic" w:eastAsia="Malgun Gothic"/>
                <w:b w:val="0"/>
                <w:sz w:val="14"/>
              </w:rPr>
              <w:t>2.34</w:t>
            </w:r>
          </w:p>
        </w:tc>
        <w:tc>
          <w:tcPr>
            <w:tcW w:type="dxa" w:w="519"/>
            <w:vAlign w:val="center"/>
          </w:tcPr>
          <w:p>
            <w:r/>
            <w:r>
              <w:rPr>
                <w:rFonts w:ascii="Malgun Gothic" w:hAnsi="Malgun Gothic" w:eastAsia="Malgun Gothic"/>
                <w:b w:val="0"/>
                <w:sz w:val="14"/>
              </w:rPr>
              <w:t>1.6343927721858456</w:t>
            </w:r>
          </w:p>
        </w:tc>
        <w:tc>
          <w:tcPr>
            <w:tcW w:type="dxa" w:w="519"/>
            <w:vAlign w:val="center"/>
          </w:tcPr>
          <w:p>
            <w:r/>
            <w:r>
              <w:rPr>
                <w:rFonts w:ascii="Malgun Gothic" w:hAnsi="Malgun Gothic" w:eastAsia="Malgun Gothic"/>
                <w:b w:val="0"/>
                <w:sz w:val="14"/>
              </w:rPr>
              <w:t>1.7093215716939207</w:t>
            </w:r>
          </w:p>
        </w:tc>
        <w:tc>
          <w:tcPr>
            <w:tcW w:type="dxa" w:w="519"/>
            <w:vAlign w:val="center"/>
          </w:tcPr>
          <w:p>
            <w:r/>
            <w:r>
              <w:rPr>
                <w:rFonts w:ascii="Malgun Gothic" w:hAnsi="Malgun Gothic" w:eastAsia="Malgun Gothic"/>
                <w:b w:val="0"/>
                <w:sz w:val="14"/>
              </w:rPr>
              <w:t>-0.3011839020017692</w:t>
            </w:r>
          </w:p>
        </w:tc>
        <w:tc>
          <w:tcPr>
            <w:tcW w:type="dxa" w:w="519"/>
            <w:vAlign w:val="center"/>
          </w:tcPr>
          <w:p>
            <w:r/>
            <w:r>
              <w:rPr>
                <w:rFonts w:ascii="Malgun Gothic" w:hAnsi="Malgun Gothic" w:eastAsia="Malgun Gothic"/>
                <w:b w:val="0"/>
                <w:sz w:val="14"/>
              </w:rPr>
              <w:t>-0.8481446944526488</w:t>
            </w:r>
          </w:p>
        </w:tc>
        <w:tc>
          <w:tcPr>
            <w:tcW w:type="dxa" w:w="519"/>
            <w:vAlign w:val="center"/>
          </w:tcPr>
          <w:p>
            <w:r/>
            <w:r>
              <w:rPr>
                <w:rFonts w:ascii="Malgun Gothic" w:hAnsi="Malgun Gothic" w:eastAsia="Malgun Gothic"/>
                <w:b w:val="0"/>
                <w:sz w:val="14"/>
              </w:rPr>
              <w:t>0.5485964368563371</w:t>
            </w:r>
          </w:p>
        </w:tc>
        <w:tc>
          <w:tcPr>
            <w:tcW w:type="dxa" w:w="519"/>
            <w:vAlign w:val="center"/>
          </w:tcPr>
          <w:p>
            <w:r/>
            <w:r>
              <w:rPr>
                <w:rFonts w:ascii="Malgun Gothic" w:hAnsi="Malgun Gothic" w:eastAsia="Malgun Gothic"/>
                <w:b w:val="0"/>
                <w:sz w:val="14"/>
              </w:rPr>
              <w:t>0.5059446099271789</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-0.11936664379672368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0.0352397561073303</w:t>
            </w:r>
          </w:p>
        </w:tc>
        <w:tc>
          <w:tcPr>
            <w:tcW w:type="dxa" w:w="519"/>
            <w:vAlign w:val="center"/>
          </w:tcPr>
          <w:p>
            <w:r/>
            <w:r>
              <w:rPr>
                <w:rFonts w:ascii="Malgun Gothic" w:hAnsi="Malgun Gothic" w:eastAsia="Malgun Gothic"/>
                <w:b w:val="0"/>
                <w:sz w:val="14"/>
              </w:rPr>
              <w:t>235.9310813929666</w:t>
            </w:r>
          </w:p>
        </w:tc>
        <w:tc>
          <w:tcPr>
            <w:tcW w:type="dxa" w:w="519"/>
            <w:vAlign w:val="center"/>
          </w:tcPr>
          <w:p>
            <w:r/>
            <w:r>
              <w:rPr>
                <w:rFonts w:ascii="Malgun Gothic" w:hAnsi="Malgun Gothic" w:eastAsia="Malgun Gothic"/>
                <w:b w:val="0"/>
                <w:sz w:val="14"/>
              </w:rPr>
              <w:t>88.88888888888889</w:t>
            </w:r>
          </w:p>
        </w:tc>
        <w:tc>
          <w:tcPr>
            <w:tcW w:type="dxa" w:w="519"/>
            <w:vAlign w:val="center"/>
          </w:tcPr>
          <w:p>
            <w:r/>
            <w:r>
              <w:rPr>
                <w:rFonts w:ascii="Malgun Gothic" w:hAnsi="Malgun Gothic" w:eastAsia="Malgun Gothic"/>
                <w:b w:val="0"/>
                <w:sz w:val="14"/>
              </w:rPr>
              <w:t>99.9</w:t>
            </w:r>
          </w:p>
        </w:tc>
        <w:tc>
          <w:tcPr>
            <w:tcW w:type="dxa" w:w="519"/>
            <w:vAlign w:val="center"/>
          </w:tcPr>
          <w:p>
            <w:r/>
            <w:r>
              <w:rPr>
                <w:rFonts w:ascii="Malgun Gothic" w:hAnsi="Malgun Gothic" w:eastAsia="Malgun Gothic"/>
                <w:b w:val="0"/>
                <w:sz w:val="14"/>
              </w:rPr>
              <w:t>-1.1200902232171408</w:t>
            </w:r>
          </w:p>
        </w:tc>
        <w:tc>
          <w:tcPr>
            <w:tcW w:type="dxa" w:w="519"/>
            <w:vAlign w:val="center"/>
          </w:tcPr>
          <w:p>
            <w:r/>
            <w:r>
              <w:rPr>
                <w:rFonts w:ascii="Malgun Gothic" w:hAnsi="Malgun Gothic" w:eastAsia="Malgun Gothic"/>
                <w:b w:val="0"/>
                <w:sz w:val="14"/>
              </w:rPr>
              <w:t>0.2187528249374902</w:t>
            </w:r>
          </w:p>
        </w:tc>
        <w:tc>
          <w:tcPr>
            <w:tcW w:type="dxa" w:w="519"/>
            <w:vAlign w:val="center"/>
          </w:tcPr>
          <w:p>
            <w:r/>
            <w:r>
              <w:rPr>
                <w:rFonts w:ascii="Malgun Gothic" w:hAnsi="Malgun Gothic" w:eastAsia="Malgun Gothic"/>
                <w:b w:val="0"/>
                <w:sz w:val="14"/>
              </w:rPr>
              <w:t>0.31503936050275677</w:t>
            </w:r>
          </w:p>
        </w:tc>
        <w:tc>
          <w:tcPr>
            <w:tcW w:type="dxa" w:w="519"/>
            <w:vAlign w:val="center"/>
          </w:tcPr>
          <w:p>
            <w:r/>
            <w:r>
              <w:rPr>
                <w:rFonts w:ascii="Malgun Gothic" w:hAnsi="Malgun Gothic" w:eastAsia="Malgun Gothic"/>
                <w:b w:val="0"/>
                <w:sz w:val="14"/>
              </w:rPr>
              <w:t>-0.27503982161621376</w:t>
            </w:r>
          </w:p>
        </w:tc>
        <w:tc>
          <w:tcPr>
            <w:tcW w:type="dxa" w:w="519"/>
            <w:vAlign w:val="center"/>
          </w:tcPr>
          <w:p>
            <w:r/>
            <w:r>
              <w:rPr>
                <w:rFonts w:ascii="Malgun Gothic" w:hAnsi="Malgun Gothic" w:eastAsia="Malgun Gothic"/>
                <w:b w:val="0"/>
                <w:sz w:val="14"/>
              </w:rPr>
              <w:t>-0.2153344648482769</w:t>
            </w:r>
          </w:p>
        </w:tc>
        <w:tc>
          <w:tcPr>
            <w:tcW w:type="dxa" w:w="519"/>
            <w:vAlign w:val="center"/>
          </w:tcPr>
          <w:p>
            <w:r/>
            <w:r>
              <w:rPr>
                <w:rFonts w:ascii="Malgun Gothic" w:hAnsi="Malgun Gothic" w:eastAsia="Malgun Gothic"/>
                <w:b w:val="0"/>
                <w:sz w:val="14"/>
              </w:rPr>
              <w:t>0.33359243252902065</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-0.16636143514392865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0.0401565991342067</w:t>
            </w:r>
          </w:p>
        </w:tc>
        <w:tc>
          <w:tcPr>
            <w:tcW w:type="dxa" w:w="519"/>
            <w:vAlign w:val="center"/>
          </w:tcPr>
          <w:p>
            <w:r/>
            <w:r>
              <w:rPr>
                <w:rFonts w:ascii="Malgun Gothic" w:hAnsi="Malgun Gothic" w:eastAsia="Malgun Gothic"/>
                <w:b w:val="0"/>
                <w:sz w:val="14"/>
              </w:rPr>
              <w:t>238.82405754514843</w:t>
            </w:r>
          </w:p>
        </w:tc>
        <w:tc>
          <w:tcPr>
            <w:tcW w:type="dxa" w:w="519"/>
            <w:vAlign w:val="center"/>
          </w:tcPr>
          <w:p>
            <w:r/>
            <w:r>
              <w:rPr>
                <w:rFonts w:ascii="Malgun Gothic" w:hAnsi="Malgun Gothic" w:eastAsia="Malgun Gothic"/>
                <w:b w:val="0"/>
                <w:sz w:val="14"/>
              </w:rPr>
              <w:t>77.75119617224881</w:t>
            </w:r>
          </w:p>
        </w:tc>
        <w:tc>
          <w:tcPr>
            <w:tcW w:type="dxa" w:w="519"/>
            <w:vAlign w:val="center"/>
          </w:tcPr>
          <w:p>
            <w:r/>
            <w:r>
              <w:rPr>
                <w:rFonts w:ascii="Malgun Gothic" w:hAnsi="Malgun Gothic" w:eastAsia="Malgun Gothic"/>
                <w:b w:val="0"/>
                <w:sz w:val="14"/>
              </w:rPr>
              <w:t>50.16</w:t>
            </w:r>
          </w:p>
        </w:tc>
        <w:tc>
          <w:tcPr>
            <w:tcW w:type="dxa" w:w="519"/>
            <w:vAlign w:val="center"/>
          </w:tcPr>
          <w:p>
            <w:r/>
            <w:r>
              <w:rPr>
                <w:rFonts w:ascii="Malgun Gothic" w:hAnsi="Malgun Gothic" w:eastAsia="Malgun Gothic"/>
                <w:b w:val="0"/>
                <w:sz w:val="14"/>
              </w:rPr>
              <w:t>-0.9517984264697704</w:t>
            </w:r>
          </w:p>
        </w:tc>
        <w:tc>
          <w:tcPr>
            <w:tcW w:type="dxa" w:w="519"/>
            <w:vAlign w:val="center"/>
          </w:tcPr>
          <w:p>
            <w:r/>
            <w:r>
              <w:rPr>
                <w:rFonts w:ascii="Malgun Gothic" w:hAnsi="Malgun Gothic" w:eastAsia="Malgun Gothic"/>
                <w:b w:val="0"/>
                <w:sz w:val="14"/>
              </w:rPr>
              <w:t>0.32260311874144104</w:t>
            </w:r>
          </w:p>
        </w:tc>
        <w:tc>
          <w:tcPr>
            <w:tcW w:type="dxa" w:w="519"/>
            <w:vAlign w:val="center"/>
          </w:tcPr>
          <w:p>
            <w:r/>
            <w:r>
              <w:rPr>
                <w:rFonts w:ascii="Malgun Gothic" w:hAnsi="Malgun Gothic" w:eastAsia="Malgun Gothic"/>
                <w:b w:val="0"/>
                <w:sz w:val="14"/>
              </w:rPr>
              <w:t>-0.2585368717019852</w:t>
            </w:r>
          </w:p>
        </w:tc>
        <w:tc>
          <w:tcPr>
            <w:tcW w:type="dxa" w:w="519"/>
            <w:vAlign w:val="center"/>
          </w:tcPr>
          <w:p>
            <w:r/>
            <w:r>
              <w:rPr>
                <w:rFonts w:ascii="Malgun Gothic" w:hAnsi="Malgun Gothic" w:eastAsia="Malgun Gothic"/>
                <w:b w:val="0"/>
                <w:sz w:val="14"/>
              </w:rPr>
              <w:t>-0.5672316663772252</w:t>
            </w:r>
          </w:p>
        </w:tc>
        <w:tc>
          <w:tcPr>
            <w:tcW w:type="dxa" w:w="519"/>
            <w:vAlign w:val="center"/>
          </w:tcPr>
          <w:p>
            <w:r/>
            <w:r>
              <w:rPr>
                <w:rFonts w:ascii="Malgun Gothic" w:hAnsi="Malgun Gothic" w:eastAsia="Malgun Gothic"/>
                <w:b w:val="0"/>
                <w:sz w:val="14"/>
              </w:rPr>
              <w:t>-0.36374096145188495</w:t>
            </w:r>
          </w:p>
        </w:tc>
        <w:tc>
          <w:tcPr>
            <w:tcW w:type="dxa" w:w="519"/>
            <w:vAlign w:val="center"/>
          </w:tcPr>
          <w:p>
            <w:r/>
            <w:r>
              <w:rPr>
                <w:rFonts w:ascii="Malgun Gothic" w:hAnsi="Malgun Gothic" w:eastAsia="Malgun Gothic"/>
                <w:b w:val="0"/>
                <w:sz w:val="14"/>
              </w:rPr>
              <w:t>0.300110107396486</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-0.19993251797424605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0.0239846743643283</w:t>
            </w:r>
          </w:p>
        </w:tc>
        <w:tc>
          <w:tcPr>
            <w:tcW w:type="dxa" w:w="519"/>
            <w:vAlign w:val="center"/>
          </w:tcPr>
          <w:p>
            <w:r/>
            <w:r>
              <w:rPr>
                <w:rFonts w:ascii="Malgun Gothic" w:hAnsi="Malgun Gothic" w:eastAsia="Malgun Gothic"/>
                <w:b w:val="0"/>
                <w:sz w:val="14"/>
              </w:rPr>
              <w:t>263.0961897956945</w:t>
            </w:r>
          </w:p>
        </w:tc>
        <w:tc>
          <w:tcPr>
            <w:tcW w:type="dxa" w:w="519"/>
            <w:vAlign w:val="center"/>
          </w:tcPr>
          <w:p>
            <w:r/>
            <w:r>
              <w:rPr>
                <w:rFonts w:ascii="Malgun Gothic" w:hAnsi="Malgun Gothic" w:eastAsia="Malgun Gothic"/>
                <w:b w:val="0"/>
                <w:sz w:val="14"/>
              </w:rPr>
              <w:t>56.17977528089887</w:t>
            </w:r>
          </w:p>
        </w:tc>
        <w:tc>
          <w:tcPr>
            <w:tcW w:type="dxa" w:w="519"/>
            <w:vAlign w:val="center"/>
          </w:tcPr>
          <w:p>
            <w:r/>
            <w:r>
              <w:rPr>
                <w:rFonts w:ascii="Malgun Gothic" w:hAnsi="Malgun Gothic" w:eastAsia="Malgun Gothic"/>
                <w:b w:val="0"/>
                <w:sz w:val="14"/>
              </w:rPr>
              <w:t>53.4</w:t>
            </w:r>
          </w:p>
        </w:tc>
        <w:tc>
          <w:tcPr>
            <w:tcW w:type="dxa" w:w="519"/>
            <w:vAlign w:val="center"/>
          </w:tcPr>
          <w:p>
            <w:r/>
            <w:r>
              <w:rPr>
                <w:rFonts w:ascii="Malgun Gothic" w:hAnsi="Malgun Gothic" w:eastAsia="Malgun Gothic"/>
                <w:b w:val="0"/>
                <w:sz w:val="14"/>
              </w:rPr>
              <w:t>-1.5053247972547121</w:t>
            </w:r>
          </w:p>
        </w:tc>
        <w:tc>
          <w:tcPr>
            <w:tcW w:type="dxa" w:w="519"/>
            <w:vAlign w:val="center"/>
          </w:tcPr>
          <w:p>
            <w:r/>
            <w:r>
              <w:rPr>
                <w:rFonts w:ascii="Malgun Gothic" w:hAnsi="Malgun Gothic" w:eastAsia="Malgun Gothic"/>
                <w:b w:val="0"/>
                <w:sz w:val="14"/>
              </w:rPr>
              <w:t>1.193909321375195</w:t>
            </w:r>
          </w:p>
        </w:tc>
        <w:tc>
          <w:tcPr>
            <w:tcW w:type="dxa" w:w="519"/>
            <w:vAlign w:val="center"/>
          </w:tcPr>
          <w:p>
            <w:r/>
            <w:r>
              <w:rPr>
                <w:rFonts w:ascii="Malgun Gothic" w:hAnsi="Malgun Gothic" w:eastAsia="Malgun Gothic"/>
                <w:b w:val="0"/>
                <w:sz w:val="14"/>
              </w:rPr>
              <w:t>-1.3694361066645109</w:t>
            </w:r>
          </w:p>
        </w:tc>
        <w:tc>
          <w:tcPr>
            <w:tcW w:type="dxa" w:w="519"/>
            <w:vAlign w:val="center"/>
          </w:tcPr>
          <w:p>
            <w:r/>
            <w:r>
              <w:rPr>
                <w:rFonts w:ascii="Malgun Gothic" w:hAnsi="Malgun Gothic" w:eastAsia="Malgun Gothic"/>
                <w:b w:val="0"/>
                <w:sz w:val="14"/>
              </w:rPr>
              <w:t>-0.5481986632202956</w:t>
            </w:r>
          </w:p>
        </w:tc>
        <w:tc>
          <w:tcPr>
            <w:tcW w:type="dxa" w:w="519"/>
            <w:vAlign w:val="center"/>
          </w:tcPr>
          <w:p>
            <w:r/>
            <w:r>
              <w:rPr>
                <w:rFonts w:ascii="Malgun Gothic" w:hAnsi="Malgun Gothic" w:eastAsia="Malgun Gothic"/>
                <w:b w:val="0"/>
                <w:sz w:val="14"/>
              </w:rPr>
              <w:t>-0.5572625614410809</w:t>
            </w:r>
          </w:p>
        </w:tc>
        <w:tc>
          <w:tcPr>
            <w:tcW w:type="dxa" w:w="519"/>
            <w:vAlign w:val="center"/>
          </w:tcPr>
          <w:p>
            <w:r/>
            <w:r>
              <w:rPr>
                <w:rFonts w:ascii="Malgun Gothic" w:hAnsi="Malgun Gothic" w:eastAsia="Malgun Gothic"/>
                <w:b w:val="0"/>
                <w:sz w:val="14"/>
              </w:rPr>
              <w:t>0.25644926181832123</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-0.21176394119076697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0.03632278367877</w:t>
            </w:r>
          </w:p>
        </w:tc>
        <w:tc>
          <w:tcPr>
            <w:tcW w:type="dxa" w:w="519"/>
            <w:vAlign w:val="center"/>
          </w:tcPr>
          <w:p>
            <w:r/>
            <w:r>
              <w:rPr>
                <w:rFonts w:ascii="Malgun Gothic" w:hAnsi="Malgun Gothic" w:eastAsia="Malgun Gothic"/>
                <w:b w:val="0"/>
                <w:sz w:val="14"/>
              </w:rPr>
              <w:t>215.6394287252864</w:t>
            </w:r>
          </w:p>
        </w:tc>
        <w:tc>
          <w:tcPr>
            <w:tcW w:type="dxa" w:w="519"/>
            <w:vAlign w:val="center"/>
          </w:tcPr>
          <w:p>
            <w:r/>
            <w:r>
              <w:rPr>
                <w:rFonts w:ascii="Malgun Gothic" w:hAnsi="Malgun Gothic" w:eastAsia="Malgun Gothic"/>
                <w:b w:val="0"/>
                <w:sz w:val="14"/>
              </w:rPr>
              <w:t>43.47826086956521</w:t>
            </w:r>
          </w:p>
        </w:tc>
        <w:tc>
          <w:tcPr>
            <w:tcW w:type="dxa" w:w="519"/>
            <w:vAlign w:val="center"/>
          </w:tcPr>
          <w:p>
            <w:r/>
            <w:r>
              <w:rPr>
                <w:rFonts w:ascii="Malgun Gothic" w:hAnsi="Malgun Gothic" w:eastAsia="Malgun Gothic"/>
                <w:b w:val="0"/>
                <w:sz w:val="14"/>
              </w:rPr>
              <w:t>75.9</w:t>
            </w:r>
          </w:p>
        </w:tc>
        <w:tc>
          <w:tcPr>
            <w:tcW w:type="dxa" w:w="519"/>
            <w:vAlign w:val="center"/>
          </w:tcPr>
          <w:p>
            <w:r/>
            <w:r>
              <w:rPr>
                <w:rFonts w:ascii="Malgun Gothic" w:hAnsi="Malgun Gothic" w:eastAsia="Malgun Gothic"/>
                <w:b w:val="0"/>
                <w:sz w:val="14"/>
              </w:rPr>
              <w:t>-1.0830207754173564</w:t>
            </w:r>
          </w:p>
        </w:tc>
        <w:tc>
          <w:tcPr>
            <w:tcW w:type="dxa" w:w="519"/>
            <w:vAlign w:val="center"/>
          </w:tcPr>
          <w:p>
            <w:r/>
            <w:r>
              <w:rPr>
                <w:rFonts w:ascii="Malgun Gothic" w:hAnsi="Malgun Gothic" w:eastAsia="Malgun Gothic"/>
                <w:b w:val="0"/>
                <w:sz w:val="14"/>
              </w:rPr>
              <w:t>-0.5096645488860132</w:t>
            </w:r>
          </w:p>
        </w:tc>
        <w:tc>
          <w:tcPr>
            <w:tcW w:type="dxa" w:w="519"/>
            <w:vAlign w:val="center"/>
          </w:tcPr>
          <w:p>
            <w:r/>
            <w:r>
              <w:rPr>
                <w:rFonts w:ascii="Malgun Gothic" w:hAnsi="Malgun Gothic" w:eastAsia="Malgun Gothic"/>
                <w:b w:val="0"/>
                <w:sz w:val="14"/>
              </w:rPr>
              <w:t>-2.0235470580703203</w:t>
            </w:r>
          </w:p>
        </w:tc>
        <w:tc>
          <w:tcPr>
            <w:tcW w:type="dxa" w:w="519"/>
            <w:vAlign w:val="center"/>
          </w:tcPr>
          <w:p>
            <w:r/>
            <w:r>
              <w:rPr>
                <w:rFonts w:ascii="Malgun Gothic" w:hAnsi="Malgun Gothic" w:eastAsia="Malgun Gothic"/>
                <w:b w:val="0"/>
                <w:sz w:val="14"/>
              </w:rPr>
              <w:t>-0.41602503018606246</w:t>
            </w:r>
          </w:p>
        </w:tc>
        <w:tc>
          <w:tcPr>
            <w:tcW w:type="dxa" w:w="519"/>
            <w:vAlign w:val="center"/>
          </w:tcPr>
          <w:p>
            <w:r/>
            <w:r>
              <w:rPr>
                <w:rFonts w:ascii="Malgun Gothic" w:hAnsi="Malgun Gothic" w:eastAsia="Malgun Gothic"/>
                <w:b w:val="0"/>
                <w:sz w:val="14"/>
              </w:rPr>
              <w:t>-1.0080643531399383</w:t>
            </w:r>
          </w:p>
        </w:tc>
        <w:tc>
          <w:tcPr>
            <w:tcW w:type="dxa" w:w="519"/>
            <w:vAlign w:val="center"/>
          </w:tcPr>
          <w:p>
            <w:r/>
            <w:r>
              <w:rPr>
                <w:rFonts w:ascii="Malgun Gothic" w:hAnsi="Malgun Gothic" w:eastAsia="Malgun Gothic"/>
                <w:b w:val="0"/>
                <w:sz w:val="14"/>
              </w:rPr>
              <w:t>0.15474285067443516</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-0.27028295832439925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bl>
    <w:p/>
    <w:p>
      <w:r>
        <w:t>대용량 표의 앞/뒤 표본 및 구조 포함; 원본 전수 행은 데이터 부록 ZIP 포함</w:t>
      </w:r>
    </w:p>
    <w:p>
      <w:r>
        <w:rPr>
          <w:b/>
        </w:rPr>
        <w:t>산출물 CSV: research_continuity/02_asis_same_method_reproduction/latest_actual_same_method_reproduced_stress_index_v153.csv (행 998, 열 19)</w:t>
      </w:r>
    </w:p>
    <w:tbl>
      <w:tblPr>
        <w:tblStyle w:val="TableGrid"/>
        <w:tblW w:type="auto" w:w="0"/>
        <w:jc w:val="center"/>
        <w:tblLook w:firstColumn="1" w:firstRow="1" w:lastColumn="0" w:lastRow="0" w:noHBand="0" w:noVBand="1" w:val="04A0"/>
      </w:tblPr>
      <w:tblGrid>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519"/>
      </w:tblGrid>
      <w:tr>
        <w:trPr>
          <w:tblHeader w:val="true"/>
          <w:cantSplit/>
        </w:trPr>
        <w:tc>
          <w:tcPr>
            <w:tcW w:type="dxa" w:w="519"/>
          </w:tcPr>
          <w:p>
            <w:r/>
            <w:r>
              <w:rPr>
                <w:rFonts w:ascii="Malgun Gothic" w:hAnsi="Malgun Gothic" w:eastAsia="Malgun Gothic"/>
                <w:b/>
                <w:sz w:val="14"/>
              </w:rPr>
              <w:t>stress_score</w:t>
            </w:r>
          </w:p>
        </w:tc>
        <w:tc>
          <w:tcPr>
            <w:tcW w:type="dxa" w:w="519"/>
          </w:tcPr>
          <w:p>
            <w:r/>
            <w:r>
              <w:rPr>
                <w:rFonts w:ascii="Malgun Gothic" w:hAnsi="Malgun Gothic" w:eastAsia="Malgun Gothic"/>
                <w:b/>
                <w:sz w:val="14"/>
              </w:rPr>
              <w:t>energy_mean</w:t>
            </w:r>
          </w:p>
        </w:tc>
        <w:tc>
          <w:tcPr>
            <w:tcW w:type="dxa" w:w="519"/>
          </w:tcPr>
          <w:p>
            <w:r/>
            <w:r>
              <w:rPr>
                <w:rFonts w:ascii="Malgun Gothic" w:hAnsi="Malgun Gothic" w:eastAsia="Malgun Gothic"/>
                <w:b/>
                <w:sz w:val="14"/>
              </w:rPr>
              <w:t>pitch_mean</w:t>
            </w:r>
          </w:p>
        </w:tc>
        <w:tc>
          <w:tcPr>
            <w:tcW w:type="dxa" w:w="519"/>
          </w:tcPr>
          <w:p>
            <w:r/>
            <w:r>
              <w:rPr>
                <w:rFonts w:ascii="Malgun Gothic" w:hAnsi="Malgun Gothic" w:eastAsia="Malgun Gothic"/>
                <w:b/>
                <w:sz w:val="14"/>
              </w:rPr>
              <w:t>wpm</w:t>
            </w:r>
          </w:p>
        </w:tc>
        <w:tc>
          <w:tcPr>
            <w:tcW w:type="dxa" w:w="519"/>
          </w:tcPr>
          <w:p>
            <w:r/>
            <w:r>
              <w:rPr>
                <w:rFonts w:ascii="Malgun Gothic" w:hAnsi="Malgun Gothic" w:eastAsia="Malgun Gothic"/>
                <w:b/>
                <w:sz w:val="14"/>
              </w:rPr>
              <w:t>duration_sec</w:t>
            </w:r>
          </w:p>
        </w:tc>
        <w:tc>
          <w:tcPr>
            <w:tcW w:type="dxa" w:w="519"/>
          </w:tcPr>
          <w:p>
            <w:r/>
            <w:r>
              <w:rPr>
                <w:rFonts w:ascii="Malgun Gothic" w:hAnsi="Malgun Gothic" w:eastAsia="Malgun Gothic"/>
                <w:b/>
                <w:sz w:val="14"/>
              </w:rPr>
              <w:t>z_energy_mean</w:t>
            </w:r>
          </w:p>
        </w:tc>
        <w:tc>
          <w:tcPr>
            <w:tcW w:type="dxa" w:w="519"/>
          </w:tcPr>
          <w:p>
            <w:r/>
            <w:r>
              <w:rPr>
                <w:rFonts w:ascii="Malgun Gothic" w:hAnsi="Malgun Gothic" w:eastAsia="Malgun Gothic"/>
                <w:b/>
                <w:sz w:val="14"/>
              </w:rPr>
              <w:t>z_pitch_mean</w:t>
            </w:r>
          </w:p>
        </w:tc>
        <w:tc>
          <w:tcPr>
            <w:tcW w:type="dxa" w:w="519"/>
          </w:tcPr>
          <w:p>
            <w:r/>
            <w:r>
              <w:rPr>
                <w:rFonts w:ascii="Malgun Gothic" w:hAnsi="Malgun Gothic" w:eastAsia="Malgun Gothic"/>
                <w:b/>
                <w:sz w:val="14"/>
              </w:rPr>
              <w:t>z_wpm</w:t>
            </w:r>
          </w:p>
        </w:tc>
        <w:tc>
          <w:tcPr>
            <w:tcW w:type="dxa" w:w="519"/>
          </w:tcPr>
          <w:p>
            <w:r/>
            <w:r>
              <w:rPr>
                <w:rFonts w:ascii="Malgun Gothic" w:hAnsi="Malgun Gothic" w:eastAsia="Malgun Gothic"/>
                <w:b/>
                <w:sz w:val="14"/>
              </w:rPr>
              <w:t>z_duration_sec</w:t>
            </w:r>
          </w:p>
        </w:tc>
        <w:tc>
          <w:tcPr>
            <w:tcW w:type="dxa" w:w="519"/>
          </w:tcPr>
          <w:p>
            <w:r/>
            <w:r>
              <w:rPr>
                <w:rFonts w:ascii="Malgun Gothic" w:hAnsi="Malgun Gothic" w:eastAsia="Malgun Gothic"/>
                <w:b/>
                <w:sz w:val="14"/>
              </w:rPr>
              <w:t>stress_raw_formula_candidate</w:t>
            </w:r>
          </w:p>
        </w:tc>
        <w:tc>
          <w:tcPr>
            <w:tcW w:type="dxa" w:w="519"/>
          </w:tcPr>
          <w:p>
            <w:r/>
            <w:r>
              <w:rPr>
                <w:rFonts w:ascii="Malgun Gothic" w:hAnsi="Malgun Gothic" w:eastAsia="Malgun Gothic"/>
                <w:b/>
                <w:sz w:val="14"/>
              </w:rPr>
              <w:t>stress_score_formula_candidate</w:t>
            </w:r>
          </w:p>
        </w:tc>
        <w:tc>
          <w:tcPr>
            <w:tcW w:type="dxa" w:w="519"/>
          </w:tcPr>
          <w:p>
            <w:r/>
            <w:r>
              <w:rPr>
                <w:rFonts w:ascii="Malgun Gothic" w:hAnsi="Malgun Gothic" w:eastAsia="Malgun Gothic"/>
                <w:b/>
                <w:sz w:val="14"/>
              </w:rPr>
              <w:t>stress_score_reproduced</w:t>
            </w:r>
          </w:p>
        </w:tc>
        <w:tc>
          <w:tcPr>
            <w:tcW w:type="dxa" w:w="519"/>
          </w:tcPr>
          <w:p>
            <w:r/>
            <w:r>
              <w:rPr>
                <w:rFonts w:ascii="Malgun Gothic" w:hAnsi="Malgun Gothic" w:eastAsia="Malgun Gothic"/>
                <w:b/>
                <w:sz w:val="14"/>
              </w:rPr>
              <w:t>stress_score_asis_reference</w:t>
            </w:r>
          </w:p>
        </w:tc>
        <w:tc>
          <w:tcPr>
            <w:tcW w:type="dxa" w:w="519"/>
          </w:tcPr>
          <w:p>
            <w:r/>
            <w:r>
              <w:rPr>
                <w:rFonts w:ascii="Malgun Gothic" w:hAnsi="Malgun Gothic" w:eastAsia="Malgun Gothic"/>
                <w:b/>
                <w:sz w:val="14"/>
              </w:rPr>
              <w:t>stress_score_reproduced_reference_locked</w:t>
            </w:r>
          </w:p>
        </w:tc>
        <w:tc>
          <w:tcPr>
            <w:tcW w:type="dxa" w:w="519"/>
          </w:tcPr>
          <w:p>
            <w:r/>
            <w:r>
              <w:rPr>
                <w:rFonts w:ascii="Malgun Gothic" w:hAnsi="Malgun Gothic" w:eastAsia="Malgun Gothic"/>
                <w:b/>
                <w:sz w:val="14"/>
              </w:rPr>
              <w:t>stress_formula_candidate_minus_asis</w:t>
            </w:r>
          </w:p>
        </w:tc>
        <w:tc>
          <w:tcPr>
            <w:tcW w:type="dxa" w:w="519"/>
          </w:tcPr>
          <w:p>
            <w:r/>
            <w:r>
              <w:rPr>
                <w:rFonts w:ascii="Malgun Gothic" w:hAnsi="Malgun Gothic" w:eastAsia="Malgun Gothic"/>
                <w:b/>
                <w:sz w:val="14"/>
              </w:rPr>
              <w:t>reproduction_method_version</w:t>
            </w:r>
          </w:p>
        </w:tc>
        <w:tc>
          <w:tcPr>
            <w:tcW w:type="dxa" w:w="519"/>
          </w:tcPr>
          <w:p>
            <w:r/>
            <w:r>
              <w:rPr>
                <w:rFonts w:ascii="Malgun Gothic" w:hAnsi="Malgun Gothic" w:eastAsia="Malgun Gothic"/>
                <w:b/>
                <w:sz w:val="14"/>
              </w:rPr>
              <w:t>reproduction_mode</w:t>
            </w:r>
          </w:p>
        </w:tc>
        <w:tc>
          <w:tcPr>
            <w:tcW w:type="dxa" w:w="519"/>
          </w:tcPr>
          <w:p>
            <w:r/>
            <w:r>
              <w:rPr>
                <w:rFonts w:ascii="Malgun Gothic" w:hAnsi="Malgun Gothic" w:eastAsia="Malgun Gothic"/>
                <w:b/>
                <w:sz w:val="14"/>
              </w:rPr>
              <w:t>reproduction_created_at</w:t>
            </w:r>
          </w:p>
        </w:tc>
        <w:tc>
          <w:tcPr>
            <w:tcW w:type="dxa" w:w="519"/>
          </w:tcPr>
          <w:p>
            <w:r/>
            <w:r>
              <w:rPr>
                <w:rFonts w:ascii="Malgun Gothic" w:hAnsi="Malgun Gothic" w:eastAsia="Malgun Gothic"/>
                <w:b/>
                <w:sz w:val="14"/>
              </w:rPr>
              <w:t>original_data_policy</w:t>
            </w:r>
          </w:p>
        </w:tc>
      </w:tr>
      <w:tr>
        <w:trPr>
          <w:cantSplit/>
        </w:trPr>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0.0387283228337764</w:t>
            </w:r>
          </w:p>
        </w:tc>
        <w:tc>
          <w:tcPr>
            <w:tcW w:type="dxa" w:w="519"/>
            <w:vAlign w:val="center"/>
          </w:tcPr>
          <w:p>
            <w:r/>
            <w:r>
              <w:rPr>
                <w:rFonts w:ascii="Malgun Gothic" w:hAnsi="Malgun Gothic" w:eastAsia="Malgun Gothic"/>
                <w:b w:val="0"/>
                <w:sz w:val="14"/>
              </w:rPr>
              <w:t>238.0246184292892</w:t>
            </w:r>
          </w:p>
        </w:tc>
        <w:tc>
          <w:tcPr>
            <w:tcW w:type="dxa" w:w="519"/>
            <w:vAlign w:val="center"/>
          </w:tcPr>
          <w:p>
            <w:r/>
            <w:r>
              <w:rPr>
                <w:rFonts w:ascii="Malgun Gothic" w:hAnsi="Malgun Gothic" w:eastAsia="Malgun Gothic"/>
                <w:b w:val="0"/>
                <w:sz w:val="14"/>
              </w:rPr>
              <w:t>56.11510791366906</w:t>
            </w:r>
          </w:p>
        </w:tc>
        <w:tc>
          <w:tcPr>
            <w:tcW w:type="dxa" w:w="519"/>
            <w:vAlign w:val="center"/>
          </w:tcPr>
          <w:p>
            <w:r/>
            <w:r>
              <w:rPr>
                <w:rFonts w:ascii="Malgun Gothic" w:hAnsi="Malgun Gothic" w:eastAsia="Malgun Gothic"/>
                <w:b w:val="0"/>
                <w:sz w:val="14"/>
              </w:rPr>
              <w:t>41.7</w:t>
            </w:r>
          </w:p>
        </w:tc>
        <w:tc>
          <w:tcPr>
            <w:tcW w:type="dxa" w:w="519"/>
            <w:vAlign w:val="center"/>
          </w:tcPr>
          <w:p>
            <w:r/>
            <w:r>
              <w:rPr>
                <w:rFonts w:ascii="Malgun Gothic" w:hAnsi="Malgun Gothic" w:eastAsia="Malgun Gothic"/>
                <w:b w:val="0"/>
                <w:sz w:val="14"/>
              </w:rPr>
              <w:t>-1.0006849139043317</w:t>
            </w:r>
          </w:p>
        </w:tc>
        <w:tc>
          <w:tcPr>
            <w:tcW w:type="dxa" w:w="519"/>
            <w:vAlign w:val="center"/>
          </w:tcPr>
          <w:p>
            <w:r/>
            <w:r>
              <w:rPr>
                <w:rFonts w:ascii="Malgun Gothic" w:hAnsi="Malgun Gothic" w:eastAsia="Malgun Gothic"/>
                <w:b w:val="0"/>
                <w:sz w:val="14"/>
              </w:rPr>
              <w:t>0.29390534085006853</w:t>
            </w:r>
          </w:p>
        </w:tc>
        <w:tc>
          <w:tcPr>
            <w:tcW w:type="dxa" w:w="519"/>
            <w:vAlign w:val="center"/>
          </w:tcPr>
          <w:p>
            <w:r/>
            <w:r>
              <w:rPr>
                <w:rFonts w:ascii="Malgun Gothic" w:hAnsi="Malgun Gothic" w:eastAsia="Malgun Gothic"/>
                <w:b w:val="0"/>
                <w:sz w:val="14"/>
              </w:rPr>
              <w:t>-1.372766389316937</w:t>
            </w:r>
          </w:p>
        </w:tc>
        <w:tc>
          <w:tcPr>
            <w:tcW w:type="dxa" w:w="519"/>
            <w:vAlign w:val="center"/>
          </w:tcPr>
          <w:p>
            <w:r/>
            <w:r>
              <w:rPr>
                <w:rFonts w:ascii="Malgun Gothic" w:hAnsi="Malgun Gothic" w:eastAsia="Malgun Gothic"/>
                <w:b w:val="0"/>
                <w:sz w:val="14"/>
              </w:rPr>
              <w:t>-0.6169289523980969</w:t>
            </w:r>
          </w:p>
        </w:tc>
        <w:tc>
          <w:tcPr>
            <w:tcW w:type="dxa" w:w="519"/>
            <w:vAlign w:val="center"/>
          </w:tcPr>
          <w:p>
            <w:r/>
            <w:r>
              <w:rPr>
                <w:rFonts w:ascii="Malgun Gothic" w:hAnsi="Malgun Gothic" w:eastAsia="Malgun Gothic"/>
                <w:b w:val="0"/>
                <w:sz w:val="14"/>
              </w:rPr>
              <w:t>-0.6741187286923243</w:t>
            </w:r>
          </w:p>
        </w:tc>
        <w:tc>
          <w:tcPr>
            <w:tcW w:type="dxa" w:w="519"/>
            <w:vAlign w:val="center"/>
          </w:tcPr>
          <w:p>
            <w:r/>
            <w:r>
              <w:rPr>
                <w:rFonts w:ascii="Malgun Gothic" w:hAnsi="Malgun Gothic" w:eastAsia="Malgun Gothic"/>
                <w:b w:val="0"/>
                <w:sz w:val="14"/>
              </w:rPr>
              <w:t>0.2300850778021826</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-0.2382411261485217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0.0516217462718486</w:t>
            </w:r>
          </w:p>
        </w:tc>
        <w:tc>
          <w:tcPr>
            <w:tcW w:type="dxa" w:w="519"/>
            <w:vAlign w:val="center"/>
          </w:tcPr>
          <w:p>
            <w:r/>
            <w:r>
              <w:rPr>
                <w:rFonts w:ascii="Malgun Gothic" w:hAnsi="Malgun Gothic" w:eastAsia="Malgun Gothic"/>
                <w:b w:val="0"/>
                <w:sz w:val="14"/>
              </w:rPr>
              <w:t>254.4835085646635</w:t>
            </w:r>
          </w:p>
        </w:tc>
        <w:tc>
          <w:tcPr>
            <w:tcW w:type="dxa" w:w="519"/>
            <w:vAlign w:val="center"/>
          </w:tcPr>
          <w:p>
            <w:r/>
            <w:r>
              <w:rPr>
                <w:rFonts w:ascii="Malgun Gothic" w:hAnsi="Malgun Gothic" w:eastAsia="Malgun Gothic"/>
                <w:b w:val="0"/>
                <w:sz w:val="14"/>
              </w:rPr>
              <w:t>112.94117647058825</w:t>
            </w:r>
          </w:p>
        </w:tc>
        <w:tc>
          <w:tcPr>
            <w:tcW w:type="dxa" w:w="519"/>
            <w:vAlign w:val="center"/>
          </w:tcPr>
          <w:p>
            <w:r/>
            <w:r>
              <w:rPr>
                <w:rFonts w:ascii="Malgun Gothic" w:hAnsi="Malgun Gothic" w:eastAsia="Malgun Gothic"/>
                <w:b w:val="0"/>
                <w:sz w:val="14"/>
              </w:rPr>
              <w:t>76.5</w:t>
            </w:r>
          </w:p>
        </w:tc>
        <w:tc>
          <w:tcPr>
            <w:tcW w:type="dxa" w:w="519"/>
            <w:vAlign w:val="center"/>
          </w:tcPr>
          <w:p>
            <w:r/>
            <w:r>
              <w:rPr>
                <w:rFonts w:ascii="Malgun Gothic" w:hAnsi="Malgun Gothic" w:eastAsia="Malgun Gothic"/>
                <w:b w:val="0"/>
                <w:sz w:val="14"/>
              </w:rPr>
              <w:t>-0.559373815551796</w:t>
            </w:r>
          </w:p>
        </w:tc>
        <w:tc>
          <w:tcPr>
            <w:tcW w:type="dxa" w:w="519"/>
            <w:vAlign w:val="center"/>
          </w:tcPr>
          <w:p>
            <w:r/>
            <w:r>
              <w:rPr>
                <w:rFonts w:ascii="Malgun Gothic" w:hAnsi="Malgun Gothic" w:eastAsia="Malgun Gothic"/>
                <w:b w:val="0"/>
                <w:sz w:val="14"/>
              </w:rPr>
              <w:t>0.8847365424679859</w:t>
            </w:r>
          </w:p>
        </w:tc>
        <w:tc>
          <w:tcPr>
            <w:tcW w:type="dxa" w:w="519"/>
            <w:vAlign w:val="center"/>
          </w:tcPr>
          <w:p>
            <w:r/>
            <w:r>
              <w:rPr>
                <w:rFonts w:ascii="Malgun Gothic" w:hAnsi="Malgun Gothic" w:eastAsia="Malgun Gothic"/>
                <w:b w:val="0"/>
                <w:sz w:val="14"/>
              </w:rPr>
              <w:t>1.553699901604292</w:t>
            </w:r>
          </w:p>
        </w:tc>
        <w:tc>
          <w:tcPr>
            <w:tcW w:type="dxa" w:w="519"/>
            <w:vAlign w:val="center"/>
          </w:tcPr>
          <w:p>
            <w:r/>
            <w:r>
              <w:rPr>
                <w:rFonts w:ascii="Malgun Gothic" w:hAnsi="Malgun Gothic" w:eastAsia="Malgun Gothic"/>
                <w:b w:val="0"/>
                <w:sz w:val="14"/>
              </w:rPr>
              <w:t>-0.41250039997181626</w:t>
            </w:r>
          </w:p>
        </w:tc>
        <w:tc>
          <w:tcPr>
            <w:tcW w:type="dxa" w:w="519"/>
            <w:vAlign w:val="center"/>
          </w:tcPr>
          <w:p>
            <w:r/>
            <w:r>
              <w:rPr>
                <w:rFonts w:ascii="Malgun Gothic" w:hAnsi="Malgun Gothic" w:eastAsia="Malgun Gothic"/>
                <w:b w:val="0"/>
                <w:sz w:val="14"/>
              </w:rPr>
              <w:t>0.3666405571371665</w:t>
            </w:r>
          </w:p>
        </w:tc>
        <w:tc>
          <w:tcPr>
            <w:tcW w:type="dxa" w:w="519"/>
            <w:vAlign w:val="center"/>
          </w:tcPr>
          <w:p>
            <w:r/>
            <w:r>
              <w:rPr>
                <w:rFonts w:ascii="Malgun Gothic" w:hAnsi="Malgun Gothic" w:eastAsia="Malgun Gothic"/>
                <w:b w:val="0"/>
                <w:sz w:val="14"/>
              </w:rPr>
              <w:t>0.4648931326403989</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-0.10649549143378667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0.0836487412452697</w:t>
            </w:r>
          </w:p>
        </w:tc>
        <w:tc>
          <w:tcPr>
            <w:tcW w:type="dxa" w:w="519"/>
            <w:vAlign w:val="center"/>
          </w:tcPr>
          <w:p>
            <w:r/>
            <w:r>
              <w:rPr>
                <w:rFonts w:ascii="Malgun Gothic" w:hAnsi="Malgun Gothic" w:eastAsia="Malgun Gothic"/>
                <w:b w:val="0"/>
                <w:sz w:val="14"/>
              </w:rPr>
              <w:t>250.6328955076774</w:t>
            </w:r>
          </w:p>
        </w:tc>
        <w:tc>
          <w:tcPr>
            <w:tcW w:type="dxa" w:w="519"/>
            <w:vAlign w:val="center"/>
          </w:tcPr>
          <w:p>
            <w:r/>
            <w:r>
              <w:rPr>
                <w:rFonts w:ascii="Malgun Gothic" w:hAnsi="Malgun Gothic" w:eastAsia="Malgun Gothic"/>
                <w:b w:val="0"/>
                <w:sz w:val="14"/>
              </w:rPr>
              <w:t>67.36526946107786</w:t>
            </w:r>
          </w:p>
        </w:tc>
        <w:tc>
          <w:tcPr>
            <w:tcW w:type="dxa" w:w="519"/>
            <w:vAlign w:val="center"/>
          </w:tcPr>
          <w:p>
            <w:r/>
            <w:r>
              <w:rPr>
                <w:rFonts w:ascii="Malgun Gothic" w:hAnsi="Malgun Gothic" w:eastAsia="Malgun Gothic"/>
                <w:b w:val="0"/>
                <w:sz w:val="14"/>
              </w:rPr>
              <w:t>40.08</w:t>
            </w:r>
          </w:p>
        </w:tc>
        <w:tc>
          <w:tcPr>
            <w:tcW w:type="dxa" w:w="519"/>
            <w:vAlign w:val="center"/>
          </w:tcPr>
          <w:p>
            <w:r/>
            <w:r>
              <w:rPr>
                <w:rFonts w:ascii="Malgun Gothic" w:hAnsi="Malgun Gothic" w:eastAsia="Malgun Gothic"/>
                <w:b w:val="0"/>
                <w:sz w:val="14"/>
              </w:rPr>
              <w:t>0.536833750773573</w:t>
            </w:r>
          </w:p>
        </w:tc>
        <w:tc>
          <w:tcPr>
            <w:tcW w:type="dxa" w:w="519"/>
            <w:vAlign w:val="center"/>
          </w:tcPr>
          <w:p>
            <w:r/>
            <w:r>
              <w:rPr>
                <w:rFonts w:ascii="Malgun Gothic" w:hAnsi="Malgun Gothic" w:eastAsia="Malgun Gothic"/>
                <w:b w:val="0"/>
                <w:sz w:val="14"/>
              </w:rPr>
              <w:t>0.7465095830124963</w:t>
            </w:r>
          </w:p>
        </w:tc>
        <w:tc>
          <w:tcPr>
            <w:tcW w:type="dxa" w:w="519"/>
            <w:vAlign w:val="center"/>
          </w:tcPr>
          <w:p>
            <w:r/>
            <w:r>
              <w:rPr>
                <w:rFonts w:ascii="Malgun Gothic" w:hAnsi="Malgun Gothic" w:eastAsia="Malgun Gothic"/>
                <w:b w:val="0"/>
                <w:sz w:val="14"/>
              </w:rPr>
              <w:t>-0.7933981632195622</w:t>
            </w:r>
          </w:p>
        </w:tc>
        <w:tc>
          <w:tcPr>
            <w:tcW w:type="dxa" w:w="519"/>
            <w:vAlign w:val="center"/>
          </w:tcPr>
          <w:p>
            <w:r/>
            <w:r>
              <w:rPr>
                <w:rFonts w:ascii="Malgun Gothic" w:hAnsi="Malgun Gothic" w:eastAsia="Malgun Gothic"/>
                <w:b w:val="0"/>
                <w:sz w:val="14"/>
              </w:rPr>
              <w:t>-0.6264454539765617</w:t>
            </w:r>
          </w:p>
        </w:tc>
        <w:tc>
          <w:tcPr>
            <w:tcW w:type="dxa" w:w="519"/>
            <w:vAlign w:val="center"/>
          </w:tcPr>
          <w:p>
            <w:r/>
            <w:r>
              <w:rPr>
                <w:rFonts w:ascii="Malgun Gothic" w:hAnsi="Malgun Gothic" w:eastAsia="Malgun Gothic"/>
                <w:b w:val="0"/>
                <w:sz w:val="14"/>
              </w:rPr>
              <w:t>-0.03412507085251365</w:t>
            </w:r>
          </w:p>
        </w:tc>
        <w:tc>
          <w:tcPr>
            <w:tcW w:type="dxa" w:w="519"/>
            <w:vAlign w:val="center"/>
          </w:tcPr>
          <w:p>
            <w:r/>
            <w:r>
              <w:rPr>
                <w:rFonts w:ascii="Malgun Gothic" w:hAnsi="Malgun Gothic" w:eastAsia="Malgun Gothic"/>
                <w:b w:val="0"/>
                <w:sz w:val="14"/>
              </w:rPr>
              <w:t>0.37447549348450854</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-0.17286917737075874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0.0569056421518325</w:t>
            </w:r>
          </w:p>
        </w:tc>
        <w:tc>
          <w:tcPr>
            <w:tcW w:type="dxa" w:w="519"/>
            <w:vAlign w:val="center"/>
          </w:tcPr>
          <w:p>
            <w:r/>
            <w:r>
              <w:rPr>
                <w:rFonts w:ascii="Malgun Gothic" w:hAnsi="Malgun Gothic" w:eastAsia="Malgun Gothic"/>
                <w:b w:val="0"/>
                <w:sz w:val="14"/>
              </w:rPr>
              <w:t>259.63355756495304</w:t>
            </w:r>
          </w:p>
        </w:tc>
        <w:tc>
          <w:tcPr>
            <w:tcW w:type="dxa" w:w="519"/>
            <w:vAlign w:val="center"/>
          </w:tcPr>
          <w:p>
            <w:r/>
            <w:r>
              <w:rPr>
                <w:rFonts w:ascii="Malgun Gothic" w:hAnsi="Malgun Gothic" w:eastAsia="Malgun Gothic"/>
                <w:b w:val="0"/>
                <w:sz w:val="14"/>
              </w:rPr>
              <w:t>53.07346326836582</w:t>
            </w:r>
          </w:p>
        </w:tc>
        <w:tc>
          <w:tcPr>
            <w:tcW w:type="dxa" w:w="519"/>
            <w:vAlign w:val="center"/>
          </w:tcPr>
          <w:p>
            <w:r/>
            <w:r>
              <w:rPr>
                <w:rFonts w:ascii="Malgun Gothic" w:hAnsi="Malgun Gothic" w:eastAsia="Malgun Gothic"/>
                <w:b w:val="0"/>
                <w:sz w:val="14"/>
              </w:rPr>
              <w:t>200.1</w:t>
            </w:r>
          </w:p>
        </w:tc>
        <w:tc>
          <w:tcPr>
            <w:tcW w:type="dxa" w:w="519"/>
            <w:vAlign w:val="center"/>
          </w:tcPr>
          <w:p>
            <w:r/>
            <w:r>
              <w:rPr>
                <w:rFonts w:ascii="Malgun Gothic" w:hAnsi="Malgun Gothic" w:eastAsia="Malgun Gothic"/>
                <w:b w:val="0"/>
                <w:sz w:val="14"/>
              </w:rPr>
              <w:t>-0.3785186760633514</w:t>
            </w:r>
          </w:p>
        </w:tc>
        <w:tc>
          <w:tcPr>
            <w:tcW w:type="dxa" w:w="519"/>
            <w:vAlign w:val="center"/>
          </w:tcPr>
          <w:p>
            <w:r/>
            <w:r>
              <w:rPr>
                <w:rFonts w:ascii="Malgun Gothic" w:hAnsi="Malgun Gothic" w:eastAsia="Malgun Gothic"/>
                <w:b w:val="0"/>
                <w:sz w:val="14"/>
              </w:rPr>
              <w:t>1.069609861033522</w:t>
            </w:r>
          </w:p>
        </w:tc>
        <w:tc>
          <w:tcPr>
            <w:tcW w:type="dxa" w:w="519"/>
            <w:vAlign w:val="center"/>
          </w:tcPr>
          <w:p>
            <w:r/>
            <w:r>
              <w:rPr>
                <w:rFonts w:ascii="Malgun Gothic" w:hAnsi="Malgun Gothic" w:eastAsia="Malgun Gothic"/>
                <w:b w:val="0"/>
                <w:sz w:val="14"/>
              </w:rPr>
              <w:t>-1.5294070077775492</w:t>
            </w:r>
          </w:p>
        </w:tc>
        <w:tc>
          <w:tcPr>
            <w:tcW w:type="dxa" w:w="519"/>
            <w:vAlign w:val="center"/>
          </w:tcPr>
          <w:p>
            <w:r/>
            <w:r>
              <w:rPr>
                <w:rFonts w:ascii="Malgun Gothic" w:hAnsi="Malgun Gothic" w:eastAsia="Malgun Gothic"/>
                <w:b w:val="0"/>
                <w:sz w:val="14"/>
              </w:rPr>
              <w:t>0.3135734241629046</w:t>
            </w:r>
          </w:p>
        </w:tc>
        <w:tc>
          <w:tcPr>
            <w:tcW w:type="dxa" w:w="519"/>
            <w:vAlign w:val="center"/>
          </w:tcPr>
          <w:p>
            <w:r/>
            <w:r>
              <w:rPr>
                <w:rFonts w:ascii="Malgun Gothic" w:hAnsi="Malgun Gothic" w:eastAsia="Malgun Gothic"/>
                <w:b w:val="0"/>
                <w:sz w:val="14"/>
              </w:rPr>
              <w:t>-0.13118559966111848</w:t>
            </w:r>
          </w:p>
        </w:tc>
        <w:tc>
          <w:tcPr>
            <w:tcW w:type="dxa" w:w="519"/>
            <w:vAlign w:val="center"/>
          </w:tcPr>
          <w:p>
            <w:r/>
            <w:r>
              <w:rPr>
                <w:rFonts w:ascii="Malgun Gothic" w:hAnsi="Malgun Gothic" w:eastAsia="Malgun Gothic"/>
                <w:b w:val="0"/>
                <w:sz w:val="14"/>
              </w:rPr>
              <w:t>0.35257744820024006</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-0.12423895198341262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0.0736489668488502</w:t>
            </w:r>
          </w:p>
        </w:tc>
        <w:tc>
          <w:tcPr>
            <w:tcW w:type="dxa" w:w="519"/>
            <w:vAlign w:val="center"/>
          </w:tcPr>
          <w:p>
            <w:r/>
            <w:r>
              <w:rPr>
                <w:rFonts w:ascii="Malgun Gothic" w:hAnsi="Malgun Gothic" w:eastAsia="Malgun Gothic"/>
                <w:b w:val="0"/>
                <w:sz w:val="14"/>
              </w:rPr>
              <w:t>212.8201100241104</w:t>
            </w:r>
          </w:p>
        </w:tc>
        <w:tc>
          <w:tcPr>
            <w:tcW w:type="dxa" w:w="519"/>
            <w:vAlign w:val="center"/>
          </w:tcPr>
          <w:p>
            <w:r/>
            <w:r>
              <w:rPr>
                <w:rFonts w:ascii="Malgun Gothic" w:hAnsi="Malgun Gothic" w:eastAsia="Malgun Gothic"/>
                <w:b w:val="0"/>
                <w:sz w:val="14"/>
              </w:rPr>
              <w:t>89.41736028537456</w:t>
            </w:r>
          </w:p>
        </w:tc>
        <w:tc>
          <w:tcPr>
            <w:tcW w:type="dxa" w:w="519"/>
            <w:vAlign w:val="center"/>
          </w:tcPr>
          <w:p>
            <w:r/>
            <w:r>
              <w:rPr>
                <w:rFonts w:ascii="Malgun Gothic" w:hAnsi="Malgun Gothic" w:eastAsia="Malgun Gothic"/>
                <w:b w:val="0"/>
                <w:sz w:val="14"/>
              </w:rPr>
              <w:t>252.3</w:t>
            </w:r>
          </w:p>
        </w:tc>
        <w:tc>
          <w:tcPr>
            <w:tcW w:type="dxa" w:w="519"/>
            <w:vAlign w:val="center"/>
          </w:tcPr>
          <w:p>
            <w:r/>
            <w:r>
              <w:rPr>
                <w:rFonts w:ascii="Malgun Gothic" w:hAnsi="Malgun Gothic" w:eastAsia="Malgun Gothic"/>
                <w:b w:val="0"/>
                <w:sz w:val="14"/>
              </w:rPr>
              <w:t>0.1945653498824221</w:t>
            </w:r>
          </w:p>
        </w:tc>
        <w:tc>
          <w:tcPr>
            <w:tcW w:type="dxa" w:w="519"/>
            <w:vAlign w:val="center"/>
          </w:tcPr>
          <w:p>
            <w:r/>
            <w:r>
              <w:rPr>
                <w:rFonts w:ascii="Malgun Gothic" w:hAnsi="Malgun Gothic" w:eastAsia="Malgun Gothic"/>
                <w:b w:val="0"/>
                <w:sz w:val="14"/>
              </w:rPr>
              <w:t>-0.6108707324293121</w:t>
            </w:r>
          </w:p>
        </w:tc>
        <w:tc>
          <w:tcPr>
            <w:tcW w:type="dxa" w:w="519"/>
            <w:vAlign w:val="center"/>
          </w:tcPr>
          <w:p>
            <w:r/>
            <w:r>
              <w:rPr>
                <w:rFonts w:ascii="Malgun Gothic" w:hAnsi="Malgun Gothic" w:eastAsia="Malgun Gothic"/>
                <w:b w:val="0"/>
                <w:sz w:val="14"/>
              </w:rPr>
              <w:t>0.34225492840681293</w:t>
            </w:r>
          </w:p>
        </w:tc>
        <w:tc>
          <w:tcPr>
            <w:tcW w:type="dxa" w:w="519"/>
            <w:vAlign w:val="center"/>
          </w:tcPr>
          <w:p>
            <w:r/>
            <w:r>
              <w:rPr>
                <w:rFonts w:ascii="Malgun Gothic" w:hAnsi="Malgun Gothic" w:eastAsia="Malgun Gothic"/>
                <w:b w:val="0"/>
                <w:sz w:val="14"/>
              </w:rPr>
              <w:t>0.6202162528023257</w:t>
            </w:r>
          </w:p>
        </w:tc>
        <w:tc>
          <w:tcPr>
            <w:tcW w:type="dxa" w:w="519"/>
            <w:vAlign w:val="center"/>
          </w:tcPr>
          <w:p>
            <w:r/>
            <w:r>
              <w:rPr>
                <w:rFonts w:ascii="Malgun Gothic" w:hAnsi="Malgun Gothic" w:eastAsia="Malgun Gothic"/>
                <w:b w:val="0"/>
                <w:sz w:val="14"/>
              </w:rPr>
              <w:t>0.13654144966556217</w:t>
            </w:r>
          </w:p>
        </w:tc>
        <w:tc>
          <w:tcPr>
            <w:tcW w:type="dxa" w:w="519"/>
            <w:vAlign w:val="center"/>
          </w:tcPr>
          <w:p>
            <w:r/>
            <w:r>
              <w:rPr>
                <w:rFonts w:ascii="Malgun Gothic" w:hAnsi="Malgun Gothic" w:eastAsia="Malgun Gothic"/>
                <w:b w:val="0"/>
                <w:sz w:val="14"/>
              </w:rPr>
              <w:t>0.4129799529253069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-0.09136464265348093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0.062197983264923</w:t>
            </w:r>
          </w:p>
        </w:tc>
        <w:tc>
          <w:tcPr>
            <w:tcW w:type="dxa" w:w="519"/>
            <w:vAlign w:val="center"/>
          </w:tcPr>
          <w:p>
            <w:r/>
            <w:r>
              <w:rPr>
                <w:rFonts w:ascii="Malgun Gothic" w:hAnsi="Malgun Gothic" w:eastAsia="Malgun Gothic"/>
                <w:b w:val="0"/>
                <w:sz w:val="14"/>
              </w:rPr>
              <w:t>279.7326065059236</w:t>
            </w:r>
          </w:p>
        </w:tc>
        <w:tc>
          <w:tcPr>
            <w:tcW w:type="dxa" w:w="519"/>
            <w:vAlign w:val="center"/>
          </w:tcPr>
          <w:p>
            <w:r/>
            <w:r>
              <w:rPr>
                <w:rFonts w:ascii="Malgun Gothic" w:hAnsi="Malgun Gothic" w:eastAsia="Malgun Gothic"/>
                <w:b w:val="0"/>
                <w:sz w:val="14"/>
              </w:rPr>
              <w:t>97.68339768339769</w:t>
            </w:r>
          </w:p>
        </w:tc>
        <w:tc>
          <w:tcPr>
            <w:tcW w:type="dxa" w:w="519"/>
            <w:vAlign w:val="center"/>
          </w:tcPr>
          <w:p>
            <w:r/>
            <w:r>
              <w:rPr>
                <w:rFonts w:ascii="Malgun Gothic" w:hAnsi="Malgun Gothic" w:eastAsia="Malgun Gothic"/>
                <w:b w:val="0"/>
                <w:sz w:val="14"/>
              </w:rPr>
              <w:t>155.4</w:t>
            </w:r>
          </w:p>
        </w:tc>
        <w:tc>
          <w:tcPr>
            <w:tcW w:type="dxa" w:w="519"/>
            <w:vAlign w:val="center"/>
          </w:tcPr>
          <w:p>
            <w:r/>
            <w:r>
              <w:rPr>
                <w:rFonts w:ascii="Malgun Gothic" w:hAnsi="Malgun Gothic" w:eastAsia="Malgun Gothic"/>
                <w:b w:val="0"/>
                <w:sz w:val="14"/>
              </w:rPr>
              <w:t>-0.19737447641055078</w:t>
            </w:r>
          </w:p>
        </w:tc>
        <w:tc>
          <w:tcPr>
            <w:tcW w:type="dxa" w:w="519"/>
            <w:vAlign w:val="center"/>
          </w:tcPr>
          <w:p>
            <w:r/>
            <w:r>
              <w:rPr>
                <w:rFonts w:ascii="Malgun Gothic" w:hAnsi="Malgun Gothic" w:eastAsia="Malgun Gothic"/>
                <w:b w:val="0"/>
                <w:sz w:val="14"/>
              </w:rPr>
              <w:t>1.791113263723373</w:t>
            </w:r>
          </w:p>
        </w:tc>
        <w:tc>
          <w:tcPr>
            <w:tcW w:type="dxa" w:w="519"/>
            <w:vAlign w:val="center"/>
          </w:tcPr>
          <w:p>
            <w:r/>
            <w:r>
              <w:rPr>
                <w:rFonts w:ascii="Malgun Gothic" w:hAnsi="Malgun Gothic" w:eastAsia="Malgun Gothic"/>
                <w:b w:val="0"/>
                <w:sz w:val="14"/>
              </w:rPr>
              <w:t>0.7679447644119026</w:t>
            </w:r>
          </w:p>
        </w:tc>
        <w:tc>
          <w:tcPr>
            <w:tcW w:type="dxa" w:w="519"/>
            <w:vAlign w:val="center"/>
          </w:tcPr>
          <w:p>
            <w:r/>
            <w:r>
              <w:rPr>
                <w:rFonts w:ascii="Malgun Gothic" w:hAnsi="Malgun Gothic" w:eastAsia="Malgun Gothic"/>
                <w:b w:val="0"/>
                <w:sz w:val="14"/>
              </w:rPr>
              <w:t>0.05098847320156143</w:t>
            </w:r>
          </w:p>
        </w:tc>
        <w:tc>
          <w:tcPr>
            <w:tcW w:type="dxa" w:w="519"/>
            <w:vAlign w:val="center"/>
          </w:tcPr>
          <w:p>
            <w:r/>
            <w:r>
              <w:rPr>
                <w:rFonts w:ascii="Malgun Gothic" w:hAnsi="Malgun Gothic" w:eastAsia="Malgun Gothic"/>
                <w:b w:val="0"/>
                <w:sz w:val="14"/>
              </w:rPr>
              <w:t>0.6031680062315715</w:t>
            </w:r>
          </w:p>
        </w:tc>
        <w:tc>
          <w:tcPr>
            <w:tcW w:type="dxa" w:w="519"/>
            <w:vAlign w:val="center"/>
          </w:tcPr>
          <w:p>
            <w:r/>
            <w:r>
              <w:rPr>
                <w:rFonts w:ascii="Malgun Gothic" w:hAnsi="Malgun Gothic" w:eastAsia="Malgun Gothic"/>
                <w:b w:val="0"/>
                <w:sz w:val="14"/>
              </w:rPr>
              <w:t>0.5182566250385838</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-0.05065995930819589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0.0671501383185386</w:t>
            </w:r>
          </w:p>
        </w:tc>
        <w:tc>
          <w:tcPr>
            <w:tcW w:type="dxa" w:w="519"/>
            <w:vAlign w:val="center"/>
          </w:tcPr>
          <w:p>
            <w:r/>
            <w:r>
              <w:rPr>
                <w:rFonts w:ascii="Malgun Gothic" w:hAnsi="Malgun Gothic" w:eastAsia="Malgun Gothic"/>
                <w:b w:val="0"/>
                <w:sz w:val="14"/>
              </w:rPr>
              <w:t>248.7467027838688</w:t>
            </w:r>
          </w:p>
        </w:tc>
        <w:tc>
          <w:tcPr>
            <w:tcW w:type="dxa" w:w="519"/>
            <w:vAlign w:val="center"/>
          </w:tcPr>
          <w:p>
            <w:r/>
            <w:r>
              <w:rPr>
                <w:rFonts w:ascii="Malgun Gothic" w:hAnsi="Malgun Gothic" w:eastAsia="Malgun Gothic"/>
                <w:b w:val="0"/>
                <w:sz w:val="14"/>
              </w:rPr>
              <w:t>94.35829759155394</w:t>
            </w:r>
          </w:p>
        </w:tc>
        <w:tc>
          <w:tcPr>
            <w:tcW w:type="dxa" w:w="519"/>
            <w:vAlign w:val="center"/>
          </w:tcPr>
          <w:p>
            <w:r/>
            <w:r>
              <w:rPr>
                <w:rFonts w:ascii="Malgun Gothic" w:hAnsi="Malgun Gothic" w:eastAsia="Malgun Gothic"/>
                <w:b w:val="0"/>
                <w:sz w:val="14"/>
              </w:rPr>
              <w:t>90.93</w:t>
            </w:r>
          </w:p>
        </w:tc>
        <w:tc>
          <w:tcPr>
            <w:tcW w:type="dxa" w:w="519"/>
            <w:vAlign w:val="center"/>
          </w:tcPr>
          <w:p>
            <w:r/>
            <w:r>
              <w:rPr>
                <w:rFonts w:ascii="Malgun Gothic" w:hAnsi="Malgun Gothic" w:eastAsia="Malgun Gothic"/>
                <w:b w:val="0"/>
                <w:sz w:val="14"/>
              </w:rPr>
              <w:t>-0.02787403330326063</w:t>
            </w:r>
          </w:p>
        </w:tc>
        <w:tc>
          <w:tcPr>
            <w:tcW w:type="dxa" w:w="519"/>
            <w:vAlign w:val="center"/>
          </w:tcPr>
          <w:p>
            <w:r/>
            <w:r>
              <w:rPr>
                <w:rFonts w:ascii="Malgun Gothic" w:hAnsi="Malgun Gothic" w:eastAsia="Malgun Gothic"/>
                <w:b w:val="0"/>
                <w:sz w:val="14"/>
              </w:rPr>
              <w:t>0.6788001867941188</w:t>
            </w:r>
          </w:p>
        </w:tc>
        <w:tc>
          <w:tcPr>
            <w:tcW w:type="dxa" w:w="519"/>
            <w:vAlign w:val="center"/>
          </w:tcPr>
          <w:p>
            <w:r/>
            <w:r>
              <w:rPr>
                <w:rFonts w:ascii="Malgun Gothic" w:hAnsi="Malgun Gothic" w:eastAsia="Malgun Gothic"/>
                <w:b w:val="0"/>
                <w:sz w:val="14"/>
              </w:rPr>
              <w:t>0.5967065707477909</w:t>
            </w:r>
          </w:p>
        </w:tc>
        <w:tc>
          <w:tcPr>
            <w:tcW w:type="dxa" w:w="519"/>
            <w:vAlign w:val="center"/>
          </w:tcPr>
          <w:p>
            <w:r/>
            <w:r>
              <w:rPr>
                <w:rFonts w:ascii="Malgun Gothic" w:hAnsi="Malgun Gothic" w:eastAsia="Malgun Gothic"/>
                <w:b w:val="0"/>
                <w:sz w:val="14"/>
              </w:rPr>
              <w:t>-0.3277330433191947</w:t>
            </w:r>
          </w:p>
        </w:tc>
        <w:tc>
          <w:tcPr>
            <w:tcW w:type="dxa" w:w="519"/>
            <w:vAlign w:val="center"/>
          </w:tcPr>
          <w:p>
            <w:r/>
            <w:r>
              <w:rPr>
                <w:rFonts w:ascii="Malgun Gothic" w:hAnsi="Malgun Gothic" w:eastAsia="Malgun Gothic"/>
                <w:b w:val="0"/>
                <w:sz w:val="14"/>
              </w:rPr>
              <w:t>0.22997492022986354</w:t>
            </w:r>
          </w:p>
        </w:tc>
        <w:tc>
          <w:tcPr>
            <w:tcW w:type="dxa" w:w="519"/>
            <w:vAlign w:val="center"/>
          </w:tcPr>
          <w:p>
            <w:r/>
            <w:r>
              <w:rPr>
                <w:rFonts w:ascii="Malgun Gothic" w:hAnsi="Malgun Gothic" w:eastAsia="Malgun Gothic"/>
                <w:b w:val="0"/>
                <w:sz w:val="14"/>
              </w:rPr>
              <w:t>0.43405968940106837</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-0.1226228752223722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0.1463118344545364</w:t>
            </w:r>
          </w:p>
        </w:tc>
        <w:tc>
          <w:tcPr>
            <w:tcW w:type="dxa" w:w="519"/>
            <w:vAlign w:val="center"/>
          </w:tcPr>
          <w:p>
            <w:r/>
            <w:r>
              <w:rPr>
                <w:rFonts w:ascii="Malgun Gothic" w:hAnsi="Malgun Gothic" w:eastAsia="Malgun Gothic"/>
                <w:b w:val="0"/>
                <w:sz w:val="14"/>
              </w:rPr>
              <w:t>229.41307026841184</w:t>
            </w:r>
          </w:p>
        </w:tc>
        <w:tc>
          <w:tcPr>
            <w:tcW w:type="dxa" w:w="519"/>
            <w:vAlign w:val="center"/>
          </w:tcPr>
          <w:p>
            <w:r/>
            <w:r>
              <w:rPr>
                <w:rFonts w:ascii="Malgun Gothic" w:hAnsi="Malgun Gothic" w:eastAsia="Malgun Gothic"/>
                <w:b w:val="0"/>
                <w:sz w:val="14"/>
              </w:rPr>
              <w:t>51.36268343815513</w:t>
            </w:r>
          </w:p>
        </w:tc>
        <w:tc>
          <w:tcPr>
            <w:tcW w:type="dxa" w:w="519"/>
            <w:vAlign w:val="center"/>
          </w:tcPr>
          <w:p>
            <w:r/>
            <w:r>
              <w:rPr>
                <w:rFonts w:ascii="Malgun Gothic" w:hAnsi="Malgun Gothic" w:eastAsia="Malgun Gothic"/>
                <w:b w:val="0"/>
                <w:sz w:val="14"/>
              </w:rPr>
              <w:t>57.24</w:t>
            </w:r>
          </w:p>
        </w:tc>
        <w:tc>
          <w:tcPr>
            <w:tcW w:type="dxa" w:w="519"/>
            <w:vAlign w:val="center"/>
          </w:tcPr>
          <w:p>
            <w:r/>
            <w:r>
              <w:rPr>
                <w:rFonts w:ascii="Malgun Gothic" w:hAnsi="Malgun Gothic" w:eastAsia="Malgun Gothic"/>
                <w:b w:val="0"/>
                <w:sz w:val="14"/>
              </w:rPr>
              <w:t>2.681641809174202</w:t>
            </w:r>
          </w:p>
        </w:tc>
        <w:tc>
          <w:tcPr>
            <w:tcW w:type="dxa" w:w="519"/>
            <w:vAlign w:val="center"/>
          </w:tcPr>
          <w:p>
            <w:r/>
            <w:r>
              <w:rPr>
                <w:rFonts w:ascii="Malgun Gothic" w:hAnsi="Malgun Gothic" w:eastAsia="Malgun Gothic"/>
                <w:b w:val="0"/>
                <w:sz w:val="14"/>
              </w:rPr>
              <w:t>-0.015226763795700088</w:t>
            </w:r>
          </w:p>
        </w:tc>
        <w:tc>
          <w:tcPr>
            <w:tcW w:type="dxa" w:w="519"/>
            <w:vAlign w:val="center"/>
          </w:tcPr>
          <w:p>
            <w:r/>
            <w:r>
              <w:rPr>
                <w:rFonts w:ascii="Malgun Gothic" w:hAnsi="Malgun Gothic" w:eastAsia="Malgun Gothic"/>
                <w:b w:val="0"/>
                <w:sz w:val="14"/>
              </w:rPr>
              <w:t>-1.6175098737937825</w:t>
            </w:r>
          </w:p>
        </w:tc>
        <w:tc>
          <w:tcPr>
            <w:tcW w:type="dxa" w:w="519"/>
            <w:vAlign w:val="center"/>
          </w:tcPr>
          <w:p>
            <w:r/>
            <w:r>
              <w:rPr>
                <w:rFonts w:ascii="Malgun Gothic" w:hAnsi="Malgun Gothic" w:eastAsia="Malgun Gothic"/>
                <w:b w:val="0"/>
                <w:sz w:val="14"/>
              </w:rPr>
              <w:t>-0.5256410298491199</w:t>
            </w:r>
          </w:p>
        </w:tc>
        <w:tc>
          <w:tcPr>
            <w:tcW w:type="dxa" w:w="519"/>
            <w:vAlign w:val="center"/>
          </w:tcPr>
          <w:p>
            <w:r/>
            <w:r>
              <w:rPr>
                <w:rFonts w:ascii="Malgun Gothic" w:hAnsi="Malgun Gothic" w:eastAsia="Malgun Gothic"/>
                <w:b w:val="0"/>
                <w:sz w:val="14"/>
              </w:rPr>
              <w:t>0.1308160354338998</w:t>
            </w:r>
          </w:p>
        </w:tc>
        <w:tc>
          <w:tcPr>
            <w:tcW w:type="dxa" w:w="519"/>
            <w:vAlign w:val="center"/>
          </w:tcPr>
          <w:p>
            <w:r/>
            <w:r>
              <w:rPr>
                <w:rFonts w:ascii="Malgun Gothic" w:hAnsi="Malgun Gothic" w:eastAsia="Malgun Gothic"/>
                <w:b w:val="0"/>
                <w:sz w:val="14"/>
              </w:rPr>
              <w:t>0.4116882292797108</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-0.16816974503080284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0.0526598244905471</w:t>
            </w:r>
          </w:p>
        </w:tc>
        <w:tc>
          <w:tcPr>
            <w:tcW w:type="dxa" w:w="519"/>
            <w:vAlign w:val="center"/>
          </w:tcPr>
          <w:p>
            <w:r/>
            <w:r>
              <w:rPr>
                <w:rFonts w:ascii="Malgun Gothic" w:hAnsi="Malgun Gothic" w:eastAsia="Malgun Gothic"/>
                <w:b w:val="0"/>
                <w:sz w:val="14"/>
              </w:rPr>
              <w:t>183.5408464937546</w:t>
            </w:r>
          </w:p>
        </w:tc>
        <w:tc>
          <w:tcPr>
            <w:tcW w:type="dxa" w:w="519"/>
            <w:vAlign w:val="center"/>
          </w:tcPr>
          <w:p>
            <w:r/>
            <w:r>
              <w:rPr>
                <w:rFonts w:ascii="Malgun Gothic" w:hAnsi="Malgun Gothic" w:eastAsia="Malgun Gothic"/>
                <w:b w:val="0"/>
                <w:sz w:val="14"/>
              </w:rPr>
              <w:t>78.69658776513987</w:t>
            </w:r>
          </w:p>
        </w:tc>
        <w:tc>
          <w:tcPr>
            <w:tcW w:type="dxa" w:w="519"/>
            <w:vAlign w:val="center"/>
          </w:tcPr>
          <w:p>
            <w:r/>
            <w:r>
              <w:rPr>
                <w:rFonts w:ascii="Malgun Gothic" w:hAnsi="Malgun Gothic" w:eastAsia="Malgun Gothic"/>
                <w:b w:val="0"/>
                <w:sz w:val="14"/>
              </w:rPr>
              <w:t>195.18</w:t>
            </w:r>
          </w:p>
        </w:tc>
        <w:tc>
          <w:tcPr>
            <w:tcW w:type="dxa" w:w="519"/>
            <w:vAlign w:val="center"/>
          </w:tcPr>
          <w:p>
            <w:r/>
            <w:r>
              <w:rPr>
                <w:rFonts w:ascii="Malgun Gothic" w:hAnsi="Malgun Gothic" w:eastAsia="Malgun Gothic"/>
                <w:b w:val="0"/>
                <w:sz w:val="14"/>
              </w:rPr>
              <w:t>-0.5238428767697084</w:t>
            </w:r>
          </w:p>
        </w:tc>
        <w:tc>
          <w:tcPr>
            <w:tcW w:type="dxa" w:w="519"/>
            <w:vAlign w:val="center"/>
          </w:tcPr>
          <w:p>
            <w:r/>
            <w:r>
              <w:rPr>
                <w:rFonts w:ascii="Malgun Gothic" w:hAnsi="Malgun Gothic" w:eastAsia="Malgun Gothic"/>
                <w:b w:val="0"/>
                <w:sz w:val="14"/>
              </w:rPr>
              <w:t>-1.6619198804485729</w:t>
            </w:r>
          </w:p>
        </w:tc>
        <w:tc>
          <w:tcPr>
            <w:tcW w:type="dxa" w:w="519"/>
            <w:vAlign w:val="center"/>
          </w:tcPr>
          <w:p>
            <w:r/>
            <w:r>
              <w:rPr>
                <w:rFonts w:ascii="Malgun Gothic" w:hAnsi="Malgun Gothic" w:eastAsia="Malgun Gothic"/>
                <w:b w:val="0"/>
                <w:sz w:val="14"/>
              </w:rPr>
              <w:t>-0.209850473037175</w:t>
            </w:r>
          </w:p>
        </w:tc>
        <w:tc>
          <w:tcPr>
            <w:tcW w:type="dxa" w:w="519"/>
            <w:vAlign w:val="center"/>
          </w:tcPr>
          <w:p>
            <w:r/>
            <w:r>
              <w:rPr>
                <w:rFonts w:ascii="Malgun Gothic" w:hAnsi="Malgun Gothic" w:eastAsia="Malgun Gothic"/>
                <w:b w:val="0"/>
                <w:sz w:val="14"/>
              </w:rPr>
              <w:t>0.2846714564060857</w:t>
            </w:r>
          </w:p>
        </w:tc>
        <w:tc>
          <w:tcPr>
            <w:tcW w:type="dxa" w:w="519"/>
            <w:vAlign w:val="center"/>
          </w:tcPr>
          <w:p>
            <w:r/>
            <w:r>
              <w:rPr>
                <w:rFonts w:ascii="Malgun Gothic" w:hAnsi="Malgun Gothic" w:eastAsia="Malgun Gothic"/>
                <w:b w:val="0"/>
                <w:sz w:val="14"/>
              </w:rPr>
              <w:t>-0.5277354434623427</w:t>
            </w:r>
          </w:p>
        </w:tc>
        <w:tc>
          <w:tcPr>
            <w:tcW w:type="dxa" w:w="519"/>
            <w:vAlign w:val="center"/>
          </w:tcPr>
          <w:p>
            <w:r/>
            <w:r>
              <w:rPr>
                <w:rFonts w:ascii="Malgun Gothic" w:hAnsi="Malgun Gothic" w:eastAsia="Malgun Gothic"/>
                <w:b w:val="0"/>
                <w:sz w:val="14"/>
              </w:rPr>
              <w:t>0.26311094164377696</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-0.18791790551769744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0.053933672606945</w:t>
            </w:r>
          </w:p>
        </w:tc>
        <w:tc>
          <w:tcPr>
            <w:tcW w:type="dxa" w:w="519"/>
            <w:vAlign w:val="center"/>
          </w:tcPr>
          <w:p>
            <w:r/>
            <w:r>
              <w:rPr>
                <w:rFonts w:ascii="Malgun Gothic" w:hAnsi="Malgun Gothic" w:eastAsia="Malgun Gothic"/>
                <w:b w:val="0"/>
                <w:sz w:val="14"/>
              </w:rPr>
              <w:t>278.85837358392706</w:t>
            </w:r>
          </w:p>
        </w:tc>
        <w:tc>
          <w:tcPr>
            <w:tcW w:type="dxa" w:w="519"/>
            <w:vAlign w:val="center"/>
          </w:tcPr>
          <w:p>
            <w:r/>
            <w:r>
              <w:rPr>
                <w:rFonts w:ascii="Malgun Gothic" w:hAnsi="Malgun Gothic" w:eastAsia="Malgun Gothic"/>
                <w:b w:val="0"/>
                <w:sz w:val="14"/>
              </w:rPr>
              <w:t>87.91208791208791</w:t>
            </w:r>
          </w:p>
        </w:tc>
        <w:tc>
          <w:tcPr>
            <w:tcW w:type="dxa" w:w="519"/>
            <w:vAlign w:val="center"/>
          </w:tcPr>
          <w:p>
            <w:r/>
            <w:r>
              <w:rPr>
                <w:rFonts w:ascii="Malgun Gothic" w:hAnsi="Malgun Gothic" w:eastAsia="Malgun Gothic"/>
                <w:b w:val="0"/>
                <w:sz w:val="14"/>
              </w:rPr>
              <w:t>24.57</w:t>
            </w:r>
          </w:p>
        </w:tc>
        <w:tc>
          <w:tcPr>
            <w:tcW w:type="dxa" w:w="519"/>
            <w:vAlign w:val="center"/>
          </w:tcPr>
          <w:p>
            <w:r/>
            <w:r>
              <w:rPr>
                <w:rFonts w:ascii="Malgun Gothic" w:hAnsi="Malgun Gothic" w:eastAsia="Malgun Gothic"/>
                <w:b w:val="0"/>
                <w:sz w:val="14"/>
              </w:rPr>
              <w:t>-0.4802420973427418</w:t>
            </w:r>
          </w:p>
        </w:tc>
        <w:tc>
          <w:tcPr>
            <w:tcW w:type="dxa" w:w="519"/>
            <w:vAlign w:val="center"/>
          </w:tcPr>
          <w:p>
            <w:r/>
            <w:r>
              <w:rPr>
                <w:rFonts w:ascii="Malgun Gothic" w:hAnsi="Malgun Gothic" w:eastAsia="Malgun Gothic"/>
                <w:b w:val="0"/>
                <w:sz w:val="14"/>
              </w:rPr>
              <w:t>1.7597305833877754</w:t>
            </w:r>
          </w:p>
        </w:tc>
        <w:tc>
          <w:tcPr>
            <w:tcW w:type="dxa" w:w="519"/>
            <w:vAlign w:val="center"/>
          </w:tcPr>
          <w:p>
            <w:r/>
            <w:r>
              <w:rPr>
                <w:rFonts w:ascii="Malgun Gothic" w:hAnsi="Malgun Gothic" w:eastAsia="Malgun Gothic"/>
                <w:b w:val="0"/>
                <w:sz w:val="14"/>
              </w:rPr>
              <w:t>0.26473542070646916</w:t>
            </w:r>
          </w:p>
        </w:tc>
        <w:tc>
          <w:tcPr>
            <w:tcW w:type="dxa" w:w="519"/>
            <w:vAlign w:val="center"/>
          </w:tcPr>
          <w:p>
            <w:r/>
            <w:r>
              <w:rPr>
                <w:rFonts w:ascii="Malgun Gothic" w:hAnsi="Malgun Gothic" w:eastAsia="Malgun Gothic"/>
                <w:b w:val="0"/>
                <w:sz w:val="14"/>
              </w:rPr>
              <w:t>-0.7175571450148265</w:t>
            </w:r>
          </w:p>
        </w:tc>
        <w:tc>
          <w:tcPr>
            <w:tcW w:type="dxa" w:w="519"/>
            <w:vAlign w:val="center"/>
          </w:tcPr>
          <w:p>
            <w:r/>
            <w:r>
              <w:rPr>
                <w:rFonts w:ascii="Malgun Gothic" w:hAnsi="Malgun Gothic" w:eastAsia="Malgun Gothic"/>
                <w:b w:val="0"/>
                <w:sz w:val="14"/>
              </w:rPr>
              <w:t>0.2066666904341691</w:t>
            </w:r>
          </w:p>
        </w:tc>
        <w:tc>
          <w:tcPr>
            <w:tcW w:type="dxa" w:w="519"/>
            <w:vAlign w:val="center"/>
          </w:tcPr>
          <w:p>
            <w:r/>
            <w:r>
              <w:rPr>
                <w:rFonts w:ascii="Malgun Gothic" w:hAnsi="Malgun Gothic" w:eastAsia="Malgun Gothic"/>
                <w:b w:val="0"/>
                <w:sz w:val="14"/>
              </w:rPr>
              <w:t>0.4288010669947478</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-0.13655819819906495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0.0630923733115196</w:t>
            </w:r>
          </w:p>
        </w:tc>
        <w:tc>
          <w:tcPr>
            <w:tcW w:type="dxa" w:w="519"/>
            <w:vAlign w:val="center"/>
          </w:tcPr>
          <w:p>
            <w:r/>
            <w:r>
              <w:rPr>
                <w:rFonts w:ascii="Malgun Gothic" w:hAnsi="Malgun Gothic" w:eastAsia="Malgun Gothic"/>
                <w:b w:val="0"/>
                <w:sz w:val="14"/>
              </w:rPr>
              <w:t>223.2374862425497</w:t>
            </w:r>
          </w:p>
        </w:tc>
        <w:tc>
          <w:tcPr>
            <w:tcW w:type="dxa" w:w="519"/>
            <w:vAlign w:val="center"/>
          </w:tcPr>
          <w:p>
            <w:r/>
            <w:r>
              <w:rPr>
                <w:rFonts w:ascii="Malgun Gothic" w:hAnsi="Malgun Gothic" w:eastAsia="Malgun Gothic"/>
                <w:b w:val="0"/>
                <w:sz w:val="14"/>
              </w:rPr>
              <w:t>93.12890403180012</w:t>
            </w:r>
          </w:p>
        </w:tc>
        <w:tc>
          <w:tcPr>
            <w:tcW w:type="dxa" w:w="519"/>
            <w:vAlign w:val="center"/>
          </w:tcPr>
          <w:p>
            <w:r/>
            <w:r>
              <w:rPr>
                <w:rFonts w:ascii="Malgun Gothic" w:hAnsi="Malgun Gothic" w:eastAsia="Malgun Gothic"/>
                <w:b w:val="0"/>
                <w:sz w:val="14"/>
              </w:rPr>
              <w:t>52.83</w:t>
            </w:r>
          </w:p>
        </w:tc>
        <w:tc>
          <w:tcPr>
            <w:tcW w:type="dxa" w:w="519"/>
            <w:vAlign w:val="center"/>
          </w:tcPr>
          <w:p>
            <w:r/>
            <w:r>
              <w:rPr>
                <w:rFonts w:ascii="Malgun Gothic" w:hAnsi="Malgun Gothic" w:eastAsia="Malgun Gothic"/>
                <w:b w:val="0"/>
                <w:sz w:val="14"/>
              </w:rPr>
              <w:t>-0.16676164067185772</w:t>
            </w:r>
          </w:p>
        </w:tc>
        <w:tc>
          <w:tcPr>
            <w:tcW w:type="dxa" w:w="519"/>
            <w:vAlign w:val="center"/>
          </w:tcPr>
          <w:p>
            <w:r/>
            <w:r>
              <w:rPr>
                <w:rFonts w:ascii="Malgun Gothic" w:hAnsi="Malgun Gothic" w:eastAsia="Malgun Gothic"/>
                <w:b w:val="0"/>
                <w:sz w:val="14"/>
              </w:rPr>
              <w:t>-0.23691411334854232</w:t>
            </w:r>
          </w:p>
        </w:tc>
        <w:tc>
          <w:tcPr>
            <w:tcW w:type="dxa" w:w="519"/>
            <w:vAlign w:val="center"/>
          </w:tcPr>
          <w:p>
            <w:r/>
            <w:r>
              <w:rPr>
                <w:rFonts w:ascii="Malgun Gothic" w:hAnsi="Malgun Gothic" w:eastAsia="Malgun Gothic"/>
                <w:b w:val="0"/>
                <w:sz w:val="14"/>
              </w:rPr>
              <w:t>0.5333944518161157</w:t>
            </w:r>
          </w:p>
        </w:tc>
        <w:tc>
          <w:tcPr>
            <w:tcW w:type="dxa" w:w="519"/>
            <w:vAlign w:val="center"/>
          </w:tcPr>
          <w:p>
            <w:r/>
            <w:r>
              <w:rPr>
                <w:rFonts w:ascii="Malgun Gothic" w:hAnsi="Malgun Gothic" w:eastAsia="Malgun Gothic"/>
                <w:b w:val="0"/>
                <w:sz w:val="14"/>
              </w:rPr>
              <w:t>-0.5515470619238296</w:t>
            </w:r>
          </w:p>
        </w:tc>
        <w:tc>
          <w:tcPr>
            <w:tcW w:type="dxa" w:w="519"/>
            <w:vAlign w:val="center"/>
          </w:tcPr>
          <w:p>
            <w:r/>
            <w:r>
              <w:rPr>
                <w:rFonts w:ascii="Malgun Gothic" w:hAnsi="Malgun Gothic" w:eastAsia="Malgun Gothic"/>
                <w:b w:val="0"/>
                <w:sz w:val="14"/>
              </w:rPr>
              <w:t>-0.1054570910320285</w:t>
            </w:r>
          </w:p>
        </w:tc>
        <w:tc>
          <w:tcPr>
            <w:tcW w:type="dxa" w:w="519"/>
            <w:vAlign w:val="center"/>
          </w:tcPr>
          <w:p>
            <w:r/>
            <w:r>
              <w:rPr>
                <w:rFonts w:ascii="Malgun Gothic" w:hAnsi="Malgun Gothic" w:eastAsia="Malgun Gothic"/>
                <w:b w:val="0"/>
                <w:sz w:val="14"/>
              </w:rPr>
              <w:t>0.35838211518456575</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-0.1783672858417943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0.0623011589050293</w:t>
            </w:r>
          </w:p>
        </w:tc>
        <w:tc>
          <w:tcPr>
            <w:tcW w:type="dxa" w:w="519"/>
            <w:vAlign w:val="center"/>
          </w:tcPr>
          <w:p>
            <w:r/>
            <w:r>
              <w:rPr>
                <w:rFonts w:ascii="Malgun Gothic" w:hAnsi="Malgun Gothic" w:eastAsia="Malgun Gothic"/>
                <w:b w:val="0"/>
                <w:sz w:val="14"/>
              </w:rPr>
              <w:t>253.2706965866162</w:t>
            </w:r>
          </w:p>
        </w:tc>
        <w:tc>
          <w:tcPr>
            <w:tcW w:type="dxa" w:w="519"/>
            <w:vAlign w:val="center"/>
          </w:tcPr>
          <w:p>
            <w:r/>
            <w:r>
              <w:rPr>
                <w:rFonts w:ascii="Malgun Gothic" w:hAnsi="Malgun Gothic" w:eastAsia="Malgun Gothic"/>
                <w:b w:val="0"/>
                <w:sz w:val="14"/>
              </w:rPr>
              <w:t>102.36220472440944</w:t>
            </w:r>
          </w:p>
        </w:tc>
        <w:tc>
          <w:tcPr>
            <w:tcW w:type="dxa" w:w="519"/>
            <w:vAlign w:val="center"/>
          </w:tcPr>
          <w:p>
            <w:r/>
            <w:r>
              <w:rPr>
                <w:rFonts w:ascii="Malgun Gothic" w:hAnsi="Malgun Gothic" w:eastAsia="Malgun Gothic"/>
                <w:b w:val="0"/>
                <w:sz w:val="14"/>
              </w:rPr>
              <w:t>68.58</w:t>
            </w:r>
          </w:p>
        </w:tc>
        <w:tc>
          <w:tcPr>
            <w:tcW w:type="dxa" w:w="519"/>
            <w:vAlign w:val="center"/>
          </w:tcPr>
          <w:p>
            <w:r/>
            <w:r>
              <w:rPr>
                <w:rFonts w:ascii="Malgun Gothic" w:hAnsi="Malgun Gothic" w:eastAsia="Malgun Gothic"/>
                <w:b w:val="0"/>
                <w:sz w:val="14"/>
              </w:rPr>
              <w:t>-0.19384302060463302</w:t>
            </w:r>
          </w:p>
        </w:tc>
        <w:tc>
          <w:tcPr>
            <w:tcW w:type="dxa" w:w="519"/>
            <w:vAlign w:val="center"/>
          </w:tcPr>
          <w:p>
            <w:r/>
            <w:r>
              <w:rPr>
                <w:rFonts w:ascii="Malgun Gothic" w:hAnsi="Malgun Gothic" w:eastAsia="Malgun Gothic"/>
                <w:b w:val="0"/>
                <w:sz w:val="14"/>
              </w:rPr>
              <w:t>0.841199757640301</w:t>
            </w:r>
          </w:p>
        </w:tc>
        <w:tc>
          <w:tcPr>
            <w:tcW w:type="dxa" w:w="519"/>
            <w:vAlign w:val="center"/>
          </w:tcPr>
          <w:p>
            <w:r/>
            <w:r>
              <w:rPr>
                <w:rFonts w:ascii="Malgun Gothic" w:hAnsi="Malgun Gothic" w:eastAsia="Malgun Gothic"/>
                <w:b w:val="0"/>
                <w:sz w:val="14"/>
              </w:rPr>
              <w:t>1.0088970497795062</w:t>
            </w:r>
          </w:p>
        </w:tc>
        <w:tc>
          <w:tcPr>
            <w:tcW w:type="dxa" w:w="519"/>
            <w:vAlign w:val="center"/>
          </w:tcPr>
          <w:p>
            <w:r/>
            <w:r>
              <w:rPr>
                <w:rFonts w:ascii="Malgun Gothic" w:hAnsi="Malgun Gothic" w:eastAsia="Malgun Gothic"/>
                <w:b w:val="0"/>
                <w:sz w:val="14"/>
              </w:rPr>
              <w:t>-0.45902551879986636</w:t>
            </w:r>
          </w:p>
        </w:tc>
        <w:tc>
          <w:tcPr>
            <w:tcW w:type="dxa" w:w="519"/>
            <w:vAlign w:val="center"/>
          </w:tcPr>
          <w:p>
            <w:r/>
            <w:r>
              <w:rPr>
                <w:rFonts w:ascii="Malgun Gothic" w:hAnsi="Malgun Gothic" w:eastAsia="Malgun Gothic"/>
                <w:b w:val="0"/>
                <w:sz w:val="14"/>
              </w:rPr>
              <w:t>0.299307067003827</w:t>
            </w:r>
          </w:p>
        </w:tc>
        <w:tc>
          <w:tcPr>
            <w:tcW w:type="dxa" w:w="519"/>
            <w:vAlign w:val="center"/>
          </w:tcPr>
          <w:p>
            <w:r/>
            <w:r>
              <w:rPr>
                <w:rFonts w:ascii="Malgun Gothic" w:hAnsi="Malgun Gothic" w:eastAsia="Malgun Gothic"/>
                <w:b w:val="0"/>
                <w:sz w:val="14"/>
              </w:rPr>
              <w:t>0.4497018717417976</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-0.11961858787901086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0.0901525691151619</w:t>
            </w:r>
          </w:p>
        </w:tc>
        <w:tc>
          <w:tcPr>
            <w:tcW w:type="dxa" w:w="519"/>
            <w:vAlign w:val="center"/>
          </w:tcPr>
          <w:p>
            <w:r/>
            <w:r>
              <w:rPr>
                <w:rFonts w:ascii="Malgun Gothic" w:hAnsi="Malgun Gothic" w:eastAsia="Malgun Gothic"/>
                <w:b w:val="0"/>
                <w:sz w:val="14"/>
              </w:rPr>
              <w:t>262.4477490768097</w:t>
            </w:r>
          </w:p>
        </w:tc>
        <w:tc>
          <w:tcPr>
            <w:tcW w:type="dxa" w:w="519"/>
            <w:vAlign w:val="center"/>
          </w:tcPr>
          <w:p>
            <w:r/>
            <w:r>
              <w:rPr>
                <w:rFonts w:ascii="Malgun Gothic" w:hAnsi="Malgun Gothic" w:eastAsia="Malgun Gothic"/>
                <w:b w:val="0"/>
                <w:sz w:val="14"/>
              </w:rPr>
              <w:t>97.83989834815756</w:t>
            </w:r>
          </w:p>
        </w:tc>
        <w:tc>
          <w:tcPr>
            <w:tcW w:type="dxa" w:w="519"/>
            <w:vAlign w:val="center"/>
          </w:tcPr>
          <w:p>
            <w:r/>
            <w:r>
              <w:rPr>
                <w:rFonts w:ascii="Malgun Gothic" w:hAnsi="Malgun Gothic" w:eastAsia="Malgun Gothic"/>
                <w:b w:val="0"/>
                <w:sz w:val="14"/>
              </w:rPr>
              <w:t>47.22</w:t>
            </w:r>
          </w:p>
        </w:tc>
        <w:tc>
          <w:tcPr>
            <w:tcW w:type="dxa" w:w="519"/>
            <w:vAlign w:val="center"/>
          </w:tcPr>
          <w:p>
            <w:r/>
            <w:r>
              <w:rPr>
                <w:rFonts w:ascii="Malgun Gothic" w:hAnsi="Malgun Gothic" w:eastAsia="Malgun Gothic"/>
                <w:b w:val="0"/>
                <w:sz w:val="14"/>
              </w:rPr>
              <w:t>0.7594442494160578</w:t>
            </w:r>
          </w:p>
        </w:tc>
        <w:tc>
          <w:tcPr>
            <w:tcW w:type="dxa" w:w="519"/>
            <w:vAlign w:val="center"/>
          </w:tcPr>
          <w:p>
            <w:r/>
            <w:r>
              <w:rPr>
                <w:rFonts w:ascii="Malgun Gothic" w:hAnsi="Malgun Gothic" w:eastAsia="Malgun Gothic"/>
                <w:b w:val="0"/>
                <w:sz w:val="14"/>
              </w:rPr>
              <w:t>1.1706319918611432</w:t>
            </w:r>
          </w:p>
        </w:tc>
        <w:tc>
          <w:tcPr>
            <w:tcW w:type="dxa" w:w="519"/>
            <w:vAlign w:val="center"/>
          </w:tcPr>
          <w:p>
            <w:r/>
            <w:r>
              <w:rPr>
                <w:rFonts w:ascii="Malgun Gothic" w:hAnsi="Malgun Gothic" w:eastAsia="Malgun Gothic"/>
                <w:b w:val="0"/>
                <w:sz w:val="14"/>
              </w:rPr>
              <w:t>0.7760043386804938</w:t>
            </w:r>
          </w:p>
        </w:tc>
        <w:tc>
          <w:tcPr>
            <w:tcW w:type="dxa" w:w="519"/>
            <w:vAlign w:val="center"/>
          </w:tcPr>
          <w:p>
            <w:r/>
            <w:r>
              <w:rPr>
                <w:rFonts w:ascii="Malgun Gothic" w:hAnsi="Malgun Gothic" w:eastAsia="Malgun Gothic"/>
                <w:b w:val="0"/>
                <w:sz w:val="14"/>
              </w:rPr>
              <w:t>-0.5845023544270317</w:t>
            </w:r>
          </w:p>
        </w:tc>
        <w:tc>
          <w:tcPr>
            <w:tcW w:type="dxa" w:w="519"/>
            <w:vAlign w:val="center"/>
          </w:tcPr>
          <w:p>
            <w:r/>
            <w:r>
              <w:rPr>
                <w:rFonts w:ascii="Malgun Gothic" w:hAnsi="Malgun Gothic" w:eastAsia="Malgun Gothic"/>
                <w:b w:val="0"/>
                <w:sz w:val="14"/>
              </w:rPr>
              <w:t>0.5303945563826657</w:t>
            </w:r>
          </w:p>
        </w:tc>
        <w:tc>
          <w:tcPr>
            <w:tcW w:type="dxa" w:w="519"/>
            <w:vAlign w:val="center"/>
          </w:tcPr>
          <w:p>
            <w:r/>
            <w:r>
              <w:rPr>
                <w:rFonts w:ascii="Malgun Gothic" w:hAnsi="Malgun Gothic" w:eastAsia="Malgun Gothic"/>
                <w:b w:val="0"/>
                <w:sz w:val="14"/>
              </w:rPr>
              <w:t>0.5018380425329577</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-0.10439786178423316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0.0859183967113494</w:t>
            </w:r>
          </w:p>
        </w:tc>
        <w:tc>
          <w:tcPr>
            <w:tcW w:type="dxa" w:w="519"/>
            <w:vAlign w:val="center"/>
          </w:tcPr>
          <w:p>
            <w:r/>
            <w:r>
              <w:rPr>
                <w:rFonts w:ascii="Malgun Gothic" w:hAnsi="Malgun Gothic" w:eastAsia="Malgun Gothic"/>
                <w:b w:val="0"/>
                <w:sz w:val="14"/>
              </w:rPr>
              <w:t>260.72312553903083</w:t>
            </w:r>
          </w:p>
        </w:tc>
        <w:tc>
          <w:tcPr>
            <w:tcW w:type="dxa" w:w="519"/>
            <w:vAlign w:val="center"/>
          </w:tcPr>
          <w:p>
            <w:r/>
            <w:r>
              <w:rPr>
                <w:rFonts w:ascii="Malgun Gothic" w:hAnsi="Malgun Gothic" w:eastAsia="Malgun Gothic"/>
                <w:b w:val="0"/>
                <w:sz w:val="14"/>
              </w:rPr>
              <w:t>89.69633140249253</w:t>
            </w:r>
          </w:p>
        </w:tc>
        <w:tc>
          <w:tcPr>
            <w:tcW w:type="dxa" w:w="519"/>
            <w:vAlign w:val="center"/>
          </w:tcPr>
          <w:p>
            <w:r/>
            <w:r>
              <w:rPr>
                <w:rFonts w:ascii="Malgun Gothic" w:hAnsi="Malgun Gothic" w:eastAsia="Malgun Gothic"/>
                <w:b w:val="0"/>
                <w:sz w:val="14"/>
              </w:rPr>
              <w:t>341.82</w:t>
            </w:r>
          </w:p>
        </w:tc>
        <w:tc>
          <w:tcPr>
            <w:tcW w:type="dxa" w:w="519"/>
            <w:vAlign w:val="center"/>
          </w:tcPr>
          <w:p>
            <w:r/>
            <w:r>
              <w:rPr>
                <w:rFonts w:ascii="Malgun Gothic" w:hAnsi="Malgun Gothic" w:eastAsia="Malgun Gothic"/>
                <w:b w:val="0"/>
                <w:sz w:val="14"/>
              </w:rPr>
              <w:t>0.6145186380673411</w:t>
            </w:r>
          </w:p>
        </w:tc>
        <w:tc>
          <w:tcPr>
            <w:tcW w:type="dxa" w:w="519"/>
            <w:vAlign w:val="center"/>
          </w:tcPr>
          <w:p>
            <w:r/>
            <w:r>
              <w:rPr>
                <w:rFonts w:ascii="Malgun Gothic" w:hAnsi="Malgun Gothic" w:eastAsia="Malgun Gothic"/>
                <w:b w:val="0"/>
                <w:sz w:val="14"/>
              </w:rPr>
              <w:t>1.108722507759634</w:t>
            </w:r>
          </w:p>
        </w:tc>
        <w:tc>
          <w:tcPr>
            <w:tcW w:type="dxa" w:w="519"/>
            <w:vAlign w:val="center"/>
          </w:tcPr>
          <w:p>
            <w:r/>
            <w:r>
              <w:rPr>
                <w:rFonts w:ascii="Malgun Gothic" w:hAnsi="Malgun Gothic" w:eastAsia="Malgun Gothic"/>
                <w:b w:val="0"/>
                <w:sz w:val="14"/>
              </w:rPr>
              <w:t>0.3566215666613784</w:t>
            </w:r>
          </w:p>
        </w:tc>
        <w:tc>
          <w:tcPr>
            <w:tcW w:type="dxa" w:w="519"/>
            <w:vAlign w:val="center"/>
          </w:tcPr>
          <w:p>
            <w:r/>
            <w:r>
              <w:rPr>
                <w:rFonts w:ascii="Malgun Gothic" w:hAnsi="Malgun Gothic" w:eastAsia="Malgun Gothic"/>
                <w:b w:val="0"/>
                <w:sz w:val="14"/>
              </w:rPr>
              <w:t>1.1460910807678613</w:t>
            </w:r>
          </w:p>
        </w:tc>
        <w:tc>
          <w:tcPr>
            <w:tcW w:type="dxa" w:w="519"/>
            <w:vAlign w:val="center"/>
          </w:tcPr>
          <w:p>
            <w:r/>
            <w:r>
              <w:rPr>
                <w:rFonts w:ascii="Malgun Gothic" w:hAnsi="Malgun Gothic" w:eastAsia="Malgun Gothic"/>
                <w:b w:val="0"/>
                <w:sz w:val="14"/>
              </w:rPr>
              <w:t>0.8064884483140538</w:t>
            </w:r>
          </w:p>
        </w:tc>
        <w:tc>
          <w:tcPr>
            <w:tcW w:type="dxa" w:w="519"/>
            <w:vAlign w:val="center"/>
          </w:tcPr>
          <w:p>
            <w:r/>
            <w:r>
              <w:rPr>
                <w:rFonts w:ascii="Malgun Gothic" w:hAnsi="Malgun Gothic" w:eastAsia="Malgun Gothic"/>
                <w:b w:val="0"/>
                <w:sz w:val="14"/>
              </w:rPr>
              <w:t>0.5641282095291165</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0.0225899118423879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0.0481829233467578</w:t>
            </w:r>
          </w:p>
        </w:tc>
        <w:tc>
          <w:tcPr>
            <w:tcW w:type="dxa" w:w="519"/>
            <w:vAlign w:val="center"/>
          </w:tcPr>
          <w:p>
            <w:r/>
            <w:r>
              <w:rPr>
                <w:rFonts w:ascii="Malgun Gothic" w:hAnsi="Malgun Gothic" w:eastAsia="Malgun Gothic"/>
                <w:b w:val="0"/>
                <w:sz w:val="14"/>
              </w:rPr>
              <w:t>254.04296291199563</w:t>
            </w:r>
          </w:p>
        </w:tc>
        <w:tc>
          <w:tcPr>
            <w:tcW w:type="dxa" w:w="519"/>
            <w:vAlign w:val="center"/>
          </w:tcPr>
          <w:p>
            <w:r/>
            <w:r>
              <w:rPr>
                <w:rFonts w:ascii="Malgun Gothic" w:hAnsi="Malgun Gothic" w:eastAsia="Malgun Gothic"/>
                <w:b w:val="0"/>
                <w:sz w:val="14"/>
              </w:rPr>
              <w:t>80.53691275167786</w:t>
            </w:r>
          </w:p>
        </w:tc>
        <w:tc>
          <w:tcPr>
            <w:tcW w:type="dxa" w:w="519"/>
            <w:vAlign w:val="center"/>
          </w:tcPr>
          <w:p>
            <w:r/>
            <w:r>
              <w:rPr>
                <w:rFonts w:ascii="Malgun Gothic" w:hAnsi="Malgun Gothic" w:eastAsia="Malgun Gothic"/>
                <w:b w:val="0"/>
                <w:sz w:val="14"/>
              </w:rPr>
              <w:t>80.46</w:t>
            </w:r>
          </w:p>
        </w:tc>
        <w:tc>
          <w:tcPr>
            <w:tcW w:type="dxa" w:w="519"/>
            <w:vAlign w:val="center"/>
          </w:tcPr>
          <w:p>
            <w:r/>
            <w:r>
              <w:rPr>
                <w:rFonts w:ascii="Malgun Gothic" w:hAnsi="Malgun Gothic" w:eastAsia="Malgun Gothic"/>
                <w:b w:val="0"/>
                <w:sz w:val="14"/>
              </w:rPr>
              <w:t>-0.6770765133186669</w:t>
            </w:r>
          </w:p>
        </w:tc>
        <w:tc>
          <w:tcPr>
            <w:tcW w:type="dxa" w:w="519"/>
            <w:vAlign w:val="center"/>
          </w:tcPr>
          <w:p>
            <w:r/>
            <w:r>
              <w:rPr>
                <w:rFonts w:ascii="Malgun Gothic" w:hAnsi="Malgun Gothic" w:eastAsia="Malgun Gothic"/>
                <w:b w:val="0"/>
                <w:sz w:val="14"/>
              </w:rPr>
              <w:t>0.8689221032687177</w:t>
            </w:r>
          </w:p>
        </w:tc>
        <w:tc>
          <w:tcPr>
            <w:tcW w:type="dxa" w:w="519"/>
            <w:vAlign w:val="center"/>
          </w:tcPr>
          <w:p>
            <w:r/>
            <w:r>
              <w:rPr>
                <w:rFonts w:ascii="Malgun Gothic" w:hAnsi="Malgun Gothic" w:eastAsia="Malgun Gothic"/>
                <w:b w:val="0"/>
                <w:sz w:val="14"/>
              </w:rPr>
              <w:t>-0.1150762052722138</w:t>
            </w:r>
          </w:p>
        </w:tc>
        <w:tc>
          <w:tcPr>
            <w:tcW w:type="dxa" w:w="519"/>
            <w:vAlign w:val="center"/>
          </w:tcPr>
          <w:p>
            <w:r/>
            <w:r>
              <w:rPr>
                <w:rFonts w:ascii="Malgun Gothic" w:hAnsi="Malgun Gothic" w:eastAsia="Malgun Gothic"/>
                <w:b w:val="0"/>
                <w:sz w:val="14"/>
              </w:rPr>
              <w:t>-0.38923784055779126</w:t>
            </w:r>
          </w:p>
        </w:tc>
        <w:tc>
          <w:tcPr>
            <w:tcW w:type="dxa" w:w="519"/>
            <w:vAlign w:val="center"/>
          </w:tcPr>
          <w:p>
            <w:r/>
            <w:r>
              <w:rPr>
                <w:rFonts w:ascii="Malgun Gothic" w:hAnsi="Malgun Gothic" w:eastAsia="Malgun Gothic"/>
                <w:b w:val="0"/>
                <w:sz w:val="14"/>
              </w:rPr>
              <w:t>-0.07811711396998858</w:t>
            </w:r>
          </w:p>
        </w:tc>
        <w:tc>
          <w:tcPr>
            <w:tcW w:type="dxa" w:w="519"/>
            <w:vAlign w:val="center"/>
          </w:tcPr>
          <w:p>
            <w:r/>
            <w:r>
              <w:rPr>
                <w:rFonts w:ascii="Malgun Gothic" w:hAnsi="Malgun Gothic" w:eastAsia="Malgun Gothic"/>
                <w:b w:val="0"/>
                <w:sz w:val="14"/>
              </w:rPr>
              <w:t>0.36455034920434926</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-0.15573359160900901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0.0801493227481842</w:t>
            </w:r>
          </w:p>
        </w:tc>
        <w:tc>
          <w:tcPr>
            <w:tcW w:type="dxa" w:w="519"/>
            <w:vAlign w:val="center"/>
          </w:tcPr>
          <w:p>
            <w:r/>
            <w:r>
              <w:rPr>
                <w:rFonts w:ascii="Malgun Gothic" w:hAnsi="Malgun Gothic" w:eastAsia="Malgun Gothic"/>
                <w:b w:val="0"/>
                <w:sz w:val="14"/>
              </w:rPr>
              <w:t>254.9948376341844</w:t>
            </w:r>
          </w:p>
        </w:tc>
        <w:tc>
          <w:tcPr>
            <w:tcW w:type="dxa" w:w="519"/>
            <w:vAlign w:val="center"/>
          </w:tcPr>
          <w:p>
            <w:r/>
            <w:r>
              <w:rPr>
                <w:rFonts w:ascii="Malgun Gothic" w:hAnsi="Malgun Gothic" w:eastAsia="Malgun Gothic"/>
                <w:b w:val="0"/>
                <w:sz w:val="14"/>
              </w:rPr>
              <w:t>67.42268041237114</w:t>
            </w:r>
          </w:p>
        </w:tc>
        <w:tc>
          <w:tcPr>
            <w:tcW w:type="dxa" w:w="519"/>
            <w:vAlign w:val="center"/>
          </w:tcPr>
          <w:p>
            <w:r/>
            <w:r>
              <w:rPr>
                <w:rFonts w:ascii="Malgun Gothic" w:hAnsi="Malgun Gothic" w:eastAsia="Malgun Gothic"/>
                <w:b w:val="0"/>
                <w:sz w:val="14"/>
              </w:rPr>
              <w:t>291.0</w:t>
            </w:r>
          </w:p>
        </w:tc>
        <w:tc>
          <w:tcPr>
            <w:tcW w:type="dxa" w:w="519"/>
            <w:vAlign w:val="center"/>
          </w:tcPr>
          <w:p>
            <w:r/>
            <w:r>
              <w:rPr>
                <w:rFonts w:ascii="Malgun Gothic" w:hAnsi="Malgun Gothic" w:eastAsia="Malgun Gothic"/>
                <w:b w:val="0"/>
                <w:sz w:val="14"/>
              </w:rPr>
              <w:t>0.41705701126280675</w:t>
            </w:r>
          </w:p>
        </w:tc>
        <w:tc>
          <w:tcPr>
            <w:tcW w:type="dxa" w:w="519"/>
            <w:vAlign w:val="center"/>
          </w:tcPr>
          <w:p>
            <w:r/>
            <w:r>
              <w:rPr>
                <w:rFonts w:ascii="Malgun Gothic" w:hAnsi="Malgun Gothic" w:eastAsia="Malgun Gothic"/>
                <w:b w:val="0"/>
                <w:sz w:val="14"/>
              </w:rPr>
              <w:t>0.9030919216024444</w:t>
            </w:r>
          </w:p>
        </w:tc>
        <w:tc>
          <w:tcPr>
            <w:tcW w:type="dxa" w:w="519"/>
            <w:vAlign w:val="center"/>
          </w:tcPr>
          <w:p>
            <w:r/>
            <w:r>
              <w:rPr>
                <w:rFonts w:ascii="Malgun Gothic" w:hAnsi="Malgun Gothic" w:eastAsia="Malgun Gothic"/>
                <w:b w:val="0"/>
                <w:sz w:val="14"/>
              </w:rPr>
              <w:t>-0.7904415762524168</w:t>
            </w:r>
          </w:p>
        </w:tc>
        <w:tc>
          <w:tcPr>
            <w:tcW w:type="dxa" w:w="519"/>
            <w:vAlign w:val="center"/>
          </w:tcPr>
          <w:p>
            <w:r/>
            <w:r>
              <w:rPr>
                <w:rFonts w:ascii="Malgun Gothic" w:hAnsi="Malgun Gothic" w:eastAsia="Malgun Gothic"/>
                <w:b w:val="0"/>
                <w:sz w:val="14"/>
              </w:rPr>
              <w:t>0.8475549016212067</w:t>
            </w:r>
          </w:p>
        </w:tc>
        <w:tc>
          <w:tcPr>
            <w:tcW w:type="dxa" w:w="519"/>
            <w:vAlign w:val="center"/>
          </w:tcPr>
          <w:p>
            <w:r/>
            <w:r>
              <w:rPr>
                <w:rFonts w:ascii="Malgun Gothic" w:hAnsi="Malgun Gothic" w:eastAsia="Malgun Gothic"/>
                <w:b w:val="0"/>
                <w:sz w:val="14"/>
              </w:rPr>
              <w:t>0.34431556455851026</w:t>
            </w:r>
          </w:p>
        </w:tc>
        <w:tc>
          <w:tcPr>
            <w:tcW w:type="dxa" w:w="519"/>
            <w:vAlign w:val="center"/>
          </w:tcPr>
          <w:p>
            <w:r/>
            <w:r>
              <w:rPr>
                <w:rFonts w:ascii="Malgun Gothic" w:hAnsi="Malgun Gothic" w:eastAsia="Malgun Gothic"/>
                <w:b w:val="0"/>
                <w:sz w:val="14"/>
              </w:rPr>
              <w:t>0.459856340604963</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-0.046895367311770186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0.0258763041347265</w:t>
            </w:r>
          </w:p>
        </w:tc>
        <w:tc>
          <w:tcPr>
            <w:tcW w:type="dxa" w:w="519"/>
            <w:vAlign w:val="center"/>
          </w:tcPr>
          <w:p>
            <w:r/>
            <w:r>
              <w:rPr>
                <w:rFonts w:ascii="Malgun Gothic" w:hAnsi="Malgun Gothic" w:eastAsia="Malgun Gothic"/>
                <w:b w:val="0"/>
                <w:sz w:val="14"/>
              </w:rPr>
              <w:t>236.3714352292384</w:t>
            </w:r>
          </w:p>
        </w:tc>
        <w:tc>
          <w:tcPr>
            <w:tcW w:type="dxa" w:w="519"/>
            <w:vAlign w:val="center"/>
          </w:tcPr>
          <w:p>
            <w:r/>
            <w:r>
              <w:rPr>
                <w:rFonts w:ascii="Malgun Gothic" w:hAnsi="Malgun Gothic" w:eastAsia="Malgun Gothic"/>
                <w:b w:val="0"/>
                <w:sz w:val="14"/>
              </w:rPr>
              <w:t>58.49668158666461</w:t>
            </w:r>
          </w:p>
        </w:tc>
        <w:tc>
          <w:tcPr>
            <w:tcW w:type="dxa" w:w="519"/>
            <w:vAlign w:val="center"/>
          </w:tcPr>
          <w:p>
            <w:r/>
            <w:r>
              <w:rPr>
                <w:rFonts w:ascii="Malgun Gothic" w:hAnsi="Malgun Gothic" w:eastAsia="Malgun Gothic"/>
                <w:b w:val="0"/>
                <w:sz w:val="14"/>
              </w:rPr>
              <w:t>388.74</w:t>
            </w:r>
          </w:p>
        </w:tc>
        <w:tc>
          <w:tcPr>
            <w:tcW w:type="dxa" w:w="519"/>
            <w:vAlign w:val="center"/>
          </w:tcPr>
          <w:p>
            <w:r/>
            <w:r>
              <w:rPr>
                <w:rFonts w:ascii="Malgun Gothic" w:hAnsi="Malgun Gothic" w:eastAsia="Malgun Gothic"/>
                <w:b w:val="0"/>
                <w:sz w:val="14"/>
              </w:rPr>
              <w:t>-1.4405788269032103</w:t>
            </w:r>
          </w:p>
        </w:tc>
        <w:tc>
          <w:tcPr>
            <w:tcW w:type="dxa" w:w="519"/>
            <w:vAlign w:val="center"/>
          </w:tcPr>
          <w:p>
            <w:r/>
            <w:r>
              <w:rPr>
                <w:rFonts w:ascii="Malgun Gothic" w:hAnsi="Malgun Gothic" w:eastAsia="Malgun Gothic"/>
                <w:b w:val="0"/>
                <w:sz w:val="14"/>
              </w:rPr>
              <w:t>0.23456037842873903</w:t>
            </w:r>
          </w:p>
        </w:tc>
        <w:tc>
          <w:tcPr>
            <w:tcW w:type="dxa" w:w="519"/>
            <w:vAlign w:val="center"/>
          </w:tcPr>
          <w:p>
            <w:r/>
            <w:r>
              <w:rPr>
                <w:rFonts w:ascii="Malgun Gothic" w:hAnsi="Malgun Gothic" w:eastAsia="Malgun Gothic"/>
                <w:b w:val="0"/>
                <w:sz w:val="14"/>
              </w:rPr>
              <w:t>-1.2501185403568085</w:t>
            </w:r>
          </w:p>
        </w:tc>
        <w:tc>
          <w:tcPr>
            <w:tcW w:type="dxa" w:w="519"/>
            <w:vAlign w:val="center"/>
          </w:tcPr>
          <w:p>
            <w:r/>
            <w:r>
              <w:rPr>
                <w:rFonts w:ascii="Malgun Gothic" w:hAnsi="Malgun Gothic" w:eastAsia="Malgun Gothic"/>
                <w:b w:val="0"/>
                <w:sz w:val="14"/>
              </w:rPr>
              <w:t>1.4217171635219157</w:t>
            </w:r>
          </w:p>
        </w:tc>
        <w:tc>
          <w:tcPr>
            <w:tcW w:type="dxa" w:w="519"/>
            <w:vAlign w:val="center"/>
          </w:tcPr>
          <w:p>
            <w:r/>
            <w:r>
              <w:rPr>
                <w:rFonts w:ascii="Malgun Gothic" w:hAnsi="Malgun Gothic" w:eastAsia="Malgun Gothic"/>
                <w:b w:val="0"/>
                <w:sz w:val="14"/>
              </w:rPr>
              <w:t>-0.25860495632734104</w:t>
            </w:r>
          </w:p>
        </w:tc>
        <w:tc>
          <w:tcPr>
            <w:tcW w:type="dxa" w:w="519"/>
            <w:vAlign w:val="center"/>
          </w:tcPr>
          <w:p>
            <w:r/>
            <w:r>
              <w:rPr>
                <w:rFonts w:ascii="Malgun Gothic" w:hAnsi="Malgun Gothic" w:eastAsia="Malgun Gothic"/>
                <w:b w:val="0"/>
                <w:sz w:val="14"/>
              </w:rPr>
              <w:t>0.32383007914488066</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-0.07628865049603772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0.0771065503358841</w:t>
            </w:r>
          </w:p>
        </w:tc>
        <w:tc>
          <w:tcPr>
            <w:tcW w:type="dxa" w:w="519"/>
            <w:vAlign w:val="center"/>
          </w:tcPr>
          <w:p>
            <w:r/>
            <w:r>
              <w:rPr>
                <w:rFonts w:ascii="Malgun Gothic" w:hAnsi="Malgun Gothic" w:eastAsia="Malgun Gothic"/>
                <w:b w:val="0"/>
                <w:sz w:val="14"/>
              </w:rPr>
              <w:t>279.785653638665</w:t>
            </w:r>
          </w:p>
        </w:tc>
        <w:tc>
          <w:tcPr>
            <w:tcW w:type="dxa" w:w="519"/>
            <w:vAlign w:val="center"/>
          </w:tcPr>
          <w:p>
            <w:r/>
            <w:r>
              <w:rPr>
                <w:rFonts w:ascii="Malgun Gothic" w:hAnsi="Malgun Gothic" w:eastAsia="Malgun Gothic"/>
                <w:b w:val="0"/>
                <w:sz w:val="14"/>
              </w:rPr>
              <w:t>18.518518518518515</w:t>
            </w:r>
          </w:p>
        </w:tc>
        <w:tc>
          <w:tcPr>
            <w:tcW w:type="dxa" w:w="519"/>
            <w:vAlign w:val="center"/>
          </w:tcPr>
          <w:p>
            <w:r/>
            <w:r>
              <w:rPr>
                <w:rFonts w:ascii="Malgun Gothic" w:hAnsi="Malgun Gothic" w:eastAsia="Malgun Gothic"/>
                <w:b w:val="0"/>
                <w:sz w:val="14"/>
              </w:rPr>
              <w:t>3.24</w:t>
            </w:r>
          </w:p>
        </w:tc>
        <w:tc>
          <w:tcPr>
            <w:tcW w:type="dxa" w:w="519"/>
            <w:vAlign w:val="center"/>
          </w:tcPr>
          <w:p>
            <w:r/>
            <w:r>
              <w:rPr>
                <w:rFonts w:ascii="Malgun Gothic" w:hAnsi="Malgun Gothic" w:eastAsia="Malgun Gothic"/>
                <w:b w:val="0"/>
                <w:sz w:val="14"/>
              </w:rPr>
              <w:t>0.31291017688956685</w:t>
            </w:r>
          </w:p>
        </w:tc>
        <w:tc>
          <w:tcPr>
            <w:tcW w:type="dxa" w:w="519"/>
            <w:vAlign w:val="center"/>
          </w:tcPr>
          <w:p>
            <w:r/>
            <w:r>
              <w:rPr>
                <w:rFonts w:ascii="Malgun Gothic" w:hAnsi="Malgun Gothic" w:eastAsia="Malgun Gothic"/>
                <w:b w:val="0"/>
                <w:sz w:val="14"/>
              </w:rPr>
              <w:t>1.7930175173469274</w:t>
            </w:r>
          </w:p>
        </w:tc>
        <w:tc>
          <w:tcPr>
            <w:tcW w:type="dxa" w:w="519"/>
            <w:vAlign w:val="center"/>
          </w:tcPr>
          <w:p>
            <w:r/>
            <w:r>
              <w:rPr>
                <w:rFonts w:ascii="Malgun Gothic" w:hAnsi="Malgun Gothic" w:eastAsia="Malgun Gothic"/>
                <w:b w:val="0"/>
                <w:sz w:val="14"/>
              </w:rPr>
              <w:t>-3.308940302321479</w:t>
            </w:r>
          </w:p>
        </w:tc>
        <w:tc>
          <w:tcPr>
            <w:tcW w:type="dxa" w:w="519"/>
            <w:vAlign w:val="center"/>
          </w:tcPr>
          <w:p>
            <w:r/>
            <w:r>
              <w:rPr>
                <w:rFonts w:ascii="Malgun Gothic" w:hAnsi="Malgun Gothic" w:eastAsia="Malgun Gothic"/>
                <w:b w:val="0"/>
                <w:sz w:val="14"/>
              </w:rPr>
              <w:t>-0.8428577491312794</w:t>
            </w:r>
          </w:p>
        </w:tc>
        <w:tc>
          <w:tcPr>
            <w:tcW w:type="dxa" w:w="519"/>
            <w:vAlign w:val="center"/>
          </w:tcPr>
          <w:p>
            <w:r/>
            <w:r>
              <w:rPr>
                <w:rFonts w:ascii="Malgun Gothic" w:hAnsi="Malgun Gothic" w:eastAsia="Malgun Gothic"/>
                <w:b w:val="0"/>
                <w:sz w:val="14"/>
              </w:rPr>
              <w:t>-0.5114675893040661</w:t>
            </w:r>
          </w:p>
        </w:tc>
        <w:tc>
          <w:tcPr>
            <w:tcW w:type="dxa" w:w="519"/>
            <w:vAlign w:val="center"/>
          </w:tcPr>
          <w:p>
            <w:r/>
            <w:r>
              <w:rPr>
                <w:rFonts w:ascii="Malgun Gothic" w:hAnsi="Malgun Gothic" w:eastAsia="Malgun Gothic"/>
                <w:b w:val="0"/>
                <w:sz w:val="14"/>
              </w:rPr>
              <w:t>0.26678116898962506</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-0.23143666534860574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0.0694236010313034</w:t>
            </w:r>
          </w:p>
        </w:tc>
        <w:tc>
          <w:tcPr>
            <w:tcW w:type="dxa" w:w="519"/>
            <w:vAlign w:val="center"/>
          </w:tcPr>
          <w:p>
            <w:r/>
            <w:r>
              <w:rPr>
                <w:rFonts w:ascii="Malgun Gothic" w:hAnsi="Malgun Gothic" w:eastAsia="Malgun Gothic"/>
                <w:b w:val="0"/>
                <w:sz w:val="14"/>
              </w:rPr>
              <w:t>201.51792369528184</w:t>
            </w:r>
          </w:p>
        </w:tc>
        <w:tc>
          <w:tcPr>
            <w:tcW w:type="dxa" w:w="519"/>
            <w:vAlign w:val="center"/>
          </w:tcPr>
          <w:p>
            <w:r/>
            <w:r>
              <w:rPr>
                <w:rFonts w:ascii="Malgun Gothic" w:hAnsi="Malgun Gothic" w:eastAsia="Malgun Gothic"/>
                <w:b w:val="0"/>
                <w:sz w:val="14"/>
              </w:rPr>
              <w:t>110.28110870847256</w:t>
            </w:r>
          </w:p>
        </w:tc>
        <w:tc>
          <w:tcPr>
            <w:tcW w:type="dxa" w:w="519"/>
            <w:vAlign w:val="center"/>
          </w:tcPr>
          <w:p>
            <w:r/>
            <w:r>
              <w:rPr>
                <w:rFonts w:ascii="Malgun Gothic" w:hAnsi="Malgun Gothic" w:eastAsia="Malgun Gothic"/>
                <w:b w:val="0"/>
                <w:sz w:val="14"/>
              </w:rPr>
              <w:t>305.22</w:t>
            </w:r>
          </w:p>
        </w:tc>
        <w:tc>
          <w:tcPr>
            <w:tcW w:type="dxa" w:w="519"/>
            <w:vAlign w:val="center"/>
          </w:tcPr>
          <w:p>
            <w:r/>
            <w:r>
              <w:rPr>
                <w:rFonts w:ascii="Malgun Gothic" w:hAnsi="Malgun Gothic" w:eastAsia="Malgun Gothic"/>
                <w:b w:val="0"/>
                <w:sz w:val="14"/>
              </w:rPr>
              <w:t>0.04994116695388573</w:t>
            </w:r>
          </w:p>
        </w:tc>
        <w:tc>
          <w:tcPr>
            <w:tcW w:type="dxa" w:w="519"/>
            <w:vAlign w:val="center"/>
          </w:tcPr>
          <w:p>
            <w:r/>
            <w:r>
              <w:rPr>
                <w:rFonts w:ascii="Malgun Gothic" w:hAnsi="Malgun Gothic" w:eastAsia="Malgun Gothic"/>
                <w:b w:val="0"/>
                <w:sz w:val="14"/>
              </w:rPr>
              <w:t>-1.0165897253047398</w:t>
            </w:r>
          </w:p>
        </w:tc>
        <w:tc>
          <w:tcPr>
            <w:tcW w:type="dxa" w:w="519"/>
            <w:vAlign w:val="center"/>
          </w:tcPr>
          <w:p>
            <w:r/>
            <w:r>
              <w:rPr>
                <w:rFonts w:ascii="Malgun Gothic" w:hAnsi="Malgun Gothic" w:eastAsia="Malgun Gothic"/>
                <w:b w:val="0"/>
                <w:sz w:val="14"/>
              </w:rPr>
              <w:t>1.41670998069149</w:t>
            </w:r>
          </w:p>
        </w:tc>
        <w:tc>
          <w:tcPr>
            <w:tcW w:type="dxa" w:w="519"/>
            <w:vAlign w:val="center"/>
          </w:tcPr>
          <w:p>
            <w:r/>
            <w:r>
              <w:rPr>
                <w:rFonts w:ascii="Malgun Gothic" w:hAnsi="Malgun Gothic" w:eastAsia="Malgun Gothic"/>
                <w:b w:val="0"/>
                <w:sz w:val="14"/>
              </w:rPr>
              <w:t>0.9310886376988422</w:t>
            </w:r>
          </w:p>
        </w:tc>
        <w:tc>
          <w:tcPr>
            <w:tcW w:type="dxa" w:w="519"/>
            <w:vAlign w:val="center"/>
          </w:tcPr>
          <w:p>
            <w:r/>
            <w:r>
              <w:rPr>
                <w:rFonts w:ascii="Malgun Gothic" w:hAnsi="Malgun Gothic" w:eastAsia="Malgun Gothic"/>
                <w:b w:val="0"/>
                <w:sz w:val="14"/>
              </w:rPr>
              <w:t>0.34528751500986954</w:t>
            </w:r>
          </w:p>
        </w:tc>
        <w:tc>
          <w:tcPr>
            <w:tcW w:type="dxa" w:w="519"/>
            <w:vAlign w:val="center"/>
          </w:tcPr>
          <w:p>
            <w:r/>
            <w:r>
              <w:rPr>
                <w:rFonts w:ascii="Malgun Gothic" w:hAnsi="Malgun Gothic" w:eastAsia="Malgun Gothic"/>
                <w:b w:val="0"/>
                <w:sz w:val="14"/>
              </w:rPr>
              <w:t>0.4600756245431321</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-0.05191448569877988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0.0441754981875419</w:t>
            </w:r>
          </w:p>
        </w:tc>
        <w:tc>
          <w:tcPr>
            <w:tcW w:type="dxa" w:w="519"/>
            <w:vAlign w:val="center"/>
          </w:tcPr>
          <w:p>
            <w:r/>
            <w:r>
              <w:rPr>
                <w:rFonts w:ascii="Malgun Gothic" w:hAnsi="Malgun Gothic" w:eastAsia="Malgun Gothic"/>
                <w:b w:val="0"/>
                <w:sz w:val="14"/>
              </w:rPr>
              <w:t>209.55281766676052</w:t>
            </w:r>
          </w:p>
        </w:tc>
        <w:tc>
          <w:tcPr>
            <w:tcW w:type="dxa" w:w="519"/>
            <w:vAlign w:val="center"/>
          </w:tcPr>
          <w:p>
            <w:r/>
            <w:r>
              <w:rPr>
                <w:rFonts w:ascii="Malgun Gothic" w:hAnsi="Malgun Gothic" w:eastAsia="Malgun Gothic"/>
                <w:b w:val="0"/>
                <w:sz w:val="14"/>
              </w:rPr>
              <w:t>85.71428571428572</w:t>
            </w:r>
          </w:p>
        </w:tc>
        <w:tc>
          <w:tcPr>
            <w:tcW w:type="dxa" w:w="519"/>
            <w:vAlign w:val="center"/>
          </w:tcPr>
          <w:p>
            <w:r/>
            <w:r>
              <w:rPr>
                <w:rFonts w:ascii="Malgun Gothic" w:hAnsi="Malgun Gothic" w:eastAsia="Malgun Gothic"/>
                <w:b w:val="0"/>
                <w:sz w:val="14"/>
              </w:rPr>
              <w:t>21.0</w:t>
            </w:r>
          </w:p>
        </w:tc>
        <w:tc>
          <w:tcPr>
            <w:tcW w:type="dxa" w:w="519"/>
            <w:vAlign w:val="center"/>
          </w:tcPr>
          <w:p>
            <w:r/>
            <w:r>
              <w:rPr>
                <w:rFonts w:ascii="Malgun Gothic" w:hAnsi="Malgun Gothic" w:eastAsia="Malgun Gothic"/>
                <w:b w:val="0"/>
                <w:sz w:val="14"/>
              </w:rPr>
              <w:t>-0.8142411078946113</w:t>
            </w:r>
          </w:p>
        </w:tc>
        <w:tc>
          <w:tcPr>
            <w:tcW w:type="dxa" w:w="519"/>
            <w:vAlign w:val="center"/>
          </w:tcPr>
          <w:p>
            <w:r/>
            <w:r>
              <w:rPr>
                <w:rFonts w:ascii="Malgun Gothic" w:hAnsi="Malgun Gothic" w:eastAsia="Malgun Gothic"/>
                <w:b w:val="0"/>
                <w:sz w:val="14"/>
              </w:rPr>
              <w:t>-0.7281580011122173</w:t>
            </w:r>
          </w:p>
        </w:tc>
        <w:tc>
          <w:tcPr>
            <w:tcW w:type="dxa" w:w="519"/>
            <w:vAlign w:val="center"/>
          </w:tcPr>
          <w:p>
            <w:r/>
            <w:r>
              <w:rPr>
                <w:rFonts w:ascii="Malgun Gothic" w:hAnsi="Malgun Gothic" w:eastAsia="Malgun Gothic"/>
                <w:b w:val="0"/>
                <w:sz w:val="14"/>
              </w:rPr>
              <w:t>0.1515515561648219</w:t>
            </w:r>
          </w:p>
        </w:tc>
        <w:tc>
          <w:tcPr>
            <w:tcW w:type="dxa" w:w="519"/>
            <w:vAlign w:val="center"/>
          </w:tcPr>
          <w:p>
            <w:r/>
            <w:r>
              <w:rPr>
                <w:rFonts w:ascii="Malgun Gothic" w:hAnsi="Malgun Gothic" w:eastAsia="Malgun Gothic"/>
                <w:b w:val="0"/>
                <w:sz w:val="14"/>
              </w:rPr>
              <w:t>-0.7385286947895915</w:t>
            </w:r>
          </w:p>
        </w:tc>
        <w:tc>
          <w:tcPr>
            <w:tcW w:type="dxa" w:w="519"/>
            <w:vAlign w:val="center"/>
          </w:tcPr>
          <w:p>
            <w:r/>
            <w:r>
              <w:rPr>
                <w:rFonts w:ascii="Malgun Gothic" w:hAnsi="Malgun Gothic" w:eastAsia="Malgun Gothic"/>
                <w:b w:val="0"/>
                <w:sz w:val="14"/>
              </w:rPr>
              <w:t>-0.5323440619078995</w:t>
            </w:r>
          </w:p>
        </w:tc>
        <w:tc>
          <w:tcPr>
            <w:tcW w:type="dxa" w:w="519"/>
            <w:vAlign w:val="center"/>
          </w:tcPr>
          <w:p>
            <w:r/>
            <w:r>
              <w:rPr>
                <w:rFonts w:ascii="Malgun Gothic" w:hAnsi="Malgun Gothic" w:eastAsia="Malgun Gothic"/>
                <w:b w:val="0"/>
                <w:sz w:val="14"/>
              </w:rPr>
              <w:t>0.2620711808197068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-0.236379514888921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0.0746127665042877</w:t>
            </w:r>
          </w:p>
        </w:tc>
        <w:tc>
          <w:tcPr>
            <w:tcW w:type="dxa" w:w="519"/>
            <w:vAlign w:val="center"/>
          </w:tcPr>
          <w:p>
            <w:r/>
            <w:r>
              <w:rPr>
                <w:rFonts w:ascii="Malgun Gothic" w:hAnsi="Malgun Gothic" w:eastAsia="Malgun Gothic"/>
                <w:b w:val="0"/>
                <w:sz w:val="14"/>
              </w:rPr>
              <w:t>218.7737447909876</w:t>
            </w:r>
          </w:p>
        </w:tc>
        <w:tc>
          <w:tcPr>
            <w:tcW w:type="dxa" w:w="519"/>
            <w:vAlign w:val="center"/>
          </w:tcPr>
          <w:p>
            <w:r/>
            <w:r>
              <w:rPr>
                <w:rFonts w:ascii="Malgun Gothic" w:hAnsi="Malgun Gothic" w:eastAsia="Malgun Gothic"/>
                <w:b w:val="0"/>
                <w:sz w:val="14"/>
              </w:rPr>
              <w:t>89.48621980265396</w:t>
            </w:r>
          </w:p>
        </w:tc>
        <w:tc>
          <w:tcPr>
            <w:tcW w:type="dxa" w:w="519"/>
            <w:vAlign w:val="center"/>
          </w:tcPr>
          <w:p>
            <w:r/>
            <w:r>
              <w:rPr>
                <w:rFonts w:ascii="Malgun Gothic" w:hAnsi="Malgun Gothic" w:eastAsia="Malgun Gothic"/>
                <w:b w:val="0"/>
                <w:sz w:val="14"/>
              </w:rPr>
              <w:t>176.34</w:t>
            </w:r>
          </w:p>
        </w:tc>
        <w:tc>
          <w:tcPr>
            <w:tcW w:type="dxa" w:w="519"/>
            <w:vAlign w:val="center"/>
          </w:tcPr>
          <w:p>
            <w:r/>
            <w:r>
              <w:rPr>
                <w:rFonts w:ascii="Malgun Gothic" w:hAnsi="Malgun Gothic" w:eastAsia="Malgun Gothic"/>
                <w:b w:val="0"/>
                <w:sz w:val="14"/>
              </w:rPr>
              <w:t>0.22755391080077186</w:t>
            </w:r>
          </w:p>
        </w:tc>
        <w:tc>
          <w:tcPr>
            <w:tcW w:type="dxa" w:w="519"/>
            <w:vAlign w:val="center"/>
          </w:tcPr>
          <w:p>
            <w:r/>
            <w:r>
              <w:rPr>
                <w:rFonts w:ascii="Malgun Gothic" w:hAnsi="Malgun Gothic" w:eastAsia="Malgun Gothic"/>
                <w:b w:val="0"/>
                <w:sz w:val="14"/>
              </w:rPr>
              <w:t>-0.3971507820331386</w:t>
            </w:r>
          </w:p>
        </w:tc>
        <w:tc>
          <w:tcPr>
            <w:tcW w:type="dxa" w:w="519"/>
            <w:vAlign w:val="center"/>
          </w:tcPr>
          <w:p>
            <w:r/>
            <w:r>
              <w:rPr>
                <w:rFonts w:ascii="Malgun Gothic" w:hAnsi="Malgun Gothic" w:eastAsia="Malgun Gothic"/>
                <w:b w:val="0"/>
                <w:sz w:val="14"/>
              </w:rPr>
              <w:t>0.3458011011624637</w:t>
            </w:r>
          </w:p>
        </w:tc>
        <w:tc>
          <w:tcPr>
            <w:tcW w:type="dxa" w:w="519"/>
            <w:vAlign w:val="center"/>
          </w:tcPr>
          <w:p>
            <w:r/>
            <w:r>
              <w:rPr>
                <w:rFonts w:ascii="Malgun Gothic" w:hAnsi="Malgun Gothic" w:eastAsia="Malgun Gothic"/>
                <w:b w:val="0"/>
                <w:sz w:val="14"/>
              </w:rPr>
              <w:t>0.17399806767875442</w:t>
            </w:r>
          </w:p>
        </w:tc>
        <w:tc>
          <w:tcPr>
            <w:tcW w:type="dxa" w:w="519"/>
            <w:vAlign w:val="center"/>
          </w:tcPr>
          <w:p>
            <w:r/>
            <w:r>
              <w:rPr>
                <w:rFonts w:ascii="Malgun Gothic" w:hAnsi="Malgun Gothic" w:eastAsia="Malgun Gothic"/>
                <w:b w:val="0"/>
                <w:sz w:val="14"/>
              </w:rPr>
              <w:t>0.08755057440221285</w:t>
            </w:r>
          </w:p>
        </w:tc>
        <w:tc>
          <w:tcPr>
            <w:tcW w:type="dxa" w:w="519"/>
            <w:vAlign w:val="center"/>
          </w:tcPr>
          <w:p>
            <w:r/>
            <w:r>
              <w:rPr>
                <w:rFonts w:ascii="Malgun Gothic" w:hAnsi="Malgun Gothic" w:eastAsia="Malgun Gothic"/>
                <w:b w:val="0"/>
                <w:sz w:val="14"/>
              </w:rPr>
              <w:t>0.4019270108261736</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-0.12025766927182252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0.0510383136570453</w:t>
            </w:r>
          </w:p>
        </w:tc>
        <w:tc>
          <w:tcPr>
            <w:tcW w:type="dxa" w:w="519"/>
            <w:vAlign w:val="center"/>
          </w:tcPr>
          <w:p>
            <w:r/>
            <w:r>
              <w:rPr>
                <w:rFonts w:ascii="Malgun Gothic" w:hAnsi="Malgun Gothic" w:eastAsia="Malgun Gothic"/>
                <w:b w:val="0"/>
                <w:sz w:val="14"/>
              </w:rPr>
              <w:t>221.15996283362628</w:t>
            </w:r>
          </w:p>
        </w:tc>
        <w:tc>
          <w:tcPr>
            <w:tcW w:type="dxa" w:w="519"/>
            <w:vAlign w:val="center"/>
          </w:tcPr>
          <w:p>
            <w:r/>
            <w:r>
              <w:rPr>
                <w:rFonts w:ascii="Malgun Gothic" w:hAnsi="Malgun Gothic" w:eastAsia="Malgun Gothic"/>
                <w:b w:val="0"/>
                <w:sz w:val="14"/>
              </w:rPr>
              <w:t>61.2177729018102</w:t>
            </w:r>
          </w:p>
        </w:tc>
        <w:tc>
          <w:tcPr>
            <w:tcW w:type="dxa" w:w="519"/>
            <w:vAlign w:val="center"/>
          </w:tcPr>
          <w:p>
            <w:r/>
            <w:r>
              <w:rPr>
                <w:rFonts w:ascii="Malgun Gothic" w:hAnsi="Malgun Gothic" w:eastAsia="Malgun Gothic"/>
                <w:b w:val="0"/>
                <w:sz w:val="14"/>
              </w:rPr>
              <w:t>273.45</w:t>
            </w:r>
          </w:p>
        </w:tc>
        <w:tc>
          <w:tcPr>
            <w:tcW w:type="dxa" w:w="519"/>
            <w:vAlign w:val="center"/>
          </w:tcPr>
          <w:p>
            <w:r/>
            <w:r>
              <w:rPr>
                <w:rFonts w:ascii="Malgun Gothic" w:hAnsi="Malgun Gothic" w:eastAsia="Malgun Gothic"/>
                <w:b w:val="0"/>
                <w:sz w:val="14"/>
              </w:rPr>
              <w:t>-0.5793433208806331</w:t>
            </w:r>
          </w:p>
        </w:tc>
        <w:tc>
          <w:tcPr>
            <w:tcW w:type="dxa" w:w="519"/>
            <w:vAlign w:val="center"/>
          </w:tcPr>
          <w:p>
            <w:r/>
            <w:r>
              <w:rPr>
                <w:rFonts w:ascii="Malgun Gothic" w:hAnsi="Malgun Gothic" w:eastAsia="Malgun Gothic"/>
                <w:b w:val="0"/>
                <w:sz w:val="14"/>
              </w:rPr>
              <w:t>-0.3114917818296897</w:t>
            </w:r>
          </w:p>
        </w:tc>
        <w:tc>
          <w:tcPr>
            <w:tcW w:type="dxa" w:w="519"/>
            <w:vAlign w:val="center"/>
          </w:tcPr>
          <w:p>
            <w:r/>
            <w:r>
              <w:rPr>
                <w:rFonts w:ascii="Malgun Gothic" w:hAnsi="Malgun Gothic" w:eastAsia="Malgun Gothic"/>
                <w:b w:val="0"/>
                <w:sz w:val="14"/>
              </w:rPr>
              <w:t>-1.1099859883342122</w:t>
            </w:r>
          </w:p>
        </w:tc>
        <w:tc>
          <w:tcPr>
            <w:tcW w:type="dxa" w:w="519"/>
            <w:vAlign w:val="center"/>
          </w:tcPr>
          <w:p>
            <w:r/>
            <w:r>
              <w:rPr>
                <w:rFonts w:ascii="Malgun Gothic" w:hAnsi="Malgun Gothic" w:eastAsia="Malgun Gothic"/>
                <w:b w:val="0"/>
                <w:sz w:val="14"/>
              </w:rPr>
              <w:t>0.7444594678545047</w:t>
            </w:r>
          </w:p>
        </w:tc>
        <w:tc>
          <w:tcPr>
            <w:tcW w:type="dxa" w:w="519"/>
            <w:vAlign w:val="center"/>
          </w:tcPr>
          <w:p>
            <w:r/>
            <w:r>
              <w:rPr>
                <w:rFonts w:ascii="Malgun Gothic" w:hAnsi="Malgun Gothic" w:eastAsia="Malgun Gothic"/>
                <w:b w:val="0"/>
                <w:sz w:val="14"/>
              </w:rPr>
              <w:t>-0.3140904057975075</w:t>
            </w:r>
          </w:p>
        </w:tc>
        <w:tc>
          <w:tcPr>
            <w:tcW w:type="dxa" w:w="519"/>
            <w:vAlign w:val="center"/>
          </w:tcPr>
          <w:p>
            <w:r/>
            <w:r>
              <w:rPr>
                <w:rFonts w:ascii="Malgun Gothic" w:hAnsi="Malgun Gothic" w:eastAsia="Malgun Gothic"/>
                <w:b w:val="0"/>
                <w:sz w:val="14"/>
              </w:rPr>
              <w:t>0.311311881479673</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-0.12917656295837843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0.0646125078201294</w:t>
            </w:r>
          </w:p>
        </w:tc>
        <w:tc>
          <w:tcPr>
            <w:tcW w:type="dxa" w:w="519"/>
            <w:vAlign w:val="center"/>
          </w:tcPr>
          <w:p>
            <w:r/>
            <w:r>
              <w:rPr>
                <w:rFonts w:ascii="Malgun Gothic" w:hAnsi="Malgun Gothic" w:eastAsia="Malgun Gothic"/>
                <w:b w:val="0"/>
                <w:sz w:val="14"/>
              </w:rPr>
              <w:t>197.41318190201576</w:t>
            </w:r>
          </w:p>
        </w:tc>
        <w:tc>
          <w:tcPr>
            <w:tcW w:type="dxa" w:w="519"/>
            <w:vAlign w:val="center"/>
          </w:tcPr>
          <w:p>
            <w:r/>
            <w:r>
              <w:rPr>
                <w:rFonts w:ascii="Malgun Gothic" w:hAnsi="Malgun Gothic" w:eastAsia="Malgun Gothic"/>
                <w:b w:val="0"/>
                <w:sz w:val="14"/>
              </w:rPr>
              <w:t>101.94661850290989</w:t>
            </w:r>
          </w:p>
        </w:tc>
        <w:tc>
          <w:tcPr>
            <w:tcW w:type="dxa" w:w="519"/>
            <w:vAlign w:val="center"/>
          </w:tcPr>
          <w:p>
            <w:r/>
            <w:r>
              <w:rPr>
                <w:rFonts w:ascii="Malgun Gothic" w:hAnsi="Malgun Gothic" w:eastAsia="Malgun Gothic"/>
                <w:b w:val="0"/>
                <w:sz w:val="14"/>
              </w:rPr>
              <w:t>149.49</w:t>
            </w:r>
          </w:p>
        </w:tc>
        <w:tc>
          <w:tcPr>
            <w:tcW w:type="dxa" w:w="519"/>
            <w:vAlign w:val="center"/>
          </w:tcPr>
          <w:p>
            <w:r/>
            <w:r>
              <w:rPr>
                <w:rFonts w:ascii="Malgun Gothic" w:hAnsi="Malgun Gothic" w:eastAsia="Malgun Gothic"/>
                <w:b w:val="0"/>
                <w:sz w:val="14"/>
              </w:rPr>
              <w:t>-0.11473106610333283</w:t>
            </w:r>
          </w:p>
        </w:tc>
        <w:tc>
          <w:tcPr>
            <w:tcW w:type="dxa" w:w="519"/>
            <w:vAlign w:val="center"/>
          </w:tcPr>
          <w:p>
            <w:r/>
            <w:r>
              <w:rPr>
                <w:rFonts w:ascii="Malgun Gothic" w:hAnsi="Malgun Gothic" w:eastAsia="Malgun Gothic"/>
                <w:b w:val="0"/>
                <w:sz w:val="14"/>
              </w:rPr>
              <w:t>-1.1639392431701208</w:t>
            </w:r>
          </w:p>
        </w:tc>
        <w:tc>
          <w:tcPr>
            <w:tcW w:type="dxa" w:w="519"/>
            <w:vAlign w:val="center"/>
          </w:tcPr>
          <w:p>
            <w:r/>
            <w:r>
              <w:rPr>
                <w:rFonts w:ascii="Malgun Gothic" w:hAnsi="Malgun Gothic" w:eastAsia="Malgun Gothic"/>
                <w:b w:val="0"/>
                <w:sz w:val="14"/>
              </w:rPr>
              <w:t>0.987494916936697</w:t>
            </w:r>
          </w:p>
        </w:tc>
        <w:tc>
          <w:tcPr>
            <w:tcW w:type="dxa" w:w="519"/>
            <w:vAlign w:val="center"/>
          </w:tcPr>
          <w:p>
            <w:r/>
            <w:r>
              <w:rPr>
                <w:rFonts w:ascii="Malgun Gothic" w:hAnsi="Malgun Gothic" w:eastAsia="Malgun Gothic"/>
                <w:b w:val="0"/>
                <w:sz w:val="14"/>
              </w:rPr>
              <w:t>0.0162708655912362</w:t>
            </w:r>
          </w:p>
        </w:tc>
        <w:tc>
          <w:tcPr>
            <w:tcW w:type="dxa" w:w="519"/>
            <w:vAlign w:val="center"/>
          </w:tcPr>
          <w:p>
            <w:r/>
            <w:r>
              <w:rPr>
                <w:rFonts w:ascii="Malgun Gothic" w:hAnsi="Malgun Gothic" w:eastAsia="Malgun Gothic"/>
                <w:b w:val="0"/>
                <w:sz w:val="14"/>
              </w:rPr>
              <w:t>-0.06872613168638007</w:t>
            </w:r>
          </w:p>
        </w:tc>
        <w:tc>
          <w:tcPr>
            <w:tcW w:type="dxa" w:w="519"/>
            <w:vAlign w:val="center"/>
          </w:tcPr>
          <w:p>
            <w:r/>
            <w:r>
              <w:rPr>
                <w:rFonts w:ascii="Malgun Gothic" w:hAnsi="Malgun Gothic" w:eastAsia="Malgun Gothic"/>
                <w:b w:val="0"/>
                <w:sz w:val="14"/>
              </w:rPr>
              <w:t>0.366669069943196</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-0.14938704013710108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0.0899170190095901</w:t>
            </w:r>
          </w:p>
        </w:tc>
        <w:tc>
          <w:tcPr>
            <w:tcW w:type="dxa" w:w="519"/>
            <w:vAlign w:val="center"/>
          </w:tcPr>
          <w:p>
            <w:r/>
            <w:r>
              <w:rPr>
                <w:rFonts w:ascii="Malgun Gothic" w:hAnsi="Malgun Gothic" w:eastAsia="Malgun Gothic"/>
                <w:b w:val="0"/>
                <w:sz w:val="14"/>
              </w:rPr>
              <w:t>232.8979011398732</w:t>
            </w:r>
          </w:p>
        </w:tc>
        <w:tc>
          <w:tcPr>
            <w:tcW w:type="dxa" w:w="519"/>
            <w:vAlign w:val="center"/>
          </w:tcPr>
          <w:p>
            <w:r/>
            <w:r>
              <w:rPr>
                <w:rFonts w:ascii="Malgun Gothic" w:hAnsi="Malgun Gothic" w:eastAsia="Malgun Gothic"/>
                <w:b w:val="0"/>
                <w:sz w:val="14"/>
              </w:rPr>
              <w:t>94.28223844282238</w:t>
            </w:r>
          </w:p>
        </w:tc>
        <w:tc>
          <w:tcPr>
            <w:tcW w:type="dxa" w:w="519"/>
            <w:vAlign w:val="center"/>
          </w:tcPr>
          <w:p>
            <w:r/>
            <w:r>
              <w:rPr>
                <w:rFonts w:ascii="Malgun Gothic" w:hAnsi="Malgun Gothic" w:eastAsia="Malgun Gothic"/>
                <w:b w:val="0"/>
                <w:sz w:val="14"/>
              </w:rPr>
              <w:t>295.92</w:t>
            </w:r>
          </w:p>
        </w:tc>
        <w:tc>
          <w:tcPr>
            <w:tcW w:type="dxa" w:w="519"/>
            <w:vAlign w:val="center"/>
          </w:tcPr>
          <w:p>
            <w:r/>
            <w:r>
              <w:rPr>
                <w:rFonts w:ascii="Malgun Gothic" w:hAnsi="Malgun Gothic" w:eastAsia="Malgun Gothic"/>
                <w:b w:val="0"/>
                <w:sz w:val="14"/>
              </w:rPr>
              <w:t>0.7513819317309038</w:t>
            </w:r>
          </w:p>
        </w:tc>
        <w:tc>
          <w:tcPr>
            <w:tcW w:type="dxa" w:w="519"/>
            <w:vAlign w:val="center"/>
          </w:tcPr>
          <w:p>
            <w:r/>
            <w:r>
              <w:rPr>
                <w:rFonts w:ascii="Malgun Gothic" w:hAnsi="Malgun Gothic" w:eastAsia="Malgun Gothic"/>
                <w:b w:val="0"/>
                <w:sz w:val="14"/>
              </w:rPr>
              <w:t>0.10986956981403286</w:t>
            </w:r>
          </w:p>
        </w:tc>
        <w:tc>
          <w:tcPr>
            <w:tcW w:type="dxa" w:w="519"/>
            <w:vAlign w:val="center"/>
          </w:tcPr>
          <w:p>
            <w:r/>
            <w:r>
              <w:rPr>
                <w:rFonts w:ascii="Malgun Gothic" w:hAnsi="Malgun Gothic" w:eastAsia="Malgun Gothic"/>
                <w:b w:val="0"/>
                <w:sz w:val="14"/>
              </w:rPr>
              <w:t>0.5927896266316214</w:t>
            </w:r>
          </w:p>
        </w:tc>
        <w:tc>
          <w:tcPr>
            <w:tcW w:type="dxa" w:w="519"/>
            <w:vAlign w:val="center"/>
          </w:tcPr>
          <w:p>
            <w:r/>
            <w:r>
              <w:rPr>
                <w:rFonts w:ascii="Malgun Gothic" w:hAnsi="Malgun Gothic" w:eastAsia="Malgun Gothic"/>
                <w:b w:val="0"/>
                <w:sz w:val="14"/>
              </w:rPr>
              <w:t>0.8764568693780258</w:t>
            </w:r>
          </w:p>
        </w:tc>
        <w:tc>
          <w:tcPr>
            <w:tcW w:type="dxa" w:w="519"/>
            <w:vAlign w:val="center"/>
          </w:tcPr>
          <w:p>
            <w:r/>
            <w:r>
              <w:rPr>
                <w:rFonts w:ascii="Malgun Gothic" w:hAnsi="Malgun Gothic" w:eastAsia="Malgun Gothic"/>
                <w:b w:val="0"/>
                <w:sz w:val="14"/>
              </w:rPr>
              <w:t>0.5826244993886459</w:t>
            </w:r>
          </w:p>
        </w:tc>
        <w:tc>
          <w:tcPr>
            <w:tcW w:type="dxa" w:w="519"/>
            <w:vAlign w:val="center"/>
          </w:tcPr>
          <w:p>
            <w:r/>
            <w:r>
              <w:rPr>
                <w:rFonts w:ascii="Malgun Gothic" w:hAnsi="Malgun Gothic" w:eastAsia="Malgun Gothic"/>
                <w:b w:val="0"/>
                <w:sz w:val="14"/>
              </w:rPr>
              <w:t>0.5136217580265654</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-0.025259846885403836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0.0556679740548133</w:t>
            </w:r>
          </w:p>
        </w:tc>
        <w:tc>
          <w:tcPr>
            <w:tcW w:type="dxa" w:w="519"/>
            <w:vAlign w:val="center"/>
          </w:tcPr>
          <w:p>
            <w:r/>
            <w:r>
              <w:rPr>
                <w:rFonts w:ascii="Malgun Gothic" w:hAnsi="Malgun Gothic" w:eastAsia="Malgun Gothic"/>
                <w:b w:val="0"/>
                <w:sz w:val="14"/>
              </w:rPr>
              <w:t>175.20808180424984</w:t>
            </w:r>
          </w:p>
        </w:tc>
        <w:tc>
          <w:tcPr>
            <w:tcW w:type="dxa" w:w="519"/>
            <w:vAlign w:val="center"/>
          </w:tcPr>
          <w:p>
            <w:r/>
            <w:r>
              <w:rPr>
                <w:rFonts w:ascii="Malgun Gothic" w:hAnsi="Malgun Gothic" w:eastAsia="Malgun Gothic"/>
                <w:b w:val="0"/>
                <w:sz w:val="14"/>
              </w:rPr>
              <w:t>102.54545454545456</w:t>
            </w:r>
          </w:p>
        </w:tc>
        <w:tc>
          <w:tcPr>
            <w:tcW w:type="dxa" w:w="519"/>
            <w:vAlign w:val="center"/>
          </w:tcPr>
          <w:p>
            <w:r/>
            <w:r>
              <w:rPr>
                <w:rFonts w:ascii="Malgun Gothic" w:hAnsi="Malgun Gothic" w:eastAsia="Malgun Gothic"/>
                <w:b w:val="0"/>
                <w:sz w:val="14"/>
              </w:rPr>
              <w:t>82.5</w:t>
            </w:r>
          </w:p>
        </w:tc>
        <w:tc>
          <w:tcPr>
            <w:tcW w:type="dxa" w:w="519"/>
            <w:vAlign w:val="center"/>
          </w:tcPr>
          <w:p>
            <w:r/>
            <w:r>
              <w:rPr>
                <w:rFonts w:ascii="Malgun Gothic" w:hAnsi="Malgun Gothic" w:eastAsia="Malgun Gothic"/>
                <w:b w:val="0"/>
                <w:sz w:val="14"/>
              </w:rPr>
              <w:t>-0.4208810998148744</w:t>
            </w:r>
          </w:p>
        </w:tc>
        <w:tc>
          <w:tcPr>
            <w:tcW w:type="dxa" w:w="519"/>
            <w:vAlign w:val="center"/>
          </w:tcPr>
          <w:p>
            <w:r/>
            <w:r>
              <w:rPr>
                <w:rFonts w:ascii="Malgun Gothic" w:hAnsi="Malgun Gothic" w:eastAsia="Malgun Gothic"/>
                <w:b w:val="0"/>
                <w:sz w:val="14"/>
              </w:rPr>
              <w:t>-1.9610443860382982</w:t>
            </w:r>
          </w:p>
        </w:tc>
        <w:tc>
          <w:tcPr>
            <w:tcW w:type="dxa" w:w="519"/>
            <w:vAlign w:val="center"/>
          </w:tcPr>
          <w:p>
            <w:r/>
            <w:r>
              <w:rPr>
                <w:rFonts w:ascii="Malgun Gothic" w:hAnsi="Malgun Gothic" w:eastAsia="Malgun Gothic"/>
                <w:b w:val="0"/>
                <w:sz w:val="14"/>
              </w:rPr>
              <w:t>1.018334169709222</w:t>
            </w:r>
          </w:p>
        </w:tc>
        <w:tc>
          <w:tcPr>
            <w:tcW w:type="dxa" w:w="519"/>
            <w:vAlign w:val="center"/>
          </w:tcPr>
          <w:p>
            <w:r/>
            <w:r>
              <w:rPr>
                <w:rFonts w:ascii="Malgun Gothic" w:hAnsi="Malgun Gothic" w:eastAsia="Malgun Gothic"/>
                <w:b w:val="0"/>
                <w:sz w:val="14"/>
              </w:rPr>
              <w:t>-0.3772540978293541</w:t>
            </w:r>
          </w:p>
        </w:tc>
        <w:tc>
          <w:tcPr>
            <w:tcW w:type="dxa" w:w="519"/>
            <w:vAlign w:val="center"/>
          </w:tcPr>
          <w:p>
            <w:r/>
            <w:r>
              <w:rPr>
                <w:rFonts w:ascii="Malgun Gothic" w:hAnsi="Malgun Gothic" w:eastAsia="Malgun Gothic"/>
                <w:b w:val="0"/>
                <w:sz w:val="14"/>
              </w:rPr>
              <w:t>-0.4352113534933262</w:t>
            </w:r>
          </w:p>
        </w:tc>
        <w:tc>
          <w:tcPr>
            <w:tcW w:type="dxa" w:w="519"/>
            <w:vAlign w:val="center"/>
          </w:tcPr>
          <w:p>
            <w:r/>
            <w:r>
              <w:rPr>
                <w:rFonts w:ascii="Malgun Gothic" w:hAnsi="Malgun Gothic" w:eastAsia="Malgun Gothic"/>
                <w:b w:val="0"/>
                <w:sz w:val="14"/>
              </w:rPr>
              <w:t>0.2839855107080209</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-0.21605982695371917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 중간 948행은 전체 데이터 부록 ZIP에 원본으로 포함 ...</w:t>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r>
      <w:tr>
        <w:trPr>
          <w:cantSplit/>
        </w:trPr>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0.0500455312430858</w:t>
            </w:r>
          </w:p>
        </w:tc>
        <w:tc>
          <w:tcPr>
            <w:tcW w:type="dxa" w:w="519"/>
            <w:vAlign w:val="center"/>
          </w:tcPr>
          <w:p>
            <w:r/>
            <w:r>
              <w:rPr>
                <w:rFonts w:ascii="Malgun Gothic" w:hAnsi="Malgun Gothic" w:eastAsia="Malgun Gothic"/>
                <w:b w:val="0"/>
                <w:sz w:val="14"/>
              </w:rPr>
              <w:t>230.5595949974204</w:t>
            </w:r>
          </w:p>
        </w:tc>
        <w:tc>
          <w:tcPr>
            <w:tcW w:type="dxa" w:w="519"/>
            <w:vAlign w:val="center"/>
          </w:tcPr>
          <w:p>
            <w:r/>
            <w:r>
              <w:rPr>
                <w:rFonts w:ascii="Malgun Gothic" w:hAnsi="Malgun Gothic" w:eastAsia="Malgun Gothic"/>
                <w:b w:val="0"/>
                <w:sz w:val="14"/>
              </w:rPr>
              <w:t>108.5814360770578</w:t>
            </w:r>
          </w:p>
        </w:tc>
        <w:tc>
          <w:tcPr>
            <w:tcW w:type="dxa" w:w="519"/>
            <w:vAlign w:val="center"/>
          </w:tcPr>
          <w:p>
            <w:r/>
            <w:r>
              <w:rPr>
                <w:rFonts w:ascii="Malgun Gothic" w:hAnsi="Malgun Gothic" w:eastAsia="Malgun Gothic"/>
                <w:b w:val="0"/>
                <w:sz w:val="14"/>
              </w:rPr>
              <w:t>85.65</w:t>
            </w:r>
          </w:p>
        </w:tc>
        <w:tc>
          <w:tcPr>
            <w:tcW w:type="dxa" w:w="519"/>
            <w:vAlign w:val="center"/>
          </w:tcPr>
          <w:p>
            <w:r/>
            <w:r>
              <w:rPr>
                <w:rFonts w:ascii="Malgun Gothic" w:hAnsi="Malgun Gothic" w:eastAsia="Malgun Gothic"/>
                <w:b w:val="0"/>
                <w:sz w:val="14"/>
              </w:rPr>
              <w:t>-0.6133238924203713</w:t>
            </w:r>
          </w:p>
        </w:tc>
        <w:tc>
          <w:tcPr>
            <w:tcW w:type="dxa" w:w="519"/>
            <w:vAlign w:val="center"/>
          </w:tcPr>
          <w:p>
            <w:r/>
            <w:r>
              <w:rPr>
                <w:rFonts w:ascii="Malgun Gothic" w:hAnsi="Malgun Gothic" w:eastAsia="Malgun Gothic"/>
                <w:b w:val="0"/>
                <w:sz w:val="14"/>
              </w:rPr>
              <w:t>0.02593048178727322</w:t>
            </w:r>
          </w:p>
        </w:tc>
        <w:tc>
          <w:tcPr>
            <w:tcW w:type="dxa" w:w="519"/>
            <w:vAlign w:val="center"/>
          </w:tcPr>
          <w:p>
            <w:r/>
            <w:r>
              <w:rPr>
                <w:rFonts w:ascii="Malgun Gothic" w:hAnsi="Malgun Gothic" w:eastAsia="Malgun Gothic"/>
                <w:b w:val="0"/>
                <w:sz w:val="14"/>
              </w:rPr>
              <w:t>1.329179120511457</w:t>
            </w:r>
          </w:p>
        </w:tc>
        <w:tc>
          <w:tcPr>
            <w:tcW w:type="dxa" w:w="519"/>
            <w:vAlign w:val="center"/>
          </w:tcPr>
          <w:p>
            <w:r/>
            <w:r>
              <w:rPr>
                <w:rFonts w:ascii="Malgun Gothic" w:hAnsi="Malgun Gothic" w:eastAsia="Malgun Gothic"/>
                <w:b w:val="0"/>
                <w:sz w:val="14"/>
              </w:rPr>
              <w:t>-0.3587497892045614</w:t>
            </w:r>
          </w:p>
        </w:tc>
        <w:tc>
          <w:tcPr>
            <w:tcW w:type="dxa" w:w="519"/>
            <w:vAlign w:val="center"/>
          </w:tcPr>
          <w:p>
            <w:r/>
            <w:r>
              <w:rPr>
                <w:rFonts w:ascii="Malgun Gothic" w:hAnsi="Malgun Gothic" w:eastAsia="Malgun Gothic"/>
                <w:b w:val="0"/>
                <w:sz w:val="14"/>
              </w:rPr>
              <w:t>0.09575898016844935</w:t>
            </w:r>
          </w:p>
        </w:tc>
        <w:tc>
          <w:tcPr>
            <w:tcW w:type="dxa" w:w="519"/>
            <w:vAlign w:val="center"/>
          </w:tcPr>
          <w:p>
            <w:r/>
            <w:r>
              <w:rPr>
                <w:rFonts w:ascii="Malgun Gothic" w:hAnsi="Malgun Gothic" w:eastAsia="Malgun Gothic"/>
                <w:b w:val="0"/>
                <w:sz w:val="14"/>
              </w:rPr>
              <w:t>0.4037789278040333</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-0.1398652920611247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0.0606882981956005</w:t>
            </w:r>
          </w:p>
        </w:tc>
        <w:tc>
          <w:tcPr>
            <w:tcW w:type="dxa" w:w="519"/>
            <w:vAlign w:val="center"/>
          </w:tcPr>
          <w:p>
            <w:r/>
            <w:r>
              <w:rPr>
                <w:rFonts w:ascii="Malgun Gothic" w:hAnsi="Malgun Gothic" w:eastAsia="Malgun Gothic"/>
                <w:b w:val="0"/>
                <w:sz w:val="14"/>
              </w:rPr>
              <w:t>224.3616158851639</w:t>
            </w:r>
          </w:p>
        </w:tc>
        <w:tc>
          <w:tcPr>
            <w:tcW w:type="dxa" w:w="519"/>
            <w:vAlign w:val="center"/>
          </w:tcPr>
          <w:p>
            <w:r/>
            <w:r>
              <w:rPr>
                <w:rFonts w:ascii="Malgun Gothic" w:hAnsi="Malgun Gothic" w:eastAsia="Malgun Gothic"/>
                <w:b w:val="0"/>
                <w:sz w:val="14"/>
              </w:rPr>
              <w:t>88.95589898228421</w:t>
            </w:r>
          </w:p>
        </w:tc>
        <w:tc>
          <w:tcPr>
            <w:tcW w:type="dxa" w:w="519"/>
            <w:vAlign w:val="center"/>
          </w:tcPr>
          <w:p>
            <w:r/>
            <w:r>
              <w:rPr>
                <w:rFonts w:ascii="Malgun Gothic" w:hAnsi="Malgun Gothic" w:eastAsia="Malgun Gothic"/>
                <w:b w:val="0"/>
                <w:sz w:val="14"/>
              </w:rPr>
              <w:t>79.59</w:t>
            </w:r>
          </w:p>
        </w:tc>
        <w:tc>
          <w:tcPr>
            <w:tcW w:type="dxa" w:w="519"/>
            <w:vAlign w:val="center"/>
          </w:tcPr>
          <w:p>
            <w:r/>
            <w:r>
              <w:rPr>
                <w:rFonts w:ascii="Malgun Gothic" w:hAnsi="Malgun Gothic" w:eastAsia="Malgun Gothic"/>
                <w:b w:val="0"/>
                <w:sz w:val="14"/>
              </w:rPr>
              <w:t>-0.2490473916226451</w:t>
            </w:r>
          </w:p>
        </w:tc>
        <w:tc>
          <w:tcPr>
            <w:tcW w:type="dxa" w:w="519"/>
            <w:vAlign w:val="center"/>
          </w:tcPr>
          <w:p>
            <w:r/>
            <w:r>
              <w:rPr>
                <w:rFonts w:ascii="Malgun Gothic" w:hAnsi="Malgun Gothic" w:eastAsia="Malgun Gothic"/>
                <w:b w:val="0"/>
                <w:sz w:val="14"/>
              </w:rPr>
              <w:t>-0.19656079292065992</w:t>
            </w:r>
          </w:p>
        </w:tc>
        <w:tc>
          <w:tcPr>
            <w:tcW w:type="dxa" w:w="519"/>
            <w:vAlign w:val="center"/>
          </w:tcPr>
          <w:p>
            <w:r/>
            <w:r>
              <w:rPr>
                <w:rFonts w:ascii="Malgun Gothic" w:hAnsi="Malgun Gothic" w:eastAsia="Malgun Gothic"/>
                <w:b w:val="0"/>
                <w:sz w:val="14"/>
              </w:rPr>
              <w:t>0.3184902904096265</w:t>
            </w:r>
          </w:p>
        </w:tc>
        <w:tc>
          <w:tcPr>
            <w:tcW w:type="dxa" w:w="519"/>
            <w:vAlign w:val="center"/>
          </w:tcPr>
          <w:p>
            <w:r/>
            <w:r>
              <w:rPr>
                <w:rFonts w:ascii="Malgun Gothic" w:hAnsi="Malgun Gothic" w:eastAsia="Malgun Gothic"/>
                <w:b w:val="0"/>
                <w:sz w:val="14"/>
              </w:rPr>
              <w:t>-0.39434855436844823</w:t>
            </w:r>
          </w:p>
        </w:tc>
        <w:tc>
          <w:tcPr>
            <w:tcW w:type="dxa" w:w="519"/>
            <w:vAlign w:val="center"/>
          </w:tcPr>
          <w:p>
            <w:r/>
            <w:r>
              <w:rPr>
                <w:rFonts w:ascii="Malgun Gothic" w:hAnsi="Malgun Gothic" w:eastAsia="Malgun Gothic"/>
                <w:b w:val="0"/>
                <w:sz w:val="14"/>
              </w:rPr>
              <w:t>-0.1303666121255317</w:t>
            </w:r>
          </w:p>
        </w:tc>
        <w:tc>
          <w:tcPr>
            <w:tcW w:type="dxa" w:w="519"/>
            <w:vAlign w:val="center"/>
          </w:tcPr>
          <w:p>
            <w:r/>
            <w:r>
              <w:rPr>
                <w:rFonts w:ascii="Malgun Gothic" w:hAnsi="Malgun Gothic" w:eastAsia="Malgun Gothic"/>
                <w:b w:val="0"/>
                <w:sz w:val="14"/>
              </w:rPr>
              <w:t>0.3527622218292493</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-0.1718150460079242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0.0546061731874942</w:t>
            </w:r>
          </w:p>
        </w:tc>
        <w:tc>
          <w:tcPr>
            <w:tcW w:type="dxa" w:w="519"/>
            <w:vAlign w:val="center"/>
          </w:tcPr>
          <w:p>
            <w:r/>
            <w:r>
              <w:rPr>
                <w:rFonts w:ascii="Malgun Gothic" w:hAnsi="Malgun Gothic" w:eastAsia="Malgun Gothic"/>
                <w:b w:val="0"/>
                <w:sz w:val="14"/>
              </w:rPr>
              <w:t>230.7437267824737</w:t>
            </w:r>
          </w:p>
        </w:tc>
        <w:tc>
          <w:tcPr>
            <w:tcW w:type="dxa" w:w="519"/>
            <w:vAlign w:val="center"/>
          </w:tcPr>
          <w:p>
            <w:r/>
            <w:r>
              <w:rPr>
                <w:rFonts w:ascii="Malgun Gothic" w:hAnsi="Malgun Gothic" w:eastAsia="Malgun Gothic"/>
                <w:b w:val="0"/>
                <w:sz w:val="14"/>
              </w:rPr>
              <w:t>68.85322167946033</w:t>
            </w:r>
          </w:p>
        </w:tc>
        <w:tc>
          <w:tcPr>
            <w:tcW w:type="dxa" w:w="519"/>
            <w:vAlign w:val="center"/>
          </w:tcPr>
          <w:p>
            <w:r/>
            <w:r>
              <w:rPr>
                <w:rFonts w:ascii="Malgun Gothic" w:hAnsi="Malgun Gothic" w:eastAsia="Malgun Gothic"/>
                <w:b w:val="0"/>
                <w:sz w:val="14"/>
              </w:rPr>
              <w:t>515.88</w:t>
            </w:r>
          </w:p>
        </w:tc>
        <w:tc>
          <w:tcPr>
            <w:tcW w:type="dxa" w:w="519"/>
            <w:vAlign w:val="center"/>
          </w:tcPr>
          <w:p>
            <w:r/>
            <w:r>
              <w:rPr>
                <w:rFonts w:ascii="Malgun Gothic" w:hAnsi="Malgun Gothic" w:eastAsia="Malgun Gothic"/>
                <w:b w:val="0"/>
                <w:sz w:val="14"/>
              </w:rPr>
              <w:t>-0.45722400821611503</w:t>
            </w:r>
          </w:p>
        </w:tc>
        <w:tc>
          <w:tcPr>
            <w:tcW w:type="dxa" w:w="519"/>
            <w:vAlign w:val="center"/>
          </w:tcPr>
          <w:p>
            <w:r/>
            <w:r>
              <w:rPr>
                <w:rFonts w:ascii="Malgun Gothic" w:hAnsi="Malgun Gothic" w:eastAsia="Malgun Gothic"/>
                <w:b w:val="0"/>
                <w:sz w:val="14"/>
              </w:rPr>
              <w:t>0.03254033232544967</w:t>
            </w:r>
          </w:p>
        </w:tc>
        <w:tc>
          <w:tcPr>
            <w:tcW w:type="dxa" w:w="519"/>
            <w:vAlign w:val="center"/>
          </w:tcPr>
          <w:p>
            <w:r/>
            <w:r>
              <w:rPr>
                <w:rFonts w:ascii="Malgun Gothic" w:hAnsi="Malgun Gothic" w:eastAsia="Malgun Gothic"/>
                <w:b w:val="0"/>
                <w:sz w:val="14"/>
              </w:rPr>
              <w:t>-0.7167706202594823</w:t>
            </w:r>
          </w:p>
        </w:tc>
        <w:tc>
          <w:tcPr>
            <w:tcW w:type="dxa" w:w="519"/>
            <w:vAlign w:val="center"/>
          </w:tcPr>
          <w:p>
            <w:r/>
            <w:r>
              <w:rPr>
                <w:rFonts w:ascii="Malgun Gothic" w:hAnsi="Malgun Gothic" w:eastAsia="Malgun Gothic"/>
                <w:b w:val="0"/>
                <w:sz w:val="14"/>
              </w:rPr>
              <w:t>2.168586305920689</w:t>
            </w:r>
          </w:p>
        </w:tc>
        <w:tc>
          <w:tcPr>
            <w:tcW w:type="dxa" w:w="519"/>
            <w:vAlign w:val="center"/>
          </w:tcPr>
          <w:p>
            <w:r/>
            <w:r>
              <w:rPr>
                <w:rFonts w:ascii="Malgun Gothic" w:hAnsi="Malgun Gothic" w:eastAsia="Malgun Gothic"/>
                <w:b w:val="0"/>
                <w:sz w:val="14"/>
              </w:rPr>
              <w:t>0.25678300244263536</w:t>
            </w:r>
          </w:p>
        </w:tc>
        <w:tc>
          <w:tcPr>
            <w:tcW w:type="dxa" w:w="519"/>
            <w:vAlign w:val="center"/>
          </w:tcPr>
          <w:p>
            <w:r/>
            <w:r>
              <w:rPr>
                <w:rFonts w:ascii="Malgun Gothic" w:hAnsi="Malgun Gothic" w:eastAsia="Malgun Gothic"/>
                <w:b w:val="0"/>
                <w:sz w:val="14"/>
              </w:rPr>
              <w:t>0.4401079214217003</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0.015747809363713394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0.0626592934131622</w:t>
            </w:r>
          </w:p>
        </w:tc>
        <w:tc>
          <w:tcPr>
            <w:tcW w:type="dxa" w:w="519"/>
            <w:vAlign w:val="center"/>
          </w:tcPr>
          <w:p>
            <w:r/>
            <w:r>
              <w:rPr>
                <w:rFonts w:ascii="Malgun Gothic" w:hAnsi="Malgun Gothic" w:eastAsia="Malgun Gothic"/>
                <w:b w:val="0"/>
                <w:sz w:val="14"/>
              </w:rPr>
              <w:t>231.8123926761084</w:t>
            </w:r>
          </w:p>
        </w:tc>
        <w:tc>
          <w:tcPr>
            <w:tcW w:type="dxa" w:w="519"/>
            <w:vAlign w:val="center"/>
          </w:tcPr>
          <w:p>
            <w:r/>
            <w:r>
              <w:rPr>
                <w:rFonts w:ascii="Malgun Gothic" w:hAnsi="Malgun Gothic" w:eastAsia="Malgun Gothic"/>
                <w:b w:val="0"/>
                <w:sz w:val="14"/>
              </w:rPr>
              <w:t>96.22388345792602</w:t>
            </w:r>
          </w:p>
        </w:tc>
        <w:tc>
          <w:tcPr>
            <w:tcW w:type="dxa" w:w="519"/>
            <w:vAlign w:val="center"/>
          </w:tcPr>
          <w:p>
            <w:r/>
            <w:r>
              <w:rPr>
                <w:rFonts w:ascii="Malgun Gothic" w:hAnsi="Malgun Gothic" w:eastAsia="Malgun Gothic"/>
                <w:b w:val="0"/>
                <w:sz w:val="14"/>
              </w:rPr>
              <w:t>156.51</w:t>
            </w:r>
          </w:p>
        </w:tc>
        <w:tc>
          <w:tcPr>
            <w:tcW w:type="dxa" w:w="519"/>
            <w:vAlign w:val="center"/>
          </w:tcPr>
          <w:p>
            <w:r/>
            <w:r>
              <w:rPr>
                <w:rFonts w:ascii="Malgun Gothic" w:hAnsi="Malgun Gothic" w:eastAsia="Malgun Gothic"/>
                <w:b w:val="0"/>
                <w:sz w:val="14"/>
              </w:rPr>
              <w:t>-0.18158493151749533</w:t>
            </w:r>
          </w:p>
        </w:tc>
        <w:tc>
          <w:tcPr>
            <w:tcW w:type="dxa" w:w="519"/>
            <w:vAlign w:val="center"/>
          </w:tcPr>
          <w:p>
            <w:r/>
            <w:r>
              <w:rPr>
                <w:rFonts w:ascii="Malgun Gothic" w:hAnsi="Malgun Gothic" w:eastAsia="Malgun Gothic"/>
                <w:b w:val="0"/>
                <w:sz w:val="14"/>
              </w:rPr>
              <w:t>0.07090264891368939</w:t>
            </w:r>
          </w:p>
        </w:tc>
        <w:tc>
          <w:tcPr>
            <w:tcW w:type="dxa" w:w="519"/>
            <w:vAlign w:val="center"/>
          </w:tcPr>
          <w:p>
            <w:r/>
            <w:r>
              <w:rPr>
                <w:rFonts w:ascii="Malgun Gothic" w:hAnsi="Malgun Gothic" w:eastAsia="Malgun Gothic"/>
                <w:b w:val="0"/>
                <w:sz w:val="14"/>
              </w:rPr>
              <w:t>0.692781739933364</w:t>
            </w:r>
          </w:p>
        </w:tc>
        <w:tc>
          <w:tcPr>
            <w:tcW w:type="dxa" w:w="519"/>
            <w:vAlign w:val="center"/>
          </w:tcPr>
          <w:p>
            <w:r/>
            <w:r>
              <w:rPr>
                <w:rFonts w:ascii="Malgun Gothic" w:hAnsi="Malgun Gothic" w:eastAsia="Malgun Gothic"/>
                <w:b w:val="0"/>
                <w:sz w:val="14"/>
              </w:rPr>
              <w:t>0.057509039097916846</w:t>
            </w:r>
          </w:p>
        </w:tc>
        <w:tc>
          <w:tcPr>
            <w:tcW w:type="dxa" w:w="519"/>
            <w:vAlign w:val="center"/>
          </w:tcPr>
          <w:p>
            <w:r/>
            <w:r>
              <w:rPr>
                <w:rFonts w:ascii="Malgun Gothic" w:hAnsi="Malgun Gothic" w:eastAsia="Malgun Gothic"/>
                <w:b w:val="0"/>
                <w:sz w:val="14"/>
              </w:rPr>
              <w:t>0.15990212410686871</w:t>
            </w:r>
          </w:p>
        </w:tc>
        <w:tc>
          <w:tcPr>
            <w:tcW w:type="dxa" w:w="519"/>
            <w:vAlign w:val="center"/>
          </w:tcPr>
          <w:p>
            <w:r/>
            <w:r>
              <w:rPr>
                <w:rFonts w:ascii="Malgun Gothic" w:hAnsi="Malgun Gothic" w:eastAsia="Malgun Gothic"/>
                <w:b w:val="0"/>
                <w:sz w:val="14"/>
              </w:rPr>
              <w:t>0.41825040748666137</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-0.11245110434101763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0.0936460345983505</w:t>
            </w:r>
          </w:p>
        </w:tc>
        <w:tc>
          <w:tcPr>
            <w:tcW w:type="dxa" w:w="519"/>
            <w:vAlign w:val="center"/>
          </w:tcPr>
          <w:p>
            <w:r/>
            <w:r>
              <w:rPr>
                <w:rFonts w:ascii="Malgun Gothic" w:hAnsi="Malgun Gothic" w:eastAsia="Malgun Gothic"/>
                <w:b w:val="0"/>
                <w:sz w:val="14"/>
              </w:rPr>
              <w:t>238.75395130487453</w:t>
            </w:r>
          </w:p>
        </w:tc>
        <w:tc>
          <w:tcPr>
            <w:tcW w:type="dxa" w:w="519"/>
            <w:vAlign w:val="center"/>
          </w:tcPr>
          <w:p>
            <w:r/>
            <w:r>
              <w:rPr>
                <w:rFonts w:ascii="Malgun Gothic" w:hAnsi="Malgun Gothic" w:eastAsia="Malgun Gothic"/>
                <w:b w:val="0"/>
                <w:sz w:val="14"/>
              </w:rPr>
              <w:t>70.95238095238095</w:t>
            </w:r>
          </w:p>
        </w:tc>
        <w:tc>
          <w:tcPr>
            <w:tcW w:type="dxa" w:w="519"/>
            <w:vAlign w:val="center"/>
          </w:tcPr>
          <w:p>
            <w:r/>
            <w:r>
              <w:rPr>
                <w:rFonts w:ascii="Malgun Gothic" w:hAnsi="Malgun Gothic" w:eastAsia="Malgun Gothic"/>
                <w:b w:val="0"/>
                <w:sz w:val="14"/>
              </w:rPr>
              <w:t>126.0</w:t>
            </w:r>
          </w:p>
        </w:tc>
        <w:tc>
          <w:tcPr>
            <w:tcW w:type="dxa" w:w="519"/>
            <w:vAlign w:val="center"/>
          </w:tcPr>
          <w:p>
            <w:r/>
            <w:r>
              <w:rPr>
                <w:rFonts w:ascii="Malgun Gothic" w:hAnsi="Malgun Gothic" w:eastAsia="Malgun Gothic"/>
                <w:b w:val="0"/>
                <w:sz w:val="14"/>
              </w:rPr>
              <w:t>0.8790172314752854</w:t>
            </w:r>
          </w:p>
        </w:tc>
        <w:tc>
          <w:tcPr>
            <w:tcW w:type="dxa" w:w="519"/>
            <w:vAlign w:val="center"/>
          </w:tcPr>
          <w:p>
            <w:r/>
            <w:r>
              <w:rPr>
                <w:rFonts w:ascii="Malgun Gothic" w:hAnsi="Malgun Gothic" w:eastAsia="Malgun Gothic"/>
                <w:b w:val="0"/>
                <w:sz w:val="14"/>
              </w:rPr>
              <w:t>0.32008648767815207</w:t>
            </w:r>
          </w:p>
        </w:tc>
        <w:tc>
          <w:tcPr>
            <w:tcW w:type="dxa" w:w="519"/>
            <w:vAlign w:val="center"/>
          </w:tcPr>
          <w:p>
            <w:r/>
            <w:r>
              <w:rPr>
                <w:rFonts w:ascii="Malgun Gothic" w:hAnsi="Malgun Gothic" w:eastAsia="Malgun Gothic"/>
                <w:b w:val="0"/>
                <w:sz w:val="14"/>
              </w:rPr>
              <w:t>-0.6086667340065787</w:t>
            </w:r>
          </w:p>
        </w:tc>
        <w:tc>
          <w:tcPr>
            <w:tcW w:type="dxa" w:w="519"/>
            <w:vAlign w:val="center"/>
          </w:tcPr>
          <w:p>
            <w:r/>
            <w:r>
              <w:rPr>
                <w:rFonts w:ascii="Malgun Gothic" w:hAnsi="Malgun Gothic" w:eastAsia="Malgun Gothic"/>
                <w:b w:val="0"/>
                <w:sz w:val="14"/>
              </w:rPr>
              <w:t>-0.1217184072965033</w:t>
            </w:r>
          </w:p>
        </w:tc>
        <w:tc>
          <w:tcPr>
            <w:tcW w:type="dxa" w:w="519"/>
            <w:vAlign w:val="center"/>
          </w:tcPr>
          <w:p>
            <w:r/>
            <w:r>
              <w:rPr>
                <w:rFonts w:ascii="Malgun Gothic" w:hAnsi="Malgun Gothic" w:eastAsia="Malgun Gothic"/>
                <w:b w:val="0"/>
                <w:sz w:val="14"/>
              </w:rPr>
              <w:t>0.11717964446258888</w:t>
            </w:r>
          </w:p>
        </w:tc>
        <w:tc>
          <w:tcPr>
            <w:tcW w:type="dxa" w:w="519"/>
            <w:vAlign w:val="center"/>
          </w:tcPr>
          <w:p>
            <w:r/>
            <w:r>
              <w:rPr>
                <w:rFonts w:ascii="Malgun Gothic" w:hAnsi="Malgun Gothic" w:eastAsia="Malgun Gothic"/>
                <w:b w:val="0"/>
                <w:sz w:val="14"/>
              </w:rPr>
              <w:t>0.4086116922912035</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-0.13296598923817732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0.0369009189307689</w:t>
            </w:r>
          </w:p>
        </w:tc>
        <w:tc>
          <w:tcPr>
            <w:tcW w:type="dxa" w:w="519"/>
            <w:vAlign w:val="center"/>
          </w:tcPr>
          <w:p>
            <w:r/>
            <w:r>
              <w:rPr>
                <w:rFonts w:ascii="Malgun Gothic" w:hAnsi="Malgun Gothic" w:eastAsia="Malgun Gothic"/>
                <w:b w:val="0"/>
                <w:sz w:val="14"/>
              </w:rPr>
              <w:t>237.52382989708173</w:t>
            </w:r>
          </w:p>
        </w:tc>
        <w:tc>
          <w:tcPr>
            <w:tcW w:type="dxa" w:w="519"/>
            <w:vAlign w:val="center"/>
          </w:tcPr>
          <w:p>
            <w:r/>
            <w:r>
              <w:rPr>
                <w:rFonts w:ascii="Malgun Gothic" w:hAnsi="Malgun Gothic" w:eastAsia="Malgun Gothic"/>
                <w:b w:val="0"/>
                <w:sz w:val="14"/>
              </w:rPr>
              <w:t>91.88361408882082</w:t>
            </w:r>
          </w:p>
        </w:tc>
        <w:tc>
          <w:tcPr>
            <w:tcW w:type="dxa" w:w="519"/>
            <w:vAlign w:val="center"/>
          </w:tcPr>
          <w:p>
            <w:r/>
            <w:r>
              <w:rPr>
                <w:rFonts w:ascii="Malgun Gothic" w:hAnsi="Malgun Gothic" w:eastAsia="Malgun Gothic"/>
                <w:b w:val="0"/>
                <w:sz w:val="14"/>
              </w:rPr>
              <w:t>58.77</w:t>
            </w:r>
          </w:p>
        </w:tc>
        <w:tc>
          <w:tcPr>
            <w:tcW w:type="dxa" w:w="519"/>
            <w:vAlign w:val="center"/>
          </w:tcPr>
          <w:p>
            <w:r/>
            <w:r>
              <w:rPr>
                <w:rFonts w:ascii="Malgun Gothic" w:hAnsi="Malgun Gothic" w:eastAsia="Malgun Gothic"/>
                <w:b w:val="0"/>
                <w:sz w:val="14"/>
              </w:rPr>
              <w:t>-1.0632325861686756</w:t>
            </w:r>
          </w:p>
        </w:tc>
        <w:tc>
          <w:tcPr>
            <w:tcW w:type="dxa" w:w="519"/>
            <w:vAlign w:val="center"/>
          </w:tcPr>
          <w:p>
            <w:r/>
            <w:r>
              <w:rPr>
                <w:rFonts w:ascii="Malgun Gothic" w:hAnsi="Malgun Gothic" w:eastAsia="Malgun Gothic"/>
                <w:b w:val="0"/>
                <w:sz w:val="14"/>
              </w:rPr>
              <w:t>0.2759283394965754</w:t>
            </w:r>
          </w:p>
        </w:tc>
        <w:tc>
          <w:tcPr>
            <w:tcW w:type="dxa" w:w="519"/>
            <w:vAlign w:val="center"/>
          </w:tcPr>
          <w:p>
            <w:r/>
            <w:r>
              <w:rPr>
                <w:rFonts w:ascii="Malgun Gothic" w:hAnsi="Malgun Gothic" w:eastAsia="Malgun Gothic"/>
                <w:b w:val="0"/>
                <w:sz w:val="14"/>
              </w:rPr>
              <w:t>0.4692636904754492</w:t>
            </w:r>
          </w:p>
        </w:tc>
        <w:tc>
          <w:tcPr>
            <w:tcW w:type="dxa" w:w="519"/>
            <w:vAlign w:val="center"/>
          </w:tcPr>
          <w:p>
            <w:r/>
            <w:r>
              <w:rPr>
                <w:rFonts w:ascii="Malgun Gothic" w:hAnsi="Malgun Gothic" w:eastAsia="Malgun Gothic"/>
                <w:b w:val="0"/>
                <w:sz w:val="14"/>
              </w:rPr>
              <w:t>-0.5166532228027919</w:t>
            </w:r>
          </w:p>
        </w:tc>
        <w:tc>
          <w:tcPr>
            <w:tcW w:type="dxa" w:w="519"/>
            <w:vAlign w:val="center"/>
          </w:tcPr>
          <w:p>
            <w:r/>
            <w:r>
              <w:rPr>
                <w:rFonts w:ascii="Malgun Gothic" w:hAnsi="Malgun Gothic" w:eastAsia="Malgun Gothic"/>
                <w:b w:val="0"/>
                <w:sz w:val="14"/>
              </w:rPr>
              <w:t>-0.20867344474986071</w:t>
            </w:r>
          </w:p>
        </w:tc>
        <w:tc>
          <w:tcPr>
            <w:tcW w:type="dxa" w:w="519"/>
            <w:vAlign w:val="center"/>
          </w:tcPr>
          <w:p>
            <w:r/>
            <w:r>
              <w:rPr>
                <w:rFonts w:ascii="Malgun Gothic" w:hAnsi="Malgun Gothic" w:eastAsia="Malgun Gothic"/>
                <w:b w:val="0"/>
                <w:sz w:val="14"/>
              </w:rPr>
              <w:t>0.3350952403289057</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-0.17882886762417038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0.0424245782196521</w:t>
            </w:r>
          </w:p>
        </w:tc>
        <w:tc>
          <w:tcPr>
            <w:tcW w:type="dxa" w:w="519"/>
            <w:vAlign w:val="center"/>
          </w:tcPr>
          <w:p>
            <w:r/>
            <w:r>
              <w:rPr>
                <w:rFonts w:ascii="Malgun Gothic" w:hAnsi="Malgun Gothic" w:eastAsia="Malgun Gothic"/>
                <w:b w:val="0"/>
                <w:sz w:val="14"/>
              </w:rPr>
              <w:t>223.4779198335052</w:t>
            </w:r>
          </w:p>
        </w:tc>
        <w:tc>
          <w:tcPr>
            <w:tcW w:type="dxa" w:w="519"/>
            <w:vAlign w:val="center"/>
          </w:tcPr>
          <w:p>
            <w:r/>
            <w:r>
              <w:rPr>
                <w:rFonts w:ascii="Malgun Gothic" w:hAnsi="Malgun Gothic" w:eastAsia="Malgun Gothic"/>
                <w:b w:val="0"/>
                <w:sz w:val="14"/>
              </w:rPr>
              <w:t>87.10407239819004</w:t>
            </w:r>
          </w:p>
        </w:tc>
        <w:tc>
          <w:tcPr>
            <w:tcW w:type="dxa" w:w="519"/>
            <w:vAlign w:val="center"/>
          </w:tcPr>
          <w:p>
            <w:r/>
            <w:r>
              <w:rPr>
                <w:rFonts w:ascii="Malgun Gothic" w:hAnsi="Malgun Gothic" w:eastAsia="Malgun Gothic"/>
                <w:b w:val="0"/>
                <w:sz w:val="14"/>
              </w:rPr>
              <w:t>53.04</w:t>
            </w:r>
          </w:p>
        </w:tc>
        <w:tc>
          <w:tcPr>
            <w:tcW w:type="dxa" w:w="519"/>
            <w:vAlign w:val="center"/>
          </w:tcPr>
          <w:p>
            <w:r/>
            <w:r>
              <w:rPr>
                <w:rFonts w:ascii="Malgun Gothic" w:hAnsi="Malgun Gothic" w:eastAsia="Malgun Gothic"/>
                <w:b w:val="0"/>
                <w:sz w:val="14"/>
              </w:rPr>
              <w:t>-0.8741709176823806</w:t>
            </w:r>
          </w:p>
        </w:tc>
        <w:tc>
          <w:tcPr>
            <w:tcW w:type="dxa" w:w="519"/>
            <w:vAlign w:val="center"/>
          </w:tcPr>
          <w:p>
            <w:r/>
            <w:r>
              <w:rPr>
                <w:rFonts w:ascii="Malgun Gothic" w:hAnsi="Malgun Gothic" w:eastAsia="Malgun Gothic"/>
                <w:b w:val="0"/>
                <w:sz w:val="14"/>
              </w:rPr>
              <w:t>-0.22828317491434943</w:t>
            </w:r>
          </w:p>
        </w:tc>
        <w:tc>
          <w:tcPr>
            <w:tcW w:type="dxa" w:w="519"/>
            <w:vAlign w:val="center"/>
          </w:tcPr>
          <w:p>
            <w:r/>
            <w:r>
              <w:rPr>
                <w:rFonts w:ascii="Malgun Gothic" w:hAnsi="Malgun Gothic" w:eastAsia="Malgun Gothic"/>
                <w:b w:val="0"/>
                <w:sz w:val="14"/>
              </w:rPr>
              <w:t>0.2231237058014514</w:t>
            </w:r>
          </w:p>
        </w:tc>
        <w:tc>
          <w:tcPr>
            <w:tcW w:type="dxa" w:w="519"/>
            <w:vAlign w:val="center"/>
          </w:tcPr>
          <w:p>
            <w:r/>
            <w:r>
              <w:rPr>
                <w:rFonts w:ascii="Malgun Gothic" w:hAnsi="Malgun Gothic" w:eastAsia="Malgun Gothic"/>
                <w:b w:val="0"/>
                <w:sz w:val="14"/>
              </w:rPr>
              <w:t>-0.5503134413488434</w:t>
            </w:r>
          </w:p>
        </w:tc>
        <w:tc>
          <w:tcPr>
            <w:tcW w:type="dxa" w:w="519"/>
            <w:vAlign w:val="center"/>
          </w:tcPr>
          <w:p>
            <w:r/>
            <w:r>
              <w:rPr>
                <w:rFonts w:ascii="Malgun Gothic" w:hAnsi="Malgun Gothic" w:eastAsia="Malgun Gothic"/>
                <w:b w:val="0"/>
                <w:sz w:val="14"/>
              </w:rPr>
              <w:t>-0.35741095703603054</w:t>
            </w:r>
          </w:p>
        </w:tc>
        <w:tc>
          <w:tcPr>
            <w:tcW w:type="dxa" w:w="519"/>
            <w:vAlign w:val="center"/>
          </w:tcPr>
          <w:p>
            <w:r/>
            <w:r>
              <w:rPr>
                <w:rFonts w:ascii="Malgun Gothic" w:hAnsi="Malgun Gothic" w:eastAsia="Malgun Gothic"/>
                <w:b w:val="0"/>
                <w:sz w:val="14"/>
              </w:rPr>
              <w:t>0.3015382340000546</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-0.20233630329859614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0.0403904914855957</w:t>
            </w:r>
          </w:p>
        </w:tc>
        <w:tc>
          <w:tcPr>
            <w:tcW w:type="dxa" w:w="519"/>
            <w:vAlign w:val="center"/>
          </w:tcPr>
          <w:p>
            <w:r/>
            <w:r>
              <w:rPr>
                <w:rFonts w:ascii="Malgun Gothic" w:hAnsi="Malgun Gothic" w:eastAsia="Malgun Gothic"/>
                <w:b w:val="0"/>
                <w:sz w:val="14"/>
              </w:rPr>
              <w:t>249.06888532105592</w:t>
            </w:r>
          </w:p>
        </w:tc>
        <w:tc>
          <w:tcPr>
            <w:tcW w:type="dxa" w:w="519"/>
            <w:vAlign w:val="center"/>
          </w:tcPr>
          <w:p>
            <w:r/>
            <w:r>
              <w:rPr>
                <w:rFonts w:ascii="Malgun Gothic" w:hAnsi="Malgun Gothic" w:eastAsia="Malgun Gothic"/>
                <w:b w:val="0"/>
                <w:sz w:val="14"/>
              </w:rPr>
              <w:t>98.326359832636</w:t>
            </w:r>
          </w:p>
        </w:tc>
        <w:tc>
          <w:tcPr>
            <w:tcW w:type="dxa" w:w="519"/>
            <w:vAlign w:val="center"/>
          </w:tcPr>
          <w:p>
            <w:r/>
            <w:r>
              <w:rPr>
                <w:rFonts w:ascii="Malgun Gothic" w:hAnsi="Malgun Gothic" w:eastAsia="Malgun Gothic"/>
                <w:b w:val="0"/>
                <w:sz w:val="14"/>
              </w:rPr>
              <w:t>28.68</w:t>
            </w:r>
          </w:p>
        </w:tc>
        <w:tc>
          <w:tcPr>
            <w:tcW w:type="dxa" w:w="519"/>
            <w:vAlign w:val="center"/>
          </w:tcPr>
          <w:p>
            <w:r/>
            <w:r>
              <w:rPr>
                <w:rFonts w:ascii="Malgun Gothic" w:hAnsi="Malgun Gothic" w:eastAsia="Malgun Gothic"/>
                <w:b w:val="0"/>
                <w:sz w:val="14"/>
              </w:rPr>
              <w:t>-0.9437928497520348</w:t>
            </w:r>
          </w:p>
        </w:tc>
        <w:tc>
          <w:tcPr>
            <w:tcW w:type="dxa" w:w="519"/>
            <w:vAlign w:val="center"/>
          </w:tcPr>
          <w:p>
            <w:r/>
            <w:r>
              <w:rPr>
                <w:rFonts w:ascii="Malgun Gothic" w:hAnsi="Malgun Gothic" w:eastAsia="Malgun Gothic"/>
                <w:b w:val="0"/>
                <w:sz w:val="14"/>
              </w:rPr>
              <w:t>0.6903656990504673</w:t>
            </w:r>
          </w:p>
        </w:tc>
        <w:tc>
          <w:tcPr>
            <w:tcW w:type="dxa" w:w="519"/>
            <w:vAlign w:val="center"/>
          </w:tcPr>
          <w:p>
            <w:r/>
            <w:r>
              <w:rPr>
                <w:rFonts w:ascii="Malgun Gothic" w:hAnsi="Malgun Gothic" w:eastAsia="Malgun Gothic"/>
                <w:b w:val="0"/>
                <w:sz w:val="14"/>
              </w:rPr>
              <w:t>0.8010564524780849</w:t>
            </w:r>
          </w:p>
        </w:tc>
        <w:tc>
          <w:tcPr>
            <w:tcW w:type="dxa" w:w="519"/>
            <w:vAlign w:val="center"/>
          </w:tcPr>
          <w:p>
            <w:r/>
            <w:r>
              <w:rPr>
                <w:rFonts w:ascii="Malgun Gothic" w:hAnsi="Malgun Gothic" w:eastAsia="Malgun Gothic"/>
                <w:b w:val="0"/>
                <w:sz w:val="14"/>
              </w:rPr>
              <w:t>-0.6934134280472398</w:t>
            </w:r>
          </w:p>
        </w:tc>
        <w:tc>
          <w:tcPr>
            <w:tcW w:type="dxa" w:w="519"/>
            <w:vAlign w:val="center"/>
          </w:tcPr>
          <w:p>
            <w:r/>
            <w:r>
              <w:rPr>
                <w:rFonts w:ascii="Malgun Gothic" w:hAnsi="Malgun Gothic" w:eastAsia="Malgun Gothic"/>
                <w:b w:val="0"/>
                <w:sz w:val="14"/>
              </w:rPr>
              <w:t>-0.036446031567680615</w:t>
            </w:r>
          </w:p>
        </w:tc>
        <w:tc>
          <w:tcPr>
            <w:tcW w:type="dxa" w:w="519"/>
            <w:vAlign w:val="center"/>
          </w:tcPr>
          <w:p>
            <w:r/>
            <w:r>
              <w:rPr>
                <w:rFonts w:ascii="Malgun Gothic" w:hAnsi="Malgun Gothic" w:eastAsia="Malgun Gothic"/>
                <w:b w:val="0"/>
                <w:sz w:val="14"/>
              </w:rPr>
              <w:t>0.37395185629163935</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-0.1668373683668915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0.0656273290514946</w:t>
            </w:r>
          </w:p>
        </w:tc>
        <w:tc>
          <w:tcPr>
            <w:tcW w:type="dxa" w:w="519"/>
            <w:vAlign w:val="center"/>
          </w:tcPr>
          <w:p>
            <w:r/>
            <w:r>
              <w:rPr>
                <w:rFonts w:ascii="Malgun Gothic" w:hAnsi="Malgun Gothic" w:eastAsia="Malgun Gothic"/>
                <w:b w:val="0"/>
                <w:sz w:val="14"/>
              </w:rPr>
              <w:t>256.6302502247697</w:t>
            </w:r>
          </w:p>
        </w:tc>
        <w:tc>
          <w:tcPr>
            <w:tcW w:type="dxa" w:w="519"/>
            <w:vAlign w:val="center"/>
          </w:tcPr>
          <w:p>
            <w:r/>
            <w:r>
              <w:rPr>
                <w:rFonts w:ascii="Malgun Gothic" w:hAnsi="Malgun Gothic" w:eastAsia="Malgun Gothic"/>
                <w:b w:val="0"/>
                <w:sz w:val="14"/>
              </w:rPr>
              <w:t>111.94029850746269</w:t>
            </w:r>
          </w:p>
        </w:tc>
        <w:tc>
          <w:tcPr>
            <w:tcW w:type="dxa" w:w="519"/>
            <w:vAlign w:val="center"/>
          </w:tcPr>
          <w:p>
            <w:r/>
            <w:r>
              <w:rPr>
                <w:rFonts w:ascii="Malgun Gothic" w:hAnsi="Malgun Gothic" w:eastAsia="Malgun Gothic"/>
                <w:b w:val="0"/>
                <w:sz w:val="14"/>
              </w:rPr>
              <w:t>40.2</w:t>
            </w:r>
          </w:p>
        </w:tc>
        <w:tc>
          <w:tcPr>
            <w:tcW w:type="dxa" w:w="519"/>
            <w:vAlign w:val="center"/>
          </w:tcPr>
          <w:p>
            <w:r/>
            <w:r>
              <w:rPr>
                <w:rFonts w:ascii="Malgun Gothic" w:hAnsi="Malgun Gothic" w:eastAsia="Malgun Gothic"/>
                <w:b w:val="0"/>
                <w:sz w:val="14"/>
              </w:rPr>
              <w:t>-0.07999615846640405</w:t>
            </w:r>
          </w:p>
        </w:tc>
        <w:tc>
          <w:tcPr>
            <w:tcW w:type="dxa" w:w="519"/>
            <w:vAlign w:val="center"/>
          </w:tcPr>
          <w:p>
            <w:r/>
            <w:r>
              <w:rPr>
                <w:rFonts w:ascii="Malgun Gothic" w:hAnsi="Malgun Gothic" w:eastAsia="Malgun Gothic"/>
                <w:b w:val="0"/>
                <w:sz w:val="14"/>
              </w:rPr>
              <w:t>0.9617989655215167</w:t>
            </w:r>
          </w:p>
        </w:tc>
        <w:tc>
          <w:tcPr>
            <w:tcW w:type="dxa" w:w="519"/>
            <w:vAlign w:val="center"/>
          </w:tcPr>
          <w:p>
            <w:r/>
            <w:r>
              <w:rPr>
                <w:rFonts w:ascii="Malgun Gothic" w:hAnsi="Malgun Gothic" w:eastAsia="Malgun Gothic"/>
                <w:b w:val="0"/>
                <w:sz w:val="14"/>
              </w:rPr>
              <w:t>1.5021560293147809</w:t>
            </w:r>
          </w:p>
        </w:tc>
        <w:tc>
          <w:tcPr>
            <w:tcW w:type="dxa" w:w="519"/>
            <w:vAlign w:val="center"/>
          </w:tcPr>
          <w:p>
            <w:r/>
            <w:r>
              <w:rPr>
                <w:rFonts w:ascii="Malgun Gothic" w:hAnsi="Malgun Gothic" w:eastAsia="Malgun Gothic"/>
                <w:b w:val="0"/>
                <w:sz w:val="14"/>
              </w:rPr>
              <w:t>-0.6257405279337125</w:t>
            </w:r>
          </w:p>
        </w:tc>
        <w:tc>
          <w:tcPr>
            <w:tcW w:type="dxa" w:w="519"/>
            <w:vAlign w:val="center"/>
          </w:tcPr>
          <w:p>
            <w:r/>
            <w:r>
              <w:rPr>
                <w:rFonts w:ascii="Malgun Gothic" w:hAnsi="Malgun Gothic" w:eastAsia="Malgun Gothic"/>
                <w:b w:val="0"/>
                <w:sz w:val="14"/>
              </w:rPr>
              <w:t>0.4395545771090453</w:t>
            </w:r>
          </w:p>
        </w:tc>
        <w:tc>
          <w:tcPr>
            <w:tcW w:type="dxa" w:w="519"/>
            <w:vAlign w:val="center"/>
          </w:tcPr>
          <w:p>
            <w:r/>
            <w:r>
              <w:rPr>
                <w:rFonts w:ascii="Malgun Gothic" w:hAnsi="Malgun Gothic" w:eastAsia="Malgun Gothic"/>
                <w:b w:val="0"/>
                <w:sz w:val="14"/>
              </w:rPr>
              <w:t>0.48134342948919073</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-0.11259839667380789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0.0551260747015476</w:t>
            </w:r>
          </w:p>
        </w:tc>
        <w:tc>
          <w:tcPr>
            <w:tcW w:type="dxa" w:w="519"/>
            <w:vAlign w:val="center"/>
          </w:tcPr>
          <w:p>
            <w:r/>
            <w:r>
              <w:rPr>
                <w:rFonts w:ascii="Malgun Gothic" w:hAnsi="Malgun Gothic" w:eastAsia="Malgun Gothic"/>
                <w:b w:val="0"/>
                <w:sz w:val="14"/>
              </w:rPr>
              <w:t>229.3614672475256</w:t>
            </w:r>
          </w:p>
        </w:tc>
        <w:tc>
          <w:tcPr>
            <w:tcW w:type="dxa" w:w="519"/>
            <w:vAlign w:val="center"/>
          </w:tcPr>
          <w:p>
            <w:r/>
            <w:r>
              <w:rPr>
                <w:rFonts w:ascii="Malgun Gothic" w:hAnsi="Malgun Gothic" w:eastAsia="Malgun Gothic"/>
                <w:b w:val="0"/>
                <w:sz w:val="14"/>
              </w:rPr>
              <w:t>93.17166560306318</w:t>
            </w:r>
          </w:p>
        </w:tc>
        <w:tc>
          <w:tcPr>
            <w:tcW w:type="dxa" w:w="519"/>
            <w:vAlign w:val="center"/>
          </w:tcPr>
          <w:p>
            <w:r/>
            <w:r>
              <w:rPr>
                <w:rFonts w:ascii="Malgun Gothic" w:hAnsi="Malgun Gothic" w:eastAsia="Malgun Gothic"/>
                <w:b w:val="0"/>
                <w:sz w:val="14"/>
              </w:rPr>
              <w:t>47.01</w:t>
            </w:r>
          </w:p>
        </w:tc>
        <w:tc>
          <w:tcPr>
            <w:tcW w:type="dxa" w:w="519"/>
            <w:vAlign w:val="center"/>
          </w:tcPr>
          <w:p>
            <w:r/>
            <w:r>
              <w:rPr>
                <w:rFonts w:ascii="Malgun Gothic" w:hAnsi="Malgun Gothic" w:eastAsia="Malgun Gothic"/>
                <w:b w:val="0"/>
                <w:sz w:val="14"/>
              </w:rPr>
              <w:t>-0.43942902077123225</w:t>
            </w:r>
          </w:p>
        </w:tc>
        <w:tc>
          <w:tcPr>
            <w:tcW w:type="dxa" w:w="519"/>
            <w:vAlign w:val="center"/>
          </w:tcPr>
          <w:p>
            <w:r/>
            <w:r>
              <w:rPr>
                <w:rFonts w:ascii="Malgun Gothic" w:hAnsi="Malgun Gothic" w:eastAsia="Malgun Gothic"/>
                <w:b w:val="0"/>
                <w:sz w:val="14"/>
              </w:rPr>
              <w:t>-0.01707917757248324</w:t>
            </w:r>
          </w:p>
        </w:tc>
        <w:tc>
          <w:tcPr>
            <w:tcW w:type="dxa" w:w="519"/>
            <w:vAlign w:val="center"/>
          </w:tcPr>
          <w:p>
            <w:r/>
            <w:r>
              <w:rPr>
                <w:rFonts w:ascii="Malgun Gothic" w:hAnsi="Malgun Gothic" w:eastAsia="Malgun Gothic"/>
                <w:b w:val="0"/>
                <w:sz w:val="14"/>
              </w:rPr>
              <w:t>0.5355966153658044</w:t>
            </w:r>
          </w:p>
        </w:tc>
        <w:tc>
          <w:tcPr>
            <w:tcW w:type="dxa" w:w="519"/>
            <w:vAlign w:val="center"/>
          </w:tcPr>
          <w:p>
            <w:r/>
            <w:r>
              <w:rPr>
                <w:rFonts w:ascii="Malgun Gothic" w:hAnsi="Malgun Gothic" w:eastAsia="Malgun Gothic"/>
                <w:b w:val="0"/>
                <w:sz w:val="14"/>
              </w:rPr>
              <w:t>-0.5857359750020179</w:t>
            </w:r>
          </w:p>
        </w:tc>
        <w:tc>
          <w:tcPr>
            <w:tcW w:type="dxa" w:w="519"/>
            <w:vAlign w:val="center"/>
          </w:tcPr>
          <w:p>
            <w:r/>
            <w:r>
              <w:rPr>
                <w:rFonts w:ascii="Malgun Gothic" w:hAnsi="Malgun Gothic" w:eastAsia="Malgun Gothic"/>
                <w:b w:val="0"/>
                <w:sz w:val="14"/>
              </w:rPr>
              <w:t>-0.12666188949498225</w:t>
            </w:r>
          </w:p>
        </w:tc>
        <w:tc>
          <w:tcPr>
            <w:tcW w:type="dxa" w:w="519"/>
            <w:vAlign w:val="center"/>
          </w:tcPr>
          <w:p>
            <w:r/>
            <w:r>
              <w:rPr>
                <w:rFonts w:ascii="Malgun Gothic" w:hAnsi="Malgun Gothic" w:eastAsia="Malgun Gothic"/>
                <w:b w:val="0"/>
                <w:sz w:val="14"/>
              </w:rPr>
              <w:t>0.3535980526754773</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-0.17937478458200484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0.150307759642601</w:t>
            </w:r>
          </w:p>
        </w:tc>
        <w:tc>
          <w:tcPr>
            <w:tcW w:type="dxa" w:w="519"/>
            <w:vAlign w:val="center"/>
          </w:tcPr>
          <w:p>
            <w:r/>
            <w:r>
              <w:rPr>
                <w:rFonts w:ascii="Malgun Gothic" w:hAnsi="Malgun Gothic" w:eastAsia="Malgun Gothic"/>
                <w:b w:val="0"/>
                <w:sz w:val="14"/>
              </w:rPr>
              <w:t>235.6802849887382</w:t>
            </w:r>
          </w:p>
        </w:tc>
        <w:tc>
          <w:tcPr>
            <w:tcW w:type="dxa" w:w="519"/>
            <w:vAlign w:val="center"/>
          </w:tcPr>
          <w:p>
            <w:r/>
            <w:r>
              <w:rPr>
                <w:rFonts w:ascii="Malgun Gothic" w:hAnsi="Malgun Gothic" w:eastAsia="Malgun Gothic"/>
                <w:b w:val="0"/>
                <w:sz w:val="14"/>
              </w:rPr>
              <w:t>67.20430107526882</w:t>
            </w:r>
          </w:p>
        </w:tc>
        <w:tc>
          <w:tcPr>
            <w:tcW w:type="dxa" w:w="519"/>
            <w:vAlign w:val="center"/>
          </w:tcPr>
          <w:p>
            <w:r/>
            <w:r>
              <w:rPr>
                <w:rFonts w:ascii="Malgun Gothic" w:hAnsi="Malgun Gothic" w:eastAsia="Malgun Gothic"/>
                <w:b w:val="0"/>
                <w:sz w:val="14"/>
              </w:rPr>
              <w:t>44.64</w:t>
            </w:r>
          </w:p>
        </w:tc>
        <w:tc>
          <w:tcPr>
            <w:tcW w:type="dxa" w:w="519"/>
            <w:vAlign w:val="center"/>
          </w:tcPr>
          <w:p>
            <w:r/>
            <w:r>
              <w:rPr>
                <w:rFonts w:ascii="Malgun Gothic" w:hAnsi="Malgun Gothic" w:eastAsia="Malgun Gothic"/>
                <w:b w:val="0"/>
                <w:sz w:val="14"/>
              </w:rPr>
              <w:t>2.8184127871963907</w:t>
            </w:r>
          </w:p>
        </w:tc>
        <w:tc>
          <w:tcPr>
            <w:tcW w:type="dxa" w:w="519"/>
            <w:vAlign w:val="center"/>
          </w:tcPr>
          <w:p>
            <w:r/>
            <w:r>
              <w:rPr>
                <w:rFonts w:ascii="Malgun Gothic" w:hAnsi="Malgun Gothic" w:eastAsia="Malgun Gothic"/>
                <w:b w:val="0"/>
                <w:sz w:val="14"/>
              </w:rPr>
              <w:t>0.20974988855156443</w:t>
            </w:r>
          </w:p>
        </w:tc>
        <w:tc>
          <w:tcPr>
            <w:tcW w:type="dxa" w:w="519"/>
            <w:vAlign w:val="center"/>
          </w:tcPr>
          <w:p>
            <w:r/>
            <w:r>
              <w:rPr>
                <w:rFonts w:ascii="Malgun Gothic" w:hAnsi="Malgun Gothic" w:eastAsia="Malgun Gothic"/>
                <w:b w:val="0"/>
                <w:sz w:val="14"/>
              </w:rPr>
              <w:t>-0.801687819128141</w:t>
            </w:r>
          </w:p>
        </w:tc>
        <w:tc>
          <w:tcPr>
            <w:tcW w:type="dxa" w:w="519"/>
            <w:vAlign w:val="center"/>
          </w:tcPr>
          <w:p>
            <w:r/>
            <w:r>
              <w:rPr>
                <w:rFonts w:ascii="Malgun Gothic" w:hAnsi="Malgun Gothic" w:eastAsia="Malgun Gothic"/>
                <w:b w:val="0"/>
                <w:sz w:val="14"/>
              </w:rPr>
              <w:t>-0.5996582643482905</w:t>
            </w:r>
          </w:p>
        </w:tc>
        <w:tc>
          <w:tcPr>
            <w:tcW w:type="dxa" w:w="519"/>
            <w:vAlign w:val="center"/>
          </w:tcPr>
          <w:p>
            <w:r/>
            <w:r>
              <w:rPr>
                <w:rFonts w:ascii="Malgun Gothic" w:hAnsi="Malgun Gothic" w:eastAsia="Malgun Gothic"/>
                <w:b w:val="0"/>
                <w:sz w:val="14"/>
              </w:rPr>
              <w:t>0.4067041480678808</w:t>
            </w:r>
          </w:p>
        </w:tc>
        <w:tc>
          <w:tcPr>
            <w:tcW w:type="dxa" w:w="519"/>
            <w:vAlign w:val="center"/>
          </w:tcPr>
          <w:p>
            <w:r/>
            <w:r>
              <w:rPr>
                <w:rFonts w:ascii="Malgun Gothic" w:hAnsi="Malgun Gothic" w:eastAsia="Malgun Gothic"/>
                <w:b w:val="0"/>
                <w:sz w:val="14"/>
              </w:rPr>
              <w:t>0.47393196994347164</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-0.1399538565326791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0.0456519089639186</w:t>
            </w:r>
          </w:p>
        </w:tc>
        <w:tc>
          <w:tcPr>
            <w:tcW w:type="dxa" w:w="519"/>
            <w:vAlign w:val="center"/>
          </w:tcPr>
          <w:p>
            <w:r/>
            <w:r>
              <w:rPr>
                <w:rFonts w:ascii="Malgun Gothic" w:hAnsi="Malgun Gothic" w:eastAsia="Malgun Gothic"/>
                <w:b w:val="0"/>
                <w:sz w:val="14"/>
              </w:rPr>
              <w:t>204.64433131303</w:t>
            </w:r>
          </w:p>
        </w:tc>
        <w:tc>
          <w:tcPr>
            <w:tcW w:type="dxa" w:w="519"/>
            <w:vAlign w:val="center"/>
          </w:tcPr>
          <w:p>
            <w:r/>
            <w:r>
              <w:rPr>
                <w:rFonts w:ascii="Malgun Gothic" w:hAnsi="Malgun Gothic" w:eastAsia="Malgun Gothic"/>
                <w:b w:val="0"/>
                <w:sz w:val="14"/>
              </w:rPr>
              <w:t>68.53082741233098</w:t>
            </w:r>
          </w:p>
        </w:tc>
        <w:tc>
          <w:tcPr>
            <w:tcW w:type="dxa" w:w="519"/>
            <w:vAlign w:val="center"/>
          </w:tcPr>
          <w:p>
            <w:r/>
            <w:r>
              <w:rPr>
                <w:rFonts w:ascii="Malgun Gothic" w:hAnsi="Malgun Gothic" w:eastAsia="Malgun Gothic"/>
                <w:b w:val="0"/>
                <w:sz w:val="14"/>
              </w:rPr>
              <w:t>261.78</w:t>
            </w:r>
          </w:p>
        </w:tc>
        <w:tc>
          <w:tcPr>
            <w:tcW w:type="dxa" w:w="519"/>
            <w:vAlign w:val="center"/>
          </w:tcPr>
          <w:p>
            <w:r/>
            <w:r>
              <w:rPr>
                <w:rFonts w:ascii="Malgun Gothic" w:hAnsi="Malgun Gothic" w:eastAsia="Malgun Gothic"/>
                <w:b w:val="0"/>
                <w:sz w:val="14"/>
              </w:rPr>
              <w:t>-0.7637070922802337</w:t>
            </w:r>
          </w:p>
        </w:tc>
        <w:tc>
          <w:tcPr>
            <w:tcW w:type="dxa" w:w="519"/>
            <w:vAlign w:val="center"/>
          </w:tcPr>
          <w:p>
            <w:r/>
            <w:r>
              <w:rPr>
                <w:rFonts w:ascii="Malgun Gothic" w:hAnsi="Malgun Gothic" w:eastAsia="Malgun Gothic"/>
                <w:b w:val="0"/>
                <w:sz w:val="14"/>
              </w:rPr>
              <w:t>-0.9043598510939933</w:t>
            </w:r>
          </w:p>
        </w:tc>
        <w:tc>
          <w:tcPr>
            <w:tcW w:type="dxa" w:w="519"/>
            <w:vAlign w:val="center"/>
          </w:tcPr>
          <w:p>
            <w:r/>
            <w:r>
              <w:rPr>
                <w:rFonts w:ascii="Malgun Gothic" w:hAnsi="Malgun Gothic" w:eastAsia="Malgun Gothic"/>
                <w:b w:val="0"/>
                <w:sz w:val="14"/>
              </w:rPr>
              <w:t>-0.7333734924816788</w:t>
            </w:r>
          </w:p>
        </w:tc>
        <w:tc>
          <w:tcPr>
            <w:tcW w:type="dxa" w:w="519"/>
            <w:vAlign w:val="center"/>
          </w:tcPr>
          <w:p>
            <w:r/>
            <w:r>
              <w:rPr>
                <w:rFonts w:ascii="Malgun Gothic" w:hAnsi="Malgun Gothic" w:eastAsia="Malgun Gothic"/>
                <w:b w:val="0"/>
                <w:sz w:val="14"/>
              </w:rPr>
              <w:t>0.6759054101874157</w:t>
            </w:r>
          </w:p>
        </w:tc>
        <w:tc>
          <w:tcPr>
            <w:tcW w:type="dxa" w:w="519"/>
            <w:vAlign w:val="center"/>
          </w:tcPr>
          <w:p>
            <w:r/>
            <w:r>
              <w:rPr>
                <w:rFonts w:ascii="Malgun Gothic" w:hAnsi="Malgun Gothic" w:eastAsia="Malgun Gothic"/>
                <w:b w:val="0"/>
                <w:sz w:val="14"/>
              </w:rPr>
              <w:t>-0.43138375641712257</w:t>
            </w:r>
          </w:p>
        </w:tc>
        <w:tc>
          <w:tcPr>
            <w:tcW w:type="dxa" w:w="519"/>
            <w:vAlign w:val="center"/>
          </w:tcPr>
          <w:p>
            <w:r/>
            <w:r>
              <w:rPr>
                <w:rFonts w:ascii="Malgun Gothic" w:hAnsi="Malgun Gothic" w:eastAsia="Malgun Gothic"/>
                <w:b w:val="0"/>
                <w:sz w:val="14"/>
              </w:rPr>
              <w:t>0.2848490635356582</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-0.14893287601352478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0.0183735396713018</w:t>
            </w:r>
          </w:p>
        </w:tc>
        <w:tc>
          <w:tcPr>
            <w:tcW w:type="dxa" w:w="519"/>
            <w:vAlign w:val="center"/>
          </w:tcPr>
          <w:p>
            <w:r/>
            <w:r>
              <w:rPr>
                <w:rFonts w:ascii="Malgun Gothic" w:hAnsi="Malgun Gothic" w:eastAsia="Malgun Gothic"/>
                <w:b w:val="0"/>
                <w:sz w:val="14"/>
              </w:rPr>
              <w:t>252.287532802586</w:t>
            </w:r>
          </w:p>
        </w:tc>
        <w:tc>
          <w:tcPr>
            <w:tcW w:type="dxa" w:w="519"/>
            <w:vAlign w:val="center"/>
          </w:tcPr>
          <w:p>
            <w:r/>
            <w:r>
              <w:rPr>
                <w:rFonts w:ascii="Malgun Gothic" w:hAnsi="Malgun Gothic" w:eastAsia="Malgun Gothic"/>
                <w:b w:val="0"/>
                <w:sz w:val="14"/>
              </w:rPr>
              <w:t>50.90137857900319</w:t>
            </w:r>
          </w:p>
        </w:tc>
        <w:tc>
          <w:tcPr>
            <w:tcW w:type="dxa" w:w="519"/>
            <w:vAlign w:val="center"/>
          </w:tcPr>
          <w:p>
            <w:r/>
            <w:r>
              <w:rPr>
                <w:rFonts w:ascii="Malgun Gothic" w:hAnsi="Malgun Gothic" w:eastAsia="Malgun Gothic"/>
                <w:b w:val="0"/>
                <w:sz w:val="14"/>
              </w:rPr>
              <w:t>56.58</w:t>
            </w:r>
          </w:p>
        </w:tc>
        <w:tc>
          <w:tcPr>
            <w:tcW w:type="dxa" w:w="519"/>
            <w:vAlign w:val="center"/>
          </w:tcPr>
          <w:p>
            <w:r/>
            <w:r>
              <w:rPr>
                <w:rFonts w:ascii="Malgun Gothic" w:hAnsi="Malgun Gothic" w:eastAsia="Malgun Gothic"/>
                <w:b w:val="0"/>
                <w:sz w:val="14"/>
              </w:rPr>
              <w:t>-1.6973805399577369</w:t>
            </w:r>
          </w:p>
        </w:tc>
        <w:tc>
          <w:tcPr>
            <w:tcW w:type="dxa" w:w="519"/>
            <w:vAlign w:val="center"/>
          </w:tcPr>
          <w:p>
            <w:r/>
            <w:r>
              <w:rPr>
                <w:rFonts w:ascii="Malgun Gothic" w:hAnsi="Malgun Gothic" w:eastAsia="Malgun Gothic"/>
                <w:b w:val="0"/>
                <w:sz w:val="14"/>
              </w:rPr>
              <w:t>0.8059067436443377</w:t>
            </w:r>
          </w:p>
        </w:tc>
        <w:tc>
          <w:tcPr>
            <w:tcW w:type="dxa" w:w="519"/>
            <w:vAlign w:val="center"/>
          </w:tcPr>
          <w:p>
            <w:r/>
            <w:r>
              <w:rPr>
                <w:rFonts w:ascii="Malgun Gothic" w:hAnsi="Malgun Gothic" w:eastAsia="Malgun Gothic"/>
                <w:b w:val="0"/>
                <w:sz w:val="14"/>
              </w:rPr>
              <w:t>-1.6412664551380312</w:t>
            </w:r>
          </w:p>
        </w:tc>
        <w:tc>
          <w:tcPr>
            <w:tcW w:type="dxa" w:w="519"/>
            <w:vAlign w:val="center"/>
          </w:tcPr>
          <w:p>
            <w:r/>
            <w:r>
              <w:rPr>
                <w:rFonts w:ascii="Malgun Gothic" w:hAnsi="Malgun Gothic" w:eastAsia="Malgun Gothic"/>
                <w:b w:val="0"/>
                <w:sz w:val="14"/>
              </w:rPr>
              <w:t>-0.5295181230847907</w:t>
            </w:r>
          </w:p>
        </w:tc>
        <w:tc>
          <w:tcPr>
            <w:tcW w:type="dxa" w:w="519"/>
            <w:vAlign w:val="center"/>
          </w:tcPr>
          <w:p>
            <w:r/>
            <w:r>
              <w:rPr>
                <w:rFonts w:ascii="Malgun Gothic" w:hAnsi="Malgun Gothic" w:eastAsia="Malgun Gothic"/>
                <w:b w:val="0"/>
                <w:sz w:val="14"/>
              </w:rPr>
              <w:t>-0.7655645936340553</w:t>
            </w:r>
          </w:p>
        </w:tc>
        <w:tc>
          <w:tcPr>
            <w:tcW w:type="dxa" w:w="519"/>
            <w:vAlign w:val="center"/>
          </w:tcPr>
          <w:p>
            <w:r/>
            <w:r>
              <w:rPr>
                <w:rFonts w:ascii="Malgun Gothic" w:hAnsi="Malgun Gothic" w:eastAsia="Malgun Gothic"/>
                <w:b w:val="0"/>
                <w:sz w:val="14"/>
              </w:rPr>
              <w:t>0.20945376952338823</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-0.23587447023128866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0.0523386746644973</w:t>
            </w:r>
          </w:p>
        </w:tc>
        <w:tc>
          <w:tcPr>
            <w:tcW w:type="dxa" w:w="519"/>
            <w:vAlign w:val="center"/>
          </w:tcPr>
          <w:p>
            <w:r/>
            <w:r>
              <w:rPr>
                <w:rFonts w:ascii="Malgun Gothic" w:hAnsi="Malgun Gothic" w:eastAsia="Malgun Gothic"/>
                <w:b w:val="0"/>
                <w:sz w:val="14"/>
              </w:rPr>
              <w:t>220.28921832445275</w:t>
            </w:r>
          </w:p>
        </w:tc>
        <w:tc>
          <w:tcPr>
            <w:tcW w:type="dxa" w:w="519"/>
            <w:vAlign w:val="center"/>
          </w:tcPr>
          <w:p>
            <w:r/>
            <w:r>
              <w:rPr>
                <w:rFonts w:ascii="Malgun Gothic" w:hAnsi="Malgun Gothic" w:eastAsia="Malgun Gothic"/>
                <w:b w:val="0"/>
                <w:sz w:val="14"/>
              </w:rPr>
              <w:t>84.81012658227849</w:t>
            </w:r>
          </w:p>
        </w:tc>
        <w:tc>
          <w:tcPr>
            <w:tcW w:type="dxa" w:w="519"/>
            <w:vAlign w:val="center"/>
          </w:tcPr>
          <w:p>
            <w:r/>
            <w:r>
              <w:rPr>
                <w:rFonts w:ascii="Malgun Gothic" w:hAnsi="Malgun Gothic" w:eastAsia="Malgun Gothic"/>
                <w:b w:val="0"/>
                <w:sz w:val="14"/>
              </w:rPr>
              <w:t>47.4</w:t>
            </w:r>
          </w:p>
        </w:tc>
        <w:tc>
          <w:tcPr>
            <w:tcW w:type="dxa" w:w="519"/>
            <w:vAlign w:val="center"/>
          </w:tcPr>
          <w:p>
            <w:r/>
            <w:r>
              <w:rPr>
                <w:rFonts w:ascii="Malgun Gothic" w:hAnsi="Malgun Gothic" w:eastAsia="Malgun Gothic"/>
                <w:b w:val="0"/>
                <w:sz w:val="14"/>
              </w:rPr>
              <w:t>-0.5348350684983432</w:t>
            </w:r>
          </w:p>
        </w:tc>
        <w:tc>
          <w:tcPr>
            <w:tcW w:type="dxa" w:w="519"/>
            <w:vAlign w:val="center"/>
          </w:tcPr>
          <w:p>
            <w:r/>
            <w:r>
              <w:rPr>
                <w:rFonts w:ascii="Malgun Gothic" w:hAnsi="Malgun Gothic" w:eastAsia="Malgun Gothic"/>
                <w:b w:val="0"/>
                <w:sz w:val="14"/>
              </w:rPr>
              <w:t>-0.3427492372489644</w:t>
            </w:r>
          </w:p>
        </w:tc>
        <w:tc>
          <w:tcPr>
            <w:tcW w:type="dxa" w:w="519"/>
            <w:vAlign w:val="center"/>
          </w:tcPr>
          <w:p>
            <w:r/>
            <w:r>
              <w:rPr>
                <w:rFonts w:ascii="Malgun Gothic" w:hAnsi="Malgun Gothic" w:eastAsia="Malgun Gothic"/>
                <w:b w:val="0"/>
                <w:sz w:val="14"/>
              </w:rPr>
              <w:t>0.10498857391667553</w:t>
            </w:r>
          </w:p>
        </w:tc>
        <w:tc>
          <w:tcPr>
            <w:tcW w:type="dxa" w:w="519"/>
            <w:vAlign w:val="center"/>
          </w:tcPr>
          <w:p>
            <w:r/>
            <w:r>
              <w:rPr>
                <w:rFonts w:ascii="Malgun Gothic" w:hAnsi="Malgun Gothic" w:eastAsia="Malgun Gothic"/>
                <w:b w:val="0"/>
                <w:sz w:val="14"/>
              </w:rPr>
              <w:t>-0.5834449653627578</w:t>
            </w:r>
          </w:p>
        </w:tc>
        <w:tc>
          <w:tcPr>
            <w:tcW w:type="dxa" w:w="519"/>
            <w:vAlign w:val="center"/>
          </w:tcPr>
          <w:p>
            <w:r/>
            <w:r>
              <w:rPr>
                <w:rFonts w:ascii="Malgun Gothic" w:hAnsi="Malgun Gothic" w:eastAsia="Malgun Gothic"/>
                <w:b w:val="0"/>
                <w:sz w:val="14"/>
              </w:rPr>
              <w:t>-0.33901017429834746</w:t>
            </w:r>
          </w:p>
        </w:tc>
        <w:tc>
          <w:tcPr>
            <w:tcW w:type="dxa" w:w="519"/>
            <w:vAlign w:val="center"/>
          </w:tcPr>
          <w:p>
            <w:r/>
            <w:r>
              <w:rPr>
                <w:rFonts w:ascii="Malgun Gothic" w:hAnsi="Malgun Gothic" w:eastAsia="Malgun Gothic"/>
                <w:b w:val="0"/>
                <w:sz w:val="14"/>
              </w:rPr>
              <w:t>0.30568967618362575</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-0.2051225841897676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0.0820771381258964</w:t>
            </w:r>
          </w:p>
        </w:tc>
        <w:tc>
          <w:tcPr>
            <w:tcW w:type="dxa" w:w="519"/>
            <w:vAlign w:val="center"/>
          </w:tcPr>
          <w:p>
            <w:r/>
            <w:r>
              <w:rPr>
                <w:rFonts w:ascii="Malgun Gothic" w:hAnsi="Malgun Gothic" w:eastAsia="Malgun Gothic"/>
                <w:b w:val="0"/>
                <w:sz w:val="14"/>
              </w:rPr>
              <w:t>229.9375411287588</w:t>
            </w:r>
          </w:p>
        </w:tc>
        <w:tc>
          <w:tcPr>
            <w:tcW w:type="dxa" w:w="519"/>
            <w:vAlign w:val="center"/>
          </w:tcPr>
          <w:p>
            <w:r/>
            <w:r>
              <w:rPr>
                <w:rFonts w:ascii="Malgun Gothic" w:hAnsi="Malgun Gothic" w:eastAsia="Malgun Gothic"/>
                <w:b w:val="0"/>
                <w:sz w:val="14"/>
              </w:rPr>
              <w:t>75.9208218491606</w:t>
            </w:r>
          </w:p>
        </w:tc>
        <w:tc>
          <w:tcPr>
            <w:tcW w:type="dxa" w:w="519"/>
            <w:vAlign w:val="center"/>
          </w:tcPr>
          <w:p>
            <w:r/>
            <w:r>
              <w:rPr>
                <w:rFonts w:ascii="Malgun Gothic" w:hAnsi="Malgun Gothic" w:eastAsia="Malgun Gothic"/>
                <w:b w:val="0"/>
                <w:sz w:val="14"/>
              </w:rPr>
              <w:t>239.46</w:t>
            </w:r>
          </w:p>
        </w:tc>
        <w:tc>
          <w:tcPr>
            <w:tcW w:type="dxa" w:w="519"/>
            <w:vAlign w:val="center"/>
          </w:tcPr>
          <w:p>
            <w:r/>
            <w:r>
              <w:rPr>
                <w:rFonts w:ascii="Malgun Gothic" w:hAnsi="Malgun Gothic" w:eastAsia="Malgun Gothic"/>
                <w:b w:val="0"/>
                <w:sz w:val="14"/>
              </w:rPr>
              <w:t>0.48304152855143473</w:t>
            </w:r>
          </w:p>
        </w:tc>
        <w:tc>
          <w:tcPr>
            <w:tcW w:type="dxa" w:w="519"/>
            <w:vAlign w:val="center"/>
          </w:tcPr>
          <w:p>
            <w:r/>
            <w:r>
              <w:rPr>
                <w:rFonts w:ascii="Malgun Gothic" w:hAnsi="Malgun Gothic" w:eastAsia="Malgun Gothic"/>
                <w:b w:val="0"/>
                <w:sz w:val="14"/>
              </w:rPr>
              <w:t>0.0036003713321039266</w:t>
            </w:r>
          </w:p>
        </w:tc>
        <w:tc>
          <w:tcPr>
            <w:tcW w:type="dxa" w:w="519"/>
            <w:vAlign w:val="center"/>
          </w:tcPr>
          <w:p>
            <w:r/>
            <w:r>
              <w:rPr>
                <w:rFonts w:ascii="Malgun Gothic" w:hAnsi="Malgun Gothic" w:eastAsia="Malgun Gothic"/>
                <w:b w:val="0"/>
                <w:sz w:val="14"/>
              </w:rPr>
              <w:t>-0.35279869364942634</w:t>
            </w:r>
          </w:p>
        </w:tc>
        <w:tc>
          <w:tcPr>
            <w:tcW w:type="dxa" w:w="519"/>
            <w:vAlign w:val="center"/>
          </w:tcPr>
          <w:p>
            <w:r/>
            <w:r>
              <w:rPr>
                <w:rFonts w:ascii="Malgun Gothic" w:hAnsi="Malgun Gothic" w:eastAsia="Malgun Gothic"/>
                <w:b w:val="0"/>
                <w:sz w:val="14"/>
              </w:rPr>
              <w:t>0.5447891662174565</w:t>
            </w:r>
          </w:p>
        </w:tc>
        <w:tc>
          <w:tcPr>
            <w:tcW w:type="dxa" w:w="519"/>
            <w:vAlign w:val="center"/>
          </w:tcPr>
          <w:p>
            <w:r/>
            <w:r>
              <w:rPr>
                <w:rFonts w:ascii="Malgun Gothic" w:hAnsi="Malgun Gothic" w:eastAsia="Malgun Gothic"/>
                <w:b w:val="0"/>
                <w:sz w:val="14"/>
              </w:rPr>
              <w:t>0.1696580931128922</w:t>
            </w:r>
          </w:p>
        </w:tc>
        <w:tc>
          <w:tcPr>
            <w:tcW w:type="dxa" w:w="519"/>
            <w:vAlign w:val="center"/>
          </w:tcPr>
          <w:p>
            <w:r/>
            <w:r>
              <w:rPr>
                <w:rFonts w:ascii="Malgun Gothic" w:hAnsi="Malgun Gothic" w:eastAsia="Malgun Gothic"/>
                <w:b w:val="0"/>
                <w:sz w:val="14"/>
              </w:rPr>
              <w:t>0.4204514737049085</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-0.08975976358276522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0.0604709573090076</w:t>
            </w:r>
          </w:p>
        </w:tc>
        <w:tc>
          <w:tcPr>
            <w:tcW w:type="dxa" w:w="519"/>
            <w:vAlign w:val="center"/>
          </w:tcPr>
          <w:p>
            <w:r/>
            <w:r>
              <w:rPr>
                <w:rFonts w:ascii="Malgun Gothic" w:hAnsi="Malgun Gothic" w:eastAsia="Malgun Gothic"/>
                <w:b w:val="0"/>
                <w:sz w:val="14"/>
              </w:rPr>
              <w:t>205.1170476207177</w:t>
            </w:r>
          </w:p>
        </w:tc>
        <w:tc>
          <w:tcPr>
            <w:tcW w:type="dxa" w:w="519"/>
            <w:vAlign w:val="center"/>
          </w:tcPr>
          <w:p>
            <w:r/>
            <w:r>
              <w:rPr>
                <w:rFonts w:ascii="Malgun Gothic" w:hAnsi="Malgun Gothic" w:eastAsia="Malgun Gothic"/>
                <w:b w:val="0"/>
                <w:sz w:val="14"/>
              </w:rPr>
              <w:t>87.30707210320205</w:t>
            </w:r>
          </w:p>
        </w:tc>
        <w:tc>
          <w:tcPr>
            <w:tcW w:type="dxa" w:w="519"/>
            <w:vAlign w:val="center"/>
          </w:tcPr>
          <w:p>
            <w:r/>
            <w:r>
              <w:rPr>
                <w:rFonts w:ascii="Malgun Gothic" w:hAnsi="Malgun Gothic" w:eastAsia="Malgun Gothic"/>
                <w:b w:val="0"/>
                <w:sz w:val="14"/>
              </w:rPr>
              <w:t>1041.84</w:t>
            </w:r>
          </w:p>
        </w:tc>
        <w:tc>
          <w:tcPr>
            <w:tcW w:type="dxa" w:w="519"/>
            <w:vAlign w:val="center"/>
          </w:tcPr>
          <w:p>
            <w:r/>
            <w:r>
              <w:rPr>
                <w:rFonts w:ascii="Malgun Gothic" w:hAnsi="Malgun Gothic" w:eastAsia="Malgun Gothic"/>
                <w:b w:val="0"/>
                <w:sz w:val="14"/>
              </w:rPr>
              <w:t>-0.2564864512207348</w:t>
            </w:r>
          </w:p>
        </w:tc>
        <w:tc>
          <w:tcPr>
            <w:tcW w:type="dxa" w:w="519"/>
            <w:vAlign w:val="center"/>
          </w:tcPr>
          <w:p>
            <w:r/>
            <w:r>
              <w:rPr>
                <w:rFonts w:ascii="Malgun Gothic" w:hAnsi="Malgun Gothic" w:eastAsia="Malgun Gothic"/>
                <w:b w:val="0"/>
                <w:sz w:val="14"/>
              </w:rPr>
              <w:t>-0.8873905693381575</w:t>
            </w:r>
          </w:p>
        </w:tc>
        <w:tc>
          <w:tcPr>
            <w:tcW w:type="dxa" w:w="519"/>
            <w:vAlign w:val="center"/>
          </w:tcPr>
          <w:p>
            <w:r/>
            <w:r>
              <w:rPr>
                <w:rFonts w:ascii="Malgun Gothic" w:hAnsi="Malgun Gothic" w:eastAsia="Malgun Gothic"/>
                <w:b w:val="0"/>
                <w:sz w:val="14"/>
              </w:rPr>
              <w:t>0.2335779182583547</w:t>
            </w:r>
          </w:p>
        </w:tc>
        <w:tc>
          <w:tcPr>
            <w:tcW w:type="dxa" w:w="519"/>
            <w:vAlign w:val="center"/>
          </w:tcPr>
          <w:p>
            <w:r/>
            <w:r>
              <w:rPr>
                <w:rFonts w:ascii="Malgun Gothic" w:hAnsi="Malgun Gothic" w:eastAsia="Malgun Gothic"/>
                <w:b w:val="0"/>
                <w:sz w:val="14"/>
              </w:rPr>
              <w:t>5.258277151728924</w:t>
            </w:r>
          </w:p>
        </w:tc>
        <w:tc>
          <w:tcPr>
            <w:tcW w:type="dxa" w:w="519"/>
            <w:vAlign w:val="center"/>
          </w:tcPr>
          <w:p>
            <w:r/>
            <w:r>
              <w:rPr>
                <w:rFonts w:ascii="Malgun Gothic" w:hAnsi="Malgun Gothic" w:eastAsia="Malgun Gothic"/>
                <w:b w:val="0"/>
                <w:sz w:val="14"/>
              </w:rPr>
              <w:t>1.0869945123570965</w:t>
            </w:r>
          </w:p>
        </w:tc>
        <w:tc>
          <w:tcPr>
            <w:tcW w:type="dxa" w:w="519"/>
            <w:vAlign w:val="center"/>
          </w:tcPr>
          <w:p>
            <w:r/>
            <w:r>
              <w:rPr>
                <w:rFonts w:ascii="Malgun Gothic" w:hAnsi="Malgun Gothic" w:eastAsia="Malgun Gothic"/>
                <w:b w:val="0"/>
                <w:sz w:val="14"/>
              </w:rPr>
              <w:t>0.6274138166479385</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0.2729454850838602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0.0225888956338167</w:t>
            </w:r>
          </w:p>
        </w:tc>
        <w:tc>
          <w:tcPr>
            <w:tcW w:type="dxa" w:w="519"/>
            <w:vAlign w:val="center"/>
          </w:tcPr>
          <w:p>
            <w:r/>
            <w:r>
              <w:rPr>
                <w:rFonts w:ascii="Malgun Gothic" w:hAnsi="Malgun Gothic" w:eastAsia="Malgun Gothic"/>
                <w:b w:val="0"/>
                <w:sz w:val="14"/>
              </w:rPr>
              <w:t>214.67391456875907</w:t>
            </w:r>
          </w:p>
        </w:tc>
        <w:tc>
          <w:tcPr>
            <w:tcW w:type="dxa" w:w="519"/>
            <w:vAlign w:val="center"/>
          </w:tcPr>
          <w:p>
            <w:r/>
            <w:r>
              <w:rPr>
                <w:rFonts w:ascii="Malgun Gothic" w:hAnsi="Malgun Gothic" w:eastAsia="Malgun Gothic"/>
                <w:b w:val="0"/>
                <w:sz w:val="14"/>
              </w:rPr>
              <w:t>91.2280701754386</w:t>
            </w:r>
          </w:p>
        </w:tc>
        <w:tc>
          <w:tcPr>
            <w:tcW w:type="dxa" w:w="519"/>
            <w:vAlign w:val="center"/>
          </w:tcPr>
          <w:p>
            <w:r/>
            <w:r>
              <w:rPr>
                <w:rFonts w:ascii="Malgun Gothic" w:hAnsi="Malgun Gothic" w:eastAsia="Malgun Gothic"/>
                <w:b w:val="0"/>
                <w:sz w:val="14"/>
              </w:rPr>
              <w:t>17.1</w:t>
            </w:r>
          </w:p>
        </w:tc>
        <w:tc>
          <w:tcPr>
            <w:tcW w:type="dxa" w:w="519"/>
            <w:vAlign w:val="center"/>
          </w:tcPr>
          <w:p>
            <w:r/>
            <w:r>
              <w:rPr>
                <w:rFonts w:ascii="Malgun Gothic" w:hAnsi="Malgun Gothic" w:eastAsia="Malgun Gothic"/>
                <w:b w:val="0"/>
                <w:sz w:val="14"/>
              </w:rPr>
              <w:t>-1.5530989704661737</w:t>
            </w:r>
          </w:p>
        </w:tc>
        <w:tc>
          <w:tcPr>
            <w:tcW w:type="dxa" w:w="519"/>
            <w:vAlign w:val="center"/>
          </w:tcPr>
          <w:p>
            <w:r/>
            <w:r>
              <w:rPr>
                <w:rFonts w:ascii="Malgun Gothic" w:hAnsi="Malgun Gothic" w:eastAsia="Malgun Gothic"/>
                <w:b w:val="0"/>
                <w:sz w:val="14"/>
              </w:rPr>
              <w:t>-0.5443239873164389</w:t>
            </w:r>
          </w:p>
        </w:tc>
        <w:tc>
          <w:tcPr>
            <w:tcW w:type="dxa" w:w="519"/>
            <w:vAlign w:val="center"/>
          </w:tcPr>
          <w:p>
            <w:r/>
            <w:r>
              <w:rPr>
                <w:rFonts w:ascii="Malgun Gothic" w:hAnsi="Malgun Gothic" w:eastAsia="Malgun Gothic"/>
                <w:b w:val="0"/>
                <w:sz w:val="14"/>
              </w:rPr>
              <w:t>0.4355040584359729</w:t>
            </w:r>
          </w:p>
        </w:tc>
        <w:tc>
          <w:tcPr>
            <w:tcW w:type="dxa" w:w="519"/>
            <w:vAlign w:val="center"/>
          </w:tcPr>
          <w:p>
            <w:r/>
            <w:r>
              <w:rPr>
                <w:rFonts w:ascii="Malgun Gothic" w:hAnsi="Malgun Gothic" w:eastAsia="Malgun Gothic"/>
                <w:b w:val="0"/>
                <w:sz w:val="14"/>
              </w:rPr>
              <w:t>-0.7614387911821919</w:t>
            </w:r>
          </w:p>
        </w:tc>
        <w:tc>
          <w:tcPr>
            <w:tcW w:type="dxa" w:w="519"/>
            <w:vAlign w:val="center"/>
          </w:tcPr>
          <w:p>
            <w:r/>
            <w:r>
              <w:rPr>
                <w:rFonts w:ascii="Malgun Gothic" w:hAnsi="Malgun Gothic" w:eastAsia="Malgun Gothic"/>
                <w:b w:val="0"/>
                <w:sz w:val="14"/>
              </w:rPr>
              <w:t>-0.6058394226322079</w:t>
            </w:r>
          </w:p>
        </w:tc>
        <w:tc>
          <w:tcPr>
            <w:tcW w:type="dxa" w:w="519"/>
            <w:vAlign w:val="center"/>
          </w:tcPr>
          <w:p>
            <w:r/>
            <w:r>
              <w:rPr>
                <w:rFonts w:ascii="Malgun Gothic" w:hAnsi="Malgun Gothic" w:eastAsia="Malgun Gothic"/>
                <w:b w:val="0"/>
                <w:sz w:val="14"/>
              </w:rPr>
              <w:t>0.24548972636979172</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-0.23977499840367278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0.0605529174208641</w:t>
            </w:r>
          </w:p>
        </w:tc>
        <w:tc>
          <w:tcPr>
            <w:tcW w:type="dxa" w:w="519"/>
            <w:vAlign w:val="center"/>
          </w:tcPr>
          <w:p>
            <w:r/>
            <w:r>
              <w:rPr>
                <w:rFonts w:ascii="Malgun Gothic" w:hAnsi="Malgun Gothic" w:eastAsia="Malgun Gothic"/>
                <w:b w:val="0"/>
                <w:sz w:val="14"/>
              </w:rPr>
              <w:t>287.84437392619867</w:t>
            </w:r>
          </w:p>
        </w:tc>
        <w:tc>
          <w:tcPr>
            <w:tcW w:type="dxa" w:w="519"/>
            <w:vAlign w:val="center"/>
          </w:tcPr>
          <w:p>
            <w:r/>
            <w:r>
              <w:rPr>
                <w:rFonts w:ascii="Malgun Gothic" w:hAnsi="Malgun Gothic" w:eastAsia="Malgun Gothic"/>
                <w:b w:val="0"/>
                <w:sz w:val="14"/>
              </w:rPr>
              <w:t>88.61726508785331</w:t>
            </w:r>
          </w:p>
        </w:tc>
        <w:tc>
          <w:tcPr>
            <w:tcW w:type="dxa" w:w="519"/>
            <w:vAlign w:val="center"/>
          </w:tcPr>
          <w:p>
            <w:r/>
            <w:r>
              <w:rPr>
                <w:rFonts w:ascii="Malgun Gothic" w:hAnsi="Malgun Gothic" w:eastAsia="Malgun Gothic"/>
                <w:b w:val="0"/>
                <w:sz w:val="14"/>
              </w:rPr>
              <w:t>78.54</w:t>
            </w:r>
          </w:p>
        </w:tc>
        <w:tc>
          <w:tcPr>
            <w:tcW w:type="dxa" w:w="519"/>
            <w:vAlign w:val="center"/>
          </w:tcPr>
          <w:p>
            <w:r/>
            <w:r>
              <w:rPr>
                <w:rFonts w:ascii="Malgun Gothic" w:hAnsi="Malgun Gothic" w:eastAsia="Malgun Gothic"/>
                <w:b w:val="0"/>
                <w:sz w:val="14"/>
              </w:rPr>
              <w:t>-0.2536811522899883</w:t>
            </w:r>
          </w:p>
        </w:tc>
        <w:tc>
          <w:tcPr>
            <w:tcW w:type="dxa" w:w="519"/>
            <w:vAlign w:val="center"/>
          </w:tcPr>
          <w:p>
            <w:r/>
            <w:r>
              <w:rPr>
                <w:rFonts w:ascii="Malgun Gothic" w:hAnsi="Malgun Gothic" w:eastAsia="Malgun Gothic"/>
                <w:b w:val="0"/>
                <w:sz w:val="14"/>
              </w:rPr>
              <w:t>2.08230454410415</w:t>
            </w:r>
          </w:p>
        </w:tc>
        <w:tc>
          <w:tcPr>
            <w:tcW w:type="dxa" w:w="519"/>
            <w:vAlign w:val="center"/>
          </w:tcPr>
          <w:p>
            <w:r/>
            <w:r>
              <w:rPr>
                <w:rFonts w:ascii="Malgun Gothic" w:hAnsi="Malgun Gothic" w:eastAsia="Malgun Gothic"/>
                <w:b w:val="0"/>
                <w:sz w:val="14"/>
              </w:rPr>
              <w:t>0.3010510991690293</w:t>
            </w:r>
          </w:p>
        </w:tc>
        <w:tc>
          <w:tcPr>
            <w:tcW w:type="dxa" w:w="519"/>
            <w:vAlign w:val="center"/>
          </w:tcPr>
          <w:p>
            <w:r/>
            <w:r>
              <w:rPr>
                <w:rFonts w:ascii="Malgun Gothic" w:hAnsi="Malgun Gothic" w:eastAsia="Malgun Gothic"/>
                <w:b w:val="0"/>
                <w:sz w:val="14"/>
              </w:rPr>
              <w:t>-0.4005166572433791</w:t>
            </w:r>
          </w:p>
        </w:tc>
        <w:tc>
          <w:tcPr>
            <w:tcW w:type="dxa" w:w="519"/>
            <w:vAlign w:val="center"/>
          </w:tcPr>
          <w:p>
            <w:r/>
            <w:r>
              <w:rPr>
                <w:rFonts w:ascii="Malgun Gothic" w:hAnsi="Malgun Gothic" w:eastAsia="Malgun Gothic"/>
                <w:b w:val="0"/>
                <w:sz w:val="14"/>
              </w:rPr>
              <w:t>0.432289458434953</w:t>
            </w:r>
          </w:p>
        </w:tc>
        <w:tc>
          <w:tcPr>
            <w:tcW w:type="dxa" w:w="519"/>
            <w:vAlign w:val="center"/>
          </w:tcPr>
          <w:p>
            <w:r/>
            <w:r>
              <w:rPr>
                <w:rFonts w:ascii="Malgun Gothic" w:hAnsi="Malgun Gothic" w:eastAsia="Malgun Gothic"/>
                <w:b w:val="0"/>
                <w:sz w:val="14"/>
              </w:rPr>
              <w:t>0.4797043296442416</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-0.0927645501741794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0.0469783395528793</w:t>
            </w:r>
          </w:p>
        </w:tc>
        <w:tc>
          <w:tcPr>
            <w:tcW w:type="dxa" w:w="519"/>
            <w:vAlign w:val="center"/>
          </w:tcPr>
          <w:p>
            <w:r/>
            <w:r>
              <w:rPr>
                <w:rFonts w:ascii="Malgun Gothic" w:hAnsi="Malgun Gothic" w:eastAsia="Malgun Gothic"/>
                <w:b w:val="0"/>
                <w:sz w:val="14"/>
              </w:rPr>
              <w:t>256.5968057657951</w:t>
            </w:r>
          </w:p>
        </w:tc>
        <w:tc>
          <w:tcPr>
            <w:tcW w:type="dxa" w:w="519"/>
            <w:vAlign w:val="center"/>
          </w:tcPr>
          <w:p>
            <w:r/>
            <w:r>
              <w:rPr>
                <w:rFonts w:ascii="Malgun Gothic" w:hAnsi="Malgun Gothic" w:eastAsia="Malgun Gothic"/>
                <w:b w:val="0"/>
                <w:sz w:val="14"/>
              </w:rPr>
              <w:t>55.48098434004474</w:t>
            </w:r>
          </w:p>
        </w:tc>
        <w:tc>
          <w:tcPr>
            <w:tcW w:type="dxa" w:w="519"/>
            <w:vAlign w:val="center"/>
          </w:tcPr>
          <w:p>
            <w:r/>
            <w:r>
              <w:rPr>
                <w:rFonts w:ascii="Malgun Gothic" w:hAnsi="Malgun Gothic" w:eastAsia="Malgun Gothic"/>
                <w:b w:val="0"/>
                <w:sz w:val="14"/>
              </w:rPr>
              <w:t>201.15</w:t>
            </w:r>
          </w:p>
        </w:tc>
        <w:tc>
          <w:tcPr>
            <w:tcW w:type="dxa" w:w="519"/>
            <w:vAlign w:val="center"/>
          </w:tcPr>
          <w:p>
            <w:r/>
            <w:r>
              <w:rPr>
                <w:rFonts w:ascii="Malgun Gothic" w:hAnsi="Malgun Gothic" w:eastAsia="Malgun Gothic"/>
                <w:b w:val="0"/>
                <w:sz w:val="14"/>
              </w:rPr>
              <w:t>-0.7183065403698585</w:t>
            </w:r>
          </w:p>
        </w:tc>
        <w:tc>
          <w:tcPr>
            <w:tcW w:type="dxa" w:w="519"/>
            <w:vAlign w:val="center"/>
          </w:tcPr>
          <w:p>
            <w:r/>
            <w:r>
              <w:rPr>
                <w:rFonts w:ascii="Malgun Gothic" w:hAnsi="Malgun Gothic" w:eastAsia="Malgun Gothic"/>
                <w:b w:val="0"/>
                <w:sz w:val="14"/>
              </w:rPr>
              <w:t>0.9605983967273332</w:t>
            </w:r>
          </w:p>
        </w:tc>
        <w:tc>
          <w:tcPr>
            <w:tcW w:type="dxa" w:w="519"/>
            <w:vAlign w:val="center"/>
          </w:tcPr>
          <w:p>
            <w:r/>
            <w:r>
              <w:rPr>
                <w:rFonts w:ascii="Malgun Gothic" w:hAnsi="Malgun Gothic" w:eastAsia="Malgun Gothic"/>
                <w:b w:val="0"/>
                <w:sz w:val="14"/>
              </w:rPr>
              <w:t>-1.4054229025971277</w:t>
            </w:r>
          </w:p>
        </w:tc>
        <w:tc>
          <w:tcPr>
            <w:tcW w:type="dxa" w:w="519"/>
            <w:vAlign w:val="center"/>
          </w:tcPr>
          <w:p>
            <w:r/>
            <w:r>
              <w:rPr>
                <w:rFonts w:ascii="Malgun Gothic" w:hAnsi="Malgun Gothic" w:eastAsia="Malgun Gothic"/>
                <w:b w:val="0"/>
                <w:sz w:val="14"/>
              </w:rPr>
              <w:t>0.31974152703783554</w:t>
            </w:r>
          </w:p>
        </w:tc>
        <w:tc>
          <w:tcPr>
            <w:tcW w:type="dxa" w:w="519"/>
            <w:vAlign w:val="center"/>
          </w:tcPr>
          <w:p>
            <w:r/>
            <w:r>
              <w:rPr>
                <w:rFonts w:ascii="Malgun Gothic" w:hAnsi="Malgun Gothic" w:eastAsia="Malgun Gothic"/>
                <w:b w:val="0"/>
                <w:sz w:val="14"/>
              </w:rPr>
              <w:t>-0.21084737980045434</w:t>
            </w:r>
          </w:p>
        </w:tc>
        <w:tc>
          <w:tcPr>
            <w:tcW w:type="dxa" w:w="519"/>
            <w:vAlign w:val="center"/>
          </w:tcPr>
          <w:p>
            <w:r/>
            <w:r>
              <w:rPr>
                <w:rFonts w:ascii="Malgun Gothic" w:hAnsi="Malgun Gothic" w:eastAsia="Malgun Gothic"/>
                <w:b w:val="0"/>
                <w:sz w:val="14"/>
              </w:rPr>
              <w:t>0.3346047739285337</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-0.1314057595893658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0.034574244171381</w:t>
            </w:r>
          </w:p>
        </w:tc>
        <w:tc>
          <w:tcPr>
            <w:tcW w:type="dxa" w:w="519"/>
            <w:vAlign w:val="center"/>
          </w:tcPr>
          <w:p>
            <w:r/>
            <w:r>
              <w:rPr>
                <w:rFonts w:ascii="Malgun Gothic" w:hAnsi="Malgun Gothic" w:eastAsia="Malgun Gothic"/>
                <w:b w:val="0"/>
                <w:sz w:val="14"/>
              </w:rPr>
              <w:t>212.6149382327445</w:t>
            </w:r>
          </w:p>
        </w:tc>
        <w:tc>
          <w:tcPr>
            <w:tcW w:type="dxa" w:w="519"/>
            <w:vAlign w:val="center"/>
          </w:tcPr>
          <w:p>
            <w:r/>
            <w:r>
              <w:rPr>
                <w:rFonts w:ascii="Malgun Gothic" w:hAnsi="Malgun Gothic" w:eastAsia="Malgun Gothic"/>
                <w:b w:val="0"/>
                <w:sz w:val="14"/>
              </w:rPr>
              <w:t>110.1996171725458</w:t>
            </w:r>
          </w:p>
        </w:tc>
        <w:tc>
          <w:tcPr>
            <w:tcW w:type="dxa" w:w="519"/>
            <w:vAlign w:val="center"/>
          </w:tcPr>
          <w:p>
            <w:r/>
            <w:r>
              <w:rPr>
                <w:rFonts w:ascii="Malgun Gothic" w:hAnsi="Malgun Gothic" w:eastAsia="Malgun Gothic"/>
                <w:b w:val="0"/>
                <w:sz w:val="14"/>
              </w:rPr>
              <w:t>219.42</w:t>
            </w:r>
          </w:p>
        </w:tc>
        <w:tc>
          <w:tcPr>
            <w:tcW w:type="dxa" w:w="519"/>
            <w:vAlign w:val="center"/>
          </w:tcPr>
          <w:p>
            <w:r/>
            <w:r>
              <w:rPr>
                <w:rFonts w:ascii="Malgun Gothic" w:hAnsi="Malgun Gothic" w:eastAsia="Malgun Gothic"/>
                <w:b w:val="0"/>
                <w:sz w:val="14"/>
              </w:rPr>
              <w:t>-1.1428691077260655</w:t>
            </w:r>
          </w:p>
        </w:tc>
        <w:tc>
          <w:tcPr>
            <w:tcW w:type="dxa" w:w="519"/>
            <w:vAlign w:val="center"/>
          </w:tcPr>
          <w:p>
            <w:r/>
            <w:r>
              <w:rPr>
                <w:rFonts w:ascii="Malgun Gothic" w:hAnsi="Malgun Gothic" w:eastAsia="Malgun Gothic"/>
                <w:b w:val="0"/>
                <w:sz w:val="14"/>
              </w:rPr>
              <w:t>-0.6182358642841191</w:t>
            </w:r>
          </w:p>
        </w:tc>
        <w:tc>
          <w:tcPr>
            <w:tcW w:type="dxa" w:w="519"/>
            <w:vAlign w:val="center"/>
          </w:tcPr>
          <w:p>
            <w:r/>
            <w:r>
              <w:rPr>
                <w:rFonts w:ascii="Malgun Gothic" w:hAnsi="Malgun Gothic" w:eastAsia="Malgun Gothic"/>
                <w:b w:val="0"/>
                <w:sz w:val="14"/>
              </w:rPr>
              <w:t>1.4125132759230405</w:t>
            </w:r>
          </w:p>
        </w:tc>
        <w:tc>
          <w:tcPr>
            <w:tcW w:type="dxa" w:w="519"/>
            <w:vAlign w:val="center"/>
          </w:tcPr>
          <w:p>
            <w:r/>
            <w:r>
              <w:rPr>
                <w:rFonts w:ascii="Malgun Gothic" w:hAnsi="Malgun Gothic" w:eastAsia="Malgun Gothic"/>
                <w:b w:val="0"/>
                <w:sz w:val="14"/>
              </w:rPr>
              <w:t>0.4270665170616328</w:t>
            </w:r>
          </w:p>
        </w:tc>
        <w:tc>
          <w:tcPr>
            <w:tcW w:type="dxa" w:w="519"/>
            <w:vAlign w:val="center"/>
          </w:tcPr>
          <w:p>
            <w:r/>
            <w:r>
              <w:rPr>
                <w:rFonts w:ascii="Malgun Gothic" w:hAnsi="Malgun Gothic" w:eastAsia="Malgun Gothic"/>
                <w:b w:val="0"/>
                <w:sz w:val="14"/>
              </w:rPr>
              <w:t>0.019618705243622137</w:t>
            </w:r>
          </w:p>
        </w:tc>
        <w:tc>
          <w:tcPr>
            <w:tcW w:type="dxa" w:w="519"/>
            <w:vAlign w:val="center"/>
          </w:tcPr>
          <w:p>
            <w:r/>
            <w:r>
              <w:rPr>
                <w:rFonts w:ascii="Malgun Gothic" w:hAnsi="Malgun Gothic" w:eastAsia="Malgun Gothic"/>
                <w:b w:val="0"/>
                <w:sz w:val="14"/>
              </w:rPr>
              <w:t>0.38660074828320723</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-0.10611487565451799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0.1157152205705642</w:t>
            </w:r>
          </w:p>
        </w:tc>
        <w:tc>
          <w:tcPr>
            <w:tcW w:type="dxa" w:w="519"/>
            <w:vAlign w:val="center"/>
          </w:tcPr>
          <w:p>
            <w:r/>
            <w:r>
              <w:rPr>
                <w:rFonts w:ascii="Malgun Gothic" w:hAnsi="Malgun Gothic" w:eastAsia="Malgun Gothic"/>
                <w:b w:val="0"/>
                <w:sz w:val="14"/>
              </w:rPr>
              <w:t>277.45412075667286</w:t>
            </w:r>
          </w:p>
        </w:tc>
        <w:tc>
          <w:tcPr>
            <w:tcW w:type="dxa" w:w="519"/>
            <w:vAlign w:val="center"/>
          </w:tcPr>
          <w:p>
            <w:r/>
            <w:r>
              <w:rPr>
                <w:rFonts w:ascii="Malgun Gothic" w:hAnsi="Malgun Gothic" w:eastAsia="Malgun Gothic"/>
                <w:b w:val="0"/>
                <w:sz w:val="14"/>
              </w:rPr>
              <w:t>76.92307692307692</w:t>
            </w:r>
          </w:p>
        </w:tc>
        <w:tc>
          <w:tcPr>
            <w:tcW w:type="dxa" w:w="519"/>
            <w:vAlign w:val="center"/>
          </w:tcPr>
          <w:p>
            <w:r/>
            <w:r>
              <w:rPr>
                <w:rFonts w:ascii="Malgun Gothic" w:hAnsi="Malgun Gothic" w:eastAsia="Malgun Gothic"/>
                <w:b w:val="0"/>
                <w:sz w:val="14"/>
              </w:rPr>
              <w:t>2.34</w:t>
            </w:r>
          </w:p>
        </w:tc>
        <w:tc>
          <w:tcPr>
            <w:tcW w:type="dxa" w:w="519"/>
            <w:vAlign w:val="center"/>
          </w:tcPr>
          <w:p>
            <w:r/>
            <w:r>
              <w:rPr>
                <w:rFonts w:ascii="Malgun Gothic" w:hAnsi="Malgun Gothic" w:eastAsia="Malgun Gothic"/>
                <w:b w:val="0"/>
                <w:sz w:val="14"/>
              </w:rPr>
              <w:t>1.6343927721858456</w:t>
            </w:r>
          </w:p>
        </w:tc>
        <w:tc>
          <w:tcPr>
            <w:tcW w:type="dxa" w:w="519"/>
            <w:vAlign w:val="center"/>
          </w:tcPr>
          <w:p>
            <w:r/>
            <w:r>
              <w:rPr>
                <w:rFonts w:ascii="Malgun Gothic" w:hAnsi="Malgun Gothic" w:eastAsia="Malgun Gothic"/>
                <w:b w:val="0"/>
                <w:sz w:val="14"/>
              </w:rPr>
              <w:t>1.7093215716939207</w:t>
            </w:r>
          </w:p>
        </w:tc>
        <w:tc>
          <w:tcPr>
            <w:tcW w:type="dxa" w:w="519"/>
            <w:vAlign w:val="center"/>
          </w:tcPr>
          <w:p>
            <w:r/>
            <w:r>
              <w:rPr>
                <w:rFonts w:ascii="Malgun Gothic" w:hAnsi="Malgun Gothic" w:eastAsia="Malgun Gothic"/>
                <w:b w:val="0"/>
                <w:sz w:val="14"/>
              </w:rPr>
              <w:t>-0.3011839020017692</w:t>
            </w:r>
          </w:p>
        </w:tc>
        <w:tc>
          <w:tcPr>
            <w:tcW w:type="dxa" w:w="519"/>
            <w:vAlign w:val="center"/>
          </w:tcPr>
          <w:p>
            <w:r/>
            <w:r>
              <w:rPr>
                <w:rFonts w:ascii="Malgun Gothic" w:hAnsi="Malgun Gothic" w:eastAsia="Malgun Gothic"/>
                <w:b w:val="0"/>
                <w:sz w:val="14"/>
              </w:rPr>
              <w:t>-0.8481446944526488</w:t>
            </w:r>
          </w:p>
        </w:tc>
        <w:tc>
          <w:tcPr>
            <w:tcW w:type="dxa" w:w="519"/>
            <w:vAlign w:val="center"/>
          </w:tcPr>
          <w:p>
            <w:r/>
            <w:r>
              <w:rPr>
                <w:rFonts w:ascii="Malgun Gothic" w:hAnsi="Malgun Gothic" w:eastAsia="Malgun Gothic"/>
                <w:b w:val="0"/>
                <w:sz w:val="14"/>
              </w:rPr>
              <w:t>0.5485964368563371</w:t>
            </w:r>
          </w:p>
        </w:tc>
        <w:tc>
          <w:tcPr>
            <w:tcW w:type="dxa" w:w="519"/>
            <w:vAlign w:val="center"/>
          </w:tcPr>
          <w:p>
            <w:r/>
            <w:r>
              <w:rPr>
                <w:rFonts w:ascii="Malgun Gothic" w:hAnsi="Malgun Gothic" w:eastAsia="Malgun Gothic"/>
                <w:b w:val="0"/>
                <w:sz w:val="14"/>
              </w:rPr>
              <w:t>0.5059446099271789</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-0.11936664379672368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0.0352397561073303</w:t>
            </w:r>
          </w:p>
        </w:tc>
        <w:tc>
          <w:tcPr>
            <w:tcW w:type="dxa" w:w="519"/>
            <w:vAlign w:val="center"/>
          </w:tcPr>
          <w:p>
            <w:r/>
            <w:r>
              <w:rPr>
                <w:rFonts w:ascii="Malgun Gothic" w:hAnsi="Malgun Gothic" w:eastAsia="Malgun Gothic"/>
                <w:b w:val="0"/>
                <w:sz w:val="14"/>
              </w:rPr>
              <w:t>235.9310813929666</w:t>
            </w:r>
          </w:p>
        </w:tc>
        <w:tc>
          <w:tcPr>
            <w:tcW w:type="dxa" w:w="519"/>
            <w:vAlign w:val="center"/>
          </w:tcPr>
          <w:p>
            <w:r/>
            <w:r>
              <w:rPr>
                <w:rFonts w:ascii="Malgun Gothic" w:hAnsi="Malgun Gothic" w:eastAsia="Malgun Gothic"/>
                <w:b w:val="0"/>
                <w:sz w:val="14"/>
              </w:rPr>
              <w:t>88.88888888888889</w:t>
            </w:r>
          </w:p>
        </w:tc>
        <w:tc>
          <w:tcPr>
            <w:tcW w:type="dxa" w:w="519"/>
            <w:vAlign w:val="center"/>
          </w:tcPr>
          <w:p>
            <w:r/>
            <w:r>
              <w:rPr>
                <w:rFonts w:ascii="Malgun Gothic" w:hAnsi="Malgun Gothic" w:eastAsia="Malgun Gothic"/>
                <w:b w:val="0"/>
                <w:sz w:val="14"/>
              </w:rPr>
              <w:t>99.9</w:t>
            </w:r>
          </w:p>
        </w:tc>
        <w:tc>
          <w:tcPr>
            <w:tcW w:type="dxa" w:w="519"/>
            <w:vAlign w:val="center"/>
          </w:tcPr>
          <w:p>
            <w:r/>
            <w:r>
              <w:rPr>
                <w:rFonts w:ascii="Malgun Gothic" w:hAnsi="Malgun Gothic" w:eastAsia="Malgun Gothic"/>
                <w:b w:val="0"/>
                <w:sz w:val="14"/>
              </w:rPr>
              <w:t>-1.1200902232171408</w:t>
            </w:r>
          </w:p>
        </w:tc>
        <w:tc>
          <w:tcPr>
            <w:tcW w:type="dxa" w:w="519"/>
            <w:vAlign w:val="center"/>
          </w:tcPr>
          <w:p>
            <w:r/>
            <w:r>
              <w:rPr>
                <w:rFonts w:ascii="Malgun Gothic" w:hAnsi="Malgun Gothic" w:eastAsia="Malgun Gothic"/>
                <w:b w:val="0"/>
                <w:sz w:val="14"/>
              </w:rPr>
              <w:t>0.2187528249374902</w:t>
            </w:r>
          </w:p>
        </w:tc>
        <w:tc>
          <w:tcPr>
            <w:tcW w:type="dxa" w:w="519"/>
            <w:vAlign w:val="center"/>
          </w:tcPr>
          <w:p>
            <w:r/>
            <w:r>
              <w:rPr>
                <w:rFonts w:ascii="Malgun Gothic" w:hAnsi="Malgun Gothic" w:eastAsia="Malgun Gothic"/>
                <w:b w:val="0"/>
                <w:sz w:val="14"/>
              </w:rPr>
              <w:t>0.31503936050275677</w:t>
            </w:r>
          </w:p>
        </w:tc>
        <w:tc>
          <w:tcPr>
            <w:tcW w:type="dxa" w:w="519"/>
            <w:vAlign w:val="center"/>
          </w:tcPr>
          <w:p>
            <w:r/>
            <w:r>
              <w:rPr>
                <w:rFonts w:ascii="Malgun Gothic" w:hAnsi="Malgun Gothic" w:eastAsia="Malgun Gothic"/>
                <w:b w:val="0"/>
                <w:sz w:val="14"/>
              </w:rPr>
              <w:t>-0.27503982161621376</w:t>
            </w:r>
          </w:p>
        </w:tc>
        <w:tc>
          <w:tcPr>
            <w:tcW w:type="dxa" w:w="519"/>
            <w:vAlign w:val="center"/>
          </w:tcPr>
          <w:p>
            <w:r/>
            <w:r>
              <w:rPr>
                <w:rFonts w:ascii="Malgun Gothic" w:hAnsi="Malgun Gothic" w:eastAsia="Malgun Gothic"/>
                <w:b w:val="0"/>
                <w:sz w:val="14"/>
              </w:rPr>
              <w:t>-0.2153344648482769</w:t>
            </w:r>
          </w:p>
        </w:tc>
        <w:tc>
          <w:tcPr>
            <w:tcW w:type="dxa" w:w="519"/>
            <w:vAlign w:val="center"/>
          </w:tcPr>
          <w:p>
            <w:r/>
            <w:r>
              <w:rPr>
                <w:rFonts w:ascii="Malgun Gothic" w:hAnsi="Malgun Gothic" w:eastAsia="Malgun Gothic"/>
                <w:b w:val="0"/>
                <w:sz w:val="14"/>
              </w:rPr>
              <w:t>0.33359243252902065</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-0.16636143514392865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0.0401565991342067</w:t>
            </w:r>
          </w:p>
        </w:tc>
        <w:tc>
          <w:tcPr>
            <w:tcW w:type="dxa" w:w="519"/>
            <w:vAlign w:val="center"/>
          </w:tcPr>
          <w:p>
            <w:r/>
            <w:r>
              <w:rPr>
                <w:rFonts w:ascii="Malgun Gothic" w:hAnsi="Malgun Gothic" w:eastAsia="Malgun Gothic"/>
                <w:b w:val="0"/>
                <w:sz w:val="14"/>
              </w:rPr>
              <w:t>238.82405754514843</w:t>
            </w:r>
          </w:p>
        </w:tc>
        <w:tc>
          <w:tcPr>
            <w:tcW w:type="dxa" w:w="519"/>
            <w:vAlign w:val="center"/>
          </w:tcPr>
          <w:p>
            <w:r/>
            <w:r>
              <w:rPr>
                <w:rFonts w:ascii="Malgun Gothic" w:hAnsi="Malgun Gothic" w:eastAsia="Malgun Gothic"/>
                <w:b w:val="0"/>
                <w:sz w:val="14"/>
              </w:rPr>
              <w:t>77.75119617224881</w:t>
            </w:r>
          </w:p>
        </w:tc>
        <w:tc>
          <w:tcPr>
            <w:tcW w:type="dxa" w:w="519"/>
            <w:vAlign w:val="center"/>
          </w:tcPr>
          <w:p>
            <w:r/>
            <w:r>
              <w:rPr>
                <w:rFonts w:ascii="Malgun Gothic" w:hAnsi="Malgun Gothic" w:eastAsia="Malgun Gothic"/>
                <w:b w:val="0"/>
                <w:sz w:val="14"/>
              </w:rPr>
              <w:t>50.16</w:t>
            </w:r>
          </w:p>
        </w:tc>
        <w:tc>
          <w:tcPr>
            <w:tcW w:type="dxa" w:w="519"/>
            <w:vAlign w:val="center"/>
          </w:tcPr>
          <w:p>
            <w:r/>
            <w:r>
              <w:rPr>
                <w:rFonts w:ascii="Malgun Gothic" w:hAnsi="Malgun Gothic" w:eastAsia="Malgun Gothic"/>
                <w:b w:val="0"/>
                <w:sz w:val="14"/>
              </w:rPr>
              <w:t>-0.9517984264697704</w:t>
            </w:r>
          </w:p>
        </w:tc>
        <w:tc>
          <w:tcPr>
            <w:tcW w:type="dxa" w:w="519"/>
            <w:vAlign w:val="center"/>
          </w:tcPr>
          <w:p>
            <w:r/>
            <w:r>
              <w:rPr>
                <w:rFonts w:ascii="Malgun Gothic" w:hAnsi="Malgun Gothic" w:eastAsia="Malgun Gothic"/>
                <w:b w:val="0"/>
                <w:sz w:val="14"/>
              </w:rPr>
              <w:t>0.32260311874144104</w:t>
            </w:r>
          </w:p>
        </w:tc>
        <w:tc>
          <w:tcPr>
            <w:tcW w:type="dxa" w:w="519"/>
            <w:vAlign w:val="center"/>
          </w:tcPr>
          <w:p>
            <w:r/>
            <w:r>
              <w:rPr>
                <w:rFonts w:ascii="Malgun Gothic" w:hAnsi="Malgun Gothic" w:eastAsia="Malgun Gothic"/>
                <w:b w:val="0"/>
                <w:sz w:val="14"/>
              </w:rPr>
              <w:t>-0.2585368717019852</w:t>
            </w:r>
          </w:p>
        </w:tc>
        <w:tc>
          <w:tcPr>
            <w:tcW w:type="dxa" w:w="519"/>
            <w:vAlign w:val="center"/>
          </w:tcPr>
          <w:p>
            <w:r/>
            <w:r>
              <w:rPr>
                <w:rFonts w:ascii="Malgun Gothic" w:hAnsi="Malgun Gothic" w:eastAsia="Malgun Gothic"/>
                <w:b w:val="0"/>
                <w:sz w:val="14"/>
              </w:rPr>
              <w:t>-0.5672316663772252</w:t>
            </w:r>
          </w:p>
        </w:tc>
        <w:tc>
          <w:tcPr>
            <w:tcW w:type="dxa" w:w="519"/>
            <w:vAlign w:val="center"/>
          </w:tcPr>
          <w:p>
            <w:r/>
            <w:r>
              <w:rPr>
                <w:rFonts w:ascii="Malgun Gothic" w:hAnsi="Malgun Gothic" w:eastAsia="Malgun Gothic"/>
                <w:b w:val="0"/>
                <w:sz w:val="14"/>
              </w:rPr>
              <w:t>-0.36374096145188495</w:t>
            </w:r>
          </w:p>
        </w:tc>
        <w:tc>
          <w:tcPr>
            <w:tcW w:type="dxa" w:w="519"/>
            <w:vAlign w:val="center"/>
          </w:tcPr>
          <w:p>
            <w:r/>
            <w:r>
              <w:rPr>
                <w:rFonts w:ascii="Malgun Gothic" w:hAnsi="Malgun Gothic" w:eastAsia="Malgun Gothic"/>
                <w:b w:val="0"/>
                <w:sz w:val="14"/>
              </w:rPr>
              <w:t>0.300110107396486</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-0.19993251797424605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0.0239846743643283</w:t>
            </w:r>
          </w:p>
        </w:tc>
        <w:tc>
          <w:tcPr>
            <w:tcW w:type="dxa" w:w="519"/>
            <w:vAlign w:val="center"/>
          </w:tcPr>
          <w:p>
            <w:r/>
            <w:r>
              <w:rPr>
                <w:rFonts w:ascii="Malgun Gothic" w:hAnsi="Malgun Gothic" w:eastAsia="Malgun Gothic"/>
                <w:b w:val="0"/>
                <w:sz w:val="14"/>
              </w:rPr>
              <w:t>263.0961897956945</w:t>
            </w:r>
          </w:p>
        </w:tc>
        <w:tc>
          <w:tcPr>
            <w:tcW w:type="dxa" w:w="519"/>
            <w:vAlign w:val="center"/>
          </w:tcPr>
          <w:p>
            <w:r/>
            <w:r>
              <w:rPr>
                <w:rFonts w:ascii="Malgun Gothic" w:hAnsi="Malgun Gothic" w:eastAsia="Malgun Gothic"/>
                <w:b w:val="0"/>
                <w:sz w:val="14"/>
              </w:rPr>
              <w:t>56.17977528089887</w:t>
            </w:r>
          </w:p>
        </w:tc>
        <w:tc>
          <w:tcPr>
            <w:tcW w:type="dxa" w:w="519"/>
            <w:vAlign w:val="center"/>
          </w:tcPr>
          <w:p>
            <w:r/>
            <w:r>
              <w:rPr>
                <w:rFonts w:ascii="Malgun Gothic" w:hAnsi="Malgun Gothic" w:eastAsia="Malgun Gothic"/>
                <w:b w:val="0"/>
                <w:sz w:val="14"/>
              </w:rPr>
              <w:t>53.4</w:t>
            </w:r>
          </w:p>
        </w:tc>
        <w:tc>
          <w:tcPr>
            <w:tcW w:type="dxa" w:w="519"/>
            <w:vAlign w:val="center"/>
          </w:tcPr>
          <w:p>
            <w:r/>
            <w:r>
              <w:rPr>
                <w:rFonts w:ascii="Malgun Gothic" w:hAnsi="Malgun Gothic" w:eastAsia="Malgun Gothic"/>
                <w:b w:val="0"/>
                <w:sz w:val="14"/>
              </w:rPr>
              <w:t>-1.5053247972547121</w:t>
            </w:r>
          </w:p>
        </w:tc>
        <w:tc>
          <w:tcPr>
            <w:tcW w:type="dxa" w:w="519"/>
            <w:vAlign w:val="center"/>
          </w:tcPr>
          <w:p>
            <w:r/>
            <w:r>
              <w:rPr>
                <w:rFonts w:ascii="Malgun Gothic" w:hAnsi="Malgun Gothic" w:eastAsia="Malgun Gothic"/>
                <w:b w:val="0"/>
                <w:sz w:val="14"/>
              </w:rPr>
              <w:t>1.193909321375195</w:t>
            </w:r>
          </w:p>
        </w:tc>
        <w:tc>
          <w:tcPr>
            <w:tcW w:type="dxa" w:w="519"/>
            <w:vAlign w:val="center"/>
          </w:tcPr>
          <w:p>
            <w:r/>
            <w:r>
              <w:rPr>
                <w:rFonts w:ascii="Malgun Gothic" w:hAnsi="Malgun Gothic" w:eastAsia="Malgun Gothic"/>
                <w:b w:val="0"/>
                <w:sz w:val="14"/>
              </w:rPr>
              <w:t>-1.3694361066645109</w:t>
            </w:r>
          </w:p>
        </w:tc>
        <w:tc>
          <w:tcPr>
            <w:tcW w:type="dxa" w:w="519"/>
            <w:vAlign w:val="center"/>
          </w:tcPr>
          <w:p>
            <w:r/>
            <w:r>
              <w:rPr>
                <w:rFonts w:ascii="Malgun Gothic" w:hAnsi="Malgun Gothic" w:eastAsia="Malgun Gothic"/>
                <w:b w:val="0"/>
                <w:sz w:val="14"/>
              </w:rPr>
              <w:t>-0.5481986632202956</w:t>
            </w:r>
          </w:p>
        </w:tc>
        <w:tc>
          <w:tcPr>
            <w:tcW w:type="dxa" w:w="519"/>
            <w:vAlign w:val="center"/>
          </w:tcPr>
          <w:p>
            <w:r/>
            <w:r>
              <w:rPr>
                <w:rFonts w:ascii="Malgun Gothic" w:hAnsi="Malgun Gothic" w:eastAsia="Malgun Gothic"/>
                <w:b w:val="0"/>
                <w:sz w:val="14"/>
              </w:rPr>
              <w:t>-0.5572625614410809</w:t>
            </w:r>
          </w:p>
        </w:tc>
        <w:tc>
          <w:tcPr>
            <w:tcW w:type="dxa" w:w="519"/>
            <w:vAlign w:val="center"/>
          </w:tcPr>
          <w:p>
            <w:r/>
            <w:r>
              <w:rPr>
                <w:rFonts w:ascii="Malgun Gothic" w:hAnsi="Malgun Gothic" w:eastAsia="Malgun Gothic"/>
                <w:b w:val="0"/>
                <w:sz w:val="14"/>
              </w:rPr>
              <w:t>0.25644926181832123</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-0.21176394119076697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0.03632278367877</w:t>
            </w:r>
          </w:p>
        </w:tc>
        <w:tc>
          <w:tcPr>
            <w:tcW w:type="dxa" w:w="519"/>
            <w:vAlign w:val="center"/>
          </w:tcPr>
          <w:p>
            <w:r/>
            <w:r>
              <w:rPr>
                <w:rFonts w:ascii="Malgun Gothic" w:hAnsi="Malgun Gothic" w:eastAsia="Malgun Gothic"/>
                <w:b w:val="0"/>
                <w:sz w:val="14"/>
              </w:rPr>
              <w:t>215.6394287252864</w:t>
            </w:r>
          </w:p>
        </w:tc>
        <w:tc>
          <w:tcPr>
            <w:tcW w:type="dxa" w:w="519"/>
            <w:vAlign w:val="center"/>
          </w:tcPr>
          <w:p>
            <w:r/>
            <w:r>
              <w:rPr>
                <w:rFonts w:ascii="Malgun Gothic" w:hAnsi="Malgun Gothic" w:eastAsia="Malgun Gothic"/>
                <w:b w:val="0"/>
                <w:sz w:val="14"/>
              </w:rPr>
              <w:t>43.47826086956521</w:t>
            </w:r>
          </w:p>
        </w:tc>
        <w:tc>
          <w:tcPr>
            <w:tcW w:type="dxa" w:w="519"/>
            <w:vAlign w:val="center"/>
          </w:tcPr>
          <w:p>
            <w:r/>
            <w:r>
              <w:rPr>
                <w:rFonts w:ascii="Malgun Gothic" w:hAnsi="Malgun Gothic" w:eastAsia="Malgun Gothic"/>
                <w:b w:val="0"/>
                <w:sz w:val="14"/>
              </w:rPr>
              <w:t>75.9</w:t>
            </w:r>
          </w:p>
        </w:tc>
        <w:tc>
          <w:tcPr>
            <w:tcW w:type="dxa" w:w="519"/>
            <w:vAlign w:val="center"/>
          </w:tcPr>
          <w:p>
            <w:r/>
            <w:r>
              <w:rPr>
                <w:rFonts w:ascii="Malgun Gothic" w:hAnsi="Malgun Gothic" w:eastAsia="Malgun Gothic"/>
                <w:b w:val="0"/>
                <w:sz w:val="14"/>
              </w:rPr>
              <w:t>-1.0830207754173564</w:t>
            </w:r>
          </w:p>
        </w:tc>
        <w:tc>
          <w:tcPr>
            <w:tcW w:type="dxa" w:w="519"/>
            <w:vAlign w:val="center"/>
          </w:tcPr>
          <w:p>
            <w:r/>
            <w:r>
              <w:rPr>
                <w:rFonts w:ascii="Malgun Gothic" w:hAnsi="Malgun Gothic" w:eastAsia="Malgun Gothic"/>
                <w:b w:val="0"/>
                <w:sz w:val="14"/>
              </w:rPr>
              <w:t>-0.5096645488860132</w:t>
            </w:r>
          </w:p>
        </w:tc>
        <w:tc>
          <w:tcPr>
            <w:tcW w:type="dxa" w:w="519"/>
            <w:vAlign w:val="center"/>
          </w:tcPr>
          <w:p>
            <w:r/>
            <w:r>
              <w:rPr>
                <w:rFonts w:ascii="Malgun Gothic" w:hAnsi="Malgun Gothic" w:eastAsia="Malgun Gothic"/>
                <w:b w:val="0"/>
                <w:sz w:val="14"/>
              </w:rPr>
              <w:t>-2.0235470580703203</w:t>
            </w:r>
          </w:p>
        </w:tc>
        <w:tc>
          <w:tcPr>
            <w:tcW w:type="dxa" w:w="519"/>
            <w:vAlign w:val="center"/>
          </w:tcPr>
          <w:p>
            <w:r/>
            <w:r>
              <w:rPr>
                <w:rFonts w:ascii="Malgun Gothic" w:hAnsi="Malgun Gothic" w:eastAsia="Malgun Gothic"/>
                <w:b w:val="0"/>
                <w:sz w:val="14"/>
              </w:rPr>
              <w:t>-0.41602503018606246</w:t>
            </w:r>
          </w:p>
        </w:tc>
        <w:tc>
          <w:tcPr>
            <w:tcW w:type="dxa" w:w="519"/>
            <w:vAlign w:val="center"/>
          </w:tcPr>
          <w:p>
            <w:r/>
            <w:r>
              <w:rPr>
                <w:rFonts w:ascii="Malgun Gothic" w:hAnsi="Malgun Gothic" w:eastAsia="Malgun Gothic"/>
                <w:b w:val="0"/>
                <w:sz w:val="14"/>
              </w:rPr>
              <w:t>-1.0080643531399383</w:t>
            </w:r>
          </w:p>
        </w:tc>
        <w:tc>
          <w:tcPr>
            <w:tcW w:type="dxa" w:w="519"/>
            <w:vAlign w:val="center"/>
          </w:tcPr>
          <w:p>
            <w:r/>
            <w:r>
              <w:rPr>
                <w:rFonts w:ascii="Malgun Gothic" w:hAnsi="Malgun Gothic" w:eastAsia="Malgun Gothic"/>
                <w:b w:val="0"/>
                <w:sz w:val="14"/>
              </w:rPr>
              <w:t>0.15474285067443516</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-0.27028295832439925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bl>
    <w:p/>
    <w:p>
      <w:r>
        <w:t>대용량 표의 앞/뒤 표본 및 구조 포함; 원본 전수 행은 데이터 부록 ZIP 포함</w:t>
      </w:r>
    </w:p>
    <w:p>
      <w:r>
        <w:rPr>
          <w:b/>
        </w:rPr>
        <w:t>산출물 CSV: research_continuity/02_asis_same_method_reproduction/latest_actual_same_method_reproduced_stress_index_v154.csv (행 998, 열 19)</w:t>
      </w:r>
    </w:p>
    <w:tbl>
      <w:tblPr>
        <w:tblStyle w:val="TableGrid"/>
        <w:tblW w:type="auto" w:w="0"/>
        <w:jc w:val="center"/>
        <w:tblLook w:firstColumn="1" w:firstRow="1" w:lastColumn="0" w:lastRow="0" w:noHBand="0" w:noVBand="1" w:val="04A0"/>
      </w:tblPr>
      <w:tblGrid>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519"/>
      </w:tblGrid>
      <w:tr>
        <w:trPr>
          <w:tblHeader w:val="true"/>
          <w:cantSplit/>
        </w:trPr>
        <w:tc>
          <w:tcPr>
            <w:tcW w:type="dxa" w:w="519"/>
          </w:tcPr>
          <w:p>
            <w:r/>
            <w:r>
              <w:rPr>
                <w:rFonts w:ascii="Malgun Gothic" w:hAnsi="Malgun Gothic" w:eastAsia="Malgun Gothic"/>
                <w:b/>
                <w:sz w:val="14"/>
              </w:rPr>
              <w:t>stress_score</w:t>
            </w:r>
          </w:p>
        </w:tc>
        <w:tc>
          <w:tcPr>
            <w:tcW w:type="dxa" w:w="519"/>
          </w:tcPr>
          <w:p>
            <w:r/>
            <w:r>
              <w:rPr>
                <w:rFonts w:ascii="Malgun Gothic" w:hAnsi="Malgun Gothic" w:eastAsia="Malgun Gothic"/>
                <w:b/>
                <w:sz w:val="14"/>
              </w:rPr>
              <w:t>energy_mean</w:t>
            </w:r>
          </w:p>
        </w:tc>
        <w:tc>
          <w:tcPr>
            <w:tcW w:type="dxa" w:w="519"/>
          </w:tcPr>
          <w:p>
            <w:r/>
            <w:r>
              <w:rPr>
                <w:rFonts w:ascii="Malgun Gothic" w:hAnsi="Malgun Gothic" w:eastAsia="Malgun Gothic"/>
                <w:b/>
                <w:sz w:val="14"/>
              </w:rPr>
              <w:t>pitch_mean</w:t>
            </w:r>
          </w:p>
        </w:tc>
        <w:tc>
          <w:tcPr>
            <w:tcW w:type="dxa" w:w="519"/>
          </w:tcPr>
          <w:p>
            <w:r/>
            <w:r>
              <w:rPr>
                <w:rFonts w:ascii="Malgun Gothic" w:hAnsi="Malgun Gothic" w:eastAsia="Malgun Gothic"/>
                <w:b/>
                <w:sz w:val="14"/>
              </w:rPr>
              <w:t>wpm</w:t>
            </w:r>
          </w:p>
        </w:tc>
        <w:tc>
          <w:tcPr>
            <w:tcW w:type="dxa" w:w="519"/>
          </w:tcPr>
          <w:p>
            <w:r/>
            <w:r>
              <w:rPr>
                <w:rFonts w:ascii="Malgun Gothic" w:hAnsi="Malgun Gothic" w:eastAsia="Malgun Gothic"/>
                <w:b/>
                <w:sz w:val="14"/>
              </w:rPr>
              <w:t>duration_sec</w:t>
            </w:r>
          </w:p>
        </w:tc>
        <w:tc>
          <w:tcPr>
            <w:tcW w:type="dxa" w:w="519"/>
          </w:tcPr>
          <w:p>
            <w:r/>
            <w:r>
              <w:rPr>
                <w:rFonts w:ascii="Malgun Gothic" w:hAnsi="Malgun Gothic" w:eastAsia="Malgun Gothic"/>
                <w:b/>
                <w:sz w:val="14"/>
              </w:rPr>
              <w:t>z_energy_mean</w:t>
            </w:r>
          </w:p>
        </w:tc>
        <w:tc>
          <w:tcPr>
            <w:tcW w:type="dxa" w:w="519"/>
          </w:tcPr>
          <w:p>
            <w:r/>
            <w:r>
              <w:rPr>
                <w:rFonts w:ascii="Malgun Gothic" w:hAnsi="Malgun Gothic" w:eastAsia="Malgun Gothic"/>
                <w:b/>
                <w:sz w:val="14"/>
              </w:rPr>
              <w:t>z_pitch_mean</w:t>
            </w:r>
          </w:p>
        </w:tc>
        <w:tc>
          <w:tcPr>
            <w:tcW w:type="dxa" w:w="519"/>
          </w:tcPr>
          <w:p>
            <w:r/>
            <w:r>
              <w:rPr>
                <w:rFonts w:ascii="Malgun Gothic" w:hAnsi="Malgun Gothic" w:eastAsia="Malgun Gothic"/>
                <w:b/>
                <w:sz w:val="14"/>
              </w:rPr>
              <w:t>z_wpm</w:t>
            </w:r>
          </w:p>
        </w:tc>
        <w:tc>
          <w:tcPr>
            <w:tcW w:type="dxa" w:w="519"/>
          </w:tcPr>
          <w:p>
            <w:r/>
            <w:r>
              <w:rPr>
                <w:rFonts w:ascii="Malgun Gothic" w:hAnsi="Malgun Gothic" w:eastAsia="Malgun Gothic"/>
                <w:b/>
                <w:sz w:val="14"/>
              </w:rPr>
              <w:t>z_duration_sec</w:t>
            </w:r>
          </w:p>
        </w:tc>
        <w:tc>
          <w:tcPr>
            <w:tcW w:type="dxa" w:w="519"/>
          </w:tcPr>
          <w:p>
            <w:r/>
            <w:r>
              <w:rPr>
                <w:rFonts w:ascii="Malgun Gothic" w:hAnsi="Malgun Gothic" w:eastAsia="Malgun Gothic"/>
                <w:b/>
                <w:sz w:val="14"/>
              </w:rPr>
              <w:t>stress_raw_formula_candidate</w:t>
            </w:r>
          </w:p>
        </w:tc>
        <w:tc>
          <w:tcPr>
            <w:tcW w:type="dxa" w:w="519"/>
          </w:tcPr>
          <w:p>
            <w:r/>
            <w:r>
              <w:rPr>
                <w:rFonts w:ascii="Malgun Gothic" w:hAnsi="Malgun Gothic" w:eastAsia="Malgun Gothic"/>
                <w:b/>
                <w:sz w:val="14"/>
              </w:rPr>
              <w:t>stress_score_formula_candidate</w:t>
            </w:r>
          </w:p>
        </w:tc>
        <w:tc>
          <w:tcPr>
            <w:tcW w:type="dxa" w:w="519"/>
          </w:tcPr>
          <w:p>
            <w:r/>
            <w:r>
              <w:rPr>
                <w:rFonts w:ascii="Malgun Gothic" w:hAnsi="Malgun Gothic" w:eastAsia="Malgun Gothic"/>
                <w:b/>
                <w:sz w:val="14"/>
              </w:rPr>
              <w:t>stress_score_reproduced</w:t>
            </w:r>
          </w:p>
        </w:tc>
        <w:tc>
          <w:tcPr>
            <w:tcW w:type="dxa" w:w="519"/>
          </w:tcPr>
          <w:p>
            <w:r/>
            <w:r>
              <w:rPr>
                <w:rFonts w:ascii="Malgun Gothic" w:hAnsi="Malgun Gothic" w:eastAsia="Malgun Gothic"/>
                <w:b/>
                <w:sz w:val="14"/>
              </w:rPr>
              <w:t>stress_score_asis_reference</w:t>
            </w:r>
          </w:p>
        </w:tc>
        <w:tc>
          <w:tcPr>
            <w:tcW w:type="dxa" w:w="519"/>
          </w:tcPr>
          <w:p>
            <w:r/>
            <w:r>
              <w:rPr>
                <w:rFonts w:ascii="Malgun Gothic" w:hAnsi="Malgun Gothic" w:eastAsia="Malgun Gothic"/>
                <w:b/>
                <w:sz w:val="14"/>
              </w:rPr>
              <w:t>stress_score_reproduced_reference_locked</w:t>
            </w:r>
          </w:p>
        </w:tc>
        <w:tc>
          <w:tcPr>
            <w:tcW w:type="dxa" w:w="519"/>
          </w:tcPr>
          <w:p>
            <w:r/>
            <w:r>
              <w:rPr>
                <w:rFonts w:ascii="Malgun Gothic" w:hAnsi="Malgun Gothic" w:eastAsia="Malgun Gothic"/>
                <w:b/>
                <w:sz w:val="14"/>
              </w:rPr>
              <w:t>stress_formula_candidate_minus_asis</w:t>
            </w:r>
          </w:p>
        </w:tc>
        <w:tc>
          <w:tcPr>
            <w:tcW w:type="dxa" w:w="519"/>
          </w:tcPr>
          <w:p>
            <w:r/>
            <w:r>
              <w:rPr>
                <w:rFonts w:ascii="Malgun Gothic" w:hAnsi="Malgun Gothic" w:eastAsia="Malgun Gothic"/>
                <w:b/>
                <w:sz w:val="14"/>
              </w:rPr>
              <w:t>reproduction_method_version</w:t>
            </w:r>
          </w:p>
        </w:tc>
        <w:tc>
          <w:tcPr>
            <w:tcW w:type="dxa" w:w="519"/>
          </w:tcPr>
          <w:p>
            <w:r/>
            <w:r>
              <w:rPr>
                <w:rFonts w:ascii="Malgun Gothic" w:hAnsi="Malgun Gothic" w:eastAsia="Malgun Gothic"/>
                <w:b/>
                <w:sz w:val="14"/>
              </w:rPr>
              <w:t>reproduction_mode</w:t>
            </w:r>
          </w:p>
        </w:tc>
        <w:tc>
          <w:tcPr>
            <w:tcW w:type="dxa" w:w="519"/>
          </w:tcPr>
          <w:p>
            <w:r/>
            <w:r>
              <w:rPr>
                <w:rFonts w:ascii="Malgun Gothic" w:hAnsi="Malgun Gothic" w:eastAsia="Malgun Gothic"/>
                <w:b/>
                <w:sz w:val="14"/>
              </w:rPr>
              <w:t>reproduction_created_at</w:t>
            </w:r>
          </w:p>
        </w:tc>
        <w:tc>
          <w:tcPr>
            <w:tcW w:type="dxa" w:w="519"/>
          </w:tcPr>
          <w:p>
            <w:r/>
            <w:r>
              <w:rPr>
                <w:rFonts w:ascii="Malgun Gothic" w:hAnsi="Malgun Gothic" w:eastAsia="Malgun Gothic"/>
                <w:b/>
                <w:sz w:val="14"/>
              </w:rPr>
              <w:t>original_data_policy</w:t>
            </w:r>
          </w:p>
        </w:tc>
      </w:tr>
      <w:tr>
        <w:trPr>
          <w:cantSplit/>
        </w:trPr>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0.0387283228337764</w:t>
            </w:r>
          </w:p>
        </w:tc>
        <w:tc>
          <w:tcPr>
            <w:tcW w:type="dxa" w:w="519"/>
            <w:vAlign w:val="center"/>
          </w:tcPr>
          <w:p>
            <w:r/>
            <w:r>
              <w:rPr>
                <w:rFonts w:ascii="Malgun Gothic" w:hAnsi="Malgun Gothic" w:eastAsia="Malgun Gothic"/>
                <w:b w:val="0"/>
                <w:sz w:val="14"/>
              </w:rPr>
              <w:t>238.0246184292892</w:t>
            </w:r>
          </w:p>
        </w:tc>
        <w:tc>
          <w:tcPr>
            <w:tcW w:type="dxa" w:w="519"/>
            <w:vAlign w:val="center"/>
          </w:tcPr>
          <w:p>
            <w:r/>
            <w:r>
              <w:rPr>
                <w:rFonts w:ascii="Malgun Gothic" w:hAnsi="Malgun Gothic" w:eastAsia="Malgun Gothic"/>
                <w:b w:val="0"/>
                <w:sz w:val="14"/>
              </w:rPr>
              <w:t>56.11510791366906</w:t>
            </w:r>
          </w:p>
        </w:tc>
        <w:tc>
          <w:tcPr>
            <w:tcW w:type="dxa" w:w="519"/>
            <w:vAlign w:val="center"/>
          </w:tcPr>
          <w:p>
            <w:r/>
            <w:r>
              <w:rPr>
                <w:rFonts w:ascii="Malgun Gothic" w:hAnsi="Malgun Gothic" w:eastAsia="Malgun Gothic"/>
                <w:b w:val="0"/>
                <w:sz w:val="14"/>
              </w:rPr>
              <w:t>41.7</w:t>
            </w:r>
          </w:p>
        </w:tc>
        <w:tc>
          <w:tcPr>
            <w:tcW w:type="dxa" w:w="519"/>
            <w:vAlign w:val="center"/>
          </w:tcPr>
          <w:p>
            <w:r/>
            <w:r>
              <w:rPr>
                <w:rFonts w:ascii="Malgun Gothic" w:hAnsi="Malgun Gothic" w:eastAsia="Malgun Gothic"/>
                <w:b w:val="0"/>
                <w:sz w:val="14"/>
              </w:rPr>
              <w:t>-1.0006849139043317</w:t>
            </w:r>
          </w:p>
        </w:tc>
        <w:tc>
          <w:tcPr>
            <w:tcW w:type="dxa" w:w="519"/>
            <w:vAlign w:val="center"/>
          </w:tcPr>
          <w:p>
            <w:r/>
            <w:r>
              <w:rPr>
                <w:rFonts w:ascii="Malgun Gothic" w:hAnsi="Malgun Gothic" w:eastAsia="Malgun Gothic"/>
                <w:b w:val="0"/>
                <w:sz w:val="14"/>
              </w:rPr>
              <w:t>0.29390534085006853</w:t>
            </w:r>
          </w:p>
        </w:tc>
        <w:tc>
          <w:tcPr>
            <w:tcW w:type="dxa" w:w="519"/>
            <w:vAlign w:val="center"/>
          </w:tcPr>
          <w:p>
            <w:r/>
            <w:r>
              <w:rPr>
                <w:rFonts w:ascii="Malgun Gothic" w:hAnsi="Malgun Gothic" w:eastAsia="Malgun Gothic"/>
                <w:b w:val="0"/>
                <w:sz w:val="14"/>
              </w:rPr>
              <w:t>-1.372766389316937</w:t>
            </w:r>
          </w:p>
        </w:tc>
        <w:tc>
          <w:tcPr>
            <w:tcW w:type="dxa" w:w="519"/>
            <w:vAlign w:val="center"/>
          </w:tcPr>
          <w:p>
            <w:r/>
            <w:r>
              <w:rPr>
                <w:rFonts w:ascii="Malgun Gothic" w:hAnsi="Malgun Gothic" w:eastAsia="Malgun Gothic"/>
                <w:b w:val="0"/>
                <w:sz w:val="14"/>
              </w:rPr>
              <w:t>-0.6169289523980969</w:t>
            </w:r>
          </w:p>
        </w:tc>
        <w:tc>
          <w:tcPr>
            <w:tcW w:type="dxa" w:w="519"/>
            <w:vAlign w:val="center"/>
          </w:tcPr>
          <w:p>
            <w:r/>
            <w:r>
              <w:rPr>
                <w:rFonts w:ascii="Malgun Gothic" w:hAnsi="Malgun Gothic" w:eastAsia="Malgun Gothic"/>
                <w:b w:val="0"/>
                <w:sz w:val="14"/>
              </w:rPr>
              <w:t>-0.6741187286923243</w:t>
            </w:r>
          </w:p>
        </w:tc>
        <w:tc>
          <w:tcPr>
            <w:tcW w:type="dxa" w:w="519"/>
            <w:vAlign w:val="center"/>
          </w:tcPr>
          <w:p>
            <w:r/>
            <w:r>
              <w:rPr>
                <w:rFonts w:ascii="Malgun Gothic" w:hAnsi="Malgun Gothic" w:eastAsia="Malgun Gothic"/>
                <w:b w:val="0"/>
                <w:sz w:val="14"/>
              </w:rPr>
              <w:t>0.2300850778021826</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-0.2382411261485217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0.0516217462718486</w:t>
            </w:r>
          </w:p>
        </w:tc>
        <w:tc>
          <w:tcPr>
            <w:tcW w:type="dxa" w:w="519"/>
            <w:vAlign w:val="center"/>
          </w:tcPr>
          <w:p>
            <w:r/>
            <w:r>
              <w:rPr>
                <w:rFonts w:ascii="Malgun Gothic" w:hAnsi="Malgun Gothic" w:eastAsia="Malgun Gothic"/>
                <w:b w:val="0"/>
                <w:sz w:val="14"/>
              </w:rPr>
              <w:t>254.4835085646635</w:t>
            </w:r>
          </w:p>
        </w:tc>
        <w:tc>
          <w:tcPr>
            <w:tcW w:type="dxa" w:w="519"/>
            <w:vAlign w:val="center"/>
          </w:tcPr>
          <w:p>
            <w:r/>
            <w:r>
              <w:rPr>
                <w:rFonts w:ascii="Malgun Gothic" w:hAnsi="Malgun Gothic" w:eastAsia="Malgun Gothic"/>
                <w:b w:val="0"/>
                <w:sz w:val="14"/>
              </w:rPr>
              <w:t>112.94117647058825</w:t>
            </w:r>
          </w:p>
        </w:tc>
        <w:tc>
          <w:tcPr>
            <w:tcW w:type="dxa" w:w="519"/>
            <w:vAlign w:val="center"/>
          </w:tcPr>
          <w:p>
            <w:r/>
            <w:r>
              <w:rPr>
                <w:rFonts w:ascii="Malgun Gothic" w:hAnsi="Malgun Gothic" w:eastAsia="Malgun Gothic"/>
                <w:b w:val="0"/>
                <w:sz w:val="14"/>
              </w:rPr>
              <w:t>76.5</w:t>
            </w:r>
          </w:p>
        </w:tc>
        <w:tc>
          <w:tcPr>
            <w:tcW w:type="dxa" w:w="519"/>
            <w:vAlign w:val="center"/>
          </w:tcPr>
          <w:p>
            <w:r/>
            <w:r>
              <w:rPr>
                <w:rFonts w:ascii="Malgun Gothic" w:hAnsi="Malgun Gothic" w:eastAsia="Malgun Gothic"/>
                <w:b w:val="0"/>
                <w:sz w:val="14"/>
              </w:rPr>
              <w:t>-0.559373815551796</w:t>
            </w:r>
          </w:p>
        </w:tc>
        <w:tc>
          <w:tcPr>
            <w:tcW w:type="dxa" w:w="519"/>
            <w:vAlign w:val="center"/>
          </w:tcPr>
          <w:p>
            <w:r/>
            <w:r>
              <w:rPr>
                <w:rFonts w:ascii="Malgun Gothic" w:hAnsi="Malgun Gothic" w:eastAsia="Malgun Gothic"/>
                <w:b w:val="0"/>
                <w:sz w:val="14"/>
              </w:rPr>
              <w:t>0.8847365424679859</w:t>
            </w:r>
          </w:p>
        </w:tc>
        <w:tc>
          <w:tcPr>
            <w:tcW w:type="dxa" w:w="519"/>
            <w:vAlign w:val="center"/>
          </w:tcPr>
          <w:p>
            <w:r/>
            <w:r>
              <w:rPr>
                <w:rFonts w:ascii="Malgun Gothic" w:hAnsi="Malgun Gothic" w:eastAsia="Malgun Gothic"/>
                <w:b w:val="0"/>
                <w:sz w:val="14"/>
              </w:rPr>
              <w:t>1.553699901604292</w:t>
            </w:r>
          </w:p>
        </w:tc>
        <w:tc>
          <w:tcPr>
            <w:tcW w:type="dxa" w:w="519"/>
            <w:vAlign w:val="center"/>
          </w:tcPr>
          <w:p>
            <w:r/>
            <w:r>
              <w:rPr>
                <w:rFonts w:ascii="Malgun Gothic" w:hAnsi="Malgun Gothic" w:eastAsia="Malgun Gothic"/>
                <w:b w:val="0"/>
                <w:sz w:val="14"/>
              </w:rPr>
              <w:t>-0.41250039997181626</w:t>
            </w:r>
          </w:p>
        </w:tc>
        <w:tc>
          <w:tcPr>
            <w:tcW w:type="dxa" w:w="519"/>
            <w:vAlign w:val="center"/>
          </w:tcPr>
          <w:p>
            <w:r/>
            <w:r>
              <w:rPr>
                <w:rFonts w:ascii="Malgun Gothic" w:hAnsi="Malgun Gothic" w:eastAsia="Malgun Gothic"/>
                <w:b w:val="0"/>
                <w:sz w:val="14"/>
              </w:rPr>
              <w:t>0.3666405571371665</w:t>
            </w:r>
          </w:p>
        </w:tc>
        <w:tc>
          <w:tcPr>
            <w:tcW w:type="dxa" w:w="519"/>
            <w:vAlign w:val="center"/>
          </w:tcPr>
          <w:p>
            <w:r/>
            <w:r>
              <w:rPr>
                <w:rFonts w:ascii="Malgun Gothic" w:hAnsi="Malgun Gothic" w:eastAsia="Malgun Gothic"/>
                <w:b w:val="0"/>
                <w:sz w:val="14"/>
              </w:rPr>
              <w:t>0.4648931326403989</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-0.10649549143378667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0.0836487412452697</w:t>
            </w:r>
          </w:p>
        </w:tc>
        <w:tc>
          <w:tcPr>
            <w:tcW w:type="dxa" w:w="519"/>
            <w:vAlign w:val="center"/>
          </w:tcPr>
          <w:p>
            <w:r/>
            <w:r>
              <w:rPr>
                <w:rFonts w:ascii="Malgun Gothic" w:hAnsi="Malgun Gothic" w:eastAsia="Malgun Gothic"/>
                <w:b w:val="0"/>
                <w:sz w:val="14"/>
              </w:rPr>
              <w:t>250.6328955076774</w:t>
            </w:r>
          </w:p>
        </w:tc>
        <w:tc>
          <w:tcPr>
            <w:tcW w:type="dxa" w:w="519"/>
            <w:vAlign w:val="center"/>
          </w:tcPr>
          <w:p>
            <w:r/>
            <w:r>
              <w:rPr>
                <w:rFonts w:ascii="Malgun Gothic" w:hAnsi="Malgun Gothic" w:eastAsia="Malgun Gothic"/>
                <w:b w:val="0"/>
                <w:sz w:val="14"/>
              </w:rPr>
              <w:t>67.36526946107786</w:t>
            </w:r>
          </w:p>
        </w:tc>
        <w:tc>
          <w:tcPr>
            <w:tcW w:type="dxa" w:w="519"/>
            <w:vAlign w:val="center"/>
          </w:tcPr>
          <w:p>
            <w:r/>
            <w:r>
              <w:rPr>
                <w:rFonts w:ascii="Malgun Gothic" w:hAnsi="Malgun Gothic" w:eastAsia="Malgun Gothic"/>
                <w:b w:val="0"/>
                <w:sz w:val="14"/>
              </w:rPr>
              <w:t>40.08</w:t>
            </w:r>
          </w:p>
        </w:tc>
        <w:tc>
          <w:tcPr>
            <w:tcW w:type="dxa" w:w="519"/>
            <w:vAlign w:val="center"/>
          </w:tcPr>
          <w:p>
            <w:r/>
            <w:r>
              <w:rPr>
                <w:rFonts w:ascii="Malgun Gothic" w:hAnsi="Malgun Gothic" w:eastAsia="Malgun Gothic"/>
                <w:b w:val="0"/>
                <w:sz w:val="14"/>
              </w:rPr>
              <w:t>0.536833750773573</w:t>
            </w:r>
          </w:p>
        </w:tc>
        <w:tc>
          <w:tcPr>
            <w:tcW w:type="dxa" w:w="519"/>
            <w:vAlign w:val="center"/>
          </w:tcPr>
          <w:p>
            <w:r/>
            <w:r>
              <w:rPr>
                <w:rFonts w:ascii="Malgun Gothic" w:hAnsi="Malgun Gothic" w:eastAsia="Malgun Gothic"/>
                <w:b w:val="0"/>
                <w:sz w:val="14"/>
              </w:rPr>
              <w:t>0.7465095830124963</w:t>
            </w:r>
          </w:p>
        </w:tc>
        <w:tc>
          <w:tcPr>
            <w:tcW w:type="dxa" w:w="519"/>
            <w:vAlign w:val="center"/>
          </w:tcPr>
          <w:p>
            <w:r/>
            <w:r>
              <w:rPr>
                <w:rFonts w:ascii="Malgun Gothic" w:hAnsi="Malgun Gothic" w:eastAsia="Malgun Gothic"/>
                <w:b w:val="0"/>
                <w:sz w:val="14"/>
              </w:rPr>
              <w:t>-0.7933981632195622</w:t>
            </w:r>
          </w:p>
        </w:tc>
        <w:tc>
          <w:tcPr>
            <w:tcW w:type="dxa" w:w="519"/>
            <w:vAlign w:val="center"/>
          </w:tcPr>
          <w:p>
            <w:r/>
            <w:r>
              <w:rPr>
                <w:rFonts w:ascii="Malgun Gothic" w:hAnsi="Malgun Gothic" w:eastAsia="Malgun Gothic"/>
                <w:b w:val="0"/>
                <w:sz w:val="14"/>
              </w:rPr>
              <w:t>-0.6264454539765617</w:t>
            </w:r>
          </w:p>
        </w:tc>
        <w:tc>
          <w:tcPr>
            <w:tcW w:type="dxa" w:w="519"/>
            <w:vAlign w:val="center"/>
          </w:tcPr>
          <w:p>
            <w:r/>
            <w:r>
              <w:rPr>
                <w:rFonts w:ascii="Malgun Gothic" w:hAnsi="Malgun Gothic" w:eastAsia="Malgun Gothic"/>
                <w:b w:val="0"/>
                <w:sz w:val="14"/>
              </w:rPr>
              <w:t>-0.03412507085251365</w:t>
            </w:r>
          </w:p>
        </w:tc>
        <w:tc>
          <w:tcPr>
            <w:tcW w:type="dxa" w:w="519"/>
            <w:vAlign w:val="center"/>
          </w:tcPr>
          <w:p>
            <w:r/>
            <w:r>
              <w:rPr>
                <w:rFonts w:ascii="Malgun Gothic" w:hAnsi="Malgun Gothic" w:eastAsia="Malgun Gothic"/>
                <w:b w:val="0"/>
                <w:sz w:val="14"/>
              </w:rPr>
              <w:t>0.37447549348450854</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-0.17286917737075874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0.0569056421518325</w:t>
            </w:r>
          </w:p>
        </w:tc>
        <w:tc>
          <w:tcPr>
            <w:tcW w:type="dxa" w:w="519"/>
            <w:vAlign w:val="center"/>
          </w:tcPr>
          <w:p>
            <w:r/>
            <w:r>
              <w:rPr>
                <w:rFonts w:ascii="Malgun Gothic" w:hAnsi="Malgun Gothic" w:eastAsia="Malgun Gothic"/>
                <w:b w:val="0"/>
                <w:sz w:val="14"/>
              </w:rPr>
              <w:t>259.63355756495304</w:t>
            </w:r>
          </w:p>
        </w:tc>
        <w:tc>
          <w:tcPr>
            <w:tcW w:type="dxa" w:w="519"/>
            <w:vAlign w:val="center"/>
          </w:tcPr>
          <w:p>
            <w:r/>
            <w:r>
              <w:rPr>
                <w:rFonts w:ascii="Malgun Gothic" w:hAnsi="Malgun Gothic" w:eastAsia="Malgun Gothic"/>
                <w:b w:val="0"/>
                <w:sz w:val="14"/>
              </w:rPr>
              <w:t>53.07346326836582</w:t>
            </w:r>
          </w:p>
        </w:tc>
        <w:tc>
          <w:tcPr>
            <w:tcW w:type="dxa" w:w="519"/>
            <w:vAlign w:val="center"/>
          </w:tcPr>
          <w:p>
            <w:r/>
            <w:r>
              <w:rPr>
                <w:rFonts w:ascii="Malgun Gothic" w:hAnsi="Malgun Gothic" w:eastAsia="Malgun Gothic"/>
                <w:b w:val="0"/>
                <w:sz w:val="14"/>
              </w:rPr>
              <w:t>200.1</w:t>
            </w:r>
          </w:p>
        </w:tc>
        <w:tc>
          <w:tcPr>
            <w:tcW w:type="dxa" w:w="519"/>
            <w:vAlign w:val="center"/>
          </w:tcPr>
          <w:p>
            <w:r/>
            <w:r>
              <w:rPr>
                <w:rFonts w:ascii="Malgun Gothic" w:hAnsi="Malgun Gothic" w:eastAsia="Malgun Gothic"/>
                <w:b w:val="0"/>
                <w:sz w:val="14"/>
              </w:rPr>
              <w:t>-0.3785186760633514</w:t>
            </w:r>
          </w:p>
        </w:tc>
        <w:tc>
          <w:tcPr>
            <w:tcW w:type="dxa" w:w="519"/>
            <w:vAlign w:val="center"/>
          </w:tcPr>
          <w:p>
            <w:r/>
            <w:r>
              <w:rPr>
                <w:rFonts w:ascii="Malgun Gothic" w:hAnsi="Malgun Gothic" w:eastAsia="Malgun Gothic"/>
                <w:b w:val="0"/>
                <w:sz w:val="14"/>
              </w:rPr>
              <w:t>1.069609861033522</w:t>
            </w:r>
          </w:p>
        </w:tc>
        <w:tc>
          <w:tcPr>
            <w:tcW w:type="dxa" w:w="519"/>
            <w:vAlign w:val="center"/>
          </w:tcPr>
          <w:p>
            <w:r/>
            <w:r>
              <w:rPr>
                <w:rFonts w:ascii="Malgun Gothic" w:hAnsi="Malgun Gothic" w:eastAsia="Malgun Gothic"/>
                <w:b w:val="0"/>
                <w:sz w:val="14"/>
              </w:rPr>
              <w:t>-1.5294070077775492</w:t>
            </w:r>
          </w:p>
        </w:tc>
        <w:tc>
          <w:tcPr>
            <w:tcW w:type="dxa" w:w="519"/>
            <w:vAlign w:val="center"/>
          </w:tcPr>
          <w:p>
            <w:r/>
            <w:r>
              <w:rPr>
                <w:rFonts w:ascii="Malgun Gothic" w:hAnsi="Malgun Gothic" w:eastAsia="Malgun Gothic"/>
                <w:b w:val="0"/>
                <w:sz w:val="14"/>
              </w:rPr>
              <w:t>0.3135734241629046</w:t>
            </w:r>
          </w:p>
        </w:tc>
        <w:tc>
          <w:tcPr>
            <w:tcW w:type="dxa" w:w="519"/>
            <w:vAlign w:val="center"/>
          </w:tcPr>
          <w:p>
            <w:r/>
            <w:r>
              <w:rPr>
                <w:rFonts w:ascii="Malgun Gothic" w:hAnsi="Malgun Gothic" w:eastAsia="Malgun Gothic"/>
                <w:b w:val="0"/>
                <w:sz w:val="14"/>
              </w:rPr>
              <w:t>-0.13118559966111848</w:t>
            </w:r>
          </w:p>
        </w:tc>
        <w:tc>
          <w:tcPr>
            <w:tcW w:type="dxa" w:w="519"/>
            <w:vAlign w:val="center"/>
          </w:tcPr>
          <w:p>
            <w:r/>
            <w:r>
              <w:rPr>
                <w:rFonts w:ascii="Malgun Gothic" w:hAnsi="Malgun Gothic" w:eastAsia="Malgun Gothic"/>
                <w:b w:val="0"/>
                <w:sz w:val="14"/>
              </w:rPr>
              <w:t>0.35257744820024006</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-0.12423895198341262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0.0736489668488502</w:t>
            </w:r>
          </w:p>
        </w:tc>
        <w:tc>
          <w:tcPr>
            <w:tcW w:type="dxa" w:w="519"/>
            <w:vAlign w:val="center"/>
          </w:tcPr>
          <w:p>
            <w:r/>
            <w:r>
              <w:rPr>
                <w:rFonts w:ascii="Malgun Gothic" w:hAnsi="Malgun Gothic" w:eastAsia="Malgun Gothic"/>
                <w:b w:val="0"/>
                <w:sz w:val="14"/>
              </w:rPr>
              <w:t>212.8201100241104</w:t>
            </w:r>
          </w:p>
        </w:tc>
        <w:tc>
          <w:tcPr>
            <w:tcW w:type="dxa" w:w="519"/>
            <w:vAlign w:val="center"/>
          </w:tcPr>
          <w:p>
            <w:r/>
            <w:r>
              <w:rPr>
                <w:rFonts w:ascii="Malgun Gothic" w:hAnsi="Malgun Gothic" w:eastAsia="Malgun Gothic"/>
                <w:b w:val="0"/>
                <w:sz w:val="14"/>
              </w:rPr>
              <w:t>89.41736028537456</w:t>
            </w:r>
          </w:p>
        </w:tc>
        <w:tc>
          <w:tcPr>
            <w:tcW w:type="dxa" w:w="519"/>
            <w:vAlign w:val="center"/>
          </w:tcPr>
          <w:p>
            <w:r/>
            <w:r>
              <w:rPr>
                <w:rFonts w:ascii="Malgun Gothic" w:hAnsi="Malgun Gothic" w:eastAsia="Malgun Gothic"/>
                <w:b w:val="0"/>
                <w:sz w:val="14"/>
              </w:rPr>
              <w:t>252.3</w:t>
            </w:r>
          </w:p>
        </w:tc>
        <w:tc>
          <w:tcPr>
            <w:tcW w:type="dxa" w:w="519"/>
            <w:vAlign w:val="center"/>
          </w:tcPr>
          <w:p>
            <w:r/>
            <w:r>
              <w:rPr>
                <w:rFonts w:ascii="Malgun Gothic" w:hAnsi="Malgun Gothic" w:eastAsia="Malgun Gothic"/>
                <w:b w:val="0"/>
                <w:sz w:val="14"/>
              </w:rPr>
              <w:t>0.1945653498824221</w:t>
            </w:r>
          </w:p>
        </w:tc>
        <w:tc>
          <w:tcPr>
            <w:tcW w:type="dxa" w:w="519"/>
            <w:vAlign w:val="center"/>
          </w:tcPr>
          <w:p>
            <w:r/>
            <w:r>
              <w:rPr>
                <w:rFonts w:ascii="Malgun Gothic" w:hAnsi="Malgun Gothic" w:eastAsia="Malgun Gothic"/>
                <w:b w:val="0"/>
                <w:sz w:val="14"/>
              </w:rPr>
              <w:t>-0.6108707324293121</w:t>
            </w:r>
          </w:p>
        </w:tc>
        <w:tc>
          <w:tcPr>
            <w:tcW w:type="dxa" w:w="519"/>
            <w:vAlign w:val="center"/>
          </w:tcPr>
          <w:p>
            <w:r/>
            <w:r>
              <w:rPr>
                <w:rFonts w:ascii="Malgun Gothic" w:hAnsi="Malgun Gothic" w:eastAsia="Malgun Gothic"/>
                <w:b w:val="0"/>
                <w:sz w:val="14"/>
              </w:rPr>
              <w:t>0.34225492840681293</w:t>
            </w:r>
          </w:p>
        </w:tc>
        <w:tc>
          <w:tcPr>
            <w:tcW w:type="dxa" w:w="519"/>
            <w:vAlign w:val="center"/>
          </w:tcPr>
          <w:p>
            <w:r/>
            <w:r>
              <w:rPr>
                <w:rFonts w:ascii="Malgun Gothic" w:hAnsi="Malgun Gothic" w:eastAsia="Malgun Gothic"/>
                <w:b w:val="0"/>
                <w:sz w:val="14"/>
              </w:rPr>
              <w:t>0.6202162528023257</w:t>
            </w:r>
          </w:p>
        </w:tc>
        <w:tc>
          <w:tcPr>
            <w:tcW w:type="dxa" w:w="519"/>
            <w:vAlign w:val="center"/>
          </w:tcPr>
          <w:p>
            <w:r/>
            <w:r>
              <w:rPr>
                <w:rFonts w:ascii="Malgun Gothic" w:hAnsi="Malgun Gothic" w:eastAsia="Malgun Gothic"/>
                <w:b w:val="0"/>
                <w:sz w:val="14"/>
              </w:rPr>
              <w:t>0.13654144966556217</w:t>
            </w:r>
          </w:p>
        </w:tc>
        <w:tc>
          <w:tcPr>
            <w:tcW w:type="dxa" w:w="519"/>
            <w:vAlign w:val="center"/>
          </w:tcPr>
          <w:p>
            <w:r/>
            <w:r>
              <w:rPr>
                <w:rFonts w:ascii="Malgun Gothic" w:hAnsi="Malgun Gothic" w:eastAsia="Malgun Gothic"/>
                <w:b w:val="0"/>
                <w:sz w:val="14"/>
              </w:rPr>
              <w:t>0.4129799529253069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-0.09136464265348093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0.062197983264923</w:t>
            </w:r>
          </w:p>
        </w:tc>
        <w:tc>
          <w:tcPr>
            <w:tcW w:type="dxa" w:w="519"/>
            <w:vAlign w:val="center"/>
          </w:tcPr>
          <w:p>
            <w:r/>
            <w:r>
              <w:rPr>
                <w:rFonts w:ascii="Malgun Gothic" w:hAnsi="Malgun Gothic" w:eastAsia="Malgun Gothic"/>
                <w:b w:val="0"/>
                <w:sz w:val="14"/>
              </w:rPr>
              <w:t>279.7326065059236</w:t>
            </w:r>
          </w:p>
        </w:tc>
        <w:tc>
          <w:tcPr>
            <w:tcW w:type="dxa" w:w="519"/>
            <w:vAlign w:val="center"/>
          </w:tcPr>
          <w:p>
            <w:r/>
            <w:r>
              <w:rPr>
                <w:rFonts w:ascii="Malgun Gothic" w:hAnsi="Malgun Gothic" w:eastAsia="Malgun Gothic"/>
                <w:b w:val="0"/>
                <w:sz w:val="14"/>
              </w:rPr>
              <w:t>97.68339768339769</w:t>
            </w:r>
          </w:p>
        </w:tc>
        <w:tc>
          <w:tcPr>
            <w:tcW w:type="dxa" w:w="519"/>
            <w:vAlign w:val="center"/>
          </w:tcPr>
          <w:p>
            <w:r/>
            <w:r>
              <w:rPr>
                <w:rFonts w:ascii="Malgun Gothic" w:hAnsi="Malgun Gothic" w:eastAsia="Malgun Gothic"/>
                <w:b w:val="0"/>
                <w:sz w:val="14"/>
              </w:rPr>
              <w:t>155.4</w:t>
            </w:r>
          </w:p>
        </w:tc>
        <w:tc>
          <w:tcPr>
            <w:tcW w:type="dxa" w:w="519"/>
            <w:vAlign w:val="center"/>
          </w:tcPr>
          <w:p>
            <w:r/>
            <w:r>
              <w:rPr>
                <w:rFonts w:ascii="Malgun Gothic" w:hAnsi="Malgun Gothic" w:eastAsia="Malgun Gothic"/>
                <w:b w:val="0"/>
                <w:sz w:val="14"/>
              </w:rPr>
              <w:t>-0.19737447641055078</w:t>
            </w:r>
          </w:p>
        </w:tc>
        <w:tc>
          <w:tcPr>
            <w:tcW w:type="dxa" w:w="519"/>
            <w:vAlign w:val="center"/>
          </w:tcPr>
          <w:p>
            <w:r/>
            <w:r>
              <w:rPr>
                <w:rFonts w:ascii="Malgun Gothic" w:hAnsi="Malgun Gothic" w:eastAsia="Malgun Gothic"/>
                <w:b w:val="0"/>
                <w:sz w:val="14"/>
              </w:rPr>
              <w:t>1.791113263723373</w:t>
            </w:r>
          </w:p>
        </w:tc>
        <w:tc>
          <w:tcPr>
            <w:tcW w:type="dxa" w:w="519"/>
            <w:vAlign w:val="center"/>
          </w:tcPr>
          <w:p>
            <w:r/>
            <w:r>
              <w:rPr>
                <w:rFonts w:ascii="Malgun Gothic" w:hAnsi="Malgun Gothic" w:eastAsia="Malgun Gothic"/>
                <w:b w:val="0"/>
                <w:sz w:val="14"/>
              </w:rPr>
              <w:t>0.7679447644119026</w:t>
            </w:r>
          </w:p>
        </w:tc>
        <w:tc>
          <w:tcPr>
            <w:tcW w:type="dxa" w:w="519"/>
            <w:vAlign w:val="center"/>
          </w:tcPr>
          <w:p>
            <w:r/>
            <w:r>
              <w:rPr>
                <w:rFonts w:ascii="Malgun Gothic" w:hAnsi="Malgun Gothic" w:eastAsia="Malgun Gothic"/>
                <w:b w:val="0"/>
                <w:sz w:val="14"/>
              </w:rPr>
              <w:t>0.05098847320156143</w:t>
            </w:r>
          </w:p>
        </w:tc>
        <w:tc>
          <w:tcPr>
            <w:tcW w:type="dxa" w:w="519"/>
            <w:vAlign w:val="center"/>
          </w:tcPr>
          <w:p>
            <w:r/>
            <w:r>
              <w:rPr>
                <w:rFonts w:ascii="Malgun Gothic" w:hAnsi="Malgun Gothic" w:eastAsia="Malgun Gothic"/>
                <w:b w:val="0"/>
                <w:sz w:val="14"/>
              </w:rPr>
              <w:t>0.6031680062315715</w:t>
            </w:r>
          </w:p>
        </w:tc>
        <w:tc>
          <w:tcPr>
            <w:tcW w:type="dxa" w:w="519"/>
            <w:vAlign w:val="center"/>
          </w:tcPr>
          <w:p>
            <w:r/>
            <w:r>
              <w:rPr>
                <w:rFonts w:ascii="Malgun Gothic" w:hAnsi="Malgun Gothic" w:eastAsia="Malgun Gothic"/>
                <w:b w:val="0"/>
                <w:sz w:val="14"/>
              </w:rPr>
              <w:t>0.5182566250385838</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-0.05065995930819589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0.0671501383185386</w:t>
            </w:r>
          </w:p>
        </w:tc>
        <w:tc>
          <w:tcPr>
            <w:tcW w:type="dxa" w:w="519"/>
            <w:vAlign w:val="center"/>
          </w:tcPr>
          <w:p>
            <w:r/>
            <w:r>
              <w:rPr>
                <w:rFonts w:ascii="Malgun Gothic" w:hAnsi="Malgun Gothic" w:eastAsia="Malgun Gothic"/>
                <w:b w:val="0"/>
                <w:sz w:val="14"/>
              </w:rPr>
              <w:t>248.7467027838688</w:t>
            </w:r>
          </w:p>
        </w:tc>
        <w:tc>
          <w:tcPr>
            <w:tcW w:type="dxa" w:w="519"/>
            <w:vAlign w:val="center"/>
          </w:tcPr>
          <w:p>
            <w:r/>
            <w:r>
              <w:rPr>
                <w:rFonts w:ascii="Malgun Gothic" w:hAnsi="Malgun Gothic" w:eastAsia="Malgun Gothic"/>
                <w:b w:val="0"/>
                <w:sz w:val="14"/>
              </w:rPr>
              <w:t>94.35829759155394</w:t>
            </w:r>
          </w:p>
        </w:tc>
        <w:tc>
          <w:tcPr>
            <w:tcW w:type="dxa" w:w="519"/>
            <w:vAlign w:val="center"/>
          </w:tcPr>
          <w:p>
            <w:r/>
            <w:r>
              <w:rPr>
                <w:rFonts w:ascii="Malgun Gothic" w:hAnsi="Malgun Gothic" w:eastAsia="Malgun Gothic"/>
                <w:b w:val="0"/>
                <w:sz w:val="14"/>
              </w:rPr>
              <w:t>90.93</w:t>
            </w:r>
          </w:p>
        </w:tc>
        <w:tc>
          <w:tcPr>
            <w:tcW w:type="dxa" w:w="519"/>
            <w:vAlign w:val="center"/>
          </w:tcPr>
          <w:p>
            <w:r/>
            <w:r>
              <w:rPr>
                <w:rFonts w:ascii="Malgun Gothic" w:hAnsi="Malgun Gothic" w:eastAsia="Malgun Gothic"/>
                <w:b w:val="0"/>
                <w:sz w:val="14"/>
              </w:rPr>
              <w:t>-0.02787403330326063</w:t>
            </w:r>
          </w:p>
        </w:tc>
        <w:tc>
          <w:tcPr>
            <w:tcW w:type="dxa" w:w="519"/>
            <w:vAlign w:val="center"/>
          </w:tcPr>
          <w:p>
            <w:r/>
            <w:r>
              <w:rPr>
                <w:rFonts w:ascii="Malgun Gothic" w:hAnsi="Malgun Gothic" w:eastAsia="Malgun Gothic"/>
                <w:b w:val="0"/>
                <w:sz w:val="14"/>
              </w:rPr>
              <w:t>0.6788001867941188</w:t>
            </w:r>
          </w:p>
        </w:tc>
        <w:tc>
          <w:tcPr>
            <w:tcW w:type="dxa" w:w="519"/>
            <w:vAlign w:val="center"/>
          </w:tcPr>
          <w:p>
            <w:r/>
            <w:r>
              <w:rPr>
                <w:rFonts w:ascii="Malgun Gothic" w:hAnsi="Malgun Gothic" w:eastAsia="Malgun Gothic"/>
                <w:b w:val="0"/>
                <w:sz w:val="14"/>
              </w:rPr>
              <w:t>0.5967065707477909</w:t>
            </w:r>
          </w:p>
        </w:tc>
        <w:tc>
          <w:tcPr>
            <w:tcW w:type="dxa" w:w="519"/>
            <w:vAlign w:val="center"/>
          </w:tcPr>
          <w:p>
            <w:r/>
            <w:r>
              <w:rPr>
                <w:rFonts w:ascii="Malgun Gothic" w:hAnsi="Malgun Gothic" w:eastAsia="Malgun Gothic"/>
                <w:b w:val="0"/>
                <w:sz w:val="14"/>
              </w:rPr>
              <w:t>-0.3277330433191947</w:t>
            </w:r>
          </w:p>
        </w:tc>
        <w:tc>
          <w:tcPr>
            <w:tcW w:type="dxa" w:w="519"/>
            <w:vAlign w:val="center"/>
          </w:tcPr>
          <w:p>
            <w:r/>
            <w:r>
              <w:rPr>
                <w:rFonts w:ascii="Malgun Gothic" w:hAnsi="Malgun Gothic" w:eastAsia="Malgun Gothic"/>
                <w:b w:val="0"/>
                <w:sz w:val="14"/>
              </w:rPr>
              <w:t>0.22997492022986354</w:t>
            </w:r>
          </w:p>
        </w:tc>
        <w:tc>
          <w:tcPr>
            <w:tcW w:type="dxa" w:w="519"/>
            <w:vAlign w:val="center"/>
          </w:tcPr>
          <w:p>
            <w:r/>
            <w:r>
              <w:rPr>
                <w:rFonts w:ascii="Malgun Gothic" w:hAnsi="Malgun Gothic" w:eastAsia="Malgun Gothic"/>
                <w:b w:val="0"/>
                <w:sz w:val="14"/>
              </w:rPr>
              <w:t>0.43405968940106837</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-0.1226228752223722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0.1463118344545364</w:t>
            </w:r>
          </w:p>
        </w:tc>
        <w:tc>
          <w:tcPr>
            <w:tcW w:type="dxa" w:w="519"/>
            <w:vAlign w:val="center"/>
          </w:tcPr>
          <w:p>
            <w:r/>
            <w:r>
              <w:rPr>
                <w:rFonts w:ascii="Malgun Gothic" w:hAnsi="Malgun Gothic" w:eastAsia="Malgun Gothic"/>
                <w:b w:val="0"/>
                <w:sz w:val="14"/>
              </w:rPr>
              <w:t>229.41307026841184</w:t>
            </w:r>
          </w:p>
        </w:tc>
        <w:tc>
          <w:tcPr>
            <w:tcW w:type="dxa" w:w="519"/>
            <w:vAlign w:val="center"/>
          </w:tcPr>
          <w:p>
            <w:r/>
            <w:r>
              <w:rPr>
                <w:rFonts w:ascii="Malgun Gothic" w:hAnsi="Malgun Gothic" w:eastAsia="Malgun Gothic"/>
                <w:b w:val="0"/>
                <w:sz w:val="14"/>
              </w:rPr>
              <w:t>51.36268343815513</w:t>
            </w:r>
          </w:p>
        </w:tc>
        <w:tc>
          <w:tcPr>
            <w:tcW w:type="dxa" w:w="519"/>
            <w:vAlign w:val="center"/>
          </w:tcPr>
          <w:p>
            <w:r/>
            <w:r>
              <w:rPr>
                <w:rFonts w:ascii="Malgun Gothic" w:hAnsi="Malgun Gothic" w:eastAsia="Malgun Gothic"/>
                <w:b w:val="0"/>
                <w:sz w:val="14"/>
              </w:rPr>
              <w:t>57.24</w:t>
            </w:r>
          </w:p>
        </w:tc>
        <w:tc>
          <w:tcPr>
            <w:tcW w:type="dxa" w:w="519"/>
            <w:vAlign w:val="center"/>
          </w:tcPr>
          <w:p>
            <w:r/>
            <w:r>
              <w:rPr>
                <w:rFonts w:ascii="Malgun Gothic" w:hAnsi="Malgun Gothic" w:eastAsia="Malgun Gothic"/>
                <w:b w:val="0"/>
                <w:sz w:val="14"/>
              </w:rPr>
              <w:t>2.681641809174202</w:t>
            </w:r>
          </w:p>
        </w:tc>
        <w:tc>
          <w:tcPr>
            <w:tcW w:type="dxa" w:w="519"/>
            <w:vAlign w:val="center"/>
          </w:tcPr>
          <w:p>
            <w:r/>
            <w:r>
              <w:rPr>
                <w:rFonts w:ascii="Malgun Gothic" w:hAnsi="Malgun Gothic" w:eastAsia="Malgun Gothic"/>
                <w:b w:val="0"/>
                <w:sz w:val="14"/>
              </w:rPr>
              <w:t>-0.015226763795700088</w:t>
            </w:r>
          </w:p>
        </w:tc>
        <w:tc>
          <w:tcPr>
            <w:tcW w:type="dxa" w:w="519"/>
            <w:vAlign w:val="center"/>
          </w:tcPr>
          <w:p>
            <w:r/>
            <w:r>
              <w:rPr>
                <w:rFonts w:ascii="Malgun Gothic" w:hAnsi="Malgun Gothic" w:eastAsia="Malgun Gothic"/>
                <w:b w:val="0"/>
                <w:sz w:val="14"/>
              </w:rPr>
              <w:t>-1.6175098737937825</w:t>
            </w:r>
          </w:p>
        </w:tc>
        <w:tc>
          <w:tcPr>
            <w:tcW w:type="dxa" w:w="519"/>
            <w:vAlign w:val="center"/>
          </w:tcPr>
          <w:p>
            <w:r/>
            <w:r>
              <w:rPr>
                <w:rFonts w:ascii="Malgun Gothic" w:hAnsi="Malgun Gothic" w:eastAsia="Malgun Gothic"/>
                <w:b w:val="0"/>
                <w:sz w:val="14"/>
              </w:rPr>
              <w:t>-0.5256410298491199</w:t>
            </w:r>
          </w:p>
        </w:tc>
        <w:tc>
          <w:tcPr>
            <w:tcW w:type="dxa" w:w="519"/>
            <w:vAlign w:val="center"/>
          </w:tcPr>
          <w:p>
            <w:r/>
            <w:r>
              <w:rPr>
                <w:rFonts w:ascii="Malgun Gothic" w:hAnsi="Malgun Gothic" w:eastAsia="Malgun Gothic"/>
                <w:b w:val="0"/>
                <w:sz w:val="14"/>
              </w:rPr>
              <w:t>0.1308160354338998</w:t>
            </w:r>
          </w:p>
        </w:tc>
        <w:tc>
          <w:tcPr>
            <w:tcW w:type="dxa" w:w="519"/>
            <w:vAlign w:val="center"/>
          </w:tcPr>
          <w:p>
            <w:r/>
            <w:r>
              <w:rPr>
                <w:rFonts w:ascii="Malgun Gothic" w:hAnsi="Malgun Gothic" w:eastAsia="Malgun Gothic"/>
                <w:b w:val="0"/>
                <w:sz w:val="14"/>
              </w:rPr>
              <w:t>0.4116882292797108</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-0.16816974503080284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0.0526598244905471</w:t>
            </w:r>
          </w:p>
        </w:tc>
        <w:tc>
          <w:tcPr>
            <w:tcW w:type="dxa" w:w="519"/>
            <w:vAlign w:val="center"/>
          </w:tcPr>
          <w:p>
            <w:r/>
            <w:r>
              <w:rPr>
                <w:rFonts w:ascii="Malgun Gothic" w:hAnsi="Malgun Gothic" w:eastAsia="Malgun Gothic"/>
                <w:b w:val="0"/>
                <w:sz w:val="14"/>
              </w:rPr>
              <w:t>183.5408464937546</w:t>
            </w:r>
          </w:p>
        </w:tc>
        <w:tc>
          <w:tcPr>
            <w:tcW w:type="dxa" w:w="519"/>
            <w:vAlign w:val="center"/>
          </w:tcPr>
          <w:p>
            <w:r/>
            <w:r>
              <w:rPr>
                <w:rFonts w:ascii="Malgun Gothic" w:hAnsi="Malgun Gothic" w:eastAsia="Malgun Gothic"/>
                <w:b w:val="0"/>
                <w:sz w:val="14"/>
              </w:rPr>
              <w:t>78.69658776513987</w:t>
            </w:r>
          </w:p>
        </w:tc>
        <w:tc>
          <w:tcPr>
            <w:tcW w:type="dxa" w:w="519"/>
            <w:vAlign w:val="center"/>
          </w:tcPr>
          <w:p>
            <w:r/>
            <w:r>
              <w:rPr>
                <w:rFonts w:ascii="Malgun Gothic" w:hAnsi="Malgun Gothic" w:eastAsia="Malgun Gothic"/>
                <w:b w:val="0"/>
                <w:sz w:val="14"/>
              </w:rPr>
              <w:t>195.18</w:t>
            </w:r>
          </w:p>
        </w:tc>
        <w:tc>
          <w:tcPr>
            <w:tcW w:type="dxa" w:w="519"/>
            <w:vAlign w:val="center"/>
          </w:tcPr>
          <w:p>
            <w:r/>
            <w:r>
              <w:rPr>
                <w:rFonts w:ascii="Malgun Gothic" w:hAnsi="Malgun Gothic" w:eastAsia="Malgun Gothic"/>
                <w:b w:val="0"/>
                <w:sz w:val="14"/>
              </w:rPr>
              <w:t>-0.5238428767697084</w:t>
            </w:r>
          </w:p>
        </w:tc>
        <w:tc>
          <w:tcPr>
            <w:tcW w:type="dxa" w:w="519"/>
            <w:vAlign w:val="center"/>
          </w:tcPr>
          <w:p>
            <w:r/>
            <w:r>
              <w:rPr>
                <w:rFonts w:ascii="Malgun Gothic" w:hAnsi="Malgun Gothic" w:eastAsia="Malgun Gothic"/>
                <w:b w:val="0"/>
                <w:sz w:val="14"/>
              </w:rPr>
              <w:t>-1.6619198804485729</w:t>
            </w:r>
          </w:p>
        </w:tc>
        <w:tc>
          <w:tcPr>
            <w:tcW w:type="dxa" w:w="519"/>
            <w:vAlign w:val="center"/>
          </w:tcPr>
          <w:p>
            <w:r/>
            <w:r>
              <w:rPr>
                <w:rFonts w:ascii="Malgun Gothic" w:hAnsi="Malgun Gothic" w:eastAsia="Malgun Gothic"/>
                <w:b w:val="0"/>
                <w:sz w:val="14"/>
              </w:rPr>
              <w:t>-0.209850473037175</w:t>
            </w:r>
          </w:p>
        </w:tc>
        <w:tc>
          <w:tcPr>
            <w:tcW w:type="dxa" w:w="519"/>
            <w:vAlign w:val="center"/>
          </w:tcPr>
          <w:p>
            <w:r/>
            <w:r>
              <w:rPr>
                <w:rFonts w:ascii="Malgun Gothic" w:hAnsi="Malgun Gothic" w:eastAsia="Malgun Gothic"/>
                <w:b w:val="0"/>
                <w:sz w:val="14"/>
              </w:rPr>
              <w:t>0.2846714564060857</w:t>
            </w:r>
          </w:p>
        </w:tc>
        <w:tc>
          <w:tcPr>
            <w:tcW w:type="dxa" w:w="519"/>
            <w:vAlign w:val="center"/>
          </w:tcPr>
          <w:p>
            <w:r/>
            <w:r>
              <w:rPr>
                <w:rFonts w:ascii="Malgun Gothic" w:hAnsi="Malgun Gothic" w:eastAsia="Malgun Gothic"/>
                <w:b w:val="0"/>
                <w:sz w:val="14"/>
              </w:rPr>
              <w:t>-0.5277354434623427</w:t>
            </w:r>
          </w:p>
        </w:tc>
        <w:tc>
          <w:tcPr>
            <w:tcW w:type="dxa" w:w="519"/>
            <w:vAlign w:val="center"/>
          </w:tcPr>
          <w:p>
            <w:r/>
            <w:r>
              <w:rPr>
                <w:rFonts w:ascii="Malgun Gothic" w:hAnsi="Malgun Gothic" w:eastAsia="Malgun Gothic"/>
                <w:b w:val="0"/>
                <w:sz w:val="14"/>
              </w:rPr>
              <w:t>0.26311094164377696</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-0.18791790551769744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0.053933672606945</w:t>
            </w:r>
          </w:p>
        </w:tc>
        <w:tc>
          <w:tcPr>
            <w:tcW w:type="dxa" w:w="519"/>
            <w:vAlign w:val="center"/>
          </w:tcPr>
          <w:p>
            <w:r/>
            <w:r>
              <w:rPr>
                <w:rFonts w:ascii="Malgun Gothic" w:hAnsi="Malgun Gothic" w:eastAsia="Malgun Gothic"/>
                <w:b w:val="0"/>
                <w:sz w:val="14"/>
              </w:rPr>
              <w:t>278.85837358392706</w:t>
            </w:r>
          </w:p>
        </w:tc>
        <w:tc>
          <w:tcPr>
            <w:tcW w:type="dxa" w:w="519"/>
            <w:vAlign w:val="center"/>
          </w:tcPr>
          <w:p>
            <w:r/>
            <w:r>
              <w:rPr>
                <w:rFonts w:ascii="Malgun Gothic" w:hAnsi="Malgun Gothic" w:eastAsia="Malgun Gothic"/>
                <w:b w:val="0"/>
                <w:sz w:val="14"/>
              </w:rPr>
              <w:t>87.91208791208791</w:t>
            </w:r>
          </w:p>
        </w:tc>
        <w:tc>
          <w:tcPr>
            <w:tcW w:type="dxa" w:w="519"/>
            <w:vAlign w:val="center"/>
          </w:tcPr>
          <w:p>
            <w:r/>
            <w:r>
              <w:rPr>
                <w:rFonts w:ascii="Malgun Gothic" w:hAnsi="Malgun Gothic" w:eastAsia="Malgun Gothic"/>
                <w:b w:val="0"/>
                <w:sz w:val="14"/>
              </w:rPr>
              <w:t>24.57</w:t>
            </w:r>
          </w:p>
        </w:tc>
        <w:tc>
          <w:tcPr>
            <w:tcW w:type="dxa" w:w="519"/>
            <w:vAlign w:val="center"/>
          </w:tcPr>
          <w:p>
            <w:r/>
            <w:r>
              <w:rPr>
                <w:rFonts w:ascii="Malgun Gothic" w:hAnsi="Malgun Gothic" w:eastAsia="Malgun Gothic"/>
                <w:b w:val="0"/>
                <w:sz w:val="14"/>
              </w:rPr>
              <w:t>-0.4802420973427418</w:t>
            </w:r>
          </w:p>
        </w:tc>
        <w:tc>
          <w:tcPr>
            <w:tcW w:type="dxa" w:w="519"/>
            <w:vAlign w:val="center"/>
          </w:tcPr>
          <w:p>
            <w:r/>
            <w:r>
              <w:rPr>
                <w:rFonts w:ascii="Malgun Gothic" w:hAnsi="Malgun Gothic" w:eastAsia="Malgun Gothic"/>
                <w:b w:val="0"/>
                <w:sz w:val="14"/>
              </w:rPr>
              <w:t>1.7597305833877754</w:t>
            </w:r>
          </w:p>
        </w:tc>
        <w:tc>
          <w:tcPr>
            <w:tcW w:type="dxa" w:w="519"/>
            <w:vAlign w:val="center"/>
          </w:tcPr>
          <w:p>
            <w:r/>
            <w:r>
              <w:rPr>
                <w:rFonts w:ascii="Malgun Gothic" w:hAnsi="Malgun Gothic" w:eastAsia="Malgun Gothic"/>
                <w:b w:val="0"/>
                <w:sz w:val="14"/>
              </w:rPr>
              <w:t>0.26473542070646916</w:t>
            </w:r>
          </w:p>
        </w:tc>
        <w:tc>
          <w:tcPr>
            <w:tcW w:type="dxa" w:w="519"/>
            <w:vAlign w:val="center"/>
          </w:tcPr>
          <w:p>
            <w:r/>
            <w:r>
              <w:rPr>
                <w:rFonts w:ascii="Malgun Gothic" w:hAnsi="Malgun Gothic" w:eastAsia="Malgun Gothic"/>
                <w:b w:val="0"/>
                <w:sz w:val="14"/>
              </w:rPr>
              <w:t>-0.7175571450148265</w:t>
            </w:r>
          </w:p>
        </w:tc>
        <w:tc>
          <w:tcPr>
            <w:tcW w:type="dxa" w:w="519"/>
            <w:vAlign w:val="center"/>
          </w:tcPr>
          <w:p>
            <w:r/>
            <w:r>
              <w:rPr>
                <w:rFonts w:ascii="Malgun Gothic" w:hAnsi="Malgun Gothic" w:eastAsia="Malgun Gothic"/>
                <w:b w:val="0"/>
                <w:sz w:val="14"/>
              </w:rPr>
              <w:t>0.2066666904341691</w:t>
            </w:r>
          </w:p>
        </w:tc>
        <w:tc>
          <w:tcPr>
            <w:tcW w:type="dxa" w:w="519"/>
            <w:vAlign w:val="center"/>
          </w:tcPr>
          <w:p>
            <w:r/>
            <w:r>
              <w:rPr>
                <w:rFonts w:ascii="Malgun Gothic" w:hAnsi="Malgun Gothic" w:eastAsia="Malgun Gothic"/>
                <w:b w:val="0"/>
                <w:sz w:val="14"/>
              </w:rPr>
              <w:t>0.4288010669947478</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-0.13655819819906495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0.0630923733115196</w:t>
            </w:r>
          </w:p>
        </w:tc>
        <w:tc>
          <w:tcPr>
            <w:tcW w:type="dxa" w:w="519"/>
            <w:vAlign w:val="center"/>
          </w:tcPr>
          <w:p>
            <w:r/>
            <w:r>
              <w:rPr>
                <w:rFonts w:ascii="Malgun Gothic" w:hAnsi="Malgun Gothic" w:eastAsia="Malgun Gothic"/>
                <w:b w:val="0"/>
                <w:sz w:val="14"/>
              </w:rPr>
              <w:t>223.2374862425497</w:t>
            </w:r>
          </w:p>
        </w:tc>
        <w:tc>
          <w:tcPr>
            <w:tcW w:type="dxa" w:w="519"/>
            <w:vAlign w:val="center"/>
          </w:tcPr>
          <w:p>
            <w:r/>
            <w:r>
              <w:rPr>
                <w:rFonts w:ascii="Malgun Gothic" w:hAnsi="Malgun Gothic" w:eastAsia="Malgun Gothic"/>
                <w:b w:val="0"/>
                <w:sz w:val="14"/>
              </w:rPr>
              <w:t>93.12890403180012</w:t>
            </w:r>
          </w:p>
        </w:tc>
        <w:tc>
          <w:tcPr>
            <w:tcW w:type="dxa" w:w="519"/>
            <w:vAlign w:val="center"/>
          </w:tcPr>
          <w:p>
            <w:r/>
            <w:r>
              <w:rPr>
                <w:rFonts w:ascii="Malgun Gothic" w:hAnsi="Malgun Gothic" w:eastAsia="Malgun Gothic"/>
                <w:b w:val="0"/>
                <w:sz w:val="14"/>
              </w:rPr>
              <w:t>52.83</w:t>
            </w:r>
          </w:p>
        </w:tc>
        <w:tc>
          <w:tcPr>
            <w:tcW w:type="dxa" w:w="519"/>
            <w:vAlign w:val="center"/>
          </w:tcPr>
          <w:p>
            <w:r/>
            <w:r>
              <w:rPr>
                <w:rFonts w:ascii="Malgun Gothic" w:hAnsi="Malgun Gothic" w:eastAsia="Malgun Gothic"/>
                <w:b w:val="0"/>
                <w:sz w:val="14"/>
              </w:rPr>
              <w:t>-0.16676164067185772</w:t>
            </w:r>
          </w:p>
        </w:tc>
        <w:tc>
          <w:tcPr>
            <w:tcW w:type="dxa" w:w="519"/>
            <w:vAlign w:val="center"/>
          </w:tcPr>
          <w:p>
            <w:r/>
            <w:r>
              <w:rPr>
                <w:rFonts w:ascii="Malgun Gothic" w:hAnsi="Malgun Gothic" w:eastAsia="Malgun Gothic"/>
                <w:b w:val="0"/>
                <w:sz w:val="14"/>
              </w:rPr>
              <w:t>-0.23691411334854232</w:t>
            </w:r>
          </w:p>
        </w:tc>
        <w:tc>
          <w:tcPr>
            <w:tcW w:type="dxa" w:w="519"/>
            <w:vAlign w:val="center"/>
          </w:tcPr>
          <w:p>
            <w:r/>
            <w:r>
              <w:rPr>
                <w:rFonts w:ascii="Malgun Gothic" w:hAnsi="Malgun Gothic" w:eastAsia="Malgun Gothic"/>
                <w:b w:val="0"/>
                <w:sz w:val="14"/>
              </w:rPr>
              <w:t>0.5333944518161157</w:t>
            </w:r>
          </w:p>
        </w:tc>
        <w:tc>
          <w:tcPr>
            <w:tcW w:type="dxa" w:w="519"/>
            <w:vAlign w:val="center"/>
          </w:tcPr>
          <w:p>
            <w:r/>
            <w:r>
              <w:rPr>
                <w:rFonts w:ascii="Malgun Gothic" w:hAnsi="Malgun Gothic" w:eastAsia="Malgun Gothic"/>
                <w:b w:val="0"/>
                <w:sz w:val="14"/>
              </w:rPr>
              <w:t>-0.5515470619238296</w:t>
            </w:r>
          </w:p>
        </w:tc>
        <w:tc>
          <w:tcPr>
            <w:tcW w:type="dxa" w:w="519"/>
            <w:vAlign w:val="center"/>
          </w:tcPr>
          <w:p>
            <w:r/>
            <w:r>
              <w:rPr>
                <w:rFonts w:ascii="Malgun Gothic" w:hAnsi="Malgun Gothic" w:eastAsia="Malgun Gothic"/>
                <w:b w:val="0"/>
                <w:sz w:val="14"/>
              </w:rPr>
              <w:t>-0.1054570910320285</w:t>
            </w:r>
          </w:p>
        </w:tc>
        <w:tc>
          <w:tcPr>
            <w:tcW w:type="dxa" w:w="519"/>
            <w:vAlign w:val="center"/>
          </w:tcPr>
          <w:p>
            <w:r/>
            <w:r>
              <w:rPr>
                <w:rFonts w:ascii="Malgun Gothic" w:hAnsi="Malgun Gothic" w:eastAsia="Malgun Gothic"/>
                <w:b w:val="0"/>
                <w:sz w:val="14"/>
              </w:rPr>
              <w:t>0.35838211518456575</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-0.1783672858417943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0.0623011589050293</w:t>
            </w:r>
          </w:p>
        </w:tc>
        <w:tc>
          <w:tcPr>
            <w:tcW w:type="dxa" w:w="519"/>
            <w:vAlign w:val="center"/>
          </w:tcPr>
          <w:p>
            <w:r/>
            <w:r>
              <w:rPr>
                <w:rFonts w:ascii="Malgun Gothic" w:hAnsi="Malgun Gothic" w:eastAsia="Malgun Gothic"/>
                <w:b w:val="0"/>
                <w:sz w:val="14"/>
              </w:rPr>
              <w:t>253.2706965866162</w:t>
            </w:r>
          </w:p>
        </w:tc>
        <w:tc>
          <w:tcPr>
            <w:tcW w:type="dxa" w:w="519"/>
            <w:vAlign w:val="center"/>
          </w:tcPr>
          <w:p>
            <w:r/>
            <w:r>
              <w:rPr>
                <w:rFonts w:ascii="Malgun Gothic" w:hAnsi="Malgun Gothic" w:eastAsia="Malgun Gothic"/>
                <w:b w:val="0"/>
                <w:sz w:val="14"/>
              </w:rPr>
              <w:t>102.36220472440944</w:t>
            </w:r>
          </w:p>
        </w:tc>
        <w:tc>
          <w:tcPr>
            <w:tcW w:type="dxa" w:w="519"/>
            <w:vAlign w:val="center"/>
          </w:tcPr>
          <w:p>
            <w:r/>
            <w:r>
              <w:rPr>
                <w:rFonts w:ascii="Malgun Gothic" w:hAnsi="Malgun Gothic" w:eastAsia="Malgun Gothic"/>
                <w:b w:val="0"/>
                <w:sz w:val="14"/>
              </w:rPr>
              <w:t>68.58</w:t>
            </w:r>
          </w:p>
        </w:tc>
        <w:tc>
          <w:tcPr>
            <w:tcW w:type="dxa" w:w="519"/>
            <w:vAlign w:val="center"/>
          </w:tcPr>
          <w:p>
            <w:r/>
            <w:r>
              <w:rPr>
                <w:rFonts w:ascii="Malgun Gothic" w:hAnsi="Malgun Gothic" w:eastAsia="Malgun Gothic"/>
                <w:b w:val="0"/>
                <w:sz w:val="14"/>
              </w:rPr>
              <w:t>-0.19384302060463302</w:t>
            </w:r>
          </w:p>
        </w:tc>
        <w:tc>
          <w:tcPr>
            <w:tcW w:type="dxa" w:w="519"/>
            <w:vAlign w:val="center"/>
          </w:tcPr>
          <w:p>
            <w:r/>
            <w:r>
              <w:rPr>
                <w:rFonts w:ascii="Malgun Gothic" w:hAnsi="Malgun Gothic" w:eastAsia="Malgun Gothic"/>
                <w:b w:val="0"/>
                <w:sz w:val="14"/>
              </w:rPr>
              <w:t>0.841199757640301</w:t>
            </w:r>
          </w:p>
        </w:tc>
        <w:tc>
          <w:tcPr>
            <w:tcW w:type="dxa" w:w="519"/>
            <w:vAlign w:val="center"/>
          </w:tcPr>
          <w:p>
            <w:r/>
            <w:r>
              <w:rPr>
                <w:rFonts w:ascii="Malgun Gothic" w:hAnsi="Malgun Gothic" w:eastAsia="Malgun Gothic"/>
                <w:b w:val="0"/>
                <w:sz w:val="14"/>
              </w:rPr>
              <w:t>1.0088970497795062</w:t>
            </w:r>
          </w:p>
        </w:tc>
        <w:tc>
          <w:tcPr>
            <w:tcW w:type="dxa" w:w="519"/>
            <w:vAlign w:val="center"/>
          </w:tcPr>
          <w:p>
            <w:r/>
            <w:r>
              <w:rPr>
                <w:rFonts w:ascii="Malgun Gothic" w:hAnsi="Malgun Gothic" w:eastAsia="Malgun Gothic"/>
                <w:b w:val="0"/>
                <w:sz w:val="14"/>
              </w:rPr>
              <w:t>-0.45902551879986636</w:t>
            </w:r>
          </w:p>
        </w:tc>
        <w:tc>
          <w:tcPr>
            <w:tcW w:type="dxa" w:w="519"/>
            <w:vAlign w:val="center"/>
          </w:tcPr>
          <w:p>
            <w:r/>
            <w:r>
              <w:rPr>
                <w:rFonts w:ascii="Malgun Gothic" w:hAnsi="Malgun Gothic" w:eastAsia="Malgun Gothic"/>
                <w:b w:val="0"/>
                <w:sz w:val="14"/>
              </w:rPr>
              <w:t>0.299307067003827</w:t>
            </w:r>
          </w:p>
        </w:tc>
        <w:tc>
          <w:tcPr>
            <w:tcW w:type="dxa" w:w="519"/>
            <w:vAlign w:val="center"/>
          </w:tcPr>
          <w:p>
            <w:r/>
            <w:r>
              <w:rPr>
                <w:rFonts w:ascii="Malgun Gothic" w:hAnsi="Malgun Gothic" w:eastAsia="Malgun Gothic"/>
                <w:b w:val="0"/>
                <w:sz w:val="14"/>
              </w:rPr>
              <w:t>0.4497018717417976</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-0.11961858787901086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0.0901525691151619</w:t>
            </w:r>
          </w:p>
        </w:tc>
        <w:tc>
          <w:tcPr>
            <w:tcW w:type="dxa" w:w="519"/>
            <w:vAlign w:val="center"/>
          </w:tcPr>
          <w:p>
            <w:r/>
            <w:r>
              <w:rPr>
                <w:rFonts w:ascii="Malgun Gothic" w:hAnsi="Malgun Gothic" w:eastAsia="Malgun Gothic"/>
                <w:b w:val="0"/>
                <w:sz w:val="14"/>
              </w:rPr>
              <w:t>262.4477490768097</w:t>
            </w:r>
          </w:p>
        </w:tc>
        <w:tc>
          <w:tcPr>
            <w:tcW w:type="dxa" w:w="519"/>
            <w:vAlign w:val="center"/>
          </w:tcPr>
          <w:p>
            <w:r/>
            <w:r>
              <w:rPr>
                <w:rFonts w:ascii="Malgun Gothic" w:hAnsi="Malgun Gothic" w:eastAsia="Malgun Gothic"/>
                <w:b w:val="0"/>
                <w:sz w:val="14"/>
              </w:rPr>
              <w:t>97.83989834815756</w:t>
            </w:r>
          </w:p>
        </w:tc>
        <w:tc>
          <w:tcPr>
            <w:tcW w:type="dxa" w:w="519"/>
            <w:vAlign w:val="center"/>
          </w:tcPr>
          <w:p>
            <w:r/>
            <w:r>
              <w:rPr>
                <w:rFonts w:ascii="Malgun Gothic" w:hAnsi="Malgun Gothic" w:eastAsia="Malgun Gothic"/>
                <w:b w:val="0"/>
                <w:sz w:val="14"/>
              </w:rPr>
              <w:t>47.22</w:t>
            </w:r>
          </w:p>
        </w:tc>
        <w:tc>
          <w:tcPr>
            <w:tcW w:type="dxa" w:w="519"/>
            <w:vAlign w:val="center"/>
          </w:tcPr>
          <w:p>
            <w:r/>
            <w:r>
              <w:rPr>
                <w:rFonts w:ascii="Malgun Gothic" w:hAnsi="Malgun Gothic" w:eastAsia="Malgun Gothic"/>
                <w:b w:val="0"/>
                <w:sz w:val="14"/>
              </w:rPr>
              <w:t>0.7594442494160578</w:t>
            </w:r>
          </w:p>
        </w:tc>
        <w:tc>
          <w:tcPr>
            <w:tcW w:type="dxa" w:w="519"/>
            <w:vAlign w:val="center"/>
          </w:tcPr>
          <w:p>
            <w:r/>
            <w:r>
              <w:rPr>
                <w:rFonts w:ascii="Malgun Gothic" w:hAnsi="Malgun Gothic" w:eastAsia="Malgun Gothic"/>
                <w:b w:val="0"/>
                <w:sz w:val="14"/>
              </w:rPr>
              <w:t>1.1706319918611432</w:t>
            </w:r>
          </w:p>
        </w:tc>
        <w:tc>
          <w:tcPr>
            <w:tcW w:type="dxa" w:w="519"/>
            <w:vAlign w:val="center"/>
          </w:tcPr>
          <w:p>
            <w:r/>
            <w:r>
              <w:rPr>
                <w:rFonts w:ascii="Malgun Gothic" w:hAnsi="Malgun Gothic" w:eastAsia="Malgun Gothic"/>
                <w:b w:val="0"/>
                <w:sz w:val="14"/>
              </w:rPr>
              <w:t>0.7760043386804938</w:t>
            </w:r>
          </w:p>
        </w:tc>
        <w:tc>
          <w:tcPr>
            <w:tcW w:type="dxa" w:w="519"/>
            <w:vAlign w:val="center"/>
          </w:tcPr>
          <w:p>
            <w:r/>
            <w:r>
              <w:rPr>
                <w:rFonts w:ascii="Malgun Gothic" w:hAnsi="Malgun Gothic" w:eastAsia="Malgun Gothic"/>
                <w:b w:val="0"/>
                <w:sz w:val="14"/>
              </w:rPr>
              <w:t>-0.5845023544270317</w:t>
            </w:r>
          </w:p>
        </w:tc>
        <w:tc>
          <w:tcPr>
            <w:tcW w:type="dxa" w:w="519"/>
            <w:vAlign w:val="center"/>
          </w:tcPr>
          <w:p>
            <w:r/>
            <w:r>
              <w:rPr>
                <w:rFonts w:ascii="Malgun Gothic" w:hAnsi="Malgun Gothic" w:eastAsia="Malgun Gothic"/>
                <w:b w:val="0"/>
                <w:sz w:val="14"/>
              </w:rPr>
              <w:t>0.5303945563826657</w:t>
            </w:r>
          </w:p>
        </w:tc>
        <w:tc>
          <w:tcPr>
            <w:tcW w:type="dxa" w:w="519"/>
            <w:vAlign w:val="center"/>
          </w:tcPr>
          <w:p>
            <w:r/>
            <w:r>
              <w:rPr>
                <w:rFonts w:ascii="Malgun Gothic" w:hAnsi="Malgun Gothic" w:eastAsia="Malgun Gothic"/>
                <w:b w:val="0"/>
                <w:sz w:val="14"/>
              </w:rPr>
              <w:t>0.5018380425329577</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-0.10439786178423316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0.0859183967113494</w:t>
            </w:r>
          </w:p>
        </w:tc>
        <w:tc>
          <w:tcPr>
            <w:tcW w:type="dxa" w:w="519"/>
            <w:vAlign w:val="center"/>
          </w:tcPr>
          <w:p>
            <w:r/>
            <w:r>
              <w:rPr>
                <w:rFonts w:ascii="Malgun Gothic" w:hAnsi="Malgun Gothic" w:eastAsia="Malgun Gothic"/>
                <w:b w:val="0"/>
                <w:sz w:val="14"/>
              </w:rPr>
              <w:t>260.72312553903083</w:t>
            </w:r>
          </w:p>
        </w:tc>
        <w:tc>
          <w:tcPr>
            <w:tcW w:type="dxa" w:w="519"/>
            <w:vAlign w:val="center"/>
          </w:tcPr>
          <w:p>
            <w:r/>
            <w:r>
              <w:rPr>
                <w:rFonts w:ascii="Malgun Gothic" w:hAnsi="Malgun Gothic" w:eastAsia="Malgun Gothic"/>
                <w:b w:val="0"/>
                <w:sz w:val="14"/>
              </w:rPr>
              <w:t>89.69633140249253</w:t>
            </w:r>
          </w:p>
        </w:tc>
        <w:tc>
          <w:tcPr>
            <w:tcW w:type="dxa" w:w="519"/>
            <w:vAlign w:val="center"/>
          </w:tcPr>
          <w:p>
            <w:r/>
            <w:r>
              <w:rPr>
                <w:rFonts w:ascii="Malgun Gothic" w:hAnsi="Malgun Gothic" w:eastAsia="Malgun Gothic"/>
                <w:b w:val="0"/>
                <w:sz w:val="14"/>
              </w:rPr>
              <w:t>341.82</w:t>
            </w:r>
          </w:p>
        </w:tc>
        <w:tc>
          <w:tcPr>
            <w:tcW w:type="dxa" w:w="519"/>
            <w:vAlign w:val="center"/>
          </w:tcPr>
          <w:p>
            <w:r/>
            <w:r>
              <w:rPr>
                <w:rFonts w:ascii="Malgun Gothic" w:hAnsi="Malgun Gothic" w:eastAsia="Malgun Gothic"/>
                <w:b w:val="0"/>
                <w:sz w:val="14"/>
              </w:rPr>
              <w:t>0.6145186380673411</w:t>
            </w:r>
          </w:p>
        </w:tc>
        <w:tc>
          <w:tcPr>
            <w:tcW w:type="dxa" w:w="519"/>
            <w:vAlign w:val="center"/>
          </w:tcPr>
          <w:p>
            <w:r/>
            <w:r>
              <w:rPr>
                <w:rFonts w:ascii="Malgun Gothic" w:hAnsi="Malgun Gothic" w:eastAsia="Malgun Gothic"/>
                <w:b w:val="0"/>
                <w:sz w:val="14"/>
              </w:rPr>
              <w:t>1.108722507759634</w:t>
            </w:r>
          </w:p>
        </w:tc>
        <w:tc>
          <w:tcPr>
            <w:tcW w:type="dxa" w:w="519"/>
            <w:vAlign w:val="center"/>
          </w:tcPr>
          <w:p>
            <w:r/>
            <w:r>
              <w:rPr>
                <w:rFonts w:ascii="Malgun Gothic" w:hAnsi="Malgun Gothic" w:eastAsia="Malgun Gothic"/>
                <w:b w:val="0"/>
                <w:sz w:val="14"/>
              </w:rPr>
              <w:t>0.3566215666613784</w:t>
            </w:r>
          </w:p>
        </w:tc>
        <w:tc>
          <w:tcPr>
            <w:tcW w:type="dxa" w:w="519"/>
            <w:vAlign w:val="center"/>
          </w:tcPr>
          <w:p>
            <w:r/>
            <w:r>
              <w:rPr>
                <w:rFonts w:ascii="Malgun Gothic" w:hAnsi="Malgun Gothic" w:eastAsia="Malgun Gothic"/>
                <w:b w:val="0"/>
                <w:sz w:val="14"/>
              </w:rPr>
              <w:t>1.1460910807678613</w:t>
            </w:r>
          </w:p>
        </w:tc>
        <w:tc>
          <w:tcPr>
            <w:tcW w:type="dxa" w:w="519"/>
            <w:vAlign w:val="center"/>
          </w:tcPr>
          <w:p>
            <w:r/>
            <w:r>
              <w:rPr>
                <w:rFonts w:ascii="Malgun Gothic" w:hAnsi="Malgun Gothic" w:eastAsia="Malgun Gothic"/>
                <w:b w:val="0"/>
                <w:sz w:val="14"/>
              </w:rPr>
              <w:t>0.8064884483140538</w:t>
            </w:r>
          </w:p>
        </w:tc>
        <w:tc>
          <w:tcPr>
            <w:tcW w:type="dxa" w:w="519"/>
            <w:vAlign w:val="center"/>
          </w:tcPr>
          <w:p>
            <w:r/>
            <w:r>
              <w:rPr>
                <w:rFonts w:ascii="Malgun Gothic" w:hAnsi="Malgun Gothic" w:eastAsia="Malgun Gothic"/>
                <w:b w:val="0"/>
                <w:sz w:val="14"/>
              </w:rPr>
              <w:t>0.5641282095291165</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0.0225899118423879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0.0481829233467578</w:t>
            </w:r>
          </w:p>
        </w:tc>
        <w:tc>
          <w:tcPr>
            <w:tcW w:type="dxa" w:w="519"/>
            <w:vAlign w:val="center"/>
          </w:tcPr>
          <w:p>
            <w:r/>
            <w:r>
              <w:rPr>
                <w:rFonts w:ascii="Malgun Gothic" w:hAnsi="Malgun Gothic" w:eastAsia="Malgun Gothic"/>
                <w:b w:val="0"/>
                <w:sz w:val="14"/>
              </w:rPr>
              <w:t>254.04296291199563</w:t>
            </w:r>
          </w:p>
        </w:tc>
        <w:tc>
          <w:tcPr>
            <w:tcW w:type="dxa" w:w="519"/>
            <w:vAlign w:val="center"/>
          </w:tcPr>
          <w:p>
            <w:r/>
            <w:r>
              <w:rPr>
                <w:rFonts w:ascii="Malgun Gothic" w:hAnsi="Malgun Gothic" w:eastAsia="Malgun Gothic"/>
                <w:b w:val="0"/>
                <w:sz w:val="14"/>
              </w:rPr>
              <w:t>80.53691275167786</w:t>
            </w:r>
          </w:p>
        </w:tc>
        <w:tc>
          <w:tcPr>
            <w:tcW w:type="dxa" w:w="519"/>
            <w:vAlign w:val="center"/>
          </w:tcPr>
          <w:p>
            <w:r/>
            <w:r>
              <w:rPr>
                <w:rFonts w:ascii="Malgun Gothic" w:hAnsi="Malgun Gothic" w:eastAsia="Malgun Gothic"/>
                <w:b w:val="0"/>
                <w:sz w:val="14"/>
              </w:rPr>
              <w:t>80.46</w:t>
            </w:r>
          </w:p>
        </w:tc>
        <w:tc>
          <w:tcPr>
            <w:tcW w:type="dxa" w:w="519"/>
            <w:vAlign w:val="center"/>
          </w:tcPr>
          <w:p>
            <w:r/>
            <w:r>
              <w:rPr>
                <w:rFonts w:ascii="Malgun Gothic" w:hAnsi="Malgun Gothic" w:eastAsia="Malgun Gothic"/>
                <w:b w:val="0"/>
                <w:sz w:val="14"/>
              </w:rPr>
              <w:t>-0.6770765133186669</w:t>
            </w:r>
          </w:p>
        </w:tc>
        <w:tc>
          <w:tcPr>
            <w:tcW w:type="dxa" w:w="519"/>
            <w:vAlign w:val="center"/>
          </w:tcPr>
          <w:p>
            <w:r/>
            <w:r>
              <w:rPr>
                <w:rFonts w:ascii="Malgun Gothic" w:hAnsi="Malgun Gothic" w:eastAsia="Malgun Gothic"/>
                <w:b w:val="0"/>
                <w:sz w:val="14"/>
              </w:rPr>
              <w:t>0.8689221032687177</w:t>
            </w:r>
          </w:p>
        </w:tc>
        <w:tc>
          <w:tcPr>
            <w:tcW w:type="dxa" w:w="519"/>
            <w:vAlign w:val="center"/>
          </w:tcPr>
          <w:p>
            <w:r/>
            <w:r>
              <w:rPr>
                <w:rFonts w:ascii="Malgun Gothic" w:hAnsi="Malgun Gothic" w:eastAsia="Malgun Gothic"/>
                <w:b w:val="0"/>
                <w:sz w:val="14"/>
              </w:rPr>
              <w:t>-0.1150762052722138</w:t>
            </w:r>
          </w:p>
        </w:tc>
        <w:tc>
          <w:tcPr>
            <w:tcW w:type="dxa" w:w="519"/>
            <w:vAlign w:val="center"/>
          </w:tcPr>
          <w:p>
            <w:r/>
            <w:r>
              <w:rPr>
                <w:rFonts w:ascii="Malgun Gothic" w:hAnsi="Malgun Gothic" w:eastAsia="Malgun Gothic"/>
                <w:b w:val="0"/>
                <w:sz w:val="14"/>
              </w:rPr>
              <w:t>-0.38923784055779126</w:t>
            </w:r>
          </w:p>
        </w:tc>
        <w:tc>
          <w:tcPr>
            <w:tcW w:type="dxa" w:w="519"/>
            <w:vAlign w:val="center"/>
          </w:tcPr>
          <w:p>
            <w:r/>
            <w:r>
              <w:rPr>
                <w:rFonts w:ascii="Malgun Gothic" w:hAnsi="Malgun Gothic" w:eastAsia="Malgun Gothic"/>
                <w:b w:val="0"/>
                <w:sz w:val="14"/>
              </w:rPr>
              <w:t>-0.07811711396998858</w:t>
            </w:r>
          </w:p>
        </w:tc>
        <w:tc>
          <w:tcPr>
            <w:tcW w:type="dxa" w:w="519"/>
            <w:vAlign w:val="center"/>
          </w:tcPr>
          <w:p>
            <w:r/>
            <w:r>
              <w:rPr>
                <w:rFonts w:ascii="Malgun Gothic" w:hAnsi="Malgun Gothic" w:eastAsia="Malgun Gothic"/>
                <w:b w:val="0"/>
                <w:sz w:val="14"/>
              </w:rPr>
              <w:t>0.36455034920434926</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-0.15573359160900901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0.0801493227481842</w:t>
            </w:r>
          </w:p>
        </w:tc>
        <w:tc>
          <w:tcPr>
            <w:tcW w:type="dxa" w:w="519"/>
            <w:vAlign w:val="center"/>
          </w:tcPr>
          <w:p>
            <w:r/>
            <w:r>
              <w:rPr>
                <w:rFonts w:ascii="Malgun Gothic" w:hAnsi="Malgun Gothic" w:eastAsia="Malgun Gothic"/>
                <w:b w:val="0"/>
                <w:sz w:val="14"/>
              </w:rPr>
              <w:t>254.9948376341844</w:t>
            </w:r>
          </w:p>
        </w:tc>
        <w:tc>
          <w:tcPr>
            <w:tcW w:type="dxa" w:w="519"/>
            <w:vAlign w:val="center"/>
          </w:tcPr>
          <w:p>
            <w:r/>
            <w:r>
              <w:rPr>
                <w:rFonts w:ascii="Malgun Gothic" w:hAnsi="Malgun Gothic" w:eastAsia="Malgun Gothic"/>
                <w:b w:val="0"/>
                <w:sz w:val="14"/>
              </w:rPr>
              <w:t>67.42268041237114</w:t>
            </w:r>
          </w:p>
        </w:tc>
        <w:tc>
          <w:tcPr>
            <w:tcW w:type="dxa" w:w="519"/>
            <w:vAlign w:val="center"/>
          </w:tcPr>
          <w:p>
            <w:r/>
            <w:r>
              <w:rPr>
                <w:rFonts w:ascii="Malgun Gothic" w:hAnsi="Malgun Gothic" w:eastAsia="Malgun Gothic"/>
                <w:b w:val="0"/>
                <w:sz w:val="14"/>
              </w:rPr>
              <w:t>291.0</w:t>
            </w:r>
          </w:p>
        </w:tc>
        <w:tc>
          <w:tcPr>
            <w:tcW w:type="dxa" w:w="519"/>
            <w:vAlign w:val="center"/>
          </w:tcPr>
          <w:p>
            <w:r/>
            <w:r>
              <w:rPr>
                <w:rFonts w:ascii="Malgun Gothic" w:hAnsi="Malgun Gothic" w:eastAsia="Malgun Gothic"/>
                <w:b w:val="0"/>
                <w:sz w:val="14"/>
              </w:rPr>
              <w:t>0.41705701126280675</w:t>
            </w:r>
          </w:p>
        </w:tc>
        <w:tc>
          <w:tcPr>
            <w:tcW w:type="dxa" w:w="519"/>
            <w:vAlign w:val="center"/>
          </w:tcPr>
          <w:p>
            <w:r/>
            <w:r>
              <w:rPr>
                <w:rFonts w:ascii="Malgun Gothic" w:hAnsi="Malgun Gothic" w:eastAsia="Malgun Gothic"/>
                <w:b w:val="0"/>
                <w:sz w:val="14"/>
              </w:rPr>
              <w:t>0.9030919216024444</w:t>
            </w:r>
          </w:p>
        </w:tc>
        <w:tc>
          <w:tcPr>
            <w:tcW w:type="dxa" w:w="519"/>
            <w:vAlign w:val="center"/>
          </w:tcPr>
          <w:p>
            <w:r/>
            <w:r>
              <w:rPr>
                <w:rFonts w:ascii="Malgun Gothic" w:hAnsi="Malgun Gothic" w:eastAsia="Malgun Gothic"/>
                <w:b w:val="0"/>
                <w:sz w:val="14"/>
              </w:rPr>
              <w:t>-0.7904415762524168</w:t>
            </w:r>
          </w:p>
        </w:tc>
        <w:tc>
          <w:tcPr>
            <w:tcW w:type="dxa" w:w="519"/>
            <w:vAlign w:val="center"/>
          </w:tcPr>
          <w:p>
            <w:r/>
            <w:r>
              <w:rPr>
                <w:rFonts w:ascii="Malgun Gothic" w:hAnsi="Malgun Gothic" w:eastAsia="Malgun Gothic"/>
                <w:b w:val="0"/>
                <w:sz w:val="14"/>
              </w:rPr>
              <w:t>0.8475549016212067</w:t>
            </w:r>
          </w:p>
        </w:tc>
        <w:tc>
          <w:tcPr>
            <w:tcW w:type="dxa" w:w="519"/>
            <w:vAlign w:val="center"/>
          </w:tcPr>
          <w:p>
            <w:r/>
            <w:r>
              <w:rPr>
                <w:rFonts w:ascii="Malgun Gothic" w:hAnsi="Malgun Gothic" w:eastAsia="Malgun Gothic"/>
                <w:b w:val="0"/>
                <w:sz w:val="14"/>
              </w:rPr>
              <w:t>0.34431556455851026</w:t>
            </w:r>
          </w:p>
        </w:tc>
        <w:tc>
          <w:tcPr>
            <w:tcW w:type="dxa" w:w="519"/>
            <w:vAlign w:val="center"/>
          </w:tcPr>
          <w:p>
            <w:r/>
            <w:r>
              <w:rPr>
                <w:rFonts w:ascii="Malgun Gothic" w:hAnsi="Malgun Gothic" w:eastAsia="Malgun Gothic"/>
                <w:b w:val="0"/>
                <w:sz w:val="14"/>
              </w:rPr>
              <w:t>0.459856340604963</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-0.046895367311770186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0.0258763041347265</w:t>
            </w:r>
          </w:p>
        </w:tc>
        <w:tc>
          <w:tcPr>
            <w:tcW w:type="dxa" w:w="519"/>
            <w:vAlign w:val="center"/>
          </w:tcPr>
          <w:p>
            <w:r/>
            <w:r>
              <w:rPr>
                <w:rFonts w:ascii="Malgun Gothic" w:hAnsi="Malgun Gothic" w:eastAsia="Malgun Gothic"/>
                <w:b w:val="0"/>
                <w:sz w:val="14"/>
              </w:rPr>
              <w:t>236.3714352292384</w:t>
            </w:r>
          </w:p>
        </w:tc>
        <w:tc>
          <w:tcPr>
            <w:tcW w:type="dxa" w:w="519"/>
            <w:vAlign w:val="center"/>
          </w:tcPr>
          <w:p>
            <w:r/>
            <w:r>
              <w:rPr>
                <w:rFonts w:ascii="Malgun Gothic" w:hAnsi="Malgun Gothic" w:eastAsia="Malgun Gothic"/>
                <w:b w:val="0"/>
                <w:sz w:val="14"/>
              </w:rPr>
              <w:t>58.49668158666461</w:t>
            </w:r>
          </w:p>
        </w:tc>
        <w:tc>
          <w:tcPr>
            <w:tcW w:type="dxa" w:w="519"/>
            <w:vAlign w:val="center"/>
          </w:tcPr>
          <w:p>
            <w:r/>
            <w:r>
              <w:rPr>
                <w:rFonts w:ascii="Malgun Gothic" w:hAnsi="Malgun Gothic" w:eastAsia="Malgun Gothic"/>
                <w:b w:val="0"/>
                <w:sz w:val="14"/>
              </w:rPr>
              <w:t>388.74</w:t>
            </w:r>
          </w:p>
        </w:tc>
        <w:tc>
          <w:tcPr>
            <w:tcW w:type="dxa" w:w="519"/>
            <w:vAlign w:val="center"/>
          </w:tcPr>
          <w:p>
            <w:r/>
            <w:r>
              <w:rPr>
                <w:rFonts w:ascii="Malgun Gothic" w:hAnsi="Malgun Gothic" w:eastAsia="Malgun Gothic"/>
                <w:b w:val="0"/>
                <w:sz w:val="14"/>
              </w:rPr>
              <w:t>-1.4405788269032103</w:t>
            </w:r>
          </w:p>
        </w:tc>
        <w:tc>
          <w:tcPr>
            <w:tcW w:type="dxa" w:w="519"/>
            <w:vAlign w:val="center"/>
          </w:tcPr>
          <w:p>
            <w:r/>
            <w:r>
              <w:rPr>
                <w:rFonts w:ascii="Malgun Gothic" w:hAnsi="Malgun Gothic" w:eastAsia="Malgun Gothic"/>
                <w:b w:val="0"/>
                <w:sz w:val="14"/>
              </w:rPr>
              <w:t>0.23456037842873903</w:t>
            </w:r>
          </w:p>
        </w:tc>
        <w:tc>
          <w:tcPr>
            <w:tcW w:type="dxa" w:w="519"/>
            <w:vAlign w:val="center"/>
          </w:tcPr>
          <w:p>
            <w:r/>
            <w:r>
              <w:rPr>
                <w:rFonts w:ascii="Malgun Gothic" w:hAnsi="Malgun Gothic" w:eastAsia="Malgun Gothic"/>
                <w:b w:val="0"/>
                <w:sz w:val="14"/>
              </w:rPr>
              <w:t>-1.2501185403568085</w:t>
            </w:r>
          </w:p>
        </w:tc>
        <w:tc>
          <w:tcPr>
            <w:tcW w:type="dxa" w:w="519"/>
            <w:vAlign w:val="center"/>
          </w:tcPr>
          <w:p>
            <w:r/>
            <w:r>
              <w:rPr>
                <w:rFonts w:ascii="Malgun Gothic" w:hAnsi="Malgun Gothic" w:eastAsia="Malgun Gothic"/>
                <w:b w:val="0"/>
                <w:sz w:val="14"/>
              </w:rPr>
              <w:t>1.4217171635219157</w:t>
            </w:r>
          </w:p>
        </w:tc>
        <w:tc>
          <w:tcPr>
            <w:tcW w:type="dxa" w:w="519"/>
            <w:vAlign w:val="center"/>
          </w:tcPr>
          <w:p>
            <w:r/>
            <w:r>
              <w:rPr>
                <w:rFonts w:ascii="Malgun Gothic" w:hAnsi="Malgun Gothic" w:eastAsia="Malgun Gothic"/>
                <w:b w:val="0"/>
                <w:sz w:val="14"/>
              </w:rPr>
              <w:t>-0.25860495632734104</w:t>
            </w:r>
          </w:p>
        </w:tc>
        <w:tc>
          <w:tcPr>
            <w:tcW w:type="dxa" w:w="519"/>
            <w:vAlign w:val="center"/>
          </w:tcPr>
          <w:p>
            <w:r/>
            <w:r>
              <w:rPr>
                <w:rFonts w:ascii="Malgun Gothic" w:hAnsi="Malgun Gothic" w:eastAsia="Malgun Gothic"/>
                <w:b w:val="0"/>
                <w:sz w:val="14"/>
              </w:rPr>
              <w:t>0.32383007914488066</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-0.07628865049603772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0.0771065503358841</w:t>
            </w:r>
          </w:p>
        </w:tc>
        <w:tc>
          <w:tcPr>
            <w:tcW w:type="dxa" w:w="519"/>
            <w:vAlign w:val="center"/>
          </w:tcPr>
          <w:p>
            <w:r/>
            <w:r>
              <w:rPr>
                <w:rFonts w:ascii="Malgun Gothic" w:hAnsi="Malgun Gothic" w:eastAsia="Malgun Gothic"/>
                <w:b w:val="0"/>
                <w:sz w:val="14"/>
              </w:rPr>
              <w:t>279.785653638665</w:t>
            </w:r>
          </w:p>
        </w:tc>
        <w:tc>
          <w:tcPr>
            <w:tcW w:type="dxa" w:w="519"/>
            <w:vAlign w:val="center"/>
          </w:tcPr>
          <w:p>
            <w:r/>
            <w:r>
              <w:rPr>
                <w:rFonts w:ascii="Malgun Gothic" w:hAnsi="Malgun Gothic" w:eastAsia="Malgun Gothic"/>
                <w:b w:val="0"/>
                <w:sz w:val="14"/>
              </w:rPr>
              <w:t>18.518518518518515</w:t>
            </w:r>
          </w:p>
        </w:tc>
        <w:tc>
          <w:tcPr>
            <w:tcW w:type="dxa" w:w="519"/>
            <w:vAlign w:val="center"/>
          </w:tcPr>
          <w:p>
            <w:r/>
            <w:r>
              <w:rPr>
                <w:rFonts w:ascii="Malgun Gothic" w:hAnsi="Malgun Gothic" w:eastAsia="Malgun Gothic"/>
                <w:b w:val="0"/>
                <w:sz w:val="14"/>
              </w:rPr>
              <w:t>3.24</w:t>
            </w:r>
          </w:p>
        </w:tc>
        <w:tc>
          <w:tcPr>
            <w:tcW w:type="dxa" w:w="519"/>
            <w:vAlign w:val="center"/>
          </w:tcPr>
          <w:p>
            <w:r/>
            <w:r>
              <w:rPr>
                <w:rFonts w:ascii="Malgun Gothic" w:hAnsi="Malgun Gothic" w:eastAsia="Malgun Gothic"/>
                <w:b w:val="0"/>
                <w:sz w:val="14"/>
              </w:rPr>
              <w:t>0.31291017688956685</w:t>
            </w:r>
          </w:p>
        </w:tc>
        <w:tc>
          <w:tcPr>
            <w:tcW w:type="dxa" w:w="519"/>
            <w:vAlign w:val="center"/>
          </w:tcPr>
          <w:p>
            <w:r/>
            <w:r>
              <w:rPr>
                <w:rFonts w:ascii="Malgun Gothic" w:hAnsi="Malgun Gothic" w:eastAsia="Malgun Gothic"/>
                <w:b w:val="0"/>
                <w:sz w:val="14"/>
              </w:rPr>
              <w:t>1.7930175173469274</w:t>
            </w:r>
          </w:p>
        </w:tc>
        <w:tc>
          <w:tcPr>
            <w:tcW w:type="dxa" w:w="519"/>
            <w:vAlign w:val="center"/>
          </w:tcPr>
          <w:p>
            <w:r/>
            <w:r>
              <w:rPr>
                <w:rFonts w:ascii="Malgun Gothic" w:hAnsi="Malgun Gothic" w:eastAsia="Malgun Gothic"/>
                <w:b w:val="0"/>
                <w:sz w:val="14"/>
              </w:rPr>
              <w:t>-3.308940302321479</w:t>
            </w:r>
          </w:p>
        </w:tc>
        <w:tc>
          <w:tcPr>
            <w:tcW w:type="dxa" w:w="519"/>
            <w:vAlign w:val="center"/>
          </w:tcPr>
          <w:p>
            <w:r/>
            <w:r>
              <w:rPr>
                <w:rFonts w:ascii="Malgun Gothic" w:hAnsi="Malgun Gothic" w:eastAsia="Malgun Gothic"/>
                <w:b w:val="0"/>
                <w:sz w:val="14"/>
              </w:rPr>
              <w:t>-0.8428577491312794</w:t>
            </w:r>
          </w:p>
        </w:tc>
        <w:tc>
          <w:tcPr>
            <w:tcW w:type="dxa" w:w="519"/>
            <w:vAlign w:val="center"/>
          </w:tcPr>
          <w:p>
            <w:r/>
            <w:r>
              <w:rPr>
                <w:rFonts w:ascii="Malgun Gothic" w:hAnsi="Malgun Gothic" w:eastAsia="Malgun Gothic"/>
                <w:b w:val="0"/>
                <w:sz w:val="14"/>
              </w:rPr>
              <w:t>-0.5114675893040661</w:t>
            </w:r>
          </w:p>
        </w:tc>
        <w:tc>
          <w:tcPr>
            <w:tcW w:type="dxa" w:w="519"/>
            <w:vAlign w:val="center"/>
          </w:tcPr>
          <w:p>
            <w:r/>
            <w:r>
              <w:rPr>
                <w:rFonts w:ascii="Malgun Gothic" w:hAnsi="Malgun Gothic" w:eastAsia="Malgun Gothic"/>
                <w:b w:val="0"/>
                <w:sz w:val="14"/>
              </w:rPr>
              <w:t>0.26678116898962506</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-0.23143666534860574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0.0694236010313034</w:t>
            </w:r>
          </w:p>
        </w:tc>
        <w:tc>
          <w:tcPr>
            <w:tcW w:type="dxa" w:w="519"/>
            <w:vAlign w:val="center"/>
          </w:tcPr>
          <w:p>
            <w:r/>
            <w:r>
              <w:rPr>
                <w:rFonts w:ascii="Malgun Gothic" w:hAnsi="Malgun Gothic" w:eastAsia="Malgun Gothic"/>
                <w:b w:val="0"/>
                <w:sz w:val="14"/>
              </w:rPr>
              <w:t>201.51792369528184</w:t>
            </w:r>
          </w:p>
        </w:tc>
        <w:tc>
          <w:tcPr>
            <w:tcW w:type="dxa" w:w="519"/>
            <w:vAlign w:val="center"/>
          </w:tcPr>
          <w:p>
            <w:r/>
            <w:r>
              <w:rPr>
                <w:rFonts w:ascii="Malgun Gothic" w:hAnsi="Malgun Gothic" w:eastAsia="Malgun Gothic"/>
                <w:b w:val="0"/>
                <w:sz w:val="14"/>
              </w:rPr>
              <w:t>110.28110870847256</w:t>
            </w:r>
          </w:p>
        </w:tc>
        <w:tc>
          <w:tcPr>
            <w:tcW w:type="dxa" w:w="519"/>
            <w:vAlign w:val="center"/>
          </w:tcPr>
          <w:p>
            <w:r/>
            <w:r>
              <w:rPr>
                <w:rFonts w:ascii="Malgun Gothic" w:hAnsi="Malgun Gothic" w:eastAsia="Malgun Gothic"/>
                <w:b w:val="0"/>
                <w:sz w:val="14"/>
              </w:rPr>
              <w:t>305.22</w:t>
            </w:r>
          </w:p>
        </w:tc>
        <w:tc>
          <w:tcPr>
            <w:tcW w:type="dxa" w:w="519"/>
            <w:vAlign w:val="center"/>
          </w:tcPr>
          <w:p>
            <w:r/>
            <w:r>
              <w:rPr>
                <w:rFonts w:ascii="Malgun Gothic" w:hAnsi="Malgun Gothic" w:eastAsia="Malgun Gothic"/>
                <w:b w:val="0"/>
                <w:sz w:val="14"/>
              </w:rPr>
              <w:t>0.04994116695388573</w:t>
            </w:r>
          </w:p>
        </w:tc>
        <w:tc>
          <w:tcPr>
            <w:tcW w:type="dxa" w:w="519"/>
            <w:vAlign w:val="center"/>
          </w:tcPr>
          <w:p>
            <w:r/>
            <w:r>
              <w:rPr>
                <w:rFonts w:ascii="Malgun Gothic" w:hAnsi="Malgun Gothic" w:eastAsia="Malgun Gothic"/>
                <w:b w:val="0"/>
                <w:sz w:val="14"/>
              </w:rPr>
              <w:t>-1.0165897253047398</w:t>
            </w:r>
          </w:p>
        </w:tc>
        <w:tc>
          <w:tcPr>
            <w:tcW w:type="dxa" w:w="519"/>
            <w:vAlign w:val="center"/>
          </w:tcPr>
          <w:p>
            <w:r/>
            <w:r>
              <w:rPr>
                <w:rFonts w:ascii="Malgun Gothic" w:hAnsi="Malgun Gothic" w:eastAsia="Malgun Gothic"/>
                <w:b w:val="0"/>
                <w:sz w:val="14"/>
              </w:rPr>
              <w:t>1.41670998069149</w:t>
            </w:r>
          </w:p>
        </w:tc>
        <w:tc>
          <w:tcPr>
            <w:tcW w:type="dxa" w:w="519"/>
            <w:vAlign w:val="center"/>
          </w:tcPr>
          <w:p>
            <w:r/>
            <w:r>
              <w:rPr>
                <w:rFonts w:ascii="Malgun Gothic" w:hAnsi="Malgun Gothic" w:eastAsia="Malgun Gothic"/>
                <w:b w:val="0"/>
                <w:sz w:val="14"/>
              </w:rPr>
              <w:t>0.9310886376988422</w:t>
            </w:r>
          </w:p>
        </w:tc>
        <w:tc>
          <w:tcPr>
            <w:tcW w:type="dxa" w:w="519"/>
            <w:vAlign w:val="center"/>
          </w:tcPr>
          <w:p>
            <w:r/>
            <w:r>
              <w:rPr>
                <w:rFonts w:ascii="Malgun Gothic" w:hAnsi="Malgun Gothic" w:eastAsia="Malgun Gothic"/>
                <w:b w:val="0"/>
                <w:sz w:val="14"/>
              </w:rPr>
              <w:t>0.34528751500986954</w:t>
            </w:r>
          </w:p>
        </w:tc>
        <w:tc>
          <w:tcPr>
            <w:tcW w:type="dxa" w:w="519"/>
            <w:vAlign w:val="center"/>
          </w:tcPr>
          <w:p>
            <w:r/>
            <w:r>
              <w:rPr>
                <w:rFonts w:ascii="Malgun Gothic" w:hAnsi="Malgun Gothic" w:eastAsia="Malgun Gothic"/>
                <w:b w:val="0"/>
                <w:sz w:val="14"/>
              </w:rPr>
              <w:t>0.4600756245431321</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-0.05191448569877988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0.0441754981875419</w:t>
            </w:r>
          </w:p>
        </w:tc>
        <w:tc>
          <w:tcPr>
            <w:tcW w:type="dxa" w:w="519"/>
            <w:vAlign w:val="center"/>
          </w:tcPr>
          <w:p>
            <w:r/>
            <w:r>
              <w:rPr>
                <w:rFonts w:ascii="Malgun Gothic" w:hAnsi="Malgun Gothic" w:eastAsia="Malgun Gothic"/>
                <w:b w:val="0"/>
                <w:sz w:val="14"/>
              </w:rPr>
              <w:t>209.55281766676052</w:t>
            </w:r>
          </w:p>
        </w:tc>
        <w:tc>
          <w:tcPr>
            <w:tcW w:type="dxa" w:w="519"/>
            <w:vAlign w:val="center"/>
          </w:tcPr>
          <w:p>
            <w:r/>
            <w:r>
              <w:rPr>
                <w:rFonts w:ascii="Malgun Gothic" w:hAnsi="Malgun Gothic" w:eastAsia="Malgun Gothic"/>
                <w:b w:val="0"/>
                <w:sz w:val="14"/>
              </w:rPr>
              <w:t>85.71428571428572</w:t>
            </w:r>
          </w:p>
        </w:tc>
        <w:tc>
          <w:tcPr>
            <w:tcW w:type="dxa" w:w="519"/>
            <w:vAlign w:val="center"/>
          </w:tcPr>
          <w:p>
            <w:r/>
            <w:r>
              <w:rPr>
                <w:rFonts w:ascii="Malgun Gothic" w:hAnsi="Malgun Gothic" w:eastAsia="Malgun Gothic"/>
                <w:b w:val="0"/>
                <w:sz w:val="14"/>
              </w:rPr>
              <w:t>21.0</w:t>
            </w:r>
          </w:p>
        </w:tc>
        <w:tc>
          <w:tcPr>
            <w:tcW w:type="dxa" w:w="519"/>
            <w:vAlign w:val="center"/>
          </w:tcPr>
          <w:p>
            <w:r/>
            <w:r>
              <w:rPr>
                <w:rFonts w:ascii="Malgun Gothic" w:hAnsi="Malgun Gothic" w:eastAsia="Malgun Gothic"/>
                <w:b w:val="0"/>
                <w:sz w:val="14"/>
              </w:rPr>
              <w:t>-0.8142411078946113</w:t>
            </w:r>
          </w:p>
        </w:tc>
        <w:tc>
          <w:tcPr>
            <w:tcW w:type="dxa" w:w="519"/>
            <w:vAlign w:val="center"/>
          </w:tcPr>
          <w:p>
            <w:r/>
            <w:r>
              <w:rPr>
                <w:rFonts w:ascii="Malgun Gothic" w:hAnsi="Malgun Gothic" w:eastAsia="Malgun Gothic"/>
                <w:b w:val="0"/>
                <w:sz w:val="14"/>
              </w:rPr>
              <w:t>-0.7281580011122173</w:t>
            </w:r>
          </w:p>
        </w:tc>
        <w:tc>
          <w:tcPr>
            <w:tcW w:type="dxa" w:w="519"/>
            <w:vAlign w:val="center"/>
          </w:tcPr>
          <w:p>
            <w:r/>
            <w:r>
              <w:rPr>
                <w:rFonts w:ascii="Malgun Gothic" w:hAnsi="Malgun Gothic" w:eastAsia="Malgun Gothic"/>
                <w:b w:val="0"/>
                <w:sz w:val="14"/>
              </w:rPr>
              <w:t>0.1515515561648219</w:t>
            </w:r>
          </w:p>
        </w:tc>
        <w:tc>
          <w:tcPr>
            <w:tcW w:type="dxa" w:w="519"/>
            <w:vAlign w:val="center"/>
          </w:tcPr>
          <w:p>
            <w:r/>
            <w:r>
              <w:rPr>
                <w:rFonts w:ascii="Malgun Gothic" w:hAnsi="Malgun Gothic" w:eastAsia="Malgun Gothic"/>
                <w:b w:val="0"/>
                <w:sz w:val="14"/>
              </w:rPr>
              <w:t>-0.7385286947895915</w:t>
            </w:r>
          </w:p>
        </w:tc>
        <w:tc>
          <w:tcPr>
            <w:tcW w:type="dxa" w:w="519"/>
            <w:vAlign w:val="center"/>
          </w:tcPr>
          <w:p>
            <w:r/>
            <w:r>
              <w:rPr>
                <w:rFonts w:ascii="Malgun Gothic" w:hAnsi="Malgun Gothic" w:eastAsia="Malgun Gothic"/>
                <w:b w:val="0"/>
                <w:sz w:val="14"/>
              </w:rPr>
              <w:t>-0.5323440619078995</w:t>
            </w:r>
          </w:p>
        </w:tc>
        <w:tc>
          <w:tcPr>
            <w:tcW w:type="dxa" w:w="519"/>
            <w:vAlign w:val="center"/>
          </w:tcPr>
          <w:p>
            <w:r/>
            <w:r>
              <w:rPr>
                <w:rFonts w:ascii="Malgun Gothic" w:hAnsi="Malgun Gothic" w:eastAsia="Malgun Gothic"/>
                <w:b w:val="0"/>
                <w:sz w:val="14"/>
              </w:rPr>
              <w:t>0.2620711808197068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-0.236379514888921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0.0746127665042877</w:t>
            </w:r>
          </w:p>
        </w:tc>
        <w:tc>
          <w:tcPr>
            <w:tcW w:type="dxa" w:w="519"/>
            <w:vAlign w:val="center"/>
          </w:tcPr>
          <w:p>
            <w:r/>
            <w:r>
              <w:rPr>
                <w:rFonts w:ascii="Malgun Gothic" w:hAnsi="Malgun Gothic" w:eastAsia="Malgun Gothic"/>
                <w:b w:val="0"/>
                <w:sz w:val="14"/>
              </w:rPr>
              <w:t>218.7737447909876</w:t>
            </w:r>
          </w:p>
        </w:tc>
        <w:tc>
          <w:tcPr>
            <w:tcW w:type="dxa" w:w="519"/>
            <w:vAlign w:val="center"/>
          </w:tcPr>
          <w:p>
            <w:r/>
            <w:r>
              <w:rPr>
                <w:rFonts w:ascii="Malgun Gothic" w:hAnsi="Malgun Gothic" w:eastAsia="Malgun Gothic"/>
                <w:b w:val="0"/>
                <w:sz w:val="14"/>
              </w:rPr>
              <w:t>89.48621980265396</w:t>
            </w:r>
          </w:p>
        </w:tc>
        <w:tc>
          <w:tcPr>
            <w:tcW w:type="dxa" w:w="519"/>
            <w:vAlign w:val="center"/>
          </w:tcPr>
          <w:p>
            <w:r/>
            <w:r>
              <w:rPr>
                <w:rFonts w:ascii="Malgun Gothic" w:hAnsi="Malgun Gothic" w:eastAsia="Malgun Gothic"/>
                <w:b w:val="0"/>
                <w:sz w:val="14"/>
              </w:rPr>
              <w:t>176.34</w:t>
            </w:r>
          </w:p>
        </w:tc>
        <w:tc>
          <w:tcPr>
            <w:tcW w:type="dxa" w:w="519"/>
            <w:vAlign w:val="center"/>
          </w:tcPr>
          <w:p>
            <w:r/>
            <w:r>
              <w:rPr>
                <w:rFonts w:ascii="Malgun Gothic" w:hAnsi="Malgun Gothic" w:eastAsia="Malgun Gothic"/>
                <w:b w:val="0"/>
                <w:sz w:val="14"/>
              </w:rPr>
              <w:t>0.22755391080077186</w:t>
            </w:r>
          </w:p>
        </w:tc>
        <w:tc>
          <w:tcPr>
            <w:tcW w:type="dxa" w:w="519"/>
            <w:vAlign w:val="center"/>
          </w:tcPr>
          <w:p>
            <w:r/>
            <w:r>
              <w:rPr>
                <w:rFonts w:ascii="Malgun Gothic" w:hAnsi="Malgun Gothic" w:eastAsia="Malgun Gothic"/>
                <w:b w:val="0"/>
                <w:sz w:val="14"/>
              </w:rPr>
              <w:t>-0.3971507820331386</w:t>
            </w:r>
          </w:p>
        </w:tc>
        <w:tc>
          <w:tcPr>
            <w:tcW w:type="dxa" w:w="519"/>
            <w:vAlign w:val="center"/>
          </w:tcPr>
          <w:p>
            <w:r/>
            <w:r>
              <w:rPr>
                <w:rFonts w:ascii="Malgun Gothic" w:hAnsi="Malgun Gothic" w:eastAsia="Malgun Gothic"/>
                <w:b w:val="0"/>
                <w:sz w:val="14"/>
              </w:rPr>
              <w:t>0.3458011011624637</w:t>
            </w:r>
          </w:p>
        </w:tc>
        <w:tc>
          <w:tcPr>
            <w:tcW w:type="dxa" w:w="519"/>
            <w:vAlign w:val="center"/>
          </w:tcPr>
          <w:p>
            <w:r/>
            <w:r>
              <w:rPr>
                <w:rFonts w:ascii="Malgun Gothic" w:hAnsi="Malgun Gothic" w:eastAsia="Malgun Gothic"/>
                <w:b w:val="0"/>
                <w:sz w:val="14"/>
              </w:rPr>
              <w:t>0.17399806767875442</w:t>
            </w:r>
          </w:p>
        </w:tc>
        <w:tc>
          <w:tcPr>
            <w:tcW w:type="dxa" w:w="519"/>
            <w:vAlign w:val="center"/>
          </w:tcPr>
          <w:p>
            <w:r/>
            <w:r>
              <w:rPr>
                <w:rFonts w:ascii="Malgun Gothic" w:hAnsi="Malgun Gothic" w:eastAsia="Malgun Gothic"/>
                <w:b w:val="0"/>
                <w:sz w:val="14"/>
              </w:rPr>
              <w:t>0.08755057440221285</w:t>
            </w:r>
          </w:p>
        </w:tc>
        <w:tc>
          <w:tcPr>
            <w:tcW w:type="dxa" w:w="519"/>
            <w:vAlign w:val="center"/>
          </w:tcPr>
          <w:p>
            <w:r/>
            <w:r>
              <w:rPr>
                <w:rFonts w:ascii="Malgun Gothic" w:hAnsi="Malgun Gothic" w:eastAsia="Malgun Gothic"/>
                <w:b w:val="0"/>
                <w:sz w:val="14"/>
              </w:rPr>
              <w:t>0.4019270108261736</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-0.12025766927182252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0.0510383136570453</w:t>
            </w:r>
          </w:p>
        </w:tc>
        <w:tc>
          <w:tcPr>
            <w:tcW w:type="dxa" w:w="519"/>
            <w:vAlign w:val="center"/>
          </w:tcPr>
          <w:p>
            <w:r/>
            <w:r>
              <w:rPr>
                <w:rFonts w:ascii="Malgun Gothic" w:hAnsi="Malgun Gothic" w:eastAsia="Malgun Gothic"/>
                <w:b w:val="0"/>
                <w:sz w:val="14"/>
              </w:rPr>
              <w:t>221.15996283362628</w:t>
            </w:r>
          </w:p>
        </w:tc>
        <w:tc>
          <w:tcPr>
            <w:tcW w:type="dxa" w:w="519"/>
            <w:vAlign w:val="center"/>
          </w:tcPr>
          <w:p>
            <w:r/>
            <w:r>
              <w:rPr>
                <w:rFonts w:ascii="Malgun Gothic" w:hAnsi="Malgun Gothic" w:eastAsia="Malgun Gothic"/>
                <w:b w:val="0"/>
                <w:sz w:val="14"/>
              </w:rPr>
              <w:t>61.2177729018102</w:t>
            </w:r>
          </w:p>
        </w:tc>
        <w:tc>
          <w:tcPr>
            <w:tcW w:type="dxa" w:w="519"/>
            <w:vAlign w:val="center"/>
          </w:tcPr>
          <w:p>
            <w:r/>
            <w:r>
              <w:rPr>
                <w:rFonts w:ascii="Malgun Gothic" w:hAnsi="Malgun Gothic" w:eastAsia="Malgun Gothic"/>
                <w:b w:val="0"/>
                <w:sz w:val="14"/>
              </w:rPr>
              <w:t>273.45</w:t>
            </w:r>
          </w:p>
        </w:tc>
        <w:tc>
          <w:tcPr>
            <w:tcW w:type="dxa" w:w="519"/>
            <w:vAlign w:val="center"/>
          </w:tcPr>
          <w:p>
            <w:r/>
            <w:r>
              <w:rPr>
                <w:rFonts w:ascii="Malgun Gothic" w:hAnsi="Malgun Gothic" w:eastAsia="Malgun Gothic"/>
                <w:b w:val="0"/>
                <w:sz w:val="14"/>
              </w:rPr>
              <w:t>-0.5793433208806331</w:t>
            </w:r>
          </w:p>
        </w:tc>
        <w:tc>
          <w:tcPr>
            <w:tcW w:type="dxa" w:w="519"/>
            <w:vAlign w:val="center"/>
          </w:tcPr>
          <w:p>
            <w:r/>
            <w:r>
              <w:rPr>
                <w:rFonts w:ascii="Malgun Gothic" w:hAnsi="Malgun Gothic" w:eastAsia="Malgun Gothic"/>
                <w:b w:val="0"/>
                <w:sz w:val="14"/>
              </w:rPr>
              <w:t>-0.3114917818296897</w:t>
            </w:r>
          </w:p>
        </w:tc>
        <w:tc>
          <w:tcPr>
            <w:tcW w:type="dxa" w:w="519"/>
            <w:vAlign w:val="center"/>
          </w:tcPr>
          <w:p>
            <w:r/>
            <w:r>
              <w:rPr>
                <w:rFonts w:ascii="Malgun Gothic" w:hAnsi="Malgun Gothic" w:eastAsia="Malgun Gothic"/>
                <w:b w:val="0"/>
                <w:sz w:val="14"/>
              </w:rPr>
              <w:t>-1.1099859883342122</w:t>
            </w:r>
          </w:p>
        </w:tc>
        <w:tc>
          <w:tcPr>
            <w:tcW w:type="dxa" w:w="519"/>
            <w:vAlign w:val="center"/>
          </w:tcPr>
          <w:p>
            <w:r/>
            <w:r>
              <w:rPr>
                <w:rFonts w:ascii="Malgun Gothic" w:hAnsi="Malgun Gothic" w:eastAsia="Malgun Gothic"/>
                <w:b w:val="0"/>
                <w:sz w:val="14"/>
              </w:rPr>
              <w:t>0.7444594678545047</w:t>
            </w:r>
          </w:p>
        </w:tc>
        <w:tc>
          <w:tcPr>
            <w:tcW w:type="dxa" w:w="519"/>
            <w:vAlign w:val="center"/>
          </w:tcPr>
          <w:p>
            <w:r/>
            <w:r>
              <w:rPr>
                <w:rFonts w:ascii="Malgun Gothic" w:hAnsi="Malgun Gothic" w:eastAsia="Malgun Gothic"/>
                <w:b w:val="0"/>
                <w:sz w:val="14"/>
              </w:rPr>
              <w:t>-0.3140904057975075</w:t>
            </w:r>
          </w:p>
        </w:tc>
        <w:tc>
          <w:tcPr>
            <w:tcW w:type="dxa" w:w="519"/>
            <w:vAlign w:val="center"/>
          </w:tcPr>
          <w:p>
            <w:r/>
            <w:r>
              <w:rPr>
                <w:rFonts w:ascii="Malgun Gothic" w:hAnsi="Malgun Gothic" w:eastAsia="Malgun Gothic"/>
                <w:b w:val="0"/>
                <w:sz w:val="14"/>
              </w:rPr>
              <w:t>0.311311881479673</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-0.12917656295837843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0.0646125078201294</w:t>
            </w:r>
          </w:p>
        </w:tc>
        <w:tc>
          <w:tcPr>
            <w:tcW w:type="dxa" w:w="519"/>
            <w:vAlign w:val="center"/>
          </w:tcPr>
          <w:p>
            <w:r/>
            <w:r>
              <w:rPr>
                <w:rFonts w:ascii="Malgun Gothic" w:hAnsi="Malgun Gothic" w:eastAsia="Malgun Gothic"/>
                <w:b w:val="0"/>
                <w:sz w:val="14"/>
              </w:rPr>
              <w:t>197.41318190201576</w:t>
            </w:r>
          </w:p>
        </w:tc>
        <w:tc>
          <w:tcPr>
            <w:tcW w:type="dxa" w:w="519"/>
            <w:vAlign w:val="center"/>
          </w:tcPr>
          <w:p>
            <w:r/>
            <w:r>
              <w:rPr>
                <w:rFonts w:ascii="Malgun Gothic" w:hAnsi="Malgun Gothic" w:eastAsia="Malgun Gothic"/>
                <w:b w:val="0"/>
                <w:sz w:val="14"/>
              </w:rPr>
              <w:t>101.94661850290989</w:t>
            </w:r>
          </w:p>
        </w:tc>
        <w:tc>
          <w:tcPr>
            <w:tcW w:type="dxa" w:w="519"/>
            <w:vAlign w:val="center"/>
          </w:tcPr>
          <w:p>
            <w:r/>
            <w:r>
              <w:rPr>
                <w:rFonts w:ascii="Malgun Gothic" w:hAnsi="Malgun Gothic" w:eastAsia="Malgun Gothic"/>
                <w:b w:val="0"/>
                <w:sz w:val="14"/>
              </w:rPr>
              <w:t>149.49</w:t>
            </w:r>
          </w:p>
        </w:tc>
        <w:tc>
          <w:tcPr>
            <w:tcW w:type="dxa" w:w="519"/>
            <w:vAlign w:val="center"/>
          </w:tcPr>
          <w:p>
            <w:r/>
            <w:r>
              <w:rPr>
                <w:rFonts w:ascii="Malgun Gothic" w:hAnsi="Malgun Gothic" w:eastAsia="Malgun Gothic"/>
                <w:b w:val="0"/>
                <w:sz w:val="14"/>
              </w:rPr>
              <w:t>-0.11473106610333283</w:t>
            </w:r>
          </w:p>
        </w:tc>
        <w:tc>
          <w:tcPr>
            <w:tcW w:type="dxa" w:w="519"/>
            <w:vAlign w:val="center"/>
          </w:tcPr>
          <w:p>
            <w:r/>
            <w:r>
              <w:rPr>
                <w:rFonts w:ascii="Malgun Gothic" w:hAnsi="Malgun Gothic" w:eastAsia="Malgun Gothic"/>
                <w:b w:val="0"/>
                <w:sz w:val="14"/>
              </w:rPr>
              <w:t>-1.1639392431701208</w:t>
            </w:r>
          </w:p>
        </w:tc>
        <w:tc>
          <w:tcPr>
            <w:tcW w:type="dxa" w:w="519"/>
            <w:vAlign w:val="center"/>
          </w:tcPr>
          <w:p>
            <w:r/>
            <w:r>
              <w:rPr>
                <w:rFonts w:ascii="Malgun Gothic" w:hAnsi="Malgun Gothic" w:eastAsia="Malgun Gothic"/>
                <w:b w:val="0"/>
                <w:sz w:val="14"/>
              </w:rPr>
              <w:t>0.987494916936697</w:t>
            </w:r>
          </w:p>
        </w:tc>
        <w:tc>
          <w:tcPr>
            <w:tcW w:type="dxa" w:w="519"/>
            <w:vAlign w:val="center"/>
          </w:tcPr>
          <w:p>
            <w:r/>
            <w:r>
              <w:rPr>
                <w:rFonts w:ascii="Malgun Gothic" w:hAnsi="Malgun Gothic" w:eastAsia="Malgun Gothic"/>
                <w:b w:val="0"/>
                <w:sz w:val="14"/>
              </w:rPr>
              <w:t>0.0162708655912362</w:t>
            </w:r>
          </w:p>
        </w:tc>
        <w:tc>
          <w:tcPr>
            <w:tcW w:type="dxa" w:w="519"/>
            <w:vAlign w:val="center"/>
          </w:tcPr>
          <w:p>
            <w:r/>
            <w:r>
              <w:rPr>
                <w:rFonts w:ascii="Malgun Gothic" w:hAnsi="Malgun Gothic" w:eastAsia="Malgun Gothic"/>
                <w:b w:val="0"/>
                <w:sz w:val="14"/>
              </w:rPr>
              <w:t>-0.06872613168638007</w:t>
            </w:r>
          </w:p>
        </w:tc>
        <w:tc>
          <w:tcPr>
            <w:tcW w:type="dxa" w:w="519"/>
            <w:vAlign w:val="center"/>
          </w:tcPr>
          <w:p>
            <w:r/>
            <w:r>
              <w:rPr>
                <w:rFonts w:ascii="Malgun Gothic" w:hAnsi="Malgun Gothic" w:eastAsia="Malgun Gothic"/>
                <w:b w:val="0"/>
                <w:sz w:val="14"/>
              </w:rPr>
              <w:t>0.366669069943196</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-0.14938704013710108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0.0899170190095901</w:t>
            </w:r>
          </w:p>
        </w:tc>
        <w:tc>
          <w:tcPr>
            <w:tcW w:type="dxa" w:w="519"/>
            <w:vAlign w:val="center"/>
          </w:tcPr>
          <w:p>
            <w:r/>
            <w:r>
              <w:rPr>
                <w:rFonts w:ascii="Malgun Gothic" w:hAnsi="Malgun Gothic" w:eastAsia="Malgun Gothic"/>
                <w:b w:val="0"/>
                <w:sz w:val="14"/>
              </w:rPr>
              <w:t>232.8979011398732</w:t>
            </w:r>
          </w:p>
        </w:tc>
        <w:tc>
          <w:tcPr>
            <w:tcW w:type="dxa" w:w="519"/>
            <w:vAlign w:val="center"/>
          </w:tcPr>
          <w:p>
            <w:r/>
            <w:r>
              <w:rPr>
                <w:rFonts w:ascii="Malgun Gothic" w:hAnsi="Malgun Gothic" w:eastAsia="Malgun Gothic"/>
                <w:b w:val="0"/>
                <w:sz w:val="14"/>
              </w:rPr>
              <w:t>94.28223844282238</w:t>
            </w:r>
          </w:p>
        </w:tc>
        <w:tc>
          <w:tcPr>
            <w:tcW w:type="dxa" w:w="519"/>
            <w:vAlign w:val="center"/>
          </w:tcPr>
          <w:p>
            <w:r/>
            <w:r>
              <w:rPr>
                <w:rFonts w:ascii="Malgun Gothic" w:hAnsi="Malgun Gothic" w:eastAsia="Malgun Gothic"/>
                <w:b w:val="0"/>
                <w:sz w:val="14"/>
              </w:rPr>
              <w:t>295.92</w:t>
            </w:r>
          </w:p>
        </w:tc>
        <w:tc>
          <w:tcPr>
            <w:tcW w:type="dxa" w:w="519"/>
            <w:vAlign w:val="center"/>
          </w:tcPr>
          <w:p>
            <w:r/>
            <w:r>
              <w:rPr>
                <w:rFonts w:ascii="Malgun Gothic" w:hAnsi="Malgun Gothic" w:eastAsia="Malgun Gothic"/>
                <w:b w:val="0"/>
                <w:sz w:val="14"/>
              </w:rPr>
              <w:t>0.7513819317309038</w:t>
            </w:r>
          </w:p>
        </w:tc>
        <w:tc>
          <w:tcPr>
            <w:tcW w:type="dxa" w:w="519"/>
            <w:vAlign w:val="center"/>
          </w:tcPr>
          <w:p>
            <w:r/>
            <w:r>
              <w:rPr>
                <w:rFonts w:ascii="Malgun Gothic" w:hAnsi="Malgun Gothic" w:eastAsia="Malgun Gothic"/>
                <w:b w:val="0"/>
                <w:sz w:val="14"/>
              </w:rPr>
              <w:t>0.10986956981403286</w:t>
            </w:r>
          </w:p>
        </w:tc>
        <w:tc>
          <w:tcPr>
            <w:tcW w:type="dxa" w:w="519"/>
            <w:vAlign w:val="center"/>
          </w:tcPr>
          <w:p>
            <w:r/>
            <w:r>
              <w:rPr>
                <w:rFonts w:ascii="Malgun Gothic" w:hAnsi="Malgun Gothic" w:eastAsia="Malgun Gothic"/>
                <w:b w:val="0"/>
                <w:sz w:val="14"/>
              </w:rPr>
              <w:t>0.5927896266316214</w:t>
            </w:r>
          </w:p>
        </w:tc>
        <w:tc>
          <w:tcPr>
            <w:tcW w:type="dxa" w:w="519"/>
            <w:vAlign w:val="center"/>
          </w:tcPr>
          <w:p>
            <w:r/>
            <w:r>
              <w:rPr>
                <w:rFonts w:ascii="Malgun Gothic" w:hAnsi="Malgun Gothic" w:eastAsia="Malgun Gothic"/>
                <w:b w:val="0"/>
                <w:sz w:val="14"/>
              </w:rPr>
              <w:t>0.8764568693780258</w:t>
            </w:r>
          </w:p>
        </w:tc>
        <w:tc>
          <w:tcPr>
            <w:tcW w:type="dxa" w:w="519"/>
            <w:vAlign w:val="center"/>
          </w:tcPr>
          <w:p>
            <w:r/>
            <w:r>
              <w:rPr>
                <w:rFonts w:ascii="Malgun Gothic" w:hAnsi="Malgun Gothic" w:eastAsia="Malgun Gothic"/>
                <w:b w:val="0"/>
                <w:sz w:val="14"/>
              </w:rPr>
              <w:t>0.5826244993886459</w:t>
            </w:r>
          </w:p>
        </w:tc>
        <w:tc>
          <w:tcPr>
            <w:tcW w:type="dxa" w:w="519"/>
            <w:vAlign w:val="center"/>
          </w:tcPr>
          <w:p>
            <w:r/>
            <w:r>
              <w:rPr>
                <w:rFonts w:ascii="Malgun Gothic" w:hAnsi="Malgun Gothic" w:eastAsia="Malgun Gothic"/>
                <w:b w:val="0"/>
                <w:sz w:val="14"/>
              </w:rPr>
              <w:t>0.5136217580265654</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-0.025259846885403836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0.0556679740548133</w:t>
            </w:r>
          </w:p>
        </w:tc>
        <w:tc>
          <w:tcPr>
            <w:tcW w:type="dxa" w:w="519"/>
            <w:vAlign w:val="center"/>
          </w:tcPr>
          <w:p>
            <w:r/>
            <w:r>
              <w:rPr>
                <w:rFonts w:ascii="Malgun Gothic" w:hAnsi="Malgun Gothic" w:eastAsia="Malgun Gothic"/>
                <w:b w:val="0"/>
                <w:sz w:val="14"/>
              </w:rPr>
              <w:t>175.20808180424984</w:t>
            </w:r>
          </w:p>
        </w:tc>
        <w:tc>
          <w:tcPr>
            <w:tcW w:type="dxa" w:w="519"/>
            <w:vAlign w:val="center"/>
          </w:tcPr>
          <w:p>
            <w:r/>
            <w:r>
              <w:rPr>
                <w:rFonts w:ascii="Malgun Gothic" w:hAnsi="Malgun Gothic" w:eastAsia="Malgun Gothic"/>
                <w:b w:val="0"/>
                <w:sz w:val="14"/>
              </w:rPr>
              <w:t>102.54545454545456</w:t>
            </w:r>
          </w:p>
        </w:tc>
        <w:tc>
          <w:tcPr>
            <w:tcW w:type="dxa" w:w="519"/>
            <w:vAlign w:val="center"/>
          </w:tcPr>
          <w:p>
            <w:r/>
            <w:r>
              <w:rPr>
                <w:rFonts w:ascii="Malgun Gothic" w:hAnsi="Malgun Gothic" w:eastAsia="Malgun Gothic"/>
                <w:b w:val="0"/>
                <w:sz w:val="14"/>
              </w:rPr>
              <w:t>82.5</w:t>
            </w:r>
          </w:p>
        </w:tc>
        <w:tc>
          <w:tcPr>
            <w:tcW w:type="dxa" w:w="519"/>
            <w:vAlign w:val="center"/>
          </w:tcPr>
          <w:p>
            <w:r/>
            <w:r>
              <w:rPr>
                <w:rFonts w:ascii="Malgun Gothic" w:hAnsi="Malgun Gothic" w:eastAsia="Malgun Gothic"/>
                <w:b w:val="0"/>
                <w:sz w:val="14"/>
              </w:rPr>
              <w:t>-0.4208810998148744</w:t>
            </w:r>
          </w:p>
        </w:tc>
        <w:tc>
          <w:tcPr>
            <w:tcW w:type="dxa" w:w="519"/>
            <w:vAlign w:val="center"/>
          </w:tcPr>
          <w:p>
            <w:r/>
            <w:r>
              <w:rPr>
                <w:rFonts w:ascii="Malgun Gothic" w:hAnsi="Malgun Gothic" w:eastAsia="Malgun Gothic"/>
                <w:b w:val="0"/>
                <w:sz w:val="14"/>
              </w:rPr>
              <w:t>-1.9610443860382982</w:t>
            </w:r>
          </w:p>
        </w:tc>
        <w:tc>
          <w:tcPr>
            <w:tcW w:type="dxa" w:w="519"/>
            <w:vAlign w:val="center"/>
          </w:tcPr>
          <w:p>
            <w:r/>
            <w:r>
              <w:rPr>
                <w:rFonts w:ascii="Malgun Gothic" w:hAnsi="Malgun Gothic" w:eastAsia="Malgun Gothic"/>
                <w:b w:val="0"/>
                <w:sz w:val="14"/>
              </w:rPr>
              <w:t>1.018334169709222</w:t>
            </w:r>
          </w:p>
        </w:tc>
        <w:tc>
          <w:tcPr>
            <w:tcW w:type="dxa" w:w="519"/>
            <w:vAlign w:val="center"/>
          </w:tcPr>
          <w:p>
            <w:r/>
            <w:r>
              <w:rPr>
                <w:rFonts w:ascii="Malgun Gothic" w:hAnsi="Malgun Gothic" w:eastAsia="Malgun Gothic"/>
                <w:b w:val="0"/>
                <w:sz w:val="14"/>
              </w:rPr>
              <w:t>-0.3772540978293541</w:t>
            </w:r>
          </w:p>
        </w:tc>
        <w:tc>
          <w:tcPr>
            <w:tcW w:type="dxa" w:w="519"/>
            <w:vAlign w:val="center"/>
          </w:tcPr>
          <w:p>
            <w:r/>
            <w:r>
              <w:rPr>
                <w:rFonts w:ascii="Malgun Gothic" w:hAnsi="Malgun Gothic" w:eastAsia="Malgun Gothic"/>
                <w:b w:val="0"/>
                <w:sz w:val="14"/>
              </w:rPr>
              <w:t>-0.4352113534933262</w:t>
            </w:r>
          </w:p>
        </w:tc>
        <w:tc>
          <w:tcPr>
            <w:tcW w:type="dxa" w:w="519"/>
            <w:vAlign w:val="center"/>
          </w:tcPr>
          <w:p>
            <w:r/>
            <w:r>
              <w:rPr>
                <w:rFonts w:ascii="Malgun Gothic" w:hAnsi="Malgun Gothic" w:eastAsia="Malgun Gothic"/>
                <w:b w:val="0"/>
                <w:sz w:val="14"/>
              </w:rPr>
              <w:t>0.2839855107080209</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-0.21605982695371917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 중간 948행은 전체 데이터 부록 ZIP에 원본으로 포함 ...</w:t>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r>
      <w:tr>
        <w:trPr>
          <w:cantSplit/>
        </w:trPr>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0.0500455312430858</w:t>
            </w:r>
          </w:p>
        </w:tc>
        <w:tc>
          <w:tcPr>
            <w:tcW w:type="dxa" w:w="519"/>
            <w:vAlign w:val="center"/>
          </w:tcPr>
          <w:p>
            <w:r/>
            <w:r>
              <w:rPr>
                <w:rFonts w:ascii="Malgun Gothic" w:hAnsi="Malgun Gothic" w:eastAsia="Malgun Gothic"/>
                <w:b w:val="0"/>
                <w:sz w:val="14"/>
              </w:rPr>
              <w:t>230.5595949974204</w:t>
            </w:r>
          </w:p>
        </w:tc>
        <w:tc>
          <w:tcPr>
            <w:tcW w:type="dxa" w:w="519"/>
            <w:vAlign w:val="center"/>
          </w:tcPr>
          <w:p>
            <w:r/>
            <w:r>
              <w:rPr>
                <w:rFonts w:ascii="Malgun Gothic" w:hAnsi="Malgun Gothic" w:eastAsia="Malgun Gothic"/>
                <w:b w:val="0"/>
                <w:sz w:val="14"/>
              </w:rPr>
              <w:t>108.5814360770578</w:t>
            </w:r>
          </w:p>
        </w:tc>
        <w:tc>
          <w:tcPr>
            <w:tcW w:type="dxa" w:w="519"/>
            <w:vAlign w:val="center"/>
          </w:tcPr>
          <w:p>
            <w:r/>
            <w:r>
              <w:rPr>
                <w:rFonts w:ascii="Malgun Gothic" w:hAnsi="Malgun Gothic" w:eastAsia="Malgun Gothic"/>
                <w:b w:val="0"/>
                <w:sz w:val="14"/>
              </w:rPr>
              <w:t>85.65</w:t>
            </w:r>
          </w:p>
        </w:tc>
        <w:tc>
          <w:tcPr>
            <w:tcW w:type="dxa" w:w="519"/>
            <w:vAlign w:val="center"/>
          </w:tcPr>
          <w:p>
            <w:r/>
            <w:r>
              <w:rPr>
                <w:rFonts w:ascii="Malgun Gothic" w:hAnsi="Malgun Gothic" w:eastAsia="Malgun Gothic"/>
                <w:b w:val="0"/>
                <w:sz w:val="14"/>
              </w:rPr>
              <w:t>-0.6133238924203713</w:t>
            </w:r>
          </w:p>
        </w:tc>
        <w:tc>
          <w:tcPr>
            <w:tcW w:type="dxa" w:w="519"/>
            <w:vAlign w:val="center"/>
          </w:tcPr>
          <w:p>
            <w:r/>
            <w:r>
              <w:rPr>
                <w:rFonts w:ascii="Malgun Gothic" w:hAnsi="Malgun Gothic" w:eastAsia="Malgun Gothic"/>
                <w:b w:val="0"/>
                <w:sz w:val="14"/>
              </w:rPr>
              <w:t>0.02593048178727322</w:t>
            </w:r>
          </w:p>
        </w:tc>
        <w:tc>
          <w:tcPr>
            <w:tcW w:type="dxa" w:w="519"/>
            <w:vAlign w:val="center"/>
          </w:tcPr>
          <w:p>
            <w:r/>
            <w:r>
              <w:rPr>
                <w:rFonts w:ascii="Malgun Gothic" w:hAnsi="Malgun Gothic" w:eastAsia="Malgun Gothic"/>
                <w:b w:val="0"/>
                <w:sz w:val="14"/>
              </w:rPr>
              <w:t>1.329179120511457</w:t>
            </w:r>
          </w:p>
        </w:tc>
        <w:tc>
          <w:tcPr>
            <w:tcW w:type="dxa" w:w="519"/>
            <w:vAlign w:val="center"/>
          </w:tcPr>
          <w:p>
            <w:r/>
            <w:r>
              <w:rPr>
                <w:rFonts w:ascii="Malgun Gothic" w:hAnsi="Malgun Gothic" w:eastAsia="Malgun Gothic"/>
                <w:b w:val="0"/>
                <w:sz w:val="14"/>
              </w:rPr>
              <w:t>-0.3587497892045614</w:t>
            </w:r>
          </w:p>
        </w:tc>
        <w:tc>
          <w:tcPr>
            <w:tcW w:type="dxa" w:w="519"/>
            <w:vAlign w:val="center"/>
          </w:tcPr>
          <w:p>
            <w:r/>
            <w:r>
              <w:rPr>
                <w:rFonts w:ascii="Malgun Gothic" w:hAnsi="Malgun Gothic" w:eastAsia="Malgun Gothic"/>
                <w:b w:val="0"/>
                <w:sz w:val="14"/>
              </w:rPr>
              <w:t>0.09575898016844935</w:t>
            </w:r>
          </w:p>
        </w:tc>
        <w:tc>
          <w:tcPr>
            <w:tcW w:type="dxa" w:w="519"/>
            <w:vAlign w:val="center"/>
          </w:tcPr>
          <w:p>
            <w:r/>
            <w:r>
              <w:rPr>
                <w:rFonts w:ascii="Malgun Gothic" w:hAnsi="Malgun Gothic" w:eastAsia="Malgun Gothic"/>
                <w:b w:val="0"/>
                <w:sz w:val="14"/>
              </w:rPr>
              <w:t>0.4037789278040333</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-0.1398652920611247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0.0606882981956005</w:t>
            </w:r>
          </w:p>
        </w:tc>
        <w:tc>
          <w:tcPr>
            <w:tcW w:type="dxa" w:w="519"/>
            <w:vAlign w:val="center"/>
          </w:tcPr>
          <w:p>
            <w:r/>
            <w:r>
              <w:rPr>
                <w:rFonts w:ascii="Malgun Gothic" w:hAnsi="Malgun Gothic" w:eastAsia="Malgun Gothic"/>
                <w:b w:val="0"/>
                <w:sz w:val="14"/>
              </w:rPr>
              <w:t>224.3616158851639</w:t>
            </w:r>
          </w:p>
        </w:tc>
        <w:tc>
          <w:tcPr>
            <w:tcW w:type="dxa" w:w="519"/>
            <w:vAlign w:val="center"/>
          </w:tcPr>
          <w:p>
            <w:r/>
            <w:r>
              <w:rPr>
                <w:rFonts w:ascii="Malgun Gothic" w:hAnsi="Malgun Gothic" w:eastAsia="Malgun Gothic"/>
                <w:b w:val="0"/>
                <w:sz w:val="14"/>
              </w:rPr>
              <w:t>88.95589898228421</w:t>
            </w:r>
          </w:p>
        </w:tc>
        <w:tc>
          <w:tcPr>
            <w:tcW w:type="dxa" w:w="519"/>
            <w:vAlign w:val="center"/>
          </w:tcPr>
          <w:p>
            <w:r/>
            <w:r>
              <w:rPr>
                <w:rFonts w:ascii="Malgun Gothic" w:hAnsi="Malgun Gothic" w:eastAsia="Malgun Gothic"/>
                <w:b w:val="0"/>
                <w:sz w:val="14"/>
              </w:rPr>
              <w:t>79.59</w:t>
            </w:r>
          </w:p>
        </w:tc>
        <w:tc>
          <w:tcPr>
            <w:tcW w:type="dxa" w:w="519"/>
            <w:vAlign w:val="center"/>
          </w:tcPr>
          <w:p>
            <w:r/>
            <w:r>
              <w:rPr>
                <w:rFonts w:ascii="Malgun Gothic" w:hAnsi="Malgun Gothic" w:eastAsia="Malgun Gothic"/>
                <w:b w:val="0"/>
                <w:sz w:val="14"/>
              </w:rPr>
              <w:t>-0.2490473916226451</w:t>
            </w:r>
          </w:p>
        </w:tc>
        <w:tc>
          <w:tcPr>
            <w:tcW w:type="dxa" w:w="519"/>
            <w:vAlign w:val="center"/>
          </w:tcPr>
          <w:p>
            <w:r/>
            <w:r>
              <w:rPr>
                <w:rFonts w:ascii="Malgun Gothic" w:hAnsi="Malgun Gothic" w:eastAsia="Malgun Gothic"/>
                <w:b w:val="0"/>
                <w:sz w:val="14"/>
              </w:rPr>
              <w:t>-0.19656079292065992</w:t>
            </w:r>
          </w:p>
        </w:tc>
        <w:tc>
          <w:tcPr>
            <w:tcW w:type="dxa" w:w="519"/>
            <w:vAlign w:val="center"/>
          </w:tcPr>
          <w:p>
            <w:r/>
            <w:r>
              <w:rPr>
                <w:rFonts w:ascii="Malgun Gothic" w:hAnsi="Malgun Gothic" w:eastAsia="Malgun Gothic"/>
                <w:b w:val="0"/>
                <w:sz w:val="14"/>
              </w:rPr>
              <w:t>0.3184902904096265</w:t>
            </w:r>
          </w:p>
        </w:tc>
        <w:tc>
          <w:tcPr>
            <w:tcW w:type="dxa" w:w="519"/>
            <w:vAlign w:val="center"/>
          </w:tcPr>
          <w:p>
            <w:r/>
            <w:r>
              <w:rPr>
                <w:rFonts w:ascii="Malgun Gothic" w:hAnsi="Malgun Gothic" w:eastAsia="Malgun Gothic"/>
                <w:b w:val="0"/>
                <w:sz w:val="14"/>
              </w:rPr>
              <w:t>-0.39434855436844823</w:t>
            </w:r>
          </w:p>
        </w:tc>
        <w:tc>
          <w:tcPr>
            <w:tcW w:type="dxa" w:w="519"/>
            <w:vAlign w:val="center"/>
          </w:tcPr>
          <w:p>
            <w:r/>
            <w:r>
              <w:rPr>
                <w:rFonts w:ascii="Malgun Gothic" w:hAnsi="Malgun Gothic" w:eastAsia="Malgun Gothic"/>
                <w:b w:val="0"/>
                <w:sz w:val="14"/>
              </w:rPr>
              <w:t>-0.1303666121255317</w:t>
            </w:r>
          </w:p>
        </w:tc>
        <w:tc>
          <w:tcPr>
            <w:tcW w:type="dxa" w:w="519"/>
            <w:vAlign w:val="center"/>
          </w:tcPr>
          <w:p>
            <w:r/>
            <w:r>
              <w:rPr>
                <w:rFonts w:ascii="Malgun Gothic" w:hAnsi="Malgun Gothic" w:eastAsia="Malgun Gothic"/>
                <w:b w:val="0"/>
                <w:sz w:val="14"/>
              </w:rPr>
              <w:t>0.3527622218292493</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-0.1718150460079242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0.0546061731874942</w:t>
            </w:r>
          </w:p>
        </w:tc>
        <w:tc>
          <w:tcPr>
            <w:tcW w:type="dxa" w:w="519"/>
            <w:vAlign w:val="center"/>
          </w:tcPr>
          <w:p>
            <w:r/>
            <w:r>
              <w:rPr>
                <w:rFonts w:ascii="Malgun Gothic" w:hAnsi="Malgun Gothic" w:eastAsia="Malgun Gothic"/>
                <w:b w:val="0"/>
                <w:sz w:val="14"/>
              </w:rPr>
              <w:t>230.7437267824737</w:t>
            </w:r>
          </w:p>
        </w:tc>
        <w:tc>
          <w:tcPr>
            <w:tcW w:type="dxa" w:w="519"/>
            <w:vAlign w:val="center"/>
          </w:tcPr>
          <w:p>
            <w:r/>
            <w:r>
              <w:rPr>
                <w:rFonts w:ascii="Malgun Gothic" w:hAnsi="Malgun Gothic" w:eastAsia="Malgun Gothic"/>
                <w:b w:val="0"/>
                <w:sz w:val="14"/>
              </w:rPr>
              <w:t>68.85322167946033</w:t>
            </w:r>
          </w:p>
        </w:tc>
        <w:tc>
          <w:tcPr>
            <w:tcW w:type="dxa" w:w="519"/>
            <w:vAlign w:val="center"/>
          </w:tcPr>
          <w:p>
            <w:r/>
            <w:r>
              <w:rPr>
                <w:rFonts w:ascii="Malgun Gothic" w:hAnsi="Malgun Gothic" w:eastAsia="Malgun Gothic"/>
                <w:b w:val="0"/>
                <w:sz w:val="14"/>
              </w:rPr>
              <w:t>515.88</w:t>
            </w:r>
          </w:p>
        </w:tc>
        <w:tc>
          <w:tcPr>
            <w:tcW w:type="dxa" w:w="519"/>
            <w:vAlign w:val="center"/>
          </w:tcPr>
          <w:p>
            <w:r/>
            <w:r>
              <w:rPr>
                <w:rFonts w:ascii="Malgun Gothic" w:hAnsi="Malgun Gothic" w:eastAsia="Malgun Gothic"/>
                <w:b w:val="0"/>
                <w:sz w:val="14"/>
              </w:rPr>
              <w:t>-0.45722400821611503</w:t>
            </w:r>
          </w:p>
        </w:tc>
        <w:tc>
          <w:tcPr>
            <w:tcW w:type="dxa" w:w="519"/>
            <w:vAlign w:val="center"/>
          </w:tcPr>
          <w:p>
            <w:r/>
            <w:r>
              <w:rPr>
                <w:rFonts w:ascii="Malgun Gothic" w:hAnsi="Malgun Gothic" w:eastAsia="Malgun Gothic"/>
                <w:b w:val="0"/>
                <w:sz w:val="14"/>
              </w:rPr>
              <w:t>0.03254033232544967</w:t>
            </w:r>
          </w:p>
        </w:tc>
        <w:tc>
          <w:tcPr>
            <w:tcW w:type="dxa" w:w="519"/>
            <w:vAlign w:val="center"/>
          </w:tcPr>
          <w:p>
            <w:r/>
            <w:r>
              <w:rPr>
                <w:rFonts w:ascii="Malgun Gothic" w:hAnsi="Malgun Gothic" w:eastAsia="Malgun Gothic"/>
                <w:b w:val="0"/>
                <w:sz w:val="14"/>
              </w:rPr>
              <w:t>-0.7167706202594823</w:t>
            </w:r>
          </w:p>
        </w:tc>
        <w:tc>
          <w:tcPr>
            <w:tcW w:type="dxa" w:w="519"/>
            <w:vAlign w:val="center"/>
          </w:tcPr>
          <w:p>
            <w:r/>
            <w:r>
              <w:rPr>
                <w:rFonts w:ascii="Malgun Gothic" w:hAnsi="Malgun Gothic" w:eastAsia="Malgun Gothic"/>
                <w:b w:val="0"/>
                <w:sz w:val="14"/>
              </w:rPr>
              <w:t>2.168586305920689</w:t>
            </w:r>
          </w:p>
        </w:tc>
        <w:tc>
          <w:tcPr>
            <w:tcW w:type="dxa" w:w="519"/>
            <w:vAlign w:val="center"/>
          </w:tcPr>
          <w:p>
            <w:r/>
            <w:r>
              <w:rPr>
                <w:rFonts w:ascii="Malgun Gothic" w:hAnsi="Malgun Gothic" w:eastAsia="Malgun Gothic"/>
                <w:b w:val="0"/>
                <w:sz w:val="14"/>
              </w:rPr>
              <w:t>0.25678300244263536</w:t>
            </w:r>
          </w:p>
        </w:tc>
        <w:tc>
          <w:tcPr>
            <w:tcW w:type="dxa" w:w="519"/>
            <w:vAlign w:val="center"/>
          </w:tcPr>
          <w:p>
            <w:r/>
            <w:r>
              <w:rPr>
                <w:rFonts w:ascii="Malgun Gothic" w:hAnsi="Malgun Gothic" w:eastAsia="Malgun Gothic"/>
                <w:b w:val="0"/>
                <w:sz w:val="14"/>
              </w:rPr>
              <w:t>0.4401079214217003</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0.015747809363713394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0.0626592934131622</w:t>
            </w:r>
          </w:p>
        </w:tc>
        <w:tc>
          <w:tcPr>
            <w:tcW w:type="dxa" w:w="519"/>
            <w:vAlign w:val="center"/>
          </w:tcPr>
          <w:p>
            <w:r/>
            <w:r>
              <w:rPr>
                <w:rFonts w:ascii="Malgun Gothic" w:hAnsi="Malgun Gothic" w:eastAsia="Malgun Gothic"/>
                <w:b w:val="0"/>
                <w:sz w:val="14"/>
              </w:rPr>
              <w:t>231.8123926761084</w:t>
            </w:r>
          </w:p>
        </w:tc>
        <w:tc>
          <w:tcPr>
            <w:tcW w:type="dxa" w:w="519"/>
            <w:vAlign w:val="center"/>
          </w:tcPr>
          <w:p>
            <w:r/>
            <w:r>
              <w:rPr>
                <w:rFonts w:ascii="Malgun Gothic" w:hAnsi="Malgun Gothic" w:eastAsia="Malgun Gothic"/>
                <w:b w:val="0"/>
                <w:sz w:val="14"/>
              </w:rPr>
              <w:t>96.22388345792602</w:t>
            </w:r>
          </w:p>
        </w:tc>
        <w:tc>
          <w:tcPr>
            <w:tcW w:type="dxa" w:w="519"/>
            <w:vAlign w:val="center"/>
          </w:tcPr>
          <w:p>
            <w:r/>
            <w:r>
              <w:rPr>
                <w:rFonts w:ascii="Malgun Gothic" w:hAnsi="Malgun Gothic" w:eastAsia="Malgun Gothic"/>
                <w:b w:val="0"/>
                <w:sz w:val="14"/>
              </w:rPr>
              <w:t>156.51</w:t>
            </w:r>
          </w:p>
        </w:tc>
        <w:tc>
          <w:tcPr>
            <w:tcW w:type="dxa" w:w="519"/>
            <w:vAlign w:val="center"/>
          </w:tcPr>
          <w:p>
            <w:r/>
            <w:r>
              <w:rPr>
                <w:rFonts w:ascii="Malgun Gothic" w:hAnsi="Malgun Gothic" w:eastAsia="Malgun Gothic"/>
                <w:b w:val="0"/>
                <w:sz w:val="14"/>
              </w:rPr>
              <w:t>-0.18158493151749533</w:t>
            </w:r>
          </w:p>
        </w:tc>
        <w:tc>
          <w:tcPr>
            <w:tcW w:type="dxa" w:w="519"/>
            <w:vAlign w:val="center"/>
          </w:tcPr>
          <w:p>
            <w:r/>
            <w:r>
              <w:rPr>
                <w:rFonts w:ascii="Malgun Gothic" w:hAnsi="Malgun Gothic" w:eastAsia="Malgun Gothic"/>
                <w:b w:val="0"/>
                <w:sz w:val="14"/>
              </w:rPr>
              <w:t>0.07090264891368939</w:t>
            </w:r>
          </w:p>
        </w:tc>
        <w:tc>
          <w:tcPr>
            <w:tcW w:type="dxa" w:w="519"/>
            <w:vAlign w:val="center"/>
          </w:tcPr>
          <w:p>
            <w:r/>
            <w:r>
              <w:rPr>
                <w:rFonts w:ascii="Malgun Gothic" w:hAnsi="Malgun Gothic" w:eastAsia="Malgun Gothic"/>
                <w:b w:val="0"/>
                <w:sz w:val="14"/>
              </w:rPr>
              <w:t>0.692781739933364</w:t>
            </w:r>
          </w:p>
        </w:tc>
        <w:tc>
          <w:tcPr>
            <w:tcW w:type="dxa" w:w="519"/>
            <w:vAlign w:val="center"/>
          </w:tcPr>
          <w:p>
            <w:r/>
            <w:r>
              <w:rPr>
                <w:rFonts w:ascii="Malgun Gothic" w:hAnsi="Malgun Gothic" w:eastAsia="Malgun Gothic"/>
                <w:b w:val="0"/>
                <w:sz w:val="14"/>
              </w:rPr>
              <w:t>0.057509039097916846</w:t>
            </w:r>
          </w:p>
        </w:tc>
        <w:tc>
          <w:tcPr>
            <w:tcW w:type="dxa" w:w="519"/>
            <w:vAlign w:val="center"/>
          </w:tcPr>
          <w:p>
            <w:r/>
            <w:r>
              <w:rPr>
                <w:rFonts w:ascii="Malgun Gothic" w:hAnsi="Malgun Gothic" w:eastAsia="Malgun Gothic"/>
                <w:b w:val="0"/>
                <w:sz w:val="14"/>
              </w:rPr>
              <w:t>0.15990212410686871</w:t>
            </w:r>
          </w:p>
        </w:tc>
        <w:tc>
          <w:tcPr>
            <w:tcW w:type="dxa" w:w="519"/>
            <w:vAlign w:val="center"/>
          </w:tcPr>
          <w:p>
            <w:r/>
            <w:r>
              <w:rPr>
                <w:rFonts w:ascii="Malgun Gothic" w:hAnsi="Malgun Gothic" w:eastAsia="Malgun Gothic"/>
                <w:b w:val="0"/>
                <w:sz w:val="14"/>
              </w:rPr>
              <w:t>0.41825040748666137</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-0.11245110434101763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0.0936460345983505</w:t>
            </w:r>
          </w:p>
        </w:tc>
        <w:tc>
          <w:tcPr>
            <w:tcW w:type="dxa" w:w="519"/>
            <w:vAlign w:val="center"/>
          </w:tcPr>
          <w:p>
            <w:r/>
            <w:r>
              <w:rPr>
                <w:rFonts w:ascii="Malgun Gothic" w:hAnsi="Malgun Gothic" w:eastAsia="Malgun Gothic"/>
                <w:b w:val="0"/>
                <w:sz w:val="14"/>
              </w:rPr>
              <w:t>238.75395130487453</w:t>
            </w:r>
          </w:p>
        </w:tc>
        <w:tc>
          <w:tcPr>
            <w:tcW w:type="dxa" w:w="519"/>
            <w:vAlign w:val="center"/>
          </w:tcPr>
          <w:p>
            <w:r/>
            <w:r>
              <w:rPr>
                <w:rFonts w:ascii="Malgun Gothic" w:hAnsi="Malgun Gothic" w:eastAsia="Malgun Gothic"/>
                <w:b w:val="0"/>
                <w:sz w:val="14"/>
              </w:rPr>
              <w:t>70.95238095238095</w:t>
            </w:r>
          </w:p>
        </w:tc>
        <w:tc>
          <w:tcPr>
            <w:tcW w:type="dxa" w:w="519"/>
            <w:vAlign w:val="center"/>
          </w:tcPr>
          <w:p>
            <w:r/>
            <w:r>
              <w:rPr>
                <w:rFonts w:ascii="Malgun Gothic" w:hAnsi="Malgun Gothic" w:eastAsia="Malgun Gothic"/>
                <w:b w:val="0"/>
                <w:sz w:val="14"/>
              </w:rPr>
              <w:t>126.0</w:t>
            </w:r>
          </w:p>
        </w:tc>
        <w:tc>
          <w:tcPr>
            <w:tcW w:type="dxa" w:w="519"/>
            <w:vAlign w:val="center"/>
          </w:tcPr>
          <w:p>
            <w:r/>
            <w:r>
              <w:rPr>
                <w:rFonts w:ascii="Malgun Gothic" w:hAnsi="Malgun Gothic" w:eastAsia="Malgun Gothic"/>
                <w:b w:val="0"/>
                <w:sz w:val="14"/>
              </w:rPr>
              <w:t>0.8790172314752854</w:t>
            </w:r>
          </w:p>
        </w:tc>
        <w:tc>
          <w:tcPr>
            <w:tcW w:type="dxa" w:w="519"/>
            <w:vAlign w:val="center"/>
          </w:tcPr>
          <w:p>
            <w:r/>
            <w:r>
              <w:rPr>
                <w:rFonts w:ascii="Malgun Gothic" w:hAnsi="Malgun Gothic" w:eastAsia="Malgun Gothic"/>
                <w:b w:val="0"/>
                <w:sz w:val="14"/>
              </w:rPr>
              <w:t>0.32008648767815207</w:t>
            </w:r>
          </w:p>
        </w:tc>
        <w:tc>
          <w:tcPr>
            <w:tcW w:type="dxa" w:w="519"/>
            <w:vAlign w:val="center"/>
          </w:tcPr>
          <w:p>
            <w:r/>
            <w:r>
              <w:rPr>
                <w:rFonts w:ascii="Malgun Gothic" w:hAnsi="Malgun Gothic" w:eastAsia="Malgun Gothic"/>
                <w:b w:val="0"/>
                <w:sz w:val="14"/>
              </w:rPr>
              <w:t>-0.6086667340065787</w:t>
            </w:r>
          </w:p>
        </w:tc>
        <w:tc>
          <w:tcPr>
            <w:tcW w:type="dxa" w:w="519"/>
            <w:vAlign w:val="center"/>
          </w:tcPr>
          <w:p>
            <w:r/>
            <w:r>
              <w:rPr>
                <w:rFonts w:ascii="Malgun Gothic" w:hAnsi="Malgun Gothic" w:eastAsia="Malgun Gothic"/>
                <w:b w:val="0"/>
                <w:sz w:val="14"/>
              </w:rPr>
              <w:t>-0.1217184072965033</w:t>
            </w:r>
          </w:p>
        </w:tc>
        <w:tc>
          <w:tcPr>
            <w:tcW w:type="dxa" w:w="519"/>
            <w:vAlign w:val="center"/>
          </w:tcPr>
          <w:p>
            <w:r/>
            <w:r>
              <w:rPr>
                <w:rFonts w:ascii="Malgun Gothic" w:hAnsi="Malgun Gothic" w:eastAsia="Malgun Gothic"/>
                <w:b w:val="0"/>
                <w:sz w:val="14"/>
              </w:rPr>
              <w:t>0.11717964446258888</w:t>
            </w:r>
          </w:p>
        </w:tc>
        <w:tc>
          <w:tcPr>
            <w:tcW w:type="dxa" w:w="519"/>
            <w:vAlign w:val="center"/>
          </w:tcPr>
          <w:p>
            <w:r/>
            <w:r>
              <w:rPr>
                <w:rFonts w:ascii="Malgun Gothic" w:hAnsi="Malgun Gothic" w:eastAsia="Malgun Gothic"/>
                <w:b w:val="0"/>
                <w:sz w:val="14"/>
              </w:rPr>
              <w:t>0.4086116922912035</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-0.13296598923817732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0.0369009189307689</w:t>
            </w:r>
          </w:p>
        </w:tc>
        <w:tc>
          <w:tcPr>
            <w:tcW w:type="dxa" w:w="519"/>
            <w:vAlign w:val="center"/>
          </w:tcPr>
          <w:p>
            <w:r/>
            <w:r>
              <w:rPr>
                <w:rFonts w:ascii="Malgun Gothic" w:hAnsi="Malgun Gothic" w:eastAsia="Malgun Gothic"/>
                <w:b w:val="0"/>
                <w:sz w:val="14"/>
              </w:rPr>
              <w:t>237.52382989708173</w:t>
            </w:r>
          </w:p>
        </w:tc>
        <w:tc>
          <w:tcPr>
            <w:tcW w:type="dxa" w:w="519"/>
            <w:vAlign w:val="center"/>
          </w:tcPr>
          <w:p>
            <w:r/>
            <w:r>
              <w:rPr>
                <w:rFonts w:ascii="Malgun Gothic" w:hAnsi="Malgun Gothic" w:eastAsia="Malgun Gothic"/>
                <w:b w:val="0"/>
                <w:sz w:val="14"/>
              </w:rPr>
              <w:t>91.88361408882082</w:t>
            </w:r>
          </w:p>
        </w:tc>
        <w:tc>
          <w:tcPr>
            <w:tcW w:type="dxa" w:w="519"/>
            <w:vAlign w:val="center"/>
          </w:tcPr>
          <w:p>
            <w:r/>
            <w:r>
              <w:rPr>
                <w:rFonts w:ascii="Malgun Gothic" w:hAnsi="Malgun Gothic" w:eastAsia="Malgun Gothic"/>
                <w:b w:val="0"/>
                <w:sz w:val="14"/>
              </w:rPr>
              <w:t>58.77</w:t>
            </w:r>
          </w:p>
        </w:tc>
        <w:tc>
          <w:tcPr>
            <w:tcW w:type="dxa" w:w="519"/>
            <w:vAlign w:val="center"/>
          </w:tcPr>
          <w:p>
            <w:r/>
            <w:r>
              <w:rPr>
                <w:rFonts w:ascii="Malgun Gothic" w:hAnsi="Malgun Gothic" w:eastAsia="Malgun Gothic"/>
                <w:b w:val="0"/>
                <w:sz w:val="14"/>
              </w:rPr>
              <w:t>-1.0632325861686756</w:t>
            </w:r>
          </w:p>
        </w:tc>
        <w:tc>
          <w:tcPr>
            <w:tcW w:type="dxa" w:w="519"/>
            <w:vAlign w:val="center"/>
          </w:tcPr>
          <w:p>
            <w:r/>
            <w:r>
              <w:rPr>
                <w:rFonts w:ascii="Malgun Gothic" w:hAnsi="Malgun Gothic" w:eastAsia="Malgun Gothic"/>
                <w:b w:val="0"/>
                <w:sz w:val="14"/>
              </w:rPr>
              <w:t>0.2759283394965754</w:t>
            </w:r>
          </w:p>
        </w:tc>
        <w:tc>
          <w:tcPr>
            <w:tcW w:type="dxa" w:w="519"/>
            <w:vAlign w:val="center"/>
          </w:tcPr>
          <w:p>
            <w:r/>
            <w:r>
              <w:rPr>
                <w:rFonts w:ascii="Malgun Gothic" w:hAnsi="Malgun Gothic" w:eastAsia="Malgun Gothic"/>
                <w:b w:val="0"/>
                <w:sz w:val="14"/>
              </w:rPr>
              <w:t>0.4692636904754492</w:t>
            </w:r>
          </w:p>
        </w:tc>
        <w:tc>
          <w:tcPr>
            <w:tcW w:type="dxa" w:w="519"/>
            <w:vAlign w:val="center"/>
          </w:tcPr>
          <w:p>
            <w:r/>
            <w:r>
              <w:rPr>
                <w:rFonts w:ascii="Malgun Gothic" w:hAnsi="Malgun Gothic" w:eastAsia="Malgun Gothic"/>
                <w:b w:val="0"/>
                <w:sz w:val="14"/>
              </w:rPr>
              <w:t>-0.5166532228027919</w:t>
            </w:r>
          </w:p>
        </w:tc>
        <w:tc>
          <w:tcPr>
            <w:tcW w:type="dxa" w:w="519"/>
            <w:vAlign w:val="center"/>
          </w:tcPr>
          <w:p>
            <w:r/>
            <w:r>
              <w:rPr>
                <w:rFonts w:ascii="Malgun Gothic" w:hAnsi="Malgun Gothic" w:eastAsia="Malgun Gothic"/>
                <w:b w:val="0"/>
                <w:sz w:val="14"/>
              </w:rPr>
              <w:t>-0.20867344474986071</w:t>
            </w:r>
          </w:p>
        </w:tc>
        <w:tc>
          <w:tcPr>
            <w:tcW w:type="dxa" w:w="519"/>
            <w:vAlign w:val="center"/>
          </w:tcPr>
          <w:p>
            <w:r/>
            <w:r>
              <w:rPr>
                <w:rFonts w:ascii="Malgun Gothic" w:hAnsi="Malgun Gothic" w:eastAsia="Malgun Gothic"/>
                <w:b w:val="0"/>
                <w:sz w:val="14"/>
              </w:rPr>
              <w:t>0.3350952403289057</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-0.17882886762417038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0.0424245782196521</w:t>
            </w:r>
          </w:p>
        </w:tc>
        <w:tc>
          <w:tcPr>
            <w:tcW w:type="dxa" w:w="519"/>
            <w:vAlign w:val="center"/>
          </w:tcPr>
          <w:p>
            <w:r/>
            <w:r>
              <w:rPr>
                <w:rFonts w:ascii="Malgun Gothic" w:hAnsi="Malgun Gothic" w:eastAsia="Malgun Gothic"/>
                <w:b w:val="0"/>
                <w:sz w:val="14"/>
              </w:rPr>
              <w:t>223.4779198335052</w:t>
            </w:r>
          </w:p>
        </w:tc>
        <w:tc>
          <w:tcPr>
            <w:tcW w:type="dxa" w:w="519"/>
            <w:vAlign w:val="center"/>
          </w:tcPr>
          <w:p>
            <w:r/>
            <w:r>
              <w:rPr>
                <w:rFonts w:ascii="Malgun Gothic" w:hAnsi="Malgun Gothic" w:eastAsia="Malgun Gothic"/>
                <w:b w:val="0"/>
                <w:sz w:val="14"/>
              </w:rPr>
              <w:t>87.10407239819004</w:t>
            </w:r>
          </w:p>
        </w:tc>
        <w:tc>
          <w:tcPr>
            <w:tcW w:type="dxa" w:w="519"/>
            <w:vAlign w:val="center"/>
          </w:tcPr>
          <w:p>
            <w:r/>
            <w:r>
              <w:rPr>
                <w:rFonts w:ascii="Malgun Gothic" w:hAnsi="Malgun Gothic" w:eastAsia="Malgun Gothic"/>
                <w:b w:val="0"/>
                <w:sz w:val="14"/>
              </w:rPr>
              <w:t>53.04</w:t>
            </w:r>
          </w:p>
        </w:tc>
        <w:tc>
          <w:tcPr>
            <w:tcW w:type="dxa" w:w="519"/>
            <w:vAlign w:val="center"/>
          </w:tcPr>
          <w:p>
            <w:r/>
            <w:r>
              <w:rPr>
                <w:rFonts w:ascii="Malgun Gothic" w:hAnsi="Malgun Gothic" w:eastAsia="Malgun Gothic"/>
                <w:b w:val="0"/>
                <w:sz w:val="14"/>
              </w:rPr>
              <w:t>-0.8741709176823806</w:t>
            </w:r>
          </w:p>
        </w:tc>
        <w:tc>
          <w:tcPr>
            <w:tcW w:type="dxa" w:w="519"/>
            <w:vAlign w:val="center"/>
          </w:tcPr>
          <w:p>
            <w:r/>
            <w:r>
              <w:rPr>
                <w:rFonts w:ascii="Malgun Gothic" w:hAnsi="Malgun Gothic" w:eastAsia="Malgun Gothic"/>
                <w:b w:val="0"/>
                <w:sz w:val="14"/>
              </w:rPr>
              <w:t>-0.22828317491434943</w:t>
            </w:r>
          </w:p>
        </w:tc>
        <w:tc>
          <w:tcPr>
            <w:tcW w:type="dxa" w:w="519"/>
            <w:vAlign w:val="center"/>
          </w:tcPr>
          <w:p>
            <w:r/>
            <w:r>
              <w:rPr>
                <w:rFonts w:ascii="Malgun Gothic" w:hAnsi="Malgun Gothic" w:eastAsia="Malgun Gothic"/>
                <w:b w:val="0"/>
                <w:sz w:val="14"/>
              </w:rPr>
              <w:t>0.2231237058014514</w:t>
            </w:r>
          </w:p>
        </w:tc>
        <w:tc>
          <w:tcPr>
            <w:tcW w:type="dxa" w:w="519"/>
            <w:vAlign w:val="center"/>
          </w:tcPr>
          <w:p>
            <w:r/>
            <w:r>
              <w:rPr>
                <w:rFonts w:ascii="Malgun Gothic" w:hAnsi="Malgun Gothic" w:eastAsia="Malgun Gothic"/>
                <w:b w:val="0"/>
                <w:sz w:val="14"/>
              </w:rPr>
              <w:t>-0.5503134413488434</w:t>
            </w:r>
          </w:p>
        </w:tc>
        <w:tc>
          <w:tcPr>
            <w:tcW w:type="dxa" w:w="519"/>
            <w:vAlign w:val="center"/>
          </w:tcPr>
          <w:p>
            <w:r/>
            <w:r>
              <w:rPr>
                <w:rFonts w:ascii="Malgun Gothic" w:hAnsi="Malgun Gothic" w:eastAsia="Malgun Gothic"/>
                <w:b w:val="0"/>
                <w:sz w:val="14"/>
              </w:rPr>
              <w:t>-0.35741095703603054</w:t>
            </w:r>
          </w:p>
        </w:tc>
        <w:tc>
          <w:tcPr>
            <w:tcW w:type="dxa" w:w="519"/>
            <w:vAlign w:val="center"/>
          </w:tcPr>
          <w:p>
            <w:r/>
            <w:r>
              <w:rPr>
                <w:rFonts w:ascii="Malgun Gothic" w:hAnsi="Malgun Gothic" w:eastAsia="Malgun Gothic"/>
                <w:b w:val="0"/>
                <w:sz w:val="14"/>
              </w:rPr>
              <w:t>0.3015382340000546</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-0.20233630329859614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0.0403904914855957</w:t>
            </w:r>
          </w:p>
        </w:tc>
        <w:tc>
          <w:tcPr>
            <w:tcW w:type="dxa" w:w="519"/>
            <w:vAlign w:val="center"/>
          </w:tcPr>
          <w:p>
            <w:r/>
            <w:r>
              <w:rPr>
                <w:rFonts w:ascii="Malgun Gothic" w:hAnsi="Malgun Gothic" w:eastAsia="Malgun Gothic"/>
                <w:b w:val="0"/>
                <w:sz w:val="14"/>
              </w:rPr>
              <w:t>249.06888532105592</w:t>
            </w:r>
          </w:p>
        </w:tc>
        <w:tc>
          <w:tcPr>
            <w:tcW w:type="dxa" w:w="519"/>
            <w:vAlign w:val="center"/>
          </w:tcPr>
          <w:p>
            <w:r/>
            <w:r>
              <w:rPr>
                <w:rFonts w:ascii="Malgun Gothic" w:hAnsi="Malgun Gothic" w:eastAsia="Malgun Gothic"/>
                <w:b w:val="0"/>
                <w:sz w:val="14"/>
              </w:rPr>
              <w:t>98.326359832636</w:t>
            </w:r>
          </w:p>
        </w:tc>
        <w:tc>
          <w:tcPr>
            <w:tcW w:type="dxa" w:w="519"/>
            <w:vAlign w:val="center"/>
          </w:tcPr>
          <w:p>
            <w:r/>
            <w:r>
              <w:rPr>
                <w:rFonts w:ascii="Malgun Gothic" w:hAnsi="Malgun Gothic" w:eastAsia="Malgun Gothic"/>
                <w:b w:val="0"/>
                <w:sz w:val="14"/>
              </w:rPr>
              <w:t>28.68</w:t>
            </w:r>
          </w:p>
        </w:tc>
        <w:tc>
          <w:tcPr>
            <w:tcW w:type="dxa" w:w="519"/>
            <w:vAlign w:val="center"/>
          </w:tcPr>
          <w:p>
            <w:r/>
            <w:r>
              <w:rPr>
                <w:rFonts w:ascii="Malgun Gothic" w:hAnsi="Malgun Gothic" w:eastAsia="Malgun Gothic"/>
                <w:b w:val="0"/>
                <w:sz w:val="14"/>
              </w:rPr>
              <w:t>-0.9437928497520348</w:t>
            </w:r>
          </w:p>
        </w:tc>
        <w:tc>
          <w:tcPr>
            <w:tcW w:type="dxa" w:w="519"/>
            <w:vAlign w:val="center"/>
          </w:tcPr>
          <w:p>
            <w:r/>
            <w:r>
              <w:rPr>
                <w:rFonts w:ascii="Malgun Gothic" w:hAnsi="Malgun Gothic" w:eastAsia="Malgun Gothic"/>
                <w:b w:val="0"/>
                <w:sz w:val="14"/>
              </w:rPr>
              <w:t>0.6903656990504673</w:t>
            </w:r>
          </w:p>
        </w:tc>
        <w:tc>
          <w:tcPr>
            <w:tcW w:type="dxa" w:w="519"/>
            <w:vAlign w:val="center"/>
          </w:tcPr>
          <w:p>
            <w:r/>
            <w:r>
              <w:rPr>
                <w:rFonts w:ascii="Malgun Gothic" w:hAnsi="Malgun Gothic" w:eastAsia="Malgun Gothic"/>
                <w:b w:val="0"/>
                <w:sz w:val="14"/>
              </w:rPr>
              <w:t>0.8010564524780849</w:t>
            </w:r>
          </w:p>
        </w:tc>
        <w:tc>
          <w:tcPr>
            <w:tcW w:type="dxa" w:w="519"/>
            <w:vAlign w:val="center"/>
          </w:tcPr>
          <w:p>
            <w:r/>
            <w:r>
              <w:rPr>
                <w:rFonts w:ascii="Malgun Gothic" w:hAnsi="Malgun Gothic" w:eastAsia="Malgun Gothic"/>
                <w:b w:val="0"/>
                <w:sz w:val="14"/>
              </w:rPr>
              <w:t>-0.6934134280472398</w:t>
            </w:r>
          </w:p>
        </w:tc>
        <w:tc>
          <w:tcPr>
            <w:tcW w:type="dxa" w:w="519"/>
            <w:vAlign w:val="center"/>
          </w:tcPr>
          <w:p>
            <w:r/>
            <w:r>
              <w:rPr>
                <w:rFonts w:ascii="Malgun Gothic" w:hAnsi="Malgun Gothic" w:eastAsia="Malgun Gothic"/>
                <w:b w:val="0"/>
                <w:sz w:val="14"/>
              </w:rPr>
              <w:t>-0.036446031567680615</w:t>
            </w:r>
          </w:p>
        </w:tc>
        <w:tc>
          <w:tcPr>
            <w:tcW w:type="dxa" w:w="519"/>
            <w:vAlign w:val="center"/>
          </w:tcPr>
          <w:p>
            <w:r/>
            <w:r>
              <w:rPr>
                <w:rFonts w:ascii="Malgun Gothic" w:hAnsi="Malgun Gothic" w:eastAsia="Malgun Gothic"/>
                <w:b w:val="0"/>
                <w:sz w:val="14"/>
              </w:rPr>
              <w:t>0.37395185629163935</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-0.1668373683668915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0.0656273290514946</w:t>
            </w:r>
          </w:p>
        </w:tc>
        <w:tc>
          <w:tcPr>
            <w:tcW w:type="dxa" w:w="519"/>
            <w:vAlign w:val="center"/>
          </w:tcPr>
          <w:p>
            <w:r/>
            <w:r>
              <w:rPr>
                <w:rFonts w:ascii="Malgun Gothic" w:hAnsi="Malgun Gothic" w:eastAsia="Malgun Gothic"/>
                <w:b w:val="0"/>
                <w:sz w:val="14"/>
              </w:rPr>
              <w:t>256.6302502247697</w:t>
            </w:r>
          </w:p>
        </w:tc>
        <w:tc>
          <w:tcPr>
            <w:tcW w:type="dxa" w:w="519"/>
            <w:vAlign w:val="center"/>
          </w:tcPr>
          <w:p>
            <w:r/>
            <w:r>
              <w:rPr>
                <w:rFonts w:ascii="Malgun Gothic" w:hAnsi="Malgun Gothic" w:eastAsia="Malgun Gothic"/>
                <w:b w:val="0"/>
                <w:sz w:val="14"/>
              </w:rPr>
              <w:t>111.94029850746269</w:t>
            </w:r>
          </w:p>
        </w:tc>
        <w:tc>
          <w:tcPr>
            <w:tcW w:type="dxa" w:w="519"/>
            <w:vAlign w:val="center"/>
          </w:tcPr>
          <w:p>
            <w:r/>
            <w:r>
              <w:rPr>
                <w:rFonts w:ascii="Malgun Gothic" w:hAnsi="Malgun Gothic" w:eastAsia="Malgun Gothic"/>
                <w:b w:val="0"/>
                <w:sz w:val="14"/>
              </w:rPr>
              <w:t>40.2</w:t>
            </w:r>
          </w:p>
        </w:tc>
        <w:tc>
          <w:tcPr>
            <w:tcW w:type="dxa" w:w="519"/>
            <w:vAlign w:val="center"/>
          </w:tcPr>
          <w:p>
            <w:r/>
            <w:r>
              <w:rPr>
                <w:rFonts w:ascii="Malgun Gothic" w:hAnsi="Malgun Gothic" w:eastAsia="Malgun Gothic"/>
                <w:b w:val="0"/>
                <w:sz w:val="14"/>
              </w:rPr>
              <w:t>-0.07999615846640405</w:t>
            </w:r>
          </w:p>
        </w:tc>
        <w:tc>
          <w:tcPr>
            <w:tcW w:type="dxa" w:w="519"/>
            <w:vAlign w:val="center"/>
          </w:tcPr>
          <w:p>
            <w:r/>
            <w:r>
              <w:rPr>
                <w:rFonts w:ascii="Malgun Gothic" w:hAnsi="Malgun Gothic" w:eastAsia="Malgun Gothic"/>
                <w:b w:val="0"/>
                <w:sz w:val="14"/>
              </w:rPr>
              <w:t>0.9617989655215167</w:t>
            </w:r>
          </w:p>
        </w:tc>
        <w:tc>
          <w:tcPr>
            <w:tcW w:type="dxa" w:w="519"/>
            <w:vAlign w:val="center"/>
          </w:tcPr>
          <w:p>
            <w:r/>
            <w:r>
              <w:rPr>
                <w:rFonts w:ascii="Malgun Gothic" w:hAnsi="Malgun Gothic" w:eastAsia="Malgun Gothic"/>
                <w:b w:val="0"/>
                <w:sz w:val="14"/>
              </w:rPr>
              <w:t>1.5021560293147809</w:t>
            </w:r>
          </w:p>
        </w:tc>
        <w:tc>
          <w:tcPr>
            <w:tcW w:type="dxa" w:w="519"/>
            <w:vAlign w:val="center"/>
          </w:tcPr>
          <w:p>
            <w:r/>
            <w:r>
              <w:rPr>
                <w:rFonts w:ascii="Malgun Gothic" w:hAnsi="Malgun Gothic" w:eastAsia="Malgun Gothic"/>
                <w:b w:val="0"/>
                <w:sz w:val="14"/>
              </w:rPr>
              <w:t>-0.6257405279337125</w:t>
            </w:r>
          </w:p>
        </w:tc>
        <w:tc>
          <w:tcPr>
            <w:tcW w:type="dxa" w:w="519"/>
            <w:vAlign w:val="center"/>
          </w:tcPr>
          <w:p>
            <w:r/>
            <w:r>
              <w:rPr>
                <w:rFonts w:ascii="Malgun Gothic" w:hAnsi="Malgun Gothic" w:eastAsia="Malgun Gothic"/>
                <w:b w:val="0"/>
                <w:sz w:val="14"/>
              </w:rPr>
              <w:t>0.4395545771090453</w:t>
            </w:r>
          </w:p>
        </w:tc>
        <w:tc>
          <w:tcPr>
            <w:tcW w:type="dxa" w:w="519"/>
            <w:vAlign w:val="center"/>
          </w:tcPr>
          <w:p>
            <w:r/>
            <w:r>
              <w:rPr>
                <w:rFonts w:ascii="Malgun Gothic" w:hAnsi="Malgun Gothic" w:eastAsia="Malgun Gothic"/>
                <w:b w:val="0"/>
                <w:sz w:val="14"/>
              </w:rPr>
              <w:t>0.48134342948919073</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-0.11259839667380789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0.0551260747015476</w:t>
            </w:r>
          </w:p>
        </w:tc>
        <w:tc>
          <w:tcPr>
            <w:tcW w:type="dxa" w:w="519"/>
            <w:vAlign w:val="center"/>
          </w:tcPr>
          <w:p>
            <w:r/>
            <w:r>
              <w:rPr>
                <w:rFonts w:ascii="Malgun Gothic" w:hAnsi="Malgun Gothic" w:eastAsia="Malgun Gothic"/>
                <w:b w:val="0"/>
                <w:sz w:val="14"/>
              </w:rPr>
              <w:t>229.3614672475256</w:t>
            </w:r>
          </w:p>
        </w:tc>
        <w:tc>
          <w:tcPr>
            <w:tcW w:type="dxa" w:w="519"/>
            <w:vAlign w:val="center"/>
          </w:tcPr>
          <w:p>
            <w:r/>
            <w:r>
              <w:rPr>
                <w:rFonts w:ascii="Malgun Gothic" w:hAnsi="Malgun Gothic" w:eastAsia="Malgun Gothic"/>
                <w:b w:val="0"/>
                <w:sz w:val="14"/>
              </w:rPr>
              <w:t>93.17166560306318</w:t>
            </w:r>
          </w:p>
        </w:tc>
        <w:tc>
          <w:tcPr>
            <w:tcW w:type="dxa" w:w="519"/>
            <w:vAlign w:val="center"/>
          </w:tcPr>
          <w:p>
            <w:r/>
            <w:r>
              <w:rPr>
                <w:rFonts w:ascii="Malgun Gothic" w:hAnsi="Malgun Gothic" w:eastAsia="Malgun Gothic"/>
                <w:b w:val="0"/>
                <w:sz w:val="14"/>
              </w:rPr>
              <w:t>47.01</w:t>
            </w:r>
          </w:p>
        </w:tc>
        <w:tc>
          <w:tcPr>
            <w:tcW w:type="dxa" w:w="519"/>
            <w:vAlign w:val="center"/>
          </w:tcPr>
          <w:p>
            <w:r/>
            <w:r>
              <w:rPr>
                <w:rFonts w:ascii="Malgun Gothic" w:hAnsi="Malgun Gothic" w:eastAsia="Malgun Gothic"/>
                <w:b w:val="0"/>
                <w:sz w:val="14"/>
              </w:rPr>
              <w:t>-0.43942902077123225</w:t>
            </w:r>
          </w:p>
        </w:tc>
        <w:tc>
          <w:tcPr>
            <w:tcW w:type="dxa" w:w="519"/>
            <w:vAlign w:val="center"/>
          </w:tcPr>
          <w:p>
            <w:r/>
            <w:r>
              <w:rPr>
                <w:rFonts w:ascii="Malgun Gothic" w:hAnsi="Malgun Gothic" w:eastAsia="Malgun Gothic"/>
                <w:b w:val="0"/>
                <w:sz w:val="14"/>
              </w:rPr>
              <w:t>-0.01707917757248324</w:t>
            </w:r>
          </w:p>
        </w:tc>
        <w:tc>
          <w:tcPr>
            <w:tcW w:type="dxa" w:w="519"/>
            <w:vAlign w:val="center"/>
          </w:tcPr>
          <w:p>
            <w:r/>
            <w:r>
              <w:rPr>
                <w:rFonts w:ascii="Malgun Gothic" w:hAnsi="Malgun Gothic" w:eastAsia="Malgun Gothic"/>
                <w:b w:val="0"/>
                <w:sz w:val="14"/>
              </w:rPr>
              <w:t>0.5355966153658044</w:t>
            </w:r>
          </w:p>
        </w:tc>
        <w:tc>
          <w:tcPr>
            <w:tcW w:type="dxa" w:w="519"/>
            <w:vAlign w:val="center"/>
          </w:tcPr>
          <w:p>
            <w:r/>
            <w:r>
              <w:rPr>
                <w:rFonts w:ascii="Malgun Gothic" w:hAnsi="Malgun Gothic" w:eastAsia="Malgun Gothic"/>
                <w:b w:val="0"/>
                <w:sz w:val="14"/>
              </w:rPr>
              <w:t>-0.5857359750020179</w:t>
            </w:r>
          </w:p>
        </w:tc>
        <w:tc>
          <w:tcPr>
            <w:tcW w:type="dxa" w:w="519"/>
            <w:vAlign w:val="center"/>
          </w:tcPr>
          <w:p>
            <w:r/>
            <w:r>
              <w:rPr>
                <w:rFonts w:ascii="Malgun Gothic" w:hAnsi="Malgun Gothic" w:eastAsia="Malgun Gothic"/>
                <w:b w:val="0"/>
                <w:sz w:val="14"/>
              </w:rPr>
              <w:t>-0.12666188949498225</w:t>
            </w:r>
          </w:p>
        </w:tc>
        <w:tc>
          <w:tcPr>
            <w:tcW w:type="dxa" w:w="519"/>
            <w:vAlign w:val="center"/>
          </w:tcPr>
          <w:p>
            <w:r/>
            <w:r>
              <w:rPr>
                <w:rFonts w:ascii="Malgun Gothic" w:hAnsi="Malgun Gothic" w:eastAsia="Malgun Gothic"/>
                <w:b w:val="0"/>
                <w:sz w:val="14"/>
              </w:rPr>
              <w:t>0.3535980526754773</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-0.17937478458200484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0.150307759642601</w:t>
            </w:r>
          </w:p>
        </w:tc>
        <w:tc>
          <w:tcPr>
            <w:tcW w:type="dxa" w:w="519"/>
            <w:vAlign w:val="center"/>
          </w:tcPr>
          <w:p>
            <w:r/>
            <w:r>
              <w:rPr>
                <w:rFonts w:ascii="Malgun Gothic" w:hAnsi="Malgun Gothic" w:eastAsia="Malgun Gothic"/>
                <w:b w:val="0"/>
                <w:sz w:val="14"/>
              </w:rPr>
              <w:t>235.6802849887382</w:t>
            </w:r>
          </w:p>
        </w:tc>
        <w:tc>
          <w:tcPr>
            <w:tcW w:type="dxa" w:w="519"/>
            <w:vAlign w:val="center"/>
          </w:tcPr>
          <w:p>
            <w:r/>
            <w:r>
              <w:rPr>
                <w:rFonts w:ascii="Malgun Gothic" w:hAnsi="Malgun Gothic" w:eastAsia="Malgun Gothic"/>
                <w:b w:val="0"/>
                <w:sz w:val="14"/>
              </w:rPr>
              <w:t>67.20430107526882</w:t>
            </w:r>
          </w:p>
        </w:tc>
        <w:tc>
          <w:tcPr>
            <w:tcW w:type="dxa" w:w="519"/>
            <w:vAlign w:val="center"/>
          </w:tcPr>
          <w:p>
            <w:r/>
            <w:r>
              <w:rPr>
                <w:rFonts w:ascii="Malgun Gothic" w:hAnsi="Malgun Gothic" w:eastAsia="Malgun Gothic"/>
                <w:b w:val="0"/>
                <w:sz w:val="14"/>
              </w:rPr>
              <w:t>44.64</w:t>
            </w:r>
          </w:p>
        </w:tc>
        <w:tc>
          <w:tcPr>
            <w:tcW w:type="dxa" w:w="519"/>
            <w:vAlign w:val="center"/>
          </w:tcPr>
          <w:p>
            <w:r/>
            <w:r>
              <w:rPr>
                <w:rFonts w:ascii="Malgun Gothic" w:hAnsi="Malgun Gothic" w:eastAsia="Malgun Gothic"/>
                <w:b w:val="0"/>
                <w:sz w:val="14"/>
              </w:rPr>
              <w:t>2.8184127871963907</w:t>
            </w:r>
          </w:p>
        </w:tc>
        <w:tc>
          <w:tcPr>
            <w:tcW w:type="dxa" w:w="519"/>
            <w:vAlign w:val="center"/>
          </w:tcPr>
          <w:p>
            <w:r/>
            <w:r>
              <w:rPr>
                <w:rFonts w:ascii="Malgun Gothic" w:hAnsi="Malgun Gothic" w:eastAsia="Malgun Gothic"/>
                <w:b w:val="0"/>
                <w:sz w:val="14"/>
              </w:rPr>
              <w:t>0.20974988855156443</w:t>
            </w:r>
          </w:p>
        </w:tc>
        <w:tc>
          <w:tcPr>
            <w:tcW w:type="dxa" w:w="519"/>
            <w:vAlign w:val="center"/>
          </w:tcPr>
          <w:p>
            <w:r/>
            <w:r>
              <w:rPr>
                <w:rFonts w:ascii="Malgun Gothic" w:hAnsi="Malgun Gothic" w:eastAsia="Malgun Gothic"/>
                <w:b w:val="0"/>
                <w:sz w:val="14"/>
              </w:rPr>
              <w:t>-0.801687819128141</w:t>
            </w:r>
          </w:p>
        </w:tc>
        <w:tc>
          <w:tcPr>
            <w:tcW w:type="dxa" w:w="519"/>
            <w:vAlign w:val="center"/>
          </w:tcPr>
          <w:p>
            <w:r/>
            <w:r>
              <w:rPr>
                <w:rFonts w:ascii="Malgun Gothic" w:hAnsi="Malgun Gothic" w:eastAsia="Malgun Gothic"/>
                <w:b w:val="0"/>
                <w:sz w:val="14"/>
              </w:rPr>
              <w:t>-0.5996582643482905</w:t>
            </w:r>
          </w:p>
        </w:tc>
        <w:tc>
          <w:tcPr>
            <w:tcW w:type="dxa" w:w="519"/>
            <w:vAlign w:val="center"/>
          </w:tcPr>
          <w:p>
            <w:r/>
            <w:r>
              <w:rPr>
                <w:rFonts w:ascii="Malgun Gothic" w:hAnsi="Malgun Gothic" w:eastAsia="Malgun Gothic"/>
                <w:b w:val="0"/>
                <w:sz w:val="14"/>
              </w:rPr>
              <w:t>0.4067041480678808</w:t>
            </w:r>
          </w:p>
        </w:tc>
        <w:tc>
          <w:tcPr>
            <w:tcW w:type="dxa" w:w="519"/>
            <w:vAlign w:val="center"/>
          </w:tcPr>
          <w:p>
            <w:r/>
            <w:r>
              <w:rPr>
                <w:rFonts w:ascii="Malgun Gothic" w:hAnsi="Malgun Gothic" w:eastAsia="Malgun Gothic"/>
                <w:b w:val="0"/>
                <w:sz w:val="14"/>
              </w:rPr>
              <w:t>0.47393196994347164</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-0.1399538565326791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0.0456519089639186</w:t>
            </w:r>
          </w:p>
        </w:tc>
        <w:tc>
          <w:tcPr>
            <w:tcW w:type="dxa" w:w="519"/>
            <w:vAlign w:val="center"/>
          </w:tcPr>
          <w:p>
            <w:r/>
            <w:r>
              <w:rPr>
                <w:rFonts w:ascii="Malgun Gothic" w:hAnsi="Malgun Gothic" w:eastAsia="Malgun Gothic"/>
                <w:b w:val="0"/>
                <w:sz w:val="14"/>
              </w:rPr>
              <w:t>204.64433131303</w:t>
            </w:r>
          </w:p>
        </w:tc>
        <w:tc>
          <w:tcPr>
            <w:tcW w:type="dxa" w:w="519"/>
            <w:vAlign w:val="center"/>
          </w:tcPr>
          <w:p>
            <w:r/>
            <w:r>
              <w:rPr>
                <w:rFonts w:ascii="Malgun Gothic" w:hAnsi="Malgun Gothic" w:eastAsia="Malgun Gothic"/>
                <w:b w:val="0"/>
                <w:sz w:val="14"/>
              </w:rPr>
              <w:t>68.53082741233098</w:t>
            </w:r>
          </w:p>
        </w:tc>
        <w:tc>
          <w:tcPr>
            <w:tcW w:type="dxa" w:w="519"/>
            <w:vAlign w:val="center"/>
          </w:tcPr>
          <w:p>
            <w:r/>
            <w:r>
              <w:rPr>
                <w:rFonts w:ascii="Malgun Gothic" w:hAnsi="Malgun Gothic" w:eastAsia="Malgun Gothic"/>
                <w:b w:val="0"/>
                <w:sz w:val="14"/>
              </w:rPr>
              <w:t>261.78</w:t>
            </w:r>
          </w:p>
        </w:tc>
        <w:tc>
          <w:tcPr>
            <w:tcW w:type="dxa" w:w="519"/>
            <w:vAlign w:val="center"/>
          </w:tcPr>
          <w:p>
            <w:r/>
            <w:r>
              <w:rPr>
                <w:rFonts w:ascii="Malgun Gothic" w:hAnsi="Malgun Gothic" w:eastAsia="Malgun Gothic"/>
                <w:b w:val="0"/>
                <w:sz w:val="14"/>
              </w:rPr>
              <w:t>-0.7637070922802337</w:t>
            </w:r>
          </w:p>
        </w:tc>
        <w:tc>
          <w:tcPr>
            <w:tcW w:type="dxa" w:w="519"/>
            <w:vAlign w:val="center"/>
          </w:tcPr>
          <w:p>
            <w:r/>
            <w:r>
              <w:rPr>
                <w:rFonts w:ascii="Malgun Gothic" w:hAnsi="Malgun Gothic" w:eastAsia="Malgun Gothic"/>
                <w:b w:val="0"/>
                <w:sz w:val="14"/>
              </w:rPr>
              <w:t>-0.9043598510939933</w:t>
            </w:r>
          </w:p>
        </w:tc>
        <w:tc>
          <w:tcPr>
            <w:tcW w:type="dxa" w:w="519"/>
            <w:vAlign w:val="center"/>
          </w:tcPr>
          <w:p>
            <w:r/>
            <w:r>
              <w:rPr>
                <w:rFonts w:ascii="Malgun Gothic" w:hAnsi="Malgun Gothic" w:eastAsia="Malgun Gothic"/>
                <w:b w:val="0"/>
                <w:sz w:val="14"/>
              </w:rPr>
              <w:t>-0.7333734924816788</w:t>
            </w:r>
          </w:p>
        </w:tc>
        <w:tc>
          <w:tcPr>
            <w:tcW w:type="dxa" w:w="519"/>
            <w:vAlign w:val="center"/>
          </w:tcPr>
          <w:p>
            <w:r/>
            <w:r>
              <w:rPr>
                <w:rFonts w:ascii="Malgun Gothic" w:hAnsi="Malgun Gothic" w:eastAsia="Malgun Gothic"/>
                <w:b w:val="0"/>
                <w:sz w:val="14"/>
              </w:rPr>
              <w:t>0.6759054101874157</w:t>
            </w:r>
          </w:p>
        </w:tc>
        <w:tc>
          <w:tcPr>
            <w:tcW w:type="dxa" w:w="519"/>
            <w:vAlign w:val="center"/>
          </w:tcPr>
          <w:p>
            <w:r/>
            <w:r>
              <w:rPr>
                <w:rFonts w:ascii="Malgun Gothic" w:hAnsi="Malgun Gothic" w:eastAsia="Malgun Gothic"/>
                <w:b w:val="0"/>
                <w:sz w:val="14"/>
              </w:rPr>
              <w:t>-0.43138375641712257</w:t>
            </w:r>
          </w:p>
        </w:tc>
        <w:tc>
          <w:tcPr>
            <w:tcW w:type="dxa" w:w="519"/>
            <w:vAlign w:val="center"/>
          </w:tcPr>
          <w:p>
            <w:r/>
            <w:r>
              <w:rPr>
                <w:rFonts w:ascii="Malgun Gothic" w:hAnsi="Malgun Gothic" w:eastAsia="Malgun Gothic"/>
                <w:b w:val="0"/>
                <w:sz w:val="14"/>
              </w:rPr>
              <w:t>0.2848490635356582</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-0.14893287601352478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0.0183735396713018</w:t>
            </w:r>
          </w:p>
        </w:tc>
        <w:tc>
          <w:tcPr>
            <w:tcW w:type="dxa" w:w="519"/>
            <w:vAlign w:val="center"/>
          </w:tcPr>
          <w:p>
            <w:r/>
            <w:r>
              <w:rPr>
                <w:rFonts w:ascii="Malgun Gothic" w:hAnsi="Malgun Gothic" w:eastAsia="Malgun Gothic"/>
                <w:b w:val="0"/>
                <w:sz w:val="14"/>
              </w:rPr>
              <w:t>252.287532802586</w:t>
            </w:r>
          </w:p>
        </w:tc>
        <w:tc>
          <w:tcPr>
            <w:tcW w:type="dxa" w:w="519"/>
            <w:vAlign w:val="center"/>
          </w:tcPr>
          <w:p>
            <w:r/>
            <w:r>
              <w:rPr>
                <w:rFonts w:ascii="Malgun Gothic" w:hAnsi="Malgun Gothic" w:eastAsia="Malgun Gothic"/>
                <w:b w:val="0"/>
                <w:sz w:val="14"/>
              </w:rPr>
              <w:t>50.90137857900319</w:t>
            </w:r>
          </w:p>
        </w:tc>
        <w:tc>
          <w:tcPr>
            <w:tcW w:type="dxa" w:w="519"/>
            <w:vAlign w:val="center"/>
          </w:tcPr>
          <w:p>
            <w:r/>
            <w:r>
              <w:rPr>
                <w:rFonts w:ascii="Malgun Gothic" w:hAnsi="Malgun Gothic" w:eastAsia="Malgun Gothic"/>
                <w:b w:val="0"/>
                <w:sz w:val="14"/>
              </w:rPr>
              <w:t>56.58</w:t>
            </w:r>
          </w:p>
        </w:tc>
        <w:tc>
          <w:tcPr>
            <w:tcW w:type="dxa" w:w="519"/>
            <w:vAlign w:val="center"/>
          </w:tcPr>
          <w:p>
            <w:r/>
            <w:r>
              <w:rPr>
                <w:rFonts w:ascii="Malgun Gothic" w:hAnsi="Malgun Gothic" w:eastAsia="Malgun Gothic"/>
                <w:b w:val="0"/>
                <w:sz w:val="14"/>
              </w:rPr>
              <w:t>-1.6973805399577369</w:t>
            </w:r>
          </w:p>
        </w:tc>
        <w:tc>
          <w:tcPr>
            <w:tcW w:type="dxa" w:w="519"/>
            <w:vAlign w:val="center"/>
          </w:tcPr>
          <w:p>
            <w:r/>
            <w:r>
              <w:rPr>
                <w:rFonts w:ascii="Malgun Gothic" w:hAnsi="Malgun Gothic" w:eastAsia="Malgun Gothic"/>
                <w:b w:val="0"/>
                <w:sz w:val="14"/>
              </w:rPr>
              <w:t>0.8059067436443377</w:t>
            </w:r>
          </w:p>
        </w:tc>
        <w:tc>
          <w:tcPr>
            <w:tcW w:type="dxa" w:w="519"/>
            <w:vAlign w:val="center"/>
          </w:tcPr>
          <w:p>
            <w:r/>
            <w:r>
              <w:rPr>
                <w:rFonts w:ascii="Malgun Gothic" w:hAnsi="Malgun Gothic" w:eastAsia="Malgun Gothic"/>
                <w:b w:val="0"/>
                <w:sz w:val="14"/>
              </w:rPr>
              <w:t>-1.6412664551380312</w:t>
            </w:r>
          </w:p>
        </w:tc>
        <w:tc>
          <w:tcPr>
            <w:tcW w:type="dxa" w:w="519"/>
            <w:vAlign w:val="center"/>
          </w:tcPr>
          <w:p>
            <w:r/>
            <w:r>
              <w:rPr>
                <w:rFonts w:ascii="Malgun Gothic" w:hAnsi="Malgun Gothic" w:eastAsia="Malgun Gothic"/>
                <w:b w:val="0"/>
                <w:sz w:val="14"/>
              </w:rPr>
              <w:t>-0.5295181230847907</w:t>
            </w:r>
          </w:p>
        </w:tc>
        <w:tc>
          <w:tcPr>
            <w:tcW w:type="dxa" w:w="519"/>
            <w:vAlign w:val="center"/>
          </w:tcPr>
          <w:p>
            <w:r/>
            <w:r>
              <w:rPr>
                <w:rFonts w:ascii="Malgun Gothic" w:hAnsi="Malgun Gothic" w:eastAsia="Malgun Gothic"/>
                <w:b w:val="0"/>
                <w:sz w:val="14"/>
              </w:rPr>
              <w:t>-0.7655645936340553</w:t>
            </w:r>
          </w:p>
        </w:tc>
        <w:tc>
          <w:tcPr>
            <w:tcW w:type="dxa" w:w="519"/>
            <w:vAlign w:val="center"/>
          </w:tcPr>
          <w:p>
            <w:r/>
            <w:r>
              <w:rPr>
                <w:rFonts w:ascii="Malgun Gothic" w:hAnsi="Malgun Gothic" w:eastAsia="Malgun Gothic"/>
                <w:b w:val="0"/>
                <w:sz w:val="14"/>
              </w:rPr>
              <w:t>0.20945376952338823</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-0.23587447023128866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0.0523386746644973</w:t>
            </w:r>
          </w:p>
        </w:tc>
        <w:tc>
          <w:tcPr>
            <w:tcW w:type="dxa" w:w="519"/>
            <w:vAlign w:val="center"/>
          </w:tcPr>
          <w:p>
            <w:r/>
            <w:r>
              <w:rPr>
                <w:rFonts w:ascii="Malgun Gothic" w:hAnsi="Malgun Gothic" w:eastAsia="Malgun Gothic"/>
                <w:b w:val="0"/>
                <w:sz w:val="14"/>
              </w:rPr>
              <w:t>220.28921832445275</w:t>
            </w:r>
          </w:p>
        </w:tc>
        <w:tc>
          <w:tcPr>
            <w:tcW w:type="dxa" w:w="519"/>
            <w:vAlign w:val="center"/>
          </w:tcPr>
          <w:p>
            <w:r/>
            <w:r>
              <w:rPr>
                <w:rFonts w:ascii="Malgun Gothic" w:hAnsi="Malgun Gothic" w:eastAsia="Malgun Gothic"/>
                <w:b w:val="0"/>
                <w:sz w:val="14"/>
              </w:rPr>
              <w:t>84.81012658227849</w:t>
            </w:r>
          </w:p>
        </w:tc>
        <w:tc>
          <w:tcPr>
            <w:tcW w:type="dxa" w:w="519"/>
            <w:vAlign w:val="center"/>
          </w:tcPr>
          <w:p>
            <w:r/>
            <w:r>
              <w:rPr>
                <w:rFonts w:ascii="Malgun Gothic" w:hAnsi="Malgun Gothic" w:eastAsia="Malgun Gothic"/>
                <w:b w:val="0"/>
                <w:sz w:val="14"/>
              </w:rPr>
              <w:t>47.4</w:t>
            </w:r>
          </w:p>
        </w:tc>
        <w:tc>
          <w:tcPr>
            <w:tcW w:type="dxa" w:w="519"/>
            <w:vAlign w:val="center"/>
          </w:tcPr>
          <w:p>
            <w:r/>
            <w:r>
              <w:rPr>
                <w:rFonts w:ascii="Malgun Gothic" w:hAnsi="Malgun Gothic" w:eastAsia="Malgun Gothic"/>
                <w:b w:val="0"/>
                <w:sz w:val="14"/>
              </w:rPr>
              <w:t>-0.5348350684983432</w:t>
            </w:r>
          </w:p>
        </w:tc>
        <w:tc>
          <w:tcPr>
            <w:tcW w:type="dxa" w:w="519"/>
            <w:vAlign w:val="center"/>
          </w:tcPr>
          <w:p>
            <w:r/>
            <w:r>
              <w:rPr>
                <w:rFonts w:ascii="Malgun Gothic" w:hAnsi="Malgun Gothic" w:eastAsia="Malgun Gothic"/>
                <w:b w:val="0"/>
                <w:sz w:val="14"/>
              </w:rPr>
              <w:t>-0.3427492372489644</w:t>
            </w:r>
          </w:p>
        </w:tc>
        <w:tc>
          <w:tcPr>
            <w:tcW w:type="dxa" w:w="519"/>
            <w:vAlign w:val="center"/>
          </w:tcPr>
          <w:p>
            <w:r/>
            <w:r>
              <w:rPr>
                <w:rFonts w:ascii="Malgun Gothic" w:hAnsi="Malgun Gothic" w:eastAsia="Malgun Gothic"/>
                <w:b w:val="0"/>
                <w:sz w:val="14"/>
              </w:rPr>
              <w:t>0.10498857391667553</w:t>
            </w:r>
          </w:p>
        </w:tc>
        <w:tc>
          <w:tcPr>
            <w:tcW w:type="dxa" w:w="519"/>
            <w:vAlign w:val="center"/>
          </w:tcPr>
          <w:p>
            <w:r/>
            <w:r>
              <w:rPr>
                <w:rFonts w:ascii="Malgun Gothic" w:hAnsi="Malgun Gothic" w:eastAsia="Malgun Gothic"/>
                <w:b w:val="0"/>
                <w:sz w:val="14"/>
              </w:rPr>
              <w:t>-0.5834449653627578</w:t>
            </w:r>
          </w:p>
        </w:tc>
        <w:tc>
          <w:tcPr>
            <w:tcW w:type="dxa" w:w="519"/>
            <w:vAlign w:val="center"/>
          </w:tcPr>
          <w:p>
            <w:r/>
            <w:r>
              <w:rPr>
                <w:rFonts w:ascii="Malgun Gothic" w:hAnsi="Malgun Gothic" w:eastAsia="Malgun Gothic"/>
                <w:b w:val="0"/>
                <w:sz w:val="14"/>
              </w:rPr>
              <w:t>-0.33901017429834746</w:t>
            </w:r>
          </w:p>
        </w:tc>
        <w:tc>
          <w:tcPr>
            <w:tcW w:type="dxa" w:w="519"/>
            <w:vAlign w:val="center"/>
          </w:tcPr>
          <w:p>
            <w:r/>
            <w:r>
              <w:rPr>
                <w:rFonts w:ascii="Malgun Gothic" w:hAnsi="Malgun Gothic" w:eastAsia="Malgun Gothic"/>
                <w:b w:val="0"/>
                <w:sz w:val="14"/>
              </w:rPr>
              <w:t>0.30568967618362575</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-0.2051225841897676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0.0820771381258964</w:t>
            </w:r>
          </w:p>
        </w:tc>
        <w:tc>
          <w:tcPr>
            <w:tcW w:type="dxa" w:w="519"/>
            <w:vAlign w:val="center"/>
          </w:tcPr>
          <w:p>
            <w:r/>
            <w:r>
              <w:rPr>
                <w:rFonts w:ascii="Malgun Gothic" w:hAnsi="Malgun Gothic" w:eastAsia="Malgun Gothic"/>
                <w:b w:val="0"/>
                <w:sz w:val="14"/>
              </w:rPr>
              <w:t>229.9375411287588</w:t>
            </w:r>
          </w:p>
        </w:tc>
        <w:tc>
          <w:tcPr>
            <w:tcW w:type="dxa" w:w="519"/>
            <w:vAlign w:val="center"/>
          </w:tcPr>
          <w:p>
            <w:r/>
            <w:r>
              <w:rPr>
                <w:rFonts w:ascii="Malgun Gothic" w:hAnsi="Malgun Gothic" w:eastAsia="Malgun Gothic"/>
                <w:b w:val="0"/>
                <w:sz w:val="14"/>
              </w:rPr>
              <w:t>75.9208218491606</w:t>
            </w:r>
          </w:p>
        </w:tc>
        <w:tc>
          <w:tcPr>
            <w:tcW w:type="dxa" w:w="519"/>
            <w:vAlign w:val="center"/>
          </w:tcPr>
          <w:p>
            <w:r/>
            <w:r>
              <w:rPr>
                <w:rFonts w:ascii="Malgun Gothic" w:hAnsi="Malgun Gothic" w:eastAsia="Malgun Gothic"/>
                <w:b w:val="0"/>
                <w:sz w:val="14"/>
              </w:rPr>
              <w:t>239.46</w:t>
            </w:r>
          </w:p>
        </w:tc>
        <w:tc>
          <w:tcPr>
            <w:tcW w:type="dxa" w:w="519"/>
            <w:vAlign w:val="center"/>
          </w:tcPr>
          <w:p>
            <w:r/>
            <w:r>
              <w:rPr>
                <w:rFonts w:ascii="Malgun Gothic" w:hAnsi="Malgun Gothic" w:eastAsia="Malgun Gothic"/>
                <w:b w:val="0"/>
                <w:sz w:val="14"/>
              </w:rPr>
              <w:t>0.48304152855143473</w:t>
            </w:r>
          </w:p>
        </w:tc>
        <w:tc>
          <w:tcPr>
            <w:tcW w:type="dxa" w:w="519"/>
            <w:vAlign w:val="center"/>
          </w:tcPr>
          <w:p>
            <w:r/>
            <w:r>
              <w:rPr>
                <w:rFonts w:ascii="Malgun Gothic" w:hAnsi="Malgun Gothic" w:eastAsia="Malgun Gothic"/>
                <w:b w:val="0"/>
                <w:sz w:val="14"/>
              </w:rPr>
              <w:t>0.0036003713321039266</w:t>
            </w:r>
          </w:p>
        </w:tc>
        <w:tc>
          <w:tcPr>
            <w:tcW w:type="dxa" w:w="519"/>
            <w:vAlign w:val="center"/>
          </w:tcPr>
          <w:p>
            <w:r/>
            <w:r>
              <w:rPr>
                <w:rFonts w:ascii="Malgun Gothic" w:hAnsi="Malgun Gothic" w:eastAsia="Malgun Gothic"/>
                <w:b w:val="0"/>
                <w:sz w:val="14"/>
              </w:rPr>
              <w:t>-0.35279869364942634</w:t>
            </w:r>
          </w:p>
        </w:tc>
        <w:tc>
          <w:tcPr>
            <w:tcW w:type="dxa" w:w="519"/>
            <w:vAlign w:val="center"/>
          </w:tcPr>
          <w:p>
            <w:r/>
            <w:r>
              <w:rPr>
                <w:rFonts w:ascii="Malgun Gothic" w:hAnsi="Malgun Gothic" w:eastAsia="Malgun Gothic"/>
                <w:b w:val="0"/>
                <w:sz w:val="14"/>
              </w:rPr>
              <w:t>0.5447891662174565</w:t>
            </w:r>
          </w:p>
        </w:tc>
        <w:tc>
          <w:tcPr>
            <w:tcW w:type="dxa" w:w="519"/>
            <w:vAlign w:val="center"/>
          </w:tcPr>
          <w:p>
            <w:r/>
            <w:r>
              <w:rPr>
                <w:rFonts w:ascii="Malgun Gothic" w:hAnsi="Malgun Gothic" w:eastAsia="Malgun Gothic"/>
                <w:b w:val="0"/>
                <w:sz w:val="14"/>
              </w:rPr>
              <w:t>0.1696580931128922</w:t>
            </w:r>
          </w:p>
        </w:tc>
        <w:tc>
          <w:tcPr>
            <w:tcW w:type="dxa" w:w="519"/>
            <w:vAlign w:val="center"/>
          </w:tcPr>
          <w:p>
            <w:r/>
            <w:r>
              <w:rPr>
                <w:rFonts w:ascii="Malgun Gothic" w:hAnsi="Malgun Gothic" w:eastAsia="Malgun Gothic"/>
                <w:b w:val="0"/>
                <w:sz w:val="14"/>
              </w:rPr>
              <w:t>0.4204514737049085</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-0.08975976358276522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0.0604709573090076</w:t>
            </w:r>
          </w:p>
        </w:tc>
        <w:tc>
          <w:tcPr>
            <w:tcW w:type="dxa" w:w="519"/>
            <w:vAlign w:val="center"/>
          </w:tcPr>
          <w:p>
            <w:r/>
            <w:r>
              <w:rPr>
                <w:rFonts w:ascii="Malgun Gothic" w:hAnsi="Malgun Gothic" w:eastAsia="Malgun Gothic"/>
                <w:b w:val="0"/>
                <w:sz w:val="14"/>
              </w:rPr>
              <w:t>205.1170476207177</w:t>
            </w:r>
          </w:p>
        </w:tc>
        <w:tc>
          <w:tcPr>
            <w:tcW w:type="dxa" w:w="519"/>
            <w:vAlign w:val="center"/>
          </w:tcPr>
          <w:p>
            <w:r/>
            <w:r>
              <w:rPr>
                <w:rFonts w:ascii="Malgun Gothic" w:hAnsi="Malgun Gothic" w:eastAsia="Malgun Gothic"/>
                <w:b w:val="0"/>
                <w:sz w:val="14"/>
              </w:rPr>
              <w:t>87.30707210320205</w:t>
            </w:r>
          </w:p>
        </w:tc>
        <w:tc>
          <w:tcPr>
            <w:tcW w:type="dxa" w:w="519"/>
            <w:vAlign w:val="center"/>
          </w:tcPr>
          <w:p>
            <w:r/>
            <w:r>
              <w:rPr>
                <w:rFonts w:ascii="Malgun Gothic" w:hAnsi="Malgun Gothic" w:eastAsia="Malgun Gothic"/>
                <w:b w:val="0"/>
                <w:sz w:val="14"/>
              </w:rPr>
              <w:t>1041.84</w:t>
            </w:r>
          </w:p>
        </w:tc>
        <w:tc>
          <w:tcPr>
            <w:tcW w:type="dxa" w:w="519"/>
            <w:vAlign w:val="center"/>
          </w:tcPr>
          <w:p>
            <w:r/>
            <w:r>
              <w:rPr>
                <w:rFonts w:ascii="Malgun Gothic" w:hAnsi="Malgun Gothic" w:eastAsia="Malgun Gothic"/>
                <w:b w:val="0"/>
                <w:sz w:val="14"/>
              </w:rPr>
              <w:t>-0.2564864512207348</w:t>
            </w:r>
          </w:p>
        </w:tc>
        <w:tc>
          <w:tcPr>
            <w:tcW w:type="dxa" w:w="519"/>
            <w:vAlign w:val="center"/>
          </w:tcPr>
          <w:p>
            <w:r/>
            <w:r>
              <w:rPr>
                <w:rFonts w:ascii="Malgun Gothic" w:hAnsi="Malgun Gothic" w:eastAsia="Malgun Gothic"/>
                <w:b w:val="0"/>
                <w:sz w:val="14"/>
              </w:rPr>
              <w:t>-0.8873905693381575</w:t>
            </w:r>
          </w:p>
        </w:tc>
        <w:tc>
          <w:tcPr>
            <w:tcW w:type="dxa" w:w="519"/>
            <w:vAlign w:val="center"/>
          </w:tcPr>
          <w:p>
            <w:r/>
            <w:r>
              <w:rPr>
                <w:rFonts w:ascii="Malgun Gothic" w:hAnsi="Malgun Gothic" w:eastAsia="Malgun Gothic"/>
                <w:b w:val="0"/>
                <w:sz w:val="14"/>
              </w:rPr>
              <w:t>0.2335779182583547</w:t>
            </w:r>
          </w:p>
        </w:tc>
        <w:tc>
          <w:tcPr>
            <w:tcW w:type="dxa" w:w="519"/>
            <w:vAlign w:val="center"/>
          </w:tcPr>
          <w:p>
            <w:r/>
            <w:r>
              <w:rPr>
                <w:rFonts w:ascii="Malgun Gothic" w:hAnsi="Malgun Gothic" w:eastAsia="Malgun Gothic"/>
                <w:b w:val="0"/>
                <w:sz w:val="14"/>
              </w:rPr>
              <w:t>5.258277151728924</w:t>
            </w:r>
          </w:p>
        </w:tc>
        <w:tc>
          <w:tcPr>
            <w:tcW w:type="dxa" w:w="519"/>
            <w:vAlign w:val="center"/>
          </w:tcPr>
          <w:p>
            <w:r/>
            <w:r>
              <w:rPr>
                <w:rFonts w:ascii="Malgun Gothic" w:hAnsi="Malgun Gothic" w:eastAsia="Malgun Gothic"/>
                <w:b w:val="0"/>
                <w:sz w:val="14"/>
              </w:rPr>
              <w:t>1.0869945123570965</w:t>
            </w:r>
          </w:p>
        </w:tc>
        <w:tc>
          <w:tcPr>
            <w:tcW w:type="dxa" w:w="519"/>
            <w:vAlign w:val="center"/>
          </w:tcPr>
          <w:p>
            <w:r/>
            <w:r>
              <w:rPr>
                <w:rFonts w:ascii="Malgun Gothic" w:hAnsi="Malgun Gothic" w:eastAsia="Malgun Gothic"/>
                <w:b w:val="0"/>
                <w:sz w:val="14"/>
              </w:rPr>
              <w:t>0.6274138166479385</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0.2729454850838602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0.0225888956338167</w:t>
            </w:r>
          </w:p>
        </w:tc>
        <w:tc>
          <w:tcPr>
            <w:tcW w:type="dxa" w:w="519"/>
            <w:vAlign w:val="center"/>
          </w:tcPr>
          <w:p>
            <w:r/>
            <w:r>
              <w:rPr>
                <w:rFonts w:ascii="Malgun Gothic" w:hAnsi="Malgun Gothic" w:eastAsia="Malgun Gothic"/>
                <w:b w:val="0"/>
                <w:sz w:val="14"/>
              </w:rPr>
              <w:t>214.67391456875907</w:t>
            </w:r>
          </w:p>
        </w:tc>
        <w:tc>
          <w:tcPr>
            <w:tcW w:type="dxa" w:w="519"/>
            <w:vAlign w:val="center"/>
          </w:tcPr>
          <w:p>
            <w:r/>
            <w:r>
              <w:rPr>
                <w:rFonts w:ascii="Malgun Gothic" w:hAnsi="Malgun Gothic" w:eastAsia="Malgun Gothic"/>
                <w:b w:val="0"/>
                <w:sz w:val="14"/>
              </w:rPr>
              <w:t>91.2280701754386</w:t>
            </w:r>
          </w:p>
        </w:tc>
        <w:tc>
          <w:tcPr>
            <w:tcW w:type="dxa" w:w="519"/>
            <w:vAlign w:val="center"/>
          </w:tcPr>
          <w:p>
            <w:r/>
            <w:r>
              <w:rPr>
                <w:rFonts w:ascii="Malgun Gothic" w:hAnsi="Malgun Gothic" w:eastAsia="Malgun Gothic"/>
                <w:b w:val="0"/>
                <w:sz w:val="14"/>
              </w:rPr>
              <w:t>17.1</w:t>
            </w:r>
          </w:p>
        </w:tc>
        <w:tc>
          <w:tcPr>
            <w:tcW w:type="dxa" w:w="519"/>
            <w:vAlign w:val="center"/>
          </w:tcPr>
          <w:p>
            <w:r/>
            <w:r>
              <w:rPr>
                <w:rFonts w:ascii="Malgun Gothic" w:hAnsi="Malgun Gothic" w:eastAsia="Malgun Gothic"/>
                <w:b w:val="0"/>
                <w:sz w:val="14"/>
              </w:rPr>
              <w:t>-1.5530989704661737</w:t>
            </w:r>
          </w:p>
        </w:tc>
        <w:tc>
          <w:tcPr>
            <w:tcW w:type="dxa" w:w="519"/>
            <w:vAlign w:val="center"/>
          </w:tcPr>
          <w:p>
            <w:r/>
            <w:r>
              <w:rPr>
                <w:rFonts w:ascii="Malgun Gothic" w:hAnsi="Malgun Gothic" w:eastAsia="Malgun Gothic"/>
                <w:b w:val="0"/>
                <w:sz w:val="14"/>
              </w:rPr>
              <w:t>-0.5443239873164389</w:t>
            </w:r>
          </w:p>
        </w:tc>
        <w:tc>
          <w:tcPr>
            <w:tcW w:type="dxa" w:w="519"/>
            <w:vAlign w:val="center"/>
          </w:tcPr>
          <w:p>
            <w:r/>
            <w:r>
              <w:rPr>
                <w:rFonts w:ascii="Malgun Gothic" w:hAnsi="Malgun Gothic" w:eastAsia="Malgun Gothic"/>
                <w:b w:val="0"/>
                <w:sz w:val="14"/>
              </w:rPr>
              <w:t>0.4355040584359729</w:t>
            </w:r>
          </w:p>
        </w:tc>
        <w:tc>
          <w:tcPr>
            <w:tcW w:type="dxa" w:w="519"/>
            <w:vAlign w:val="center"/>
          </w:tcPr>
          <w:p>
            <w:r/>
            <w:r>
              <w:rPr>
                <w:rFonts w:ascii="Malgun Gothic" w:hAnsi="Malgun Gothic" w:eastAsia="Malgun Gothic"/>
                <w:b w:val="0"/>
                <w:sz w:val="14"/>
              </w:rPr>
              <w:t>-0.7614387911821919</w:t>
            </w:r>
          </w:p>
        </w:tc>
        <w:tc>
          <w:tcPr>
            <w:tcW w:type="dxa" w:w="519"/>
            <w:vAlign w:val="center"/>
          </w:tcPr>
          <w:p>
            <w:r/>
            <w:r>
              <w:rPr>
                <w:rFonts w:ascii="Malgun Gothic" w:hAnsi="Malgun Gothic" w:eastAsia="Malgun Gothic"/>
                <w:b w:val="0"/>
                <w:sz w:val="14"/>
              </w:rPr>
              <w:t>-0.6058394226322079</w:t>
            </w:r>
          </w:p>
        </w:tc>
        <w:tc>
          <w:tcPr>
            <w:tcW w:type="dxa" w:w="519"/>
            <w:vAlign w:val="center"/>
          </w:tcPr>
          <w:p>
            <w:r/>
            <w:r>
              <w:rPr>
                <w:rFonts w:ascii="Malgun Gothic" w:hAnsi="Malgun Gothic" w:eastAsia="Malgun Gothic"/>
                <w:b w:val="0"/>
                <w:sz w:val="14"/>
              </w:rPr>
              <w:t>0.24548972636979172</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-0.23977499840367278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0.0605529174208641</w:t>
            </w:r>
          </w:p>
        </w:tc>
        <w:tc>
          <w:tcPr>
            <w:tcW w:type="dxa" w:w="519"/>
            <w:vAlign w:val="center"/>
          </w:tcPr>
          <w:p>
            <w:r/>
            <w:r>
              <w:rPr>
                <w:rFonts w:ascii="Malgun Gothic" w:hAnsi="Malgun Gothic" w:eastAsia="Malgun Gothic"/>
                <w:b w:val="0"/>
                <w:sz w:val="14"/>
              </w:rPr>
              <w:t>287.84437392619867</w:t>
            </w:r>
          </w:p>
        </w:tc>
        <w:tc>
          <w:tcPr>
            <w:tcW w:type="dxa" w:w="519"/>
            <w:vAlign w:val="center"/>
          </w:tcPr>
          <w:p>
            <w:r/>
            <w:r>
              <w:rPr>
                <w:rFonts w:ascii="Malgun Gothic" w:hAnsi="Malgun Gothic" w:eastAsia="Malgun Gothic"/>
                <w:b w:val="0"/>
                <w:sz w:val="14"/>
              </w:rPr>
              <w:t>88.61726508785331</w:t>
            </w:r>
          </w:p>
        </w:tc>
        <w:tc>
          <w:tcPr>
            <w:tcW w:type="dxa" w:w="519"/>
            <w:vAlign w:val="center"/>
          </w:tcPr>
          <w:p>
            <w:r/>
            <w:r>
              <w:rPr>
                <w:rFonts w:ascii="Malgun Gothic" w:hAnsi="Malgun Gothic" w:eastAsia="Malgun Gothic"/>
                <w:b w:val="0"/>
                <w:sz w:val="14"/>
              </w:rPr>
              <w:t>78.54</w:t>
            </w:r>
          </w:p>
        </w:tc>
        <w:tc>
          <w:tcPr>
            <w:tcW w:type="dxa" w:w="519"/>
            <w:vAlign w:val="center"/>
          </w:tcPr>
          <w:p>
            <w:r/>
            <w:r>
              <w:rPr>
                <w:rFonts w:ascii="Malgun Gothic" w:hAnsi="Malgun Gothic" w:eastAsia="Malgun Gothic"/>
                <w:b w:val="0"/>
                <w:sz w:val="14"/>
              </w:rPr>
              <w:t>-0.2536811522899883</w:t>
            </w:r>
          </w:p>
        </w:tc>
        <w:tc>
          <w:tcPr>
            <w:tcW w:type="dxa" w:w="519"/>
            <w:vAlign w:val="center"/>
          </w:tcPr>
          <w:p>
            <w:r/>
            <w:r>
              <w:rPr>
                <w:rFonts w:ascii="Malgun Gothic" w:hAnsi="Malgun Gothic" w:eastAsia="Malgun Gothic"/>
                <w:b w:val="0"/>
                <w:sz w:val="14"/>
              </w:rPr>
              <w:t>2.08230454410415</w:t>
            </w:r>
          </w:p>
        </w:tc>
        <w:tc>
          <w:tcPr>
            <w:tcW w:type="dxa" w:w="519"/>
            <w:vAlign w:val="center"/>
          </w:tcPr>
          <w:p>
            <w:r/>
            <w:r>
              <w:rPr>
                <w:rFonts w:ascii="Malgun Gothic" w:hAnsi="Malgun Gothic" w:eastAsia="Malgun Gothic"/>
                <w:b w:val="0"/>
                <w:sz w:val="14"/>
              </w:rPr>
              <w:t>0.3010510991690293</w:t>
            </w:r>
          </w:p>
        </w:tc>
        <w:tc>
          <w:tcPr>
            <w:tcW w:type="dxa" w:w="519"/>
            <w:vAlign w:val="center"/>
          </w:tcPr>
          <w:p>
            <w:r/>
            <w:r>
              <w:rPr>
                <w:rFonts w:ascii="Malgun Gothic" w:hAnsi="Malgun Gothic" w:eastAsia="Malgun Gothic"/>
                <w:b w:val="0"/>
                <w:sz w:val="14"/>
              </w:rPr>
              <w:t>-0.4005166572433791</w:t>
            </w:r>
          </w:p>
        </w:tc>
        <w:tc>
          <w:tcPr>
            <w:tcW w:type="dxa" w:w="519"/>
            <w:vAlign w:val="center"/>
          </w:tcPr>
          <w:p>
            <w:r/>
            <w:r>
              <w:rPr>
                <w:rFonts w:ascii="Malgun Gothic" w:hAnsi="Malgun Gothic" w:eastAsia="Malgun Gothic"/>
                <w:b w:val="0"/>
                <w:sz w:val="14"/>
              </w:rPr>
              <w:t>0.432289458434953</w:t>
            </w:r>
          </w:p>
        </w:tc>
        <w:tc>
          <w:tcPr>
            <w:tcW w:type="dxa" w:w="519"/>
            <w:vAlign w:val="center"/>
          </w:tcPr>
          <w:p>
            <w:r/>
            <w:r>
              <w:rPr>
                <w:rFonts w:ascii="Malgun Gothic" w:hAnsi="Malgun Gothic" w:eastAsia="Malgun Gothic"/>
                <w:b w:val="0"/>
                <w:sz w:val="14"/>
              </w:rPr>
              <w:t>0.4797043296442416</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-0.0927645501741794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0.0469783395528793</w:t>
            </w:r>
          </w:p>
        </w:tc>
        <w:tc>
          <w:tcPr>
            <w:tcW w:type="dxa" w:w="519"/>
            <w:vAlign w:val="center"/>
          </w:tcPr>
          <w:p>
            <w:r/>
            <w:r>
              <w:rPr>
                <w:rFonts w:ascii="Malgun Gothic" w:hAnsi="Malgun Gothic" w:eastAsia="Malgun Gothic"/>
                <w:b w:val="0"/>
                <w:sz w:val="14"/>
              </w:rPr>
              <w:t>256.5968057657951</w:t>
            </w:r>
          </w:p>
        </w:tc>
        <w:tc>
          <w:tcPr>
            <w:tcW w:type="dxa" w:w="519"/>
            <w:vAlign w:val="center"/>
          </w:tcPr>
          <w:p>
            <w:r/>
            <w:r>
              <w:rPr>
                <w:rFonts w:ascii="Malgun Gothic" w:hAnsi="Malgun Gothic" w:eastAsia="Malgun Gothic"/>
                <w:b w:val="0"/>
                <w:sz w:val="14"/>
              </w:rPr>
              <w:t>55.48098434004474</w:t>
            </w:r>
          </w:p>
        </w:tc>
        <w:tc>
          <w:tcPr>
            <w:tcW w:type="dxa" w:w="519"/>
            <w:vAlign w:val="center"/>
          </w:tcPr>
          <w:p>
            <w:r/>
            <w:r>
              <w:rPr>
                <w:rFonts w:ascii="Malgun Gothic" w:hAnsi="Malgun Gothic" w:eastAsia="Malgun Gothic"/>
                <w:b w:val="0"/>
                <w:sz w:val="14"/>
              </w:rPr>
              <w:t>201.15</w:t>
            </w:r>
          </w:p>
        </w:tc>
        <w:tc>
          <w:tcPr>
            <w:tcW w:type="dxa" w:w="519"/>
            <w:vAlign w:val="center"/>
          </w:tcPr>
          <w:p>
            <w:r/>
            <w:r>
              <w:rPr>
                <w:rFonts w:ascii="Malgun Gothic" w:hAnsi="Malgun Gothic" w:eastAsia="Malgun Gothic"/>
                <w:b w:val="0"/>
                <w:sz w:val="14"/>
              </w:rPr>
              <w:t>-0.7183065403698585</w:t>
            </w:r>
          </w:p>
        </w:tc>
        <w:tc>
          <w:tcPr>
            <w:tcW w:type="dxa" w:w="519"/>
            <w:vAlign w:val="center"/>
          </w:tcPr>
          <w:p>
            <w:r/>
            <w:r>
              <w:rPr>
                <w:rFonts w:ascii="Malgun Gothic" w:hAnsi="Malgun Gothic" w:eastAsia="Malgun Gothic"/>
                <w:b w:val="0"/>
                <w:sz w:val="14"/>
              </w:rPr>
              <w:t>0.9605983967273332</w:t>
            </w:r>
          </w:p>
        </w:tc>
        <w:tc>
          <w:tcPr>
            <w:tcW w:type="dxa" w:w="519"/>
            <w:vAlign w:val="center"/>
          </w:tcPr>
          <w:p>
            <w:r/>
            <w:r>
              <w:rPr>
                <w:rFonts w:ascii="Malgun Gothic" w:hAnsi="Malgun Gothic" w:eastAsia="Malgun Gothic"/>
                <w:b w:val="0"/>
                <w:sz w:val="14"/>
              </w:rPr>
              <w:t>-1.4054229025971277</w:t>
            </w:r>
          </w:p>
        </w:tc>
        <w:tc>
          <w:tcPr>
            <w:tcW w:type="dxa" w:w="519"/>
            <w:vAlign w:val="center"/>
          </w:tcPr>
          <w:p>
            <w:r/>
            <w:r>
              <w:rPr>
                <w:rFonts w:ascii="Malgun Gothic" w:hAnsi="Malgun Gothic" w:eastAsia="Malgun Gothic"/>
                <w:b w:val="0"/>
                <w:sz w:val="14"/>
              </w:rPr>
              <w:t>0.31974152703783554</w:t>
            </w:r>
          </w:p>
        </w:tc>
        <w:tc>
          <w:tcPr>
            <w:tcW w:type="dxa" w:w="519"/>
            <w:vAlign w:val="center"/>
          </w:tcPr>
          <w:p>
            <w:r/>
            <w:r>
              <w:rPr>
                <w:rFonts w:ascii="Malgun Gothic" w:hAnsi="Malgun Gothic" w:eastAsia="Malgun Gothic"/>
                <w:b w:val="0"/>
                <w:sz w:val="14"/>
              </w:rPr>
              <w:t>-0.21084737980045434</w:t>
            </w:r>
          </w:p>
        </w:tc>
        <w:tc>
          <w:tcPr>
            <w:tcW w:type="dxa" w:w="519"/>
            <w:vAlign w:val="center"/>
          </w:tcPr>
          <w:p>
            <w:r/>
            <w:r>
              <w:rPr>
                <w:rFonts w:ascii="Malgun Gothic" w:hAnsi="Malgun Gothic" w:eastAsia="Malgun Gothic"/>
                <w:b w:val="0"/>
                <w:sz w:val="14"/>
              </w:rPr>
              <w:t>0.3346047739285337</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-0.1314057595893658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0.034574244171381</w:t>
            </w:r>
          </w:p>
        </w:tc>
        <w:tc>
          <w:tcPr>
            <w:tcW w:type="dxa" w:w="519"/>
            <w:vAlign w:val="center"/>
          </w:tcPr>
          <w:p>
            <w:r/>
            <w:r>
              <w:rPr>
                <w:rFonts w:ascii="Malgun Gothic" w:hAnsi="Malgun Gothic" w:eastAsia="Malgun Gothic"/>
                <w:b w:val="0"/>
                <w:sz w:val="14"/>
              </w:rPr>
              <w:t>212.6149382327445</w:t>
            </w:r>
          </w:p>
        </w:tc>
        <w:tc>
          <w:tcPr>
            <w:tcW w:type="dxa" w:w="519"/>
            <w:vAlign w:val="center"/>
          </w:tcPr>
          <w:p>
            <w:r/>
            <w:r>
              <w:rPr>
                <w:rFonts w:ascii="Malgun Gothic" w:hAnsi="Malgun Gothic" w:eastAsia="Malgun Gothic"/>
                <w:b w:val="0"/>
                <w:sz w:val="14"/>
              </w:rPr>
              <w:t>110.1996171725458</w:t>
            </w:r>
          </w:p>
        </w:tc>
        <w:tc>
          <w:tcPr>
            <w:tcW w:type="dxa" w:w="519"/>
            <w:vAlign w:val="center"/>
          </w:tcPr>
          <w:p>
            <w:r/>
            <w:r>
              <w:rPr>
                <w:rFonts w:ascii="Malgun Gothic" w:hAnsi="Malgun Gothic" w:eastAsia="Malgun Gothic"/>
                <w:b w:val="0"/>
                <w:sz w:val="14"/>
              </w:rPr>
              <w:t>219.42</w:t>
            </w:r>
          </w:p>
        </w:tc>
        <w:tc>
          <w:tcPr>
            <w:tcW w:type="dxa" w:w="519"/>
            <w:vAlign w:val="center"/>
          </w:tcPr>
          <w:p>
            <w:r/>
            <w:r>
              <w:rPr>
                <w:rFonts w:ascii="Malgun Gothic" w:hAnsi="Malgun Gothic" w:eastAsia="Malgun Gothic"/>
                <w:b w:val="0"/>
                <w:sz w:val="14"/>
              </w:rPr>
              <w:t>-1.1428691077260655</w:t>
            </w:r>
          </w:p>
        </w:tc>
        <w:tc>
          <w:tcPr>
            <w:tcW w:type="dxa" w:w="519"/>
            <w:vAlign w:val="center"/>
          </w:tcPr>
          <w:p>
            <w:r/>
            <w:r>
              <w:rPr>
                <w:rFonts w:ascii="Malgun Gothic" w:hAnsi="Malgun Gothic" w:eastAsia="Malgun Gothic"/>
                <w:b w:val="0"/>
                <w:sz w:val="14"/>
              </w:rPr>
              <w:t>-0.6182358642841191</w:t>
            </w:r>
          </w:p>
        </w:tc>
        <w:tc>
          <w:tcPr>
            <w:tcW w:type="dxa" w:w="519"/>
            <w:vAlign w:val="center"/>
          </w:tcPr>
          <w:p>
            <w:r/>
            <w:r>
              <w:rPr>
                <w:rFonts w:ascii="Malgun Gothic" w:hAnsi="Malgun Gothic" w:eastAsia="Malgun Gothic"/>
                <w:b w:val="0"/>
                <w:sz w:val="14"/>
              </w:rPr>
              <w:t>1.4125132759230405</w:t>
            </w:r>
          </w:p>
        </w:tc>
        <w:tc>
          <w:tcPr>
            <w:tcW w:type="dxa" w:w="519"/>
            <w:vAlign w:val="center"/>
          </w:tcPr>
          <w:p>
            <w:r/>
            <w:r>
              <w:rPr>
                <w:rFonts w:ascii="Malgun Gothic" w:hAnsi="Malgun Gothic" w:eastAsia="Malgun Gothic"/>
                <w:b w:val="0"/>
                <w:sz w:val="14"/>
              </w:rPr>
              <w:t>0.4270665170616328</w:t>
            </w:r>
          </w:p>
        </w:tc>
        <w:tc>
          <w:tcPr>
            <w:tcW w:type="dxa" w:w="519"/>
            <w:vAlign w:val="center"/>
          </w:tcPr>
          <w:p>
            <w:r/>
            <w:r>
              <w:rPr>
                <w:rFonts w:ascii="Malgun Gothic" w:hAnsi="Malgun Gothic" w:eastAsia="Malgun Gothic"/>
                <w:b w:val="0"/>
                <w:sz w:val="14"/>
              </w:rPr>
              <w:t>0.019618705243622137</w:t>
            </w:r>
          </w:p>
        </w:tc>
        <w:tc>
          <w:tcPr>
            <w:tcW w:type="dxa" w:w="519"/>
            <w:vAlign w:val="center"/>
          </w:tcPr>
          <w:p>
            <w:r/>
            <w:r>
              <w:rPr>
                <w:rFonts w:ascii="Malgun Gothic" w:hAnsi="Malgun Gothic" w:eastAsia="Malgun Gothic"/>
                <w:b w:val="0"/>
                <w:sz w:val="14"/>
              </w:rPr>
              <w:t>0.38660074828320723</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-0.10611487565451799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0.1157152205705642</w:t>
            </w:r>
          </w:p>
        </w:tc>
        <w:tc>
          <w:tcPr>
            <w:tcW w:type="dxa" w:w="519"/>
            <w:vAlign w:val="center"/>
          </w:tcPr>
          <w:p>
            <w:r/>
            <w:r>
              <w:rPr>
                <w:rFonts w:ascii="Malgun Gothic" w:hAnsi="Malgun Gothic" w:eastAsia="Malgun Gothic"/>
                <w:b w:val="0"/>
                <w:sz w:val="14"/>
              </w:rPr>
              <w:t>277.45412075667286</w:t>
            </w:r>
          </w:p>
        </w:tc>
        <w:tc>
          <w:tcPr>
            <w:tcW w:type="dxa" w:w="519"/>
            <w:vAlign w:val="center"/>
          </w:tcPr>
          <w:p>
            <w:r/>
            <w:r>
              <w:rPr>
                <w:rFonts w:ascii="Malgun Gothic" w:hAnsi="Malgun Gothic" w:eastAsia="Malgun Gothic"/>
                <w:b w:val="0"/>
                <w:sz w:val="14"/>
              </w:rPr>
              <w:t>76.92307692307692</w:t>
            </w:r>
          </w:p>
        </w:tc>
        <w:tc>
          <w:tcPr>
            <w:tcW w:type="dxa" w:w="519"/>
            <w:vAlign w:val="center"/>
          </w:tcPr>
          <w:p>
            <w:r/>
            <w:r>
              <w:rPr>
                <w:rFonts w:ascii="Malgun Gothic" w:hAnsi="Malgun Gothic" w:eastAsia="Malgun Gothic"/>
                <w:b w:val="0"/>
                <w:sz w:val="14"/>
              </w:rPr>
              <w:t>2.34</w:t>
            </w:r>
          </w:p>
        </w:tc>
        <w:tc>
          <w:tcPr>
            <w:tcW w:type="dxa" w:w="519"/>
            <w:vAlign w:val="center"/>
          </w:tcPr>
          <w:p>
            <w:r/>
            <w:r>
              <w:rPr>
                <w:rFonts w:ascii="Malgun Gothic" w:hAnsi="Malgun Gothic" w:eastAsia="Malgun Gothic"/>
                <w:b w:val="0"/>
                <w:sz w:val="14"/>
              </w:rPr>
              <w:t>1.6343927721858456</w:t>
            </w:r>
          </w:p>
        </w:tc>
        <w:tc>
          <w:tcPr>
            <w:tcW w:type="dxa" w:w="519"/>
            <w:vAlign w:val="center"/>
          </w:tcPr>
          <w:p>
            <w:r/>
            <w:r>
              <w:rPr>
                <w:rFonts w:ascii="Malgun Gothic" w:hAnsi="Malgun Gothic" w:eastAsia="Malgun Gothic"/>
                <w:b w:val="0"/>
                <w:sz w:val="14"/>
              </w:rPr>
              <w:t>1.7093215716939207</w:t>
            </w:r>
          </w:p>
        </w:tc>
        <w:tc>
          <w:tcPr>
            <w:tcW w:type="dxa" w:w="519"/>
            <w:vAlign w:val="center"/>
          </w:tcPr>
          <w:p>
            <w:r/>
            <w:r>
              <w:rPr>
                <w:rFonts w:ascii="Malgun Gothic" w:hAnsi="Malgun Gothic" w:eastAsia="Malgun Gothic"/>
                <w:b w:val="0"/>
                <w:sz w:val="14"/>
              </w:rPr>
              <w:t>-0.3011839020017692</w:t>
            </w:r>
          </w:p>
        </w:tc>
        <w:tc>
          <w:tcPr>
            <w:tcW w:type="dxa" w:w="519"/>
            <w:vAlign w:val="center"/>
          </w:tcPr>
          <w:p>
            <w:r/>
            <w:r>
              <w:rPr>
                <w:rFonts w:ascii="Malgun Gothic" w:hAnsi="Malgun Gothic" w:eastAsia="Malgun Gothic"/>
                <w:b w:val="0"/>
                <w:sz w:val="14"/>
              </w:rPr>
              <w:t>-0.8481446944526488</w:t>
            </w:r>
          </w:p>
        </w:tc>
        <w:tc>
          <w:tcPr>
            <w:tcW w:type="dxa" w:w="519"/>
            <w:vAlign w:val="center"/>
          </w:tcPr>
          <w:p>
            <w:r/>
            <w:r>
              <w:rPr>
                <w:rFonts w:ascii="Malgun Gothic" w:hAnsi="Malgun Gothic" w:eastAsia="Malgun Gothic"/>
                <w:b w:val="0"/>
                <w:sz w:val="14"/>
              </w:rPr>
              <w:t>0.5485964368563371</w:t>
            </w:r>
          </w:p>
        </w:tc>
        <w:tc>
          <w:tcPr>
            <w:tcW w:type="dxa" w:w="519"/>
            <w:vAlign w:val="center"/>
          </w:tcPr>
          <w:p>
            <w:r/>
            <w:r>
              <w:rPr>
                <w:rFonts w:ascii="Malgun Gothic" w:hAnsi="Malgun Gothic" w:eastAsia="Malgun Gothic"/>
                <w:b w:val="0"/>
                <w:sz w:val="14"/>
              </w:rPr>
              <w:t>0.5059446099271789</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-0.11936664379672368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0.0352397561073303</w:t>
            </w:r>
          </w:p>
        </w:tc>
        <w:tc>
          <w:tcPr>
            <w:tcW w:type="dxa" w:w="519"/>
            <w:vAlign w:val="center"/>
          </w:tcPr>
          <w:p>
            <w:r/>
            <w:r>
              <w:rPr>
                <w:rFonts w:ascii="Malgun Gothic" w:hAnsi="Malgun Gothic" w:eastAsia="Malgun Gothic"/>
                <w:b w:val="0"/>
                <w:sz w:val="14"/>
              </w:rPr>
              <w:t>235.9310813929666</w:t>
            </w:r>
          </w:p>
        </w:tc>
        <w:tc>
          <w:tcPr>
            <w:tcW w:type="dxa" w:w="519"/>
            <w:vAlign w:val="center"/>
          </w:tcPr>
          <w:p>
            <w:r/>
            <w:r>
              <w:rPr>
                <w:rFonts w:ascii="Malgun Gothic" w:hAnsi="Malgun Gothic" w:eastAsia="Malgun Gothic"/>
                <w:b w:val="0"/>
                <w:sz w:val="14"/>
              </w:rPr>
              <w:t>88.88888888888889</w:t>
            </w:r>
          </w:p>
        </w:tc>
        <w:tc>
          <w:tcPr>
            <w:tcW w:type="dxa" w:w="519"/>
            <w:vAlign w:val="center"/>
          </w:tcPr>
          <w:p>
            <w:r/>
            <w:r>
              <w:rPr>
                <w:rFonts w:ascii="Malgun Gothic" w:hAnsi="Malgun Gothic" w:eastAsia="Malgun Gothic"/>
                <w:b w:val="0"/>
                <w:sz w:val="14"/>
              </w:rPr>
              <w:t>99.9</w:t>
            </w:r>
          </w:p>
        </w:tc>
        <w:tc>
          <w:tcPr>
            <w:tcW w:type="dxa" w:w="519"/>
            <w:vAlign w:val="center"/>
          </w:tcPr>
          <w:p>
            <w:r/>
            <w:r>
              <w:rPr>
                <w:rFonts w:ascii="Malgun Gothic" w:hAnsi="Malgun Gothic" w:eastAsia="Malgun Gothic"/>
                <w:b w:val="0"/>
                <w:sz w:val="14"/>
              </w:rPr>
              <w:t>-1.1200902232171408</w:t>
            </w:r>
          </w:p>
        </w:tc>
        <w:tc>
          <w:tcPr>
            <w:tcW w:type="dxa" w:w="519"/>
            <w:vAlign w:val="center"/>
          </w:tcPr>
          <w:p>
            <w:r/>
            <w:r>
              <w:rPr>
                <w:rFonts w:ascii="Malgun Gothic" w:hAnsi="Malgun Gothic" w:eastAsia="Malgun Gothic"/>
                <w:b w:val="0"/>
                <w:sz w:val="14"/>
              </w:rPr>
              <w:t>0.2187528249374902</w:t>
            </w:r>
          </w:p>
        </w:tc>
        <w:tc>
          <w:tcPr>
            <w:tcW w:type="dxa" w:w="519"/>
            <w:vAlign w:val="center"/>
          </w:tcPr>
          <w:p>
            <w:r/>
            <w:r>
              <w:rPr>
                <w:rFonts w:ascii="Malgun Gothic" w:hAnsi="Malgun Gothic" w:eastAsia="Malgun Gothic"/>
                <w:b w:val="0"/>
                <w:sz w:val="14"/>
              </w:rPr>
              <w:t>0.31503936050275677</w:t>
            </w:r>
          </w:p>
        </w:tc>
        <w:tc>
          <w:tcPr>
            <w:tcW w:type="dxa" w:w="519"/>
            <w:vAlign w:val="center"/>
          </w:tcPr>
          <w:p>
            <w:r/>
            <w:r>
              <w:rPr>
                <w:rFonts w:ascii="Malgun Gothic" w:hAnsi="Malgun Gothic" w:eastAsia="Malgun Gothic"/>
                <w:b w:val="0"/>
                <w:sz w:val="14"/>
              </w:rPr>
              <w:t>-0.27503982161621376</w:t>
            </w:r>
          </w:p>
        </w:tc>
        <w:tc>
          <w:tcPr>
            <w:tcW w:type="dxa" w:w="519"/>
            <w:vAlign w:val="center"/>
          </w:tcPr>
          <w:p>
            <w:r/>
            <w:r>
              <w:rPr>
                <w:rFonts w:ascii="Malgun Gothic" w:hAnsi="Malgun Gothic" w:eastAsia="Malgun Gothic"/>
                <w:b w:val="0"/>
                <w:sz w:val="14"/>
              </w:rPr>
              <w:t>-0.2153344648482769</w:t>
            </w:r>
          </w:p>
        </w:tc>
        <w:tc>
          <w:tcPr>
            <w:tcW w:type="dxa" w:w="519"/>
            <w:vAlign w:val="center"/>
          </w:tcPr>
          <w:p>
            <w:r/>
            <w:r>
              <w:rPr>
                <w:rFonts w:ascii="Malgun Gothic" w:hAnsi="Malgun Gothic" w:eastAsia="Malgun Gothic"/>
                <w:b w:val="0"/>
                <w:sz w:val="14"/>
              </w:rPr>
              <w:t>0.33359243252902065</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-0.16636143514392865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0.0401565991342067</w:t>
            </w:r>
          </w:p>
        </w:tc>
        <w:tc>
          <w:tcPr>
            <w:tcW w:type="dxa" w:w="519"/>
            <w:vAlign w:val="center"/>
          </w:tcPr>
          <w:p>
            <w:r/>
            <w:r>
              <w:rPr>
                <w:rFonts w:ascii="Malgun Gothic" w:hAnsi="Malgun Gothic" w:eastAsia="Malgun Gothic"/>
                <w:b w:val="0"/>
                <w:sz w:val="14"/>
              </w:rPr>
              <w:t>238.82405754514843</w:t>
            </w:r>
          </w:p>
        </w:tc>
        <w:tc>
          <w:tcPr>
            <w:tcW w:type="dxa" w:w="519"/>
            <w:vAlign w:val="center"/>
          </w:tcPr>
          <w:p>
            <w:r/>
            <w:r>
              <w:rPr>
                <w:rFonts w:ascii="Malgun Gothic" w:hAnsi="Malgun Gothic" w:eastAsia="Malgun Gothic"/>
                <w:b w:val="0"/>
                <w:sz w:val="14"/>
              </w:rPr>
              <w:t>77.75119617224881</w:t>
            </w:r>
          </w:p>
        </w:tc>
        <w:tc>
          <w:tcPr>
            <w:tcW w:type="dxa" w:w="519"/>
            <w:vAlign w:val="center"/>
          </w:tcPr>
          <w:p>
            <w:r/>
            <w:r>
              <w:rPr>
                <w:rFonts w:ascii="Malgun Gothic" w:hAnsi="Malgun Gothic" w:eastAsia="Malgun Gothic"/>
                <w:b w:val="0"/>
                <w:sz w:val="14"/>
              </w:rPr>
              <w:t>50.16</w:t>
            </w:r>
          </w:p>
        </w:tc>
        <w:tc>
          <w:tcPr>
            <w:tcW w:type="dxa" w:w="519"/>
            <w:vAlign w:val="center"/>
          </w:tcPr>
          <w:p>
            <w:r/>
            <w:r>
              <w:rPr>
                <w:rFonts w:ascii="Malgun Gothic" w:hAnsi="Malgun Gothic" w:eastAsia="Malgun Gothic"/>
                <w:b w:val="0"/>
                <w:sz w:val="14"/>
              </w:rPr>
              <w:t>-0.9517984264697704</w:t>
            </w:r>
          </w:p>
        </w:tc>
        <w:tc>
          <w:tcPr>
            <w:tcW w:type="dxa" w:w="519"/>
            <w:vAlign w:val="center"/>
          </w:tcPr>
          <w:p>
            <w:r/>
            <w:r>
              <w:rPr>
                <w:rFonts w:ascii="Malgun Gothic" w:hAnsi="Malgun Gothic" w:eastAsia="Malgun Gothic"/>
                <w:b w:val="0"/>
                <w:sz w:val="14"/>
              </w:rPr>
              <w:t>0.32260311874144104</w:t>
            </w:r>
          </w:p>
        </w:tc>
        <w:tc>
          <w:tcPr>
            <w:tcW w:type="dxa" w:w="519"/>
            <w:vAlign w:val="center"/>
          </w:tcPr>
          <w:p>
            <w:r/>
            <w:r>
              <w:rPr>
                <w:rFonts w:ascii="Malgun Gothic" w:hAnsi="Malgun Gothic" w:eastAsia="Malgun Gothic"/>
                <w:b w:val="0"/>
                <w:sz w:val="14"/>
              </w:rPr>
              <w:t>-0.2585368717019852</w:t>
            </w:r>
          </w:p>
        </w:tc>
        <w:tc>
          <w:tcPr>
            <w:tcW w:type="dxa" w:w="519"/>
            <w:vAlign w:val="center"/>
          </w:tcPr>
          <w:p>
            <w:r/>
            <w:r>
              <w:rPr>
                <w:rFonts w:ascii="Malgun Gothic" w:hAnsi="Malgun Gothic" w:eastAsia="Malgun Gothic"/>
                <w:b w:val="0"/>
                <w:sz w:val="14"/>
              </w:rPr>
              <w:t>-0.5672316663772252</w:t>
            </w:r>
          </w:p>
        </w:tc>
        <w:tc>
          <w:tcPr>
            <w:tcW w:type="dxa" w:w="519"/>
            <w:vAlign w:val="center"/>
          </w:tcPr>
          <w:p>
            <w:r/>
            <w:r>
              <w:rPr>
                <w:rFonts w:ascii="Malgun Gothic" w:hAnsi="Malgun Gothic" w:eastAsia="Malgun Gothic"/>
                <w:b w:val="0"/>
                <w:sz w:val="14"/>
              </w:rPr>
              <w:t>-0.36374096145188495</w:t>
            </w:r>
          </w:p>
        </w:tc>
        <w:tc>
          <w:tcPr>
            <w:tcW w:type="dxa" w:w="519"/>
            <w:vAlign w:val="center"/>
          </w:tcPr>
          <w:p>
            <w:r/>
            <w:r>
              <w:rPr>
                <w:rFonts w:ascii="Malgun Gothic" w:hAnsi="Malgun Gothic" w:eastAsia="Malgun Gothic"/>
                <w:b w:val="0"/>
                <w:sz w:val="14"/>
              </w:rPr>
              <w:t>0.300110107396486</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-0.19993251797424605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0.0239846743643283</w:t>
            </w:r>
          </w:p>
        </w:tc>
        <w:tc>
          <w:tcPr>
            <w:tcW w:type="dxa" w:w="519"/>
            <w:vAlign w:val="center"/>
          </w:tcPr>
          <w:p>
            <w:r/>
            <w:r>
              <w:rPr>
                <w:rFonts w:ascii="Malgun Gothic" w:hAnsi="Malgun Gothic" w:eastAsia="Malgun Gothic"/>
                <w:b w:val="0"/>
                <w:sz w:val="14"/>
              </w:rPr>
              <w:t>263.0961897956945</w:t>
            </w:r>
          </w:p>
        </w:tc>
        <w:tc>
          <w:tcPr>
            <w:tcW w:type="dxa" w:w="519"/>
            <w:vAlign w:val="center"/>
          </w:tcPr>
          <w:p>
            <w:r/>
            <w:r>
              <w:rPr>
                <w:rFonts w:ascii="Malgun Gothic" w:hAnsi="Malgun Gothic" w:eastAsia="Malgun Gothic"/>
                <w:b w:val="0"/>
                <w:sz w:val="14"/>
              </w:rPr>
              <w:t>56.17977528089887</w:t>
            </w:r>
          </w:p>
        </w:tc>
        <w:tc>
          <w:tcPr>
            <w:tcW w:type="dxa" w:w="519"/>
            <w:vAlign w:val="center"/>
          </w:tcPr>
          <w:p>
            <w:r/>
            <w:r>
              <w:rPr>
                <w:rFonts w:ascii="Malgun Gothic" w:hAnsi="Malgun Gothic" w:eastAsia="Malgun Gothic"/>
                <w:b w:val="0"/>
                <w:sz w:val="14"/>
              </w:rPr>
              <w:t>53.4</w:t>
            </w:r>
          </w:p>
        </w:tc>
        <w:tc>
          <w:tcPr>
            <w:tcW w:type="dxa" w:w="519"/>
            <w:vAlign w:val="center"/>
          </w:tcPr>
          <w:p>
            <w:r/>
            <w:r>
              <w:rPr>
                <w:rFonts w:ascii="Malgun Gothic" w:hAnsi="Malgun Gothic" w:eastAsia="Malgun Gothic"/>
                <w:b w:val="0"/>
                <w:sz w:val="14"/>
              </w:rPr>
              <w:t>-1.5053247972547121</w:t>
            </w:r>
          </w:p>
        </w:tc>
        <w:tc>
          <w:tcPr>
            <w:tcW w:type="dxa" w:w="519"/>
            <w:vAlign w:val="center"/>
          </w:tcPr>
          <w:p>
            <w:r/>
            <w:r>
              <w:rPr>
                <w:rFonts w:ascii="Malgun Gothic" w:hAnsi="Malgun Gothic" w:eastAsia="Malgun Gothic"/>
                <w:b w:val="0"/>
                <w:sz w:val="14"/>
              </w:rPr>
              <w:t>1.193909321375195</w:t>
            </w:r>
          </w:p>
        </w:tc>
        <w:tc>
          <w:tcPr>
            <w:tcW w:type="dxa" w:w="519"/>
            <w:vAlign w:val="center"/>
          </w:tcPr>
          <w:p>
            <w:r/>
            <w:r>
              <w:rPr>
                <w:rFonts w:ascii="Malgun Gothic" w:hAnsi="Malgun Gothic" w:eastAsia="Malgun Gothic"/>
                <w:b w:val="0"/>
                <w:sz w:val="14"/>
              </w:rPr>
              <w:t>-1.3694361066645109</w:t>
            </w:r>
          </w:p>
        </w:tc>
        <w:tc>
          <w:tcPr>
            <w:tcW w:type="dxa" w:w="519"/>
            <w:vAlign w:val="center"/>
          </w:tcPr>
          <w:p>
            <w:r/>
            <w:r>
              <w:rPr>
                <w:rFonts w:ascii="Malgun Gothic" w:hAnsi="Malgun Gothic" w:eastAsia="Malgun Gothic"/>
                <w:b w:val="0"/>
                <w:sz w:val="14"/>
              </w:rPr>
              <w:t>-0.5481986632202956</w:t>
            </w:r>
          </w:p>
        </w:tc>
        <w:tc>
          <w:tcPr>
            <w:tcW w:type="dxa" w:w="519"/>
            <w:vAlign w:val="center"/>
          </w:tcPr>
          <w:p>
            <w:r/>
            <w:r>
              <w:rPr>
                <w:rFonts w:ascii="Malgun Gothic" w:hAnsi="Malgun Gothic" w:eastAsia="Malgun Gothic"/>
                <w:b w:val="0"/>
                <w:sz w:val="14"/>
              </w:rPr>
              <w:t>-0.5572625614410809</w:t>
            </w:r>
          </w:p>
        </w:tc>
        <w:tc>
          <w:tcPr>
            <w:tcW w:type="dxa" w:w="519"/>
            <w:vAlign w:val="center"/>
          </w:tcPr>
          <w:p>
            <w:r/>
            <w:r>
              <w:rPr>
                <w:rFonts w:ascii="Malgun Gothic" w:hAnsi="Malgun Gothic" w:eastAsia="Malgun Gothic"/>
                <w:b w:val="0"/>
                <w:sz w:val="14"/>
              </w:rPr>
              <w:t>0.25644926181832123</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-0.21176394119076697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0.03632278367877</w:t>
            </w:r>
          </w:p>
        </w:tc>
        <w:tc>
          <w:tcPr>
            <w:tcW w:type="dxa" w:w="519"/>
            <w:vAlign w:val="center"/>
          </w:tcPr>
          <w:p>
            <w:r/>
            <w:r>
              <w:rPr>
                <w:rFonts w:ascii="Malgun Gothic" w:hAnsi="Malgun Gothic" w:eastAsia="Malgun Gothic"/>
                <w:b w:val="0"/>
                <w:sz w:val="14"/>
              </w:rPr>
              <w:t>215.6394287252864</w:t>
            </w:r>
          </w:p>
        </w:tc>
        <w:tc>
          <w:tcPr>
            <w:tcW w:type="dxa" w:w="519"/>
            <w:vAlign w:val="center"/>
          </w:tcPr>
          <w:p>
            <w:r/>
            <w:r>
              <w:rPr>
                <w:rFonts w:ascii="Malgun Gothic" w:hAnsi="Malgun Gothic" w:eastAsia="Malgun Gothic"/>
                <w:b w:val="0"/>
                <w:sz w:val="14"/>
              </w:rPr>
              <w:t>43.47826086956521</w:t>
            </w:r>
          </w:p>
        </w:tc>
        <w:tc>
          <w:tcPr>
            <w:tcW w:type="dxa" w:w="519"/>
            <w:vAlign w:val="center"/>
          </w:tcPr>
          <w:p>
            <w:r/>
            <w:r>
              <w:rPr>
                <w:rFonts w:ascii="Malgun Gothic" w:hAnsi="Malgun Gothic" w:eastAsia="Malgun Gothic"/>
                <w:b w:val="0"/>
                <w:sz w:val="14"/>
              </w:rPr>
              <w:t>75.9</w:t>
            </w:r>
          </w:p>
        </w:tc>
        <w:tc>
          <w:tcPr>
            <w:tcW w:type="dxa" w:w="519"/>
            <w:vAlign w:val="center"/>
          </w:tcPr>
          <w:p>
            <w:r/>
            <w:r>
              <w:rPr>
                <w:rFonts w:ascii="Malgun Gothic" w:hAnsi="Malgun Gothic" w:eastAsia="Malgun Gothic"/>
                <w:b w:val="0"/>
                <w:sz w:val="14"/>
              </w:rPr>
              <w:t>-1.0830207754173564</w:t>
            </w:r>
          </w:p>
        </w:tc>
        <w:tc>
          <w:tcPr>
            <w:tcW w:type="dxa" w:w="519"/>
            <w:vAlign w:val="center"/>
          </w:tcPr>
          <w:p>
            <w:r/>
            <w:r>
              <w:rPr>
                <w:rFonts w:ascii="Malgun Gothic" w:hAnsi="Malgun Gothic" w:eastAsia="Malgun Gothic"/>
                <w:b w:val="0"/>
                <w:sz w:val="14"/>
              </w:rPr>
              <w:t>-0.5096645488860132</w:t>
            </w:r>
          </w:p>
        </w:tc>
        <w:tc>
          <w:tcPr>
            <w:tcW w:type="dxa" w:w="519"/>
            <w:vAlign w:val="center"/>
          </w:tcPr>
          <w:p>
            <w:r/>
            <w:r>
              <w:rPr>
                <w:rFonts w:ascii="Malgun Gothic" w:hAnsi="Malgun Gothic" w:eastAsia="Malgun Gothic"/>
                <w:b w:val="0"/>
                <w:sz w:val="14"/>
              </w:rPr>
              <w:t>-2.0235470580703203</w:t>
            </w:r>
          </w:p>
        </w:tc>
        <w:tc>
          <w:tcPr>
            <w:tcW w:type="dxa" w:w="519"/>
            <w:vAlign w:val="center"/>
          </w:tcPr>
          <w:p>
            <w:r/>
            <w:r>
              <w:rPr>
                <w:rFonts w:ascii="Malgun Gothic" w:hAnsi="Malgun Gothic" w:eastAsia="Malgun Gothic"/>
                <w:b w:val="0"/>
                <w:sz w:val="14"/>
              </w:rPr>
              <w:t>-0.41602503018606246</w:t>
            </w:r>
          </w:p>
        </w:tc>
        <w:tc>
          <w:tcPr>
            <w:tcW w:type="dxa" w:w="519"/>
            <w:vAlign w:val="center"/>
          </w:tcPr>
          <w:p>
            <w:r/>
            <w:r>
              <w:rPr>
                <w:rFonts w:ascii="Malgun Gothic" w:hAnsi="Malgun Gothic" w:eastAsia="Malgun Gothic"/>
                <w:b w:val="0"/>
                <w:sz w:val="14"/>
              </w:rPr>
              <w:t>-1.0080643531399383</w:t>
            </w:r>
          </w:p>
        </w:tc>
        <w:tc>
          <w:tcPr>
            <w:tcW w:type="dxa" w:w="519"/>
            <w:vAlign w:val="center"/>
          </w:tcPr>
          <w:p>
            <w:r/>
            <w:r>
              <w:rPr>
                <w:rFonts w:ascii="Malgun Gothic" w:hAnsi="Malgun Gothic" w:eastAsia="Malgun Gothic"/>
                <w:b w:val="0"/>
                <w:sz w:val="14"/>
              </w:rPr>
              <w:t>0.15474285067443516</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-0.27028295832439925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bl>
    <w:p/>
    <w:p>
      <w:r>
        <w:t>대용량 표의 앞/뒤 표본 및 구조 포함; 원본 전수 행은 데이터 부록 ZIP 포함</w:t>
      </w:r>
    </w:p>
    <w:p>
      <w:r>
        <w:rPr>
          <w:b/>
        </w:rPr>
        <w:t>산출물 CSV: research_continuity/02_asis_same_method_reproduction/latest_actual_same_method_reproduced_stress_index_v155.csv (행 998, 열 19)</w:t>
      </w:r>
    </w:p>
    <w:tbl>
      <w:tblPr>
        <w:tblStyle w:val="TableGrid"/>
        <w:tblW w:type="auto" w:w="0"/>
        <w:jc w:val="center"/>
        <w:tblLook w:firstColumn="1" w:firstRow="1" w:lastColumn="0" w:lastRow="0" w:noHBand="0" w:noVBand="1" w:val="04A0"/>
      </w:tblPr>
      <w:tblGrid>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519"/>
      </w:tblGrid>
      <w:tr>
        <w:trPr>
          <w:tblHeader w:val="true"/>
          <w:cantSplit/>
        </w:trPr>
        <w:tc>
          <w:tcPr>
            <w:tcW w:type="dxa" w:w="519"/>
          </w:tcPr>
          <w:p>
            <w:r/>
            <w:r>
              <w:rPr>
                <w:rFonts w:ascii="Malgun Gothic" w:hAnsi="Malgun Gothic" w:eastAsia="Malgun Gothic"/>
                <w:b/>
                <w:sz w:val="14"/>
              </w:rPr>
              <w:t>stress_score</w:t>
            </w:r>
          </w:p>
        </w:tc>
        <w:tc>
          <w:tcPr>
            <w:tcW w:type="dxa" w:w="519"/>
          </w:tcPr>
          <w:p>
            <w:r/>
            <w:r>
              <w:rPr>
                <w:rFonts w:ascii="Malgun Gothic" w:hAnsi="Malgun Gothic" w:eastAsia="Malgun Gothic"/>
                <w:b/>
                <w:sz w:val="14"/>
              </w:rPr>
              <w:t>energy_mean</w:t>
            </w:r>
          </w:p>
        </w:tc>
        <w:tc>
          <w:tcPr>
            <w:tcW w:type="dxa" w:w="519"/>
          </w:tcPr>
          <w:p>
            <w:r/>
            <w:r>
              <w:rPr>
                <w:rFonts w:ascii="Malgun Gothic" w:hAnsi="Malgun Gothic" w:eastAsia="Malgun Gothic"/>
                <w:b/>
                <w:sz w:val="14"/>
              </w:rPr>
              <w:t>pitch_mean</w:t>
            </w:r>
          </w:p>
        </w:tc>
        <w:tc>
          <w:tcPr>
            <w:tcW w:type="dxa" w:w="519"/>
          </w:tcPr>
          <w:p>
            <w:r/>
            <w:r>
              <w:rPr>
                <w:rFonts w:ascii="Malgun Gothic" w:hAnsi="Malgun Gothic" w:eastAsia="Malgun Gothic"/>
                <w:b/>
                <w:sz w:val="14"/>
              </w:rPr>
              <w:t>wpm</w:t>
            </w:r>
          </w:p>
        </w:tc>
        <w:tc>
          <w:tcPr>
            <w:tcW w:type="dxa" w:w="519"/>
          </w:tcPr>
          <w:p>
            <w:r/>
            <w:r>
              <w:rPr>
                <w:rFonts w:ascii="Malgun Gothic" w:hAnsi="Malgun Gothic" w:eastAsia="Malgun Gothic"/>
                <w:b/>
                <w:sz w:val="14"/>
              </w:rPr>
              <w:t>duration_sec</w:t>
            </w:r>
          </w:p>
        </w:tc>
        <w:tc>
          <w:tcPr>
            <w:tcW w:type="dxa" w:w="519"/>
          </w:tcPr>
          <w:p>
            <w:r/>
            <w:r>
              <w:rPr>
                <w:rFonts w:ascii="Malgun Gothic" w:hAnsi="Malgun Gothic" w:eastAsia="Malgun Gothic"/>
                <w:b/>
                <w:sz w:val="14"/>
              </w:rPr>
              <w:t>z_energy_mean</w:t>
            </w:r>
          </w:p>
        </w:tc>
        <w:tc>
          <w:tcPr>
            <w:tcW w:type="dxa" w:w="519"/>
          </w:tcPr>
          <w:p>
            <w:r/>
            <w:r>
              <w:rPr>
                <w:rFonts w:ascii="Malgun Gothic" w:hAnsi="Malgun Gothic" w:eastAsia="Malgun Gothic"/>
                <w:b/>
                <w:sz w:val="14"/>
              </w:rPr>
              <w:t>z_pitch_mean</w:t>
            </w:r>
          </w:p>
        </w:tc>
        <w:tc>
          <w:tcPr>
            <w:tcW w:type="dxa" w:w="519"/>
          </w:tcPr>
          <w:p>
            <w:r/>
            <w:r>
              <w:rPr>
                <w:rFonts w:ascii="Malgun Gothic" w:hAnsi="Malgun Gothic" w:eastAsia="Malgun Gothic"/>
                <w:b/>
                <w:sz w:val="14"/>
              </w:rPr>
              <w:t>z_wpm</w:t>
            </w:r>
          </w:p>
        </w:tc>
        <w:tc>
          <w:tcPr>
            <w:tcW w:type="dxa" w:w="519"/>
          </w:tcPr>
          <w:p>
            <w:r/>
            <w:r>
              <w:rPr>
                <w:rFonts w:ascii="Malgun Gothic" w:hAnsi="Malgun Gothic" w:eastAsia="Malgun Gothic"/>
                <w:b/>
                <w:sz w:val="14"/>
              </w:rPr>
              <w:t>z_duration_sec</w:t>
            </w:r>
          </w:p>
        </w:tc>
        <w:tc>
          <w:tcPr>
            <w:tcW w:type="dxa" w:w="519"/>
          </w:tcPr>
          <w:p>
            <w:r/>
            <w:r>
              <w:rPr>
                <w:rFonts w:ascii="Malgun Gothic" w:hAnsi="Malgun Gothic" w:eastAsia="Malgun Gothic"/>
                <w:b/>
                <w:sz w:val="14"/>
              </w:rPr>
              <w:t>stress_raw_formula_candidate</w:t>
            </w:r>
          </w:p>
        </w:tc>
        <w:tc>
          <w:tcPr>
            <w:tcW w:type="dxa" w:w="519"/>
          </w:tcPr>
          <w:p>
            <w:r/>
            <w:r>
              <w:rPr>
                <w:rFonts w:ascii="Malgun Gothic" w:hAnsi="Malgun Gothic" w:eastAsia="Malgun Gothic"/>
                <w:b/>
                <w:sz w:val="14"/>
              </w:rPr>
              <w:t>stress_score_formula_candidate</w:t>
            </w:r>
          </w:p>
        </w:tc>
        <w:tc>
          <w:tcPr>
            <w:tcW w:type="dxa" w:w="519"/>
          </w:tcPr>
          <w:p>
            <w:r/>
            <w:r>
              <w:rPr>
                <w:rFonts w:ascii="Malgun Gothic" w:hAnsi="Malgun Gothic" w:eastAsia="Malgun Gothic"/>
                <w:b/>
                <w:sz w:val="14"/>
              </w:rPr>
              <w:t>stress_score_reproduced</w:t>
            </w:r>
          </w:p>
        </w:tc>
        <w:tc>
          <w:tcPr>
            <w:tcW w:type="dxa" w:w="519"/>
          </w:tcPr>
          <w:p>
            <w:r/>
            <w:r>
              <w:rPr>
                <w:rFonts w:ascii="Malgun Gothic" w:hAnsi="Malgun Gothic" w:eastAsia="Malgun Gothic"/>
                <w:b/>
                <w:sz w:val="14"/>
              </w:rPr>
              <w:t>stress_score_asis_reference</w:t>
            </w:r>
          </w:p>
        </w:tc>
        <w:tc>
          <w:tcPr>
            <w:tcW w:type="dxa" w:w="519"/>
          </w:tcPr>
          <w:p>
            <w:r/>
            <w:r>
              <w:rPr>
                <w:rFonts w:ascii="Malgun Gothic" w:hAnsi="Malgun Gothic" w:eastAsia="Malgun Gothic"/>
                <w:b/>
                <w:sz w:val="14"/>
              </w:rPr>
              <w:t>stress_score_reproduced_reference_locked</w:t>
            </w:r>
          </w:p>
        </w:tc>
        <w:tc>
          <w:tcPr>
            <w:tcW w:type="dxa" w:w="519"/>
          </w:tcPr>
          <w:p>
            <w:r/>
            <w:r>
              <w:rPr>
                <w:rFonts w:ascii="Malgun Gothic" w:hAnsi="Malgun Gothic" w:eastAsia="Malgun Gothic"/>
                <w:b/>
                <w:sz w:val="14"/>
              </w:rPr>
              <w:t>stress_formula_candidate_minus_asis</w:t>
            </w:r>
          </w:p>
        </w:tc>
        <w:tc>
          <w:tcPr>
            <w:tcW w:type="dxa" w:w="519"/>
          </w:tcPr>
          <w:p>
            <w:r/>
            <w:r>
              <w:rPr>
                <w:rFonts w:ascii="Malgun Gothic" w:hAnsi="Malgun Gothic" w:eastAsia="Malgun Gothic"/>
                <w:b/>
                <w:sz w:val="14"/>
              </w:rPr>
              <w:t>reproduction_method_version</w:t>
            </w:r>
          </w:p>
        </w:tc>
        <w:tc>
          <w:tcPr>
            <w:tcW w:type="dxa" w:w="519"/>
          </w:tcPr>
          <w:p>
            <w:r/>
            <w:r>
              <w:rPr>
                <w:rFonts w:ascii="Malgun Gothic" w:hAnsi="Malgun Gothic" w:eastAsia="Malgun Gothic"/>
                <w:b/>
                <w:sz w:val="14"/>
              </w:rPr>
              <w:t>reproduction_mode</w:t>
            </w:r>
          </w:p>
        </w:tc>
        <w:tc>
          <w:tcPr>
            <w:tcW w:type="dxa" w:w="519"/>
          </w:tcPr>
          <w:p>
            <w:r/>
            <w:r>
              <w:rPr>
                <w:rFonts w:ascii="Malgun Gothic" w:hAnsi="Malgun Gothic" w:eastAsia="Malgun Gothic"/>
                <w:b/>
                <w:sz w:val="14"/>
              </w:rPr>
              <w:t>reproduction_created_at</w:t>
            </w:r>
          </w:p>
        </w:tc>
        <w:tc>
          <w:tcPr>
            <w:tcW w:type="dxa" w:w="519"/>
          </w:tcPr>
          <w:p>
            <w:r/>
            <w:r>
              <w:rPr>
                <w:rFonts w:ascii="Malgun Gothic" w:hAnsi="Malgun Gothic" w:eastAsia="Malgun Gothic"/>
                <w:b/>
                <w:sz w:val="14"/>
              </w:rPr>
              <w:t>original_data_policy</w:t>
            </w:r>
          </w:p>
        </w:tc>
      </w:tr>
      <w:tr>
        <w:trPr>
          <w:cantSplit/>
        </w:trPr>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0.0387283228337764</w:t>
            </w:r>
          </w:p>
        </w:tc>
        <w:tc>
          <w:tcPr>
            <w:tcW w:type="dxa" w:w="519"/>
            <w:vAlign w:val="center"/>
          </w:tcPr>
          <w:p>
            <w:r/>
            <w:r>
              <w:rPr>
                <w:rFonts w:ascii="Malgun Gothic" w:hAnsi="Malgun Gothic" w:eastAsia="Malgun Gothic"/>
                <w:b w:val="0"/>
                <w:sz w:val="14"/>
              </w:rPr>
              <w:t>238.0246184292892</w:t>
            </w:r>
          </w:p>
        </w:tc>
        <w:tc>
          <w:tcPr>
            <w:tcW w:type="dxa" w:w="519"/>
            <w:vAlign w:val="center"/>
          </w:tcPr>
          <w:p>
            <w:r/>
            <w:r>
              <w:rPr>
                <w:rFonts w:ascii="Malgun Gothic" w:hAnsi="Malgun Gothic" w:eastAsia="Malgun Gothic"/>
                <w:b w:val="0"/>
                <w:sz w:val="14"/>
              </w:rPr>
              <w:t>56.11510791366906</w:t>
            </w:r>
          </w:p>
        </w:tc>
        <w:tc>
          <w:tcPr>
            <w:tcW w:type="dxa" w:w="519"/>
            <w:vAlign w:val="center"/>
          </w:tcPr>
          <w:p>
            <w:r/>
            <w:r>
              <w:rPr>
                <w:rFonts w:ascii="Malgun Gothic" w:hAnsi="Malgun Gothic" w:eastAsia="Malgun Gothic"/>
                <w:b w:val="0"/>
                <w:sz w:val="14"/>
              </w:rPr>
              <w:t>41.7</w:t>
            </w:r>
          </w:p>
        </w:tc>
        <w:tc>
          <w:tcPr>
            <w:tcW w:type="dxa" w:w="519"/>
            <w:vAlign w:val="center"/>
          </w:tcPr>
          <w:p>
            <w:r/>
            <w:r>
              <w:rPr>
                <w:rFonts w:ascii="Malgun Gothic" w:hAnsi="Malgun Gothic" w:eastAsia="Malgun Gothic"/>
                <w:b w:val="0"/>
                <w:sz w:val="14"/>
              </w:rPr>
              <w:t>-1.0006849139043317</w:t>
            </w:r>
          </w:p>
        </w:tc>
        <w:tc>
          <w:tcPr>
            <w:tcW w:type="dxa" w:w="519"/>
            <w:vAlign w:val="center"/>
          </w:tcPr>
          <w:p>
            <w:r/>
            <w:r>
              <w:rPr>
                <w:rFonts w:ascii="Malgun Gothic" w:hAnsi="Malgun Gothic" w:eastAsia="Malgun Gothic"/>
                <w:b w:val="0"/>
                <w:sz w:val="14"/>
              </w:rPr>
              <w:t>0.29390534085006853</w:t>
            </w:r>
          </w:p>
        </w:tc>
        <w:tc>
          <w:tcPr>
            <w:tcW w:type="dxa" w:w="519"/>
            <w:vAlign w:val="center"/>
          </w:tcPr>
          <w:p>
            <w:r/>
            <w:r>
              <w:rPr>
                <w:rFonts w:ascii="Malgun Gothic" w:hAnsi="Malgun Gothic" w:eastAsia="Malgun Gothic"/>
                <w:b w:val="0"/>
                <w:sz w:val="14"/>
              </w:rPr>
              <w:t>-1.372766389316937</w:t>
            </w:r>
          </w:p>
        </w:tc>
        <w:tc>
          <w:tcPr>
            <w:tcW w:type="dxa" w:w="519"/>
            <w:vAlign w:val="center"/>
          </w:tcPr>
          <w:p>
            <w:r/>
            <w:r>
              <w:rPr>
                <w:rFonts w:ascii="Malgun Gothic" w:hAnsi="Malgun Gothic" w:eastAsia="Malgun Gothic"/>
                <w:b w:val="0"/>
                <w:sz w:val="14"/>
              </w:rPr>
              <w:t>-0.6169289523980969</w:t>
            </w:r>
          </w:p>
        </w:tc>
        <w:tc>
          <w:tcPr>
            <w:tcW w:type="dxa" w:w="519"/>
            <w:vAlign w:val="center"/>
          </w:tcPr>
          <w:p>
            <w:r/>
            <w:r>
              <w:rPr>
                <w:rFonts w:ascii="Malgun Gothic" w:hAnsi="Malgun Gothic" w:eastAsia="Malgun Gothic"/>
                <w:b w:val="0"/>
                <w:sz w:val="14"/>
              </w:rPr>
              <w:t>-0.6741187286923243</w:t>
            </w:r>
          </w:p>
        </w:tc>
        <w:tc>
          <w:tcPr>
            <w:tcW w:type="dxa" w:w="519"/>
            <w:vAlign w:val="center"/>
          </w:tcPr>
          <w:p>
            <w:r/>
            <w:r>
              <w:rPr>
                <w:rFonts w:ascii="Malgun Gothic" w:hAnsi="Malgun Gothic" w:eastAsia="Malgun Gothic"/>
                <w:b w:val="0"/>
                <w:sz w:val="14"/>
              </w:rPr>
              <w:t>0.2300850778021826</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-0.2382411261485217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0.0516217462718486</w:t>
            </w:r>
          </w:p>
        </w:tc>
        <w:tc>
          <w:tcPr>
            <w:tcW w:type="dxa" w:w="519"/>
            <w:vAlign w:val="center"/>
          </w:tcPr>
          <w:p>
            <w:r/>
            <w:r>
              <w:rPr>
                <w:rFonts w:ascii="Malgun Gothic" w:hAnsi="Malgun Gothic" w:eastAsia="Malgun Gothic"/>
                <w:b w:val="0"/>
                <w:sz w:val="14"/>
              </w:rPr>
              <w:t>254.4835085646635</w:t>
            </w:r>
          </w:p>
        </w:tc>
        <w:tc>
          <w:tcPr>
            <w:tcW w:type="dxa" w:w="519"/>
            <w:vAlign w:val="center"/>
          </w:tcPr>
          <w:p>
            <w:r/>
            <w:r>
              <w:rPr>
                <w:rFonts w:ascii="Malgun Gothic" w:hAnsi="Malgun Gothic" w:eastAsia="Malgun Gothic"/>
                <w:b w:val="0"/>
                <w:sz w:val="14"/>
              </w:rPr>
              <w:t>112.94117647058825</w:t>
            </w:r>
          </w:p>
        </w:tc>
        <w:tc>
          <w:tcPr>
            <w:tcW w:type="dxa" w:w="519"/>
            <w:vAlign w:val="center"/>
          </w:tcPr>
          <w:p>
            <w:r/>
            <w:r>
              <w:rPr>
                <w:rFonts w:ascii="Malgun Gothic" w:hAnsi="Malgun Gothic" w:eastAsia="Malgun Gothic"/>
                <w:b w:val="0"/>
                <w:sz w:val="14"/>
              </w:rPr>
              <w:t>76.5</w:t>
            </w:r>
          </w:p>
        </w:tc>
        <w:tc>
          <w:tcPr>
            <w:tcW w:type="dxa" w:w="519"/>
            <w:vAlign w:val="center"/>
          </w:tcPr>
          <w:p>
            <w:r/>
            <w:r>
              <w:rPr>
                <w:rFonts w:ascii="Malgun Gothic" w:hAnsi="Malgun Gothic" w:eastAsia="Malgun Gothic"/>
                <w:b w:val="0"/>
                <w:sz w:val="14"/>
              </w:rPr>
              <w:t>-0.559373815551796</w:t>
            </w:r>
          </w:p>
        </w:tc>
        <w:tc>
          <w:tcPr>
            <w:tcW w:type="dxa" w:w="519"/>
            <w:vAlign w:val="center"/>
          </w:tcPr>
          <w:p>
            <w:r/>
            <w:r>
              <w:rPr>
                <w:rFonts w:ascii="Malgun Gothic" w:hAnsi="Malgun Gothic" w:eastAsia="Malgun Gothic"/>
                <w:b w:val="0"/>
                <w:sz w:val="14"/>
              </w:rPr>
              <w:t>0.8847365424679859</w:t>
            </w:r>
          </w:p>
        </w:tc>
        <w:tc>
          <w:tcPr>
            <w:tcW w:type="dxa" w:w="519"/>
            <w:vAlign w:val="center"/>
          </w:tcPr>
          <w:p>
            <w:r/>
            <w:r>
              <w:rPr>
                <w:rFonts w:ascii="Malgun Gothic" w:hAnsi="Malgun Gothic" w:eastAsia="Malgun Gothic"/>
                <w:b w:val="0"/>
                <w:sz w:val="14"/>
              </w:rPr>
              <w:t>1.553699901604292</w:t>
            </w:r>
          </w:p>
        </w:tc>
        <w:tc>
          <w:tcPr>
            <w:tcW w:type="dxa" w:w="519"/>
            <w:vAlign w:val="center"/>
          </w:tcPr>
          <w:p>
            <w:r/>
            <w:r>
              <w:rPr>
                <w:rFonts w:ascii="Malgun Gothic" w:hAnsi="Malgun Gothic" w:eastAsia="Malgun Gothic"/>
                <w:b w:val="0"/>
                <w:sz w:val="14"/>
              </w:rPr>
              <w:t>-0.41250039997181626</w:t>
            </w:r>
          </w:p>
        </w:tc>
        <w:tc>
          <w:tcPr>
            <w:tcW w:type="dxa" w:w="519"/>
            <w:vAlign w:val="center"/>
          </w:tcPr>
          <w:p>
            <w:r/>
            <w:r>
              <w:rPr>
                <w:rFonts w:ascii="Malgun Gothic" w:hAnsi="Malgun Gothic" w:eastAsia="Malgun Gothic"/>
                <w:b w:val="0"/>
                <w:sz w:val="14"/>
              </w:rPr>
              <w:t>0.3666405571371665</w:t>
            </w:r>
          </w:p>
        </w:tc>
        <w:tc>
          <w:tcPr>
            <w:tcW w:type="dxa" w:w="519"/>
            <w:vAlign w:val="center"/>
          </w:tcPr>
          <w:p>
            <w:r/>
            <w:r>
              <w:rPr>
                <w:rFonts w:ascii="Malgun Gothic" w:hAnsi="Malgun Gothic" w:eastAsia="Malgun Gothic"/>
                <w:b w:val="0"/>
                <w:sz w:val="14"/>
              </w:rPr>
              <w:t>0.4648931326403989</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-0.10649549143378667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0.0836487412452697</w:t>
            </w:r>
          </w:p>
        </w:tc>
        <w:tc>
          <w:tcPr>
            <w:tcW w:type="dxa" w:w="519"/>
            <w:vAlign w:val="center"/>
          </w:tcPr>
          <w:p>
            <w:r/>
            <w:r>
              <w:rPr>
                <w:rFonts w:ascii="Malgun Gothic" w:hAnsi="Malgun Gothic" w:eastAsia="Malgun Gothic"/>
                <w:b w:val="0"/>
                <w:sz w:val="14"/>
              </w:rPr>
              <w:t>250.6328955076774</w:t>
            </w:r>
          </w:p>
        </w:tc>
        <w:tc>
          <w:tcPr>
            <w:tcW w:type="dxa" w:w="519"/>
            <w:vAlign w:val="center"/>
          </w:tcPr>
          <w:p>
            <w:r/>
            <w:r>
              <w:rPr>
                <w:rFonts w:ascii="Malgun Gothic" w:hAnsi="Malgun Gothic" w:eastAsia="Malgun Gothic"/>
                <w:b w:val="0"/>
                <w:sz w:val="14"/>
              </w:rPr>
              <w:t>67.36526946107786</w:t>
            </w:r>
          </w:p>
        </w:tc>
        <w:tc>
          <w:tcPr>
            <w:tcW w:type="dxa" w:w="519"/>
            <w:vAlign w:val="center"/>
          </w:tcPr>
          <w:p>
            <w:r/>
            <w:r>
              <w:rPr>
                <w:rFonts w:ascii="Malgun Gothic" w:hAnsi="Malgun Gothic" w:eastAsia="Malgun Gothic"/>
                <w:b w:val="0"/>
                <w:sz w:val="14"/>
              </w:rPr>
              <w:t>40.08</w:t>
            </w:r>
          </w:p>
        </w:tc>
        <w:tc>
          <w:tcPr>
            <w:tcW w:type="dxa" w:w="519"/>
            <w:vAlign w:val="center"/>
          </w:tcPr>
          <w:p>
            <w:r/>
            <w:r>
              <w:rPr>
                <w:rFonts w:ascii="Malgun Gothic" w:hAnsi="Malgun Gothic" w:eastAsia="Malgun Gothic"/>
                <w:b w:val="0"/>
                <w:sz w:val="14"/>
              </w:rPr>
              <w:t>0.536833750773573</w:t>
            </w:r>
          </w:p>
        </w:tc>
        <w:tc>
          <w:tcPr>
            <w:tcW w:type="dxa" w:w="519"/>
            <w:vAlign w:val="center"/>
          </w:tcPr>
          <w:p>
            <w:r/>
            <w:r>
              <w:rPr>
                <w:rFonts w:ascii="Malgun Gothic" w:hAnsi="Malgun Gothic" w:eastAsia="Malgun Gothic"/>
                <w:b w:val="0"/>
                <w:sz w:val="14"/>
              </w:rPr>
              <w:t>0.7465095830124963</w:t>
            </w:r>
          </w:p>
        </w:tc>
        <w:tc>
          <w:tcPr>
            <w:tcW w:type="dxa" w:w="519"/>
            <w:vAlign w:val="center"/>
          </w:tcPr>
          <w:p>
            <w:r/>
            <w:r>
              <w:rPr>
                <w:rFonts w:ascii="Malgun Gothic" w:hAnsi="Malgun Gothic" w:eastAsia="Malgun Gothic"/>
                <w:b w:val="0"/>
                <w:sz w:val="14"/>
              </w:rPr>
              <w:t>-0.7933981632195622</w:t>
            </w:r>
          </w:p>
        </w:tc>
        <w:tc>
          <w:tcPr>
            <w:tcW w:type="dxa" w:w="519"/>
            <w:vAlign w:val="center"/>
          </w:tcPr>
          <w:p>
            <w:r/>
            <w:r>
              <w:rPr>
                <w:rFonts w:ascii="Malgun Gothic" w:hAnsi="Malgun Gothic" w:eastAsia="Malgun Gothic"/>
                <w:b w:val="0"/>
                <w:sz w:val="14"/>
              </w:rPr>
              <w:t>-0.6264454539765617</w:t>
            </w:r>
          </w:p>
        </w:tc>
        <w:tc>
          <w:tcPr>
            <w:tcW w:type="dxa" w:w="519"/>
            <w:vAlign w:val="center"/>
          </w:tcPr>
          <w:p>
            <w:r/>
            <w:r>
              <w:rPr>
                <w:rFonts w:ascii="Malgun Gothic" w:hAnsi="Malgun Gothic" w:eastAsia="Malgun Gothic"/>
                <w:b w:val="0"/>
                <w:sz w:val="14"/>
              </w:rPr>
              <w:t>-0.03412507085251365</w:t>
            </w:r>
          </w:p>
        </w:tc>
        <w:tc>
          <w:tcPr>
            <w:tcW w:type="dxa" w:w="519"/>
            <w:vAlign w:val="center"/>
          </w:tcPr>
          <w:p>
            <w:r/>
            <w:r>
              <w:rPr>
                <w:rFonts w:ascii="Malgun Gothic" w:hAnsi="Malgun Gothic" w:eastAsia="Malgun Gothic"/>
                <w:b w:val="0"/>
                <w:sz w:val="14"/>
              </w:rPr>
              <w:t>0.37447549348450854</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-0.17286917737075874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0.0569056421518325</w:t>
            </w:r>
          </w:p>
        </w:tc>
        <w:tc>
          <w:tcPr>
            <w:tcW w:type="dxa" w:w="519"/>
            <w:vAlign w:val="center"/>
          </w:tcPr>
          <w:p>
            <w:r/>
            <w:r>
              <w:rPr>
                <w:rFonts w:ascii="Malgun Gothic" w:hAnsi="Malgun Gothic" w:eastAsia="Malgun Gothic"/>
                <w:b w:val="0"/>
                <w:sz w:val="14"/>
              </w:rPr>
              <w:t>259.63355756495304</w:t>
            </w:r>
          </w:p>
        </w:tc>
        <w:tc>
          <w:tcPr>
            <w:tcW w:type="dxa" w:w="519"/>
            <w:vAlign w:val="center"/>
          </w:tcPr>
          <w:p>
            <w:r/>
            <w:r>
              <w:rPr>
                <w:rFonts w:ascii="Malgun Gothic" w:hAnsi="Malgun Gothic" w:eastAsia="Malgun Gothic"/>
                <w:b w:val="0"/>
                <w:sz w:val="14"/>
              </w:rPr>
              <w:t>53.07346326836582</w:t>
            </w:r>
          </w:p>
        </w:tc>
        <w:tc>
          <w:tcPr>
            <w:tcW w:type="dxa" w:w="519"/>
            <w:vAlign w:val="center"/>
          </w:tcPr>
          <w:p>
            <w:r/>
            <w:r>
              <w:rPr>
                <w:rFonts w:ascii="Malgun Gothic" w:hAnsi="Malgun Gothic" w:eastAsia="Malgun Gothic"/>
                <w:b w:val="0"/>
                <w:sz w:val="14"/>
              </w:rPr>
              <w:t>200.1</w:t>
            </w:r>
          </w:p>
        </w:tc>
        <w:tc>
          <w:tcPr>
            <w:tcW w:type="dxa" w:w="519"/>
            <w:vAlign w:val="center"/>
          </w:tcPr>
          <w:p>
            <w:r/>
            <w:r>
              <w:rPr>
                <w:rFonts w:ascii="Malgun Gothic" w:hAnsi="Malgun Gothic" w:eastAsia="Malgun Gothic"/>
                <w:b w:val="0"/>
                <w:sz w:val="14"/>
              </w:rPr>
              <w:t>-0.3785186760633514</w:t>
            </w:r>
          </w:p>
        </w:tc>
        <w:tc>
          <w:tcPr>
            <w:tcW w:type="dxa" w:w="519"/>
            <w:vAlign w:val="center"/>
          </w:tcPr>
          <w:p>
            <w:r/>
            <w:r>
              <w:rPr>
                <w:rFonts w:ascii="Malgun Gothic" w:hAnsi="Malgun Gothic" w:eastAsia="Malgun Gothic"/>
                <w:b w:val="0"/>
                <w:sz w:val="14"/>
              </w:rPr>
              <w:t>1.069609861033522</w:t>
            </w:r>
          </w:p>
        </w:tc>
        <w:tc>
          <w:tcPr>
            <w:tcW w:type="dxa" w:w="519"/>
            <w:vAlign w:val="center"/>
          </w:tcPr>
          <w:p>
            <w:r/>
            <w:r>
              <w:rPr>
                <w:rFonts w:ascii="Malgun Gothic" w:hAnsi="Malgun Gothic" w:eastAsia="Malgun Gothic"/>
                <w:b w:val="0"/>
                <w:sz w:val="14"/>
              </w:rPr>
              <w:t>-1.5294070077775492</w:t>
            </w:r>
          </w:p>
        </w:tc>
        <w:tc>
          <w:tcPr>
            <w:tcW w:type="dxa" w:w="519"/>
            <w:vAlign w:val="center"/>
          </w:tcPr>
          <w:p>
            <w:r/>
            <w:r>
              <w:rPr>
                <w:rFonts w:ascii="Malgun Gothic" w:hAnsi="Malgun Gothic" w:eastAsia="Malgun Gothic"/>
                <w:b w:val="0"/>
                <w:sz w:val="14"/>
              </w:rPr>
              <w:t>0.3135734241629046</w:t>
            </w:r>
          </w:p>
        </w:tc>
        <w:tc>
          <w:tcPr>
            <w:tcW w:type="dxa" w:w="519"/>
            <w:vAlign w:val="center"/>
          </w:tcPr>
          <w:p>
            <w:r/>
            <w:r>
              <w:rPr>
                <w:rFonts w:ascii="Malgun Gothic" w:hAnsi="Malgun Gothic" w:eastAsia="Malgun Gothic"/>
                <w:b w:val="0"/>
                <w:sz w:val="14"/>
              </w:rPr>
              <w:t>-0.13118559966111848</w:t>
            </w:r>
          </w:p>
        </w:tc>
        <w:tc>
          <w:tcPr>
            <w:tcW w:type="dxa" w:w="519"/>
            <w:vAlign w:val="center"/>
          </w:tcPr>
          <w:p>
            <w:r/>
            <w:r>
              <w:rPr>
                <w:rFonts w:ascii="Malgun Gothic" w:hAnsi="Malgun Gothic" w:eastAsia="Malgun Gothic"/>
                <w:b w:val="0"/>
                <w:sz w:val="14"/>
              </w:rPr>
              <w:t>0.35257744820024006</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-0.12423895198341262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0.0736489668488502</w:t>
            </w:r>
          </w:p>
        </w:tc>
        <w:tc>
          <w:tcPr>
            <w:tcW w:type="dxa" w:w="519"/>
            <w:vAlign w:val="center"/>
          </w:tcPr>
          <w:p>
            <w:r/>
            <w:r>
              <w:rPr>
                <w:rFonts w:ascii="Malgun Gothic" w:hAnsi="Malgun Gothic" w:eastAsia="Malgun Gothic"/>
                <w:b w:val="0"/>
                <w:sz w:val="14"/>
              </w:rPr>
              <w:t>212.8201100241104</w:t>
            </w:r>
          </w:p>
        </w:tc>
        <w:tc>
          <w:tcPr>
            <w:tcW w:type="dxa" w:w="519"/>
            <w:vAlign w:val="center"/>
          </w:tcPr>
          <w:p>
            <w:r/>
            <w:r>
              <w:rPr>
                <w:rFonts w:ascii="Malgun Gothic" w:hAnsi="Malgun Gothic" w:eastAsia="Malgun Gothic"/>
                <w:b w:val="0"/>
                <w:sz w:val="14"/>
              </w:rPr>
              <w:t>89.41736028537456</w:t>
            </w:r>
          </w:p>
        </w:tc>
        <w:tc>
          <w:tcPr>
            <w:tcW w:type="dxa" w:w="519"/>
            <w:vAlign w:val="center"/>
          </w:tcPr>
          <w:p>
            <w:r/>
            <w:r>
              <w:rPr>
                <w:rFonts w:ascii="Malgun Gothic" w:hAnsi="Malgun Gothic" w:eastAsia="Malgun Gothic"/>
                <w:b w:val="0"/>
                <w:sz w:val="14"/>
              </w:rPr>
              <w:t>252.3</w:t>
            </w:r>
          </w:p>
        </w:tc>
        <w:tc>
          <w:tcPr>
            <w:tcW w:type="dxa" w:w="519"/>
            <w:vAlign w:val="center"/>
          </w:tcPr>
          <w:p>
            <w:r/>
            <w:r>
              <w:rPr>
                <w:rFonts w:ascii="Malgun Gothic" w:hAnsi="Malgun Gothic" w:eastAsia="Malgun Gothic"/>
                <w:b w:val="0"/>
                <w:sz w:val="14"/>
              </w:rPr>
              <w:t>0.1945653498824221</w:t>
            </w:r>
          </w:p>
        </w:tc>
        <w:tc>
          <w:tcPr>
            <w:tcW w:type="dxa" w:w="519"/>
            <w:vAlign w:val="center"/>
          </w:tcPr>
          <w:p>
            <w:r/>
            <w:r>
              <w:rPr>
                <w:rFonts w:ascii="Malgun Gothic" w:hAnsi="Malgun Gothic" w:eastAsia="Malgun Gothic"/>
                <w:b w:val="0"/>
                <w:sz w:val="14"/>
              </w:rPr>
              <w:t>-0.6108707324293121</w:t>
            </w:r>
          </w:p>
        </w:tc>
        <w:tc>
          <w:tcPr>
            <w:tcW w:type="dxa" w:w="519"/>
            <w:vAlign w:val="center"/>
          </w:tcPr>
          <w:p>
            <w:r/>
            <w:r>
              <w:rPr>
                <w:rFonts w:ascii="Malgun Gothic" w:hAnsi="Malgun Gothic" w:eastAsia="Malgun Gothic"/>
                <w:b w:val="0"/>
                <w:sz w:val="14"/>
              </w:rPr>
              <w:t>0.34225492840681293</w:t>
            </w:r>
          </w:p>
        </w:tc>
        <w:tc>
          <w:tcPr>
            <w:tcW w:type="dxa" w:w="519"/>
            <w:vAlign w:val="center"/>
          </w:tcPr>
          <w:p>
            <w:r/>
            <w:r>
              <w:rPr>
                <w:rFonts w:ascii="Malgun Gothic" w:hAnsi="Malgun Gothic" w:eastAsia="Malgun Gothic"/>
                <w:b w:val="0"/>
                <w:sz w:val="14"/>
              </w:rPr>
              <w:t>0.6202162528023257</w:t>
            </w:r>
          </w:p>
        </w:tc>
        <w:tc>
          <w:tcPr>
            <w:tcW w:type="dxa" w:w="519"/>
            <w:vAlign w:val="center"/>
          </w:tcPr>
          <w:p>
            <w:r/>
            <w:r>
              <w:rPr>
                <w:rFonts w:ascii="Malgun Gothic" w:hAnsi="Malgun Gothic" w:eastAsia="Malgun Gothic"/>
                <w:b w:val="0"/>
                <w:sz w:val="14"/>
              </w:rPr>
              <w:t>0.13654144966556217</w:t>
            </w:r>
          </w:p>
        </w:tc>
        <w:tc>
          <w:tcPr>
            <w:tcW w:type="dxa" w:w="519"/>
            <w:vAlign w:val="center"/>
          </w:tcPr>
          <w:p>
            <w:r/>
            <w:r>
              <w:rPr>
                <w:rFonts w:ascii="Malgun Gothic" w:hAnsi="Malgun Gothic" w:eastAsia="Malgun Gothic"/>
                <w:b w:val="0"/>
                <w:sz w:val="14"/>
              </w:rPr>
              <w:t>0.4129799529253069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-0.09136464265348093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0.062197983264923</w:t>
            </w:r>
          </w:p>
        </w:tc>
        <w:tc>
          <w:tcPr>
            <w:tcW w:type="dxa" w:w="519"/>
            <w:vAlign w:val="center"/>
          </w:tcPr>
          <w:p>
            <w:r/>
            <w:r>
              <w:rPr>
                <w:rFonts w:ascii="Malgun Gothic" w:hAnsi="Malgun Gothic" w:eastAsia="Malgun Gothic"/>
                <w:b w:val="0"/>
                <w:sz w:val="14"/>
              </w:rPr>
              <w:t>279.7326065059236</w:t>
            </w:r>
          </w:p>
        </w:tc>
        <w:tc>
          <w:tcPr>
            <w:tcW w:type="dxa" w:w="519"/>
            <w:vAlign w:val="center"/>
          </w:tcPr>
          <w:p>
            <w:r/>
            <w:r>
              <w:rPr>
                <w:rFonts w:ascii="Malgun Gothic" w:hAnsi="Malgun Gothic" w:eastAsia="Malgun Gothic"/>
                <w:b w:val="0"/>
                <w:sz w:val="14"/>
              </w:rPr>
              <w:t>97.68339768339769</w:t>
            </w:r>
          </w:p>
        </w:tc>
        <w:tc>
          <w:tcPr>
            <w:tcW w:type="dxa" w:w="519"/>
            <w:vAlign w:val="center"/>
          </w:tcPr>
          <w:p>
            <w:r/>
            <w:r>
              <w:rPr>
                <w:rFonts w:ascii="Malgun Gothic" w:hAnsi="Malgun Gothic" w:eastAsia="Malgun Gothic"/>
                <w:b w:val="0"/>
                <w:sz w:val="14"/>
              </w:rPr>
              <w:t>155.4</w:t>
            </w:r>
          </w:p>
        </w:tc>
        <w:tc>
          <w:tcPr>
            <w:tcW w:type="dxa" w:w="519"/>
            <w:vAlign w:val="center"/>
          </w:tcPr>
          <w:p>
            <w:r/>
            <w:r>
              <w:rPr>
                <w:rFonts w:ascii="Malgun Gothic" w:hAnsi="Malgun Gothic" w:eastAsia="Malgun Gothic"/>
                <w:b w:val="0"/>
                <w:sz w:val="14"/>
              </w:rPr>
              <w:t>-0.19737447641055078</w:t>
            </w:r>
          </w:p>
        </w:tc>
        <w:tc>
          <w:tcPr>
            <w:tcW w:type="dxa" w:w="519"/>
            <w:vAlign w:val="center"/>
          </w:tcPr>
          <w:p>
            <w:r/>
            <w:r>
              <w:rPr>
                <w:rFonts w:ascii="Malgun Gothic" w:hAnsi="Malgun Gothic" w:eastAsia="Malgun Gothic"/>
                <w:b w:val="0"/>
                <w:sz w:val="14"/>
              </w:rPr>
              <w:t>1.791113263723373</w:t>
            </w:r>
          </w:p>
        </w:tc>
        <w:tc>
          <w:tcPr>
            <w:tcW w:type="dxa" w:w="519"/>
            <w:vAlign w:val="center"/>
          </w:tcPr>
          <w:p>
            <w:r/>
            <w:r>
              <w:rPr>
                <w:rFonts w:ascii="Malgun Gothic" w:hAnsi="Malgun Gothic" w:eastAsia="Malgun Gothic"/>
                <w:b w:val="0"/>
                <w:sz w:val="14"/>
              </w:rPr>
              <w:t>0.7679447644119026</w:t>
            </w:r>
          </w:p>
        </w:tc>
        <w:tc>
          <w:tcPr>
            <w:tcW w:type="dxa" w:w="519"/>
            <w:vAlign w:val="center"/>
          </w:tcPr>
          <w:p>
            <w:r/>
            <w:r>
              <w:rPr>
                <w:rFonts w:ascii="Malgun Gothic" w:hAnsi="Malgun Gothic" w:eastAsia="Malgun Gothic"/>
                <w:b w:val="0"/>
                <w:sz w:val="14"/>
              </w:rPr>
              <w:t>0.05098847320156143</w:t>
            </w:r>
          </w:p>
        </w:tc>
        <w:tc>
          <w:tcPr>
            <w:tcW w:type="dxa" w:w="519"/>
            <w:vAlign w:val="center"/>
          </w:tcPr>
          <w:p>
            <w:r/>
            <w:r>
              <w:rPr>
                <w:rFonts w:ascii="Malgun Gothic" w:hAnsi="Malgun Gothic" w:eastAsia="Malgun Gothic"/>
                <w:b w:val="0"/>
                <w:sz w:val="14"/>
              </w:rPr>
              <w:t>0.6031680062315715</w:t>
            </w:r>
          </w:p>
        </w:tc>
        <w:tc>
          <w:tcPr>
            <w:tcW w:type="dxa" w:w="519"/>
            <w:vAlign w:val="center"/>
          </w:tcPr>
          <w:p>
            <w:r/>
            <w:r>
              <w:rPr>
                <w:rFonts w:ascii="Malgun Gothic" w:hAnsi="Malgun Gothic" w:eastAsia="Malgun Gothic"/>
                <w:b w:val="0"/>
                <w:sz w:val="14"/>
              </w:rPr>
              <w:t>0.5182566250385838</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-0.05065995930819589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0.0671501383185386</w:t>
            </w:r>
          </w:p>
        </w:tc>
        <w:tc>
          <w:tcPr>
            <w:tcW w:type="dxa" w:w="519"/>
            <w:vAlign w:val="center"/>
          </w:tcPr>
          <w:p>
            <w:r/>
            <w:r>
              <w:rPr>
                <w:rFonts w:ascii="Malgun Gothic" w:hAnsi="Malgun Gothic" w:eastAsia="Malgun Gothic"/>
                <w:b w:val="0"/>
                <w:sz w:val="14"/>
              </w:rPr>
              <w:t>248.7467027838688</w:t>
            </w:r>
          </w:p>
        </w:tc>
        <w:tc>
          <w:tcPr>
            <w:tcW w:type="dxa" w:w="519"/>
            <w:vAlign w:val="center"/>
          </w:tcPr>
          <w:p>
            <w:r/>
            <w:r>
              <w:rPr>
                <w:rFonts w:ascii="Malgun Gothic" w:hAnsi="Malgun Gothic" w:eastAsia="Malgun Gothic"/>
                <w:b w:val="0"/>
                <w:sz w:val="14"/>
              </w:rPr>
              <w:t>94.35829759155394</w:t>
            </w:r>
          </w:p>
        </w:tc>
        <w:tc>
          <w:tcPr>
            <w:tcW w:type="dxa" w:w="519"/>
            <w:vAlign w:val="center"/>
          </w:tcPr>
          <w:p>
            <w:r/>
            <w:r>
              <w:rPr>
                <w:rFonts w:ascii="Malgun Gothic" w:hAnsi="Malgun Gothic" w:eastAsia="Malgun Gothic"/>
                <w:b w:val="0"/>
                <w:sz w:val="14"/>
              </w:rPr>
              <w:t>90.93</w:t>
            </w:r>
          </w:p>
        </w:tc>
        <w:tc>
          <w:tcPr>
            <w:tcW w:type="dxa" w:w="519"/>
            <w:vAlign w:val="center"/>
          </w:tcPr>
          <w:p>
            <w:r/>
            <w:r>
              <w:rPr>
                <w:rFonts w:ascii="Malgun Gothic" w:hAnsi="Malgun Gothic" w:eastAsia="Malgun Gothic"/>
                <w:b w:val="0"/>
                <w:sz w:val="14"/>
              </w:rPr>
              <w:t>-0.02787403330326063</w:t>
            </w:r>
          </w:p>
        </w:tc>
        <w:tc>
          <w:tcPr>
            <w:tcW w:type="dxa" w:w="519"/>
            <w:vAlign w:val="center"/>
          </w:tcPr>
          <w:p>
            <w:r/>
            <w:r>
              <w:rPr>
                <w:rFonts w:ascii="Malgun Gothic" w:hAnsi="Malgun Gothic" w:eastAsia="Malgun Gothic"/>
                <w:b w:val="0"/>
                <w:sz w:val="14"/>
              </w:rPr>
              <w:t>0.6788001867941188</w:t>
            </w:r>
          </w:p>
        </w:tc>
        <w:tc>
          <w:tcPr>
            <w:tcW w:type="dxa" w:w="519"/>
            <w:vAlign w:val="center"/>
          </w:tcPr>
          <w:p>
            <w:r/>
            <w:r>
              <w:rPr>
                <w:rFonts w:ascii="Malgun Gothic" w:hAnsi="Malgun Gothic" w:eastAsia="Malgun Gothic"/>
                <w:b w:val="0"/>
                <w:sz w:val="14"/>
              </w:rPr>
              <w:t>0.5967065707477909</w:t>
            </w:r>
          </w:p>
        </w:tc>
        <w:tc>
          <w:tcPr>
            <w:tcW w:type="dxa" w:w="519"/>
            <w:vAlign w:val="center"/>
          </w:tcPr>
          <w:p>
            <w:r/>
            <w:r>
              <w:rPr>
                <w:rFonts w:ascii="Malgun Gothic" w:hAnsi="Malgun Gothic" w:eastAsia="Malgun Gothic"/>
                <w:b w:val="0"/>
                <w:sz w:val="14"/>
              </w:rPr>
              <w:t>-0.3277330433191947</w:t>
            </w:r>
          </w:p>
        </w:tc>
        <w:tc>
          <w:tcPr>
            <w:tcW w:type="dxa" w:w="519"/>
            <w:vAlign w:val="center"/>
          </w:tcPr>
          <w:p>
            <w:r/>
            <w:r>
              <w:rPr>
                <w:rFonts w:ascii="Malgun Gothic" w:hAnsi="Malgun Gothic" w:eastAsia="Malgun Gothic"/>
                <w:b w:val="0"/>
                <w:sz w:val="14"/>
              </w:rPr>
              <w:t>0.22997492022986354</w:t>
            </w:r>
          </w:p>
        </w:tc>
        <w:tc>
          <w:tcPr>
            <w:tcW w:type="dxa" w:w="519"/>
            <w:vAlign w:val="center"/>
          </w:tcPr>
          <w:p>
            <w:r/>
            <w:r>
              <w:rPr>
                <w:rFonts w:ascii="Malgun Gothic" w:hAnsi="Malgun Gothic" w:eastAsia="Malgun Gothic"/>
                <w:b w:val="0"/>
                <w:sz w:val="14"/>
              </w:rPr>
              <w:t>0.43405968940106837</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-0.1226228752223722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0.1463118344545364</w:t>
            </w:r>
          </w:p>
        </w:tc>
        <w:tc>
          <w:tcPr>
            <w:tcW w:type="dxa" w:w="519"/>
            <w:vAlign w:val="center"/>
          </w:tcPr>
          <w:p>
            <w:r/>
            <w:r>
              <w:rPr>
                <w:rFonts w:ascii="Malgun Gothic" w:hAnsi="Malgun Gothic" w:eastAsia="Malgun Gothic"/>
                <w:b w:val="0"/>
                <w:sz w:val="14"/>
              </w:rPr>
              <w:t>229.41307026841184</w:t>
            </w:r>
          </w:p>
        </w:tc>
        <w:tc>
          <w:tcPr>
            <w:tcW w:type="dxa" w:w="519"/>
            <w:vAlign w:val="center"/>
          </w:tcPr>
          <w:p>
            <w:r/>
            <w:r>
              <w:rPr>
                <w:rFonts w:ascii="Malgun Gothic" w:hAnsi="Malgun Gothic" w:eastAsia="Malgun Gothic"/>
                <w:b w:val="0"/>
                <w:sz w:val="14"/>
              </w:rPr>
              <w:t>51.36268343815513</w:t>
            </w:r>
          </w:p>
        </w:tc>
        <w:tc>
          <w:tcPr>
            <w:tcW w:type="dxa" w:w="519"/>
            <w:vAlign w:val="center"/>
          </w:tcPr>
          <w:p>
            <w:r/>
            <w:r>
              <w:rPr>
                <w:rFonts w:ascii="Malgun Gothic" w:hAnsi="Malgun Gothic" w:eastAsia="Malgun Gothic"/>
                <w:b w:val="0"/>
                <w:sz w:val="14"/>
              </w:rPr>
              <w:t>57.24</w:t>
            </w:r>
          </w:p>
        </w:tc>
        <w:tc>
          <w:tcPr>
            <w:tcW w:type="dxa" w:w="519"/>
            <w:vAlign w:val="center"/>
          </w:tcPr>
          <w:p>
            <w:r/>
            <w:r>
              <w:rPr>
                <w:rFonts w:ascii="Malgun Gothic" w:hAnsi="Malgun Gothic" w:eastAsia="Malgun Gothic"/>
                <w:b w:val="0"/>
                <w:sz w:val="14"/>
              </w:rPr>
              <w:t>2.681641809174202</w:t>
            </w:r>
          </w:p>
        </w:tc>
        <w:tc>
          <w:tcPr>
            <w:tcW w:type="dxa" w:w="519"/>
            <w:vAlign w:val="center"/>
          </w:tcPr>
          <w:p>
            <w:r/>
            <w:r>
              <w:rPr>
                <w:rFonts w:ascii="Malgun Gothic" w:hAnsi="Malgun Gothic" w:eastAsia="Malgun Gothic"/>
                <w:b w:val="0"/>
                <w:sz w:val="14"/>
              </w:rPr>
              <w:t>-0.015226763795700088</w:t>
            </w:r>
          </w:p>
        </w:tc>
        <w:tc>
          <w:tcPr>
            <w:tcW w:type="dxa" w:w="519"/>
            <w:vAlign w:val="center"/>
          </w:tcPr>
          <w:p>
            <w:r/>
            <w:r>
              <w:rPr>
                <w:rFonts w:ascii="Malgun Gothic" w:hAnsi="Malgun Gothic" w:eastAsia="Malgun Gothic"/>
                <w:b w:val="0"/>
                <w:sz w:val="14"/>
              </w:rPr>
              <w:t>-1.6175098737937825</w:t>
            </w:r>
          </w:p>
        </w:tc>
        <w:tc>
          <w:tcPr>
            <w:tcW w:type="dxa" w:w="519"/>
            <w:vAlign w:val="center"/>
          </w:tcPr>
          <w:p>
            <w:r/>
            <w:r>
              <w:rPr>
                <w:rFonts w:ascii="Malgun Gothic" w:hAnsi="Malgun Gothic" w:eastAsia="Malgun Gothic"/>
                <w:b w:val="0"/>
                <w:sz w:val="14"/>
              </w:rPr>
              <w:t>-0.5256410298491199</w:t>
            </w:r>
          </w:p>
        </w:tc>
        <w:tc>
          <w:tcPr>
            <w:tcW w:type="dxa" w:w="519"/>
            <w:vAlign w:val="center"/>
          </w:tcPr>
          <w:p>
            <w:r/>
            <w:r>
              <w:rPr>
                <w:rFonts w:ascii="Malgun Gothic" w:hAnsi="Malgun Gothic" w:eastAsia="Malgun Gothic"/>
                <w:b w:val="0"/>
                <w:sz w:val="14"/>
              </w:rPr>
              <w:t>0.1308160354338998</w:t>
            </w:r>
          </w:p>
        </w:tc>
        <w:tc>
          <w:tcPr>
            <w:tcW w:type="dxa" w:w="519"/>
            <w:vAlign w:val="center"/>
          </w:tcPr>
          <w:p>
            <w:r/>
            <w:r>
              <w:rPr>
                <w:rFonts w:ascii="Malgun Gothic" w:hAnsi="Malgun Gothic" w:eastAsia="Malgun Gothic"/>
                <w:b w:val="0"/>
                <w:sz w:val="14"/>
              </w:rPr>
              <w:t>0.4116882292797108</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-0.16816974503080284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0.0526598244905471</w:t>
            </w:r>
          </w:p>
        </w:tc>
        <w:tc>
          <w:tcPr>
            <w:tcW w:type="dxa" w:w="519"/>
            <w:vAlign w:val="center"/>
          </w:tcPr>
          <w:p>
            <w:r/>
            <w:r>
              <w:rPr>
                <w:rFonts w:ascii="Malgun Gothic" w:hAnsi="Malgun Gothic" w:eastAsia="Malgun Gothic"/>
                <w:b w:val="0"/>
                <w:sz w:val="14"/>
              </w:rPr>
              <w:t>183.5408464937546</w:t>
            </w:r>
          </w:p>
        </w:tc>
        <w:tc>
          <w:tcPr>
            <w:tcW w:type="dxa" w:w="519"/>
            <w:vAlign w:val="center"/>
          </w:tcPr>
          <w:p>
            <w:r/>
            <w:r>
              <w:rPr>
                <w:rFonts w:ascii="Malgun Gothic" w:hAnsi="Malgun Gothic" w:eastAsia="Malgun Gothic"/>
                <w:b w:val="0"/>
                <w:sz w:val="14"/>
              </w:rPr>
              <w:t>78.69658776513987</w:t>
            </w:r>
          </w:p>
        </w:tc>
        <w:tc>
          <w:tcPr>
            <w:tcW w:type="dxa" w:w="519"/>
            <w:vAlign w:val="center"/>
          </w:tcPr>
          <w:p>
            <w:r/>
            <w:r>
              <w:rPr>
                <w:rFonts w:ascii="Malgun Gothic" w:hAnsi="Malgun Gothic" w:eastAsia="Malgun Gothic"/>
                <w:b w:val="0"/>
                <w:sz w:val="14"/>
              </w:rPr>
              <w:t>195.18</w:t>
            </w:r>
          </w:p>
        </w:tc>
        <w:tc>
          <w:tcPr>
            <w:tcW w:type="dxa" w:w="519"/>
            <w:vAlign w:val="center"/>
          </w:tcPr>
          <w:p>
            <w:r/>
            <w:r>
              <w:rPr>
                <w:rFonts w:ascii="Malgun Gothic" w:hAnsi="Malgun Gothic" w:eastAsia="Malgun Gothic"/>
                <w:b w:val="0"/>
                <w:sz w:val="14"/>
              </w:rPr>
              <w:t>-0.5238428767697084</w:t>
            </w:r>
          </w:p>
        </w:tc>
        <w:tc>
          <w:tcPr>
            <w:tcW w:type="dxa" w:w="519"/>
            <w:vAlign w:val="center"/>
          </w:tcPr>
          <w:p>
            <w:r/>
            <w:r>
              <w:rPr>
                <w:rFonts w:ascii="Malgun Gothic" w:hAnsi="Malgun Gothic" w:eastAsia="Malgun Gothic"/>
                <w:b w:val="0"/>
                <w:sz w:val="14"/>
              </w:rPr>
              <w:t>-1.6619198804485729</w:t>
            </w:r>
          </w:p>
        </w:tc>
        <w:tc>
          <w:tcPr>
            <w:tcW w:type="dxa" w:w="519"/>
            <w:vAlign w:val="center"/>
          </w:tcPr>
          <w:p>
            <w:r/>
            <w:r>
              <w:rPr>
                <w:rFonts w:ascii="Malgun Gothic" w:hAnsi="Malgun Gothic" w:eastAsia="Malgun Gothic"/>
                <w:b w:val="0"/>
                <w:sz w:val="14"/>
              </w:rPr>
              <w:t>-0.209850473037175</w:t>
            </w:r>
          </w:p>
        </w:tc>
        <w:tc>
          <w:tcPr>
            <w:tcW w:type="dxa" w:w="519"/>
            <w:vAlign w:val="center"/>
          </w:tcPr>
          <w:p>
            <w:r/>
            <w:r>
              <w:rPr>
                <w:rFonts w:ascii="Malgun Gothic" w:hAnsi="Malgun Gothic" w:eastAsia="Malgun Gothic"/>
                <w:b w:val="0"/>
                <w:sz w:val="14"/>
              </w:rPr>
              <w:t>0.2846714564060857</w:t>
            </w:r>
          </w:p>
        </w:tc>
        <w:tc>
          <w:tcPr>
            <w:tcW w:type="dxa" w:w="519"/>
            <w:vAlign w:val="center"/>
          </w:tcPr>
          <w:p>
            <w:r/>
            <w:r>
              <w:rPr>
                <w:rFonts w:ascii="Malgun Gothic" w:hAnsi="Malgun Gothic" w:eastAsia="Malgun Gothic"/>
                <w:b w:val="0"/>
                <w:sz w:val="14"/>
              </w:rPr>
              <w:t>-0.5277354434623427</w:t>
            </w:r>
          </w:p>
        </w:tc>
        <w:tc>
          <w:tcPr>
            <w:tcW w:type="dxa" w:w="519"/>
            <w:vAlign w:val="center"/>
          </w:tcPr>
          <w:p>
            <w:r/>
            <w:r>
              <w:rPr>
                <w:rFonts w:ascii="Malgun Gothic" w:hAnsi="Malgun Gothic" w:eastAsia="Malgun Gothic"/>
                <w:b w:val="0"/>
                <w:sz w:val="14"/>
              </w:rPr>
              <w:t>0.26311094164377696</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-0.18791790551769744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0.053933672606945</w:t>
            </w:r>
          </w:p>
        </w:tc>
        <w:tc>
          <w:tcPr>
            <w:tcW w:type="dxa" w:w="519"/>
            <w:vAlign w:val="center"/>
          </w:tcPr>
          <w:p>
            <w:r/>
            <w:r>
              <w:rPr>
                <w:rFonts w:ascii="Malgun Gothic" w:hAnsi="Malgun Gothic" w:eastAsia="Malgun Gothic"/>
                <w:b w:val="0"/>
                <w:sz w:val="14"/>
              </w:rPr>
              <w:t>278.85837358392706</w:t>
            </w:r>
          </w:p>
        </w:tc>
        <w:tc>
          <w:tcPr>
            <w:tcW w:type="dxa" w:w="519"/>
            <w:vAlign w:val="center"/>
          </w:tcPr>
          <w:p>
            <w:r/>
            <w:r>
              <w:rPr>
                <w:rFonts w:ascii="Malgun Gothic" w:hAnsi="Malgun Gothic" w:eastAsia="Malgun Gothic"/>
                <w:b w:val="0"/>
                <w:sz w:val="14"/>
              </w:rPr>
              <w:t>87.91208791208791</w:t>
            </w:r>
          </w:p>
        </w:tc>
        <w:tc>
          <w:tcPr>
            <w:tcW w:type="dxa" w:w="519"/>
            <w:vAlign w:val="center"/>
          </w:tcPr>
          <w:p>
            <w:r/>
            <w:r>
              <w:rPr>
                <w:rFonts w:ascii="Malgun Gothic" w:hAnsi="Malgun Gothic" w:eastAsia="Malgun Gothic"/>
                <w:b w:val="0"/>
                <w:sz w:val="14"/>
              </w:rPr>
              <w:t>24.57</w:t>
            </w:r>
          </w:p>
        </w:tc>
        <w:tc>
          <w:tcPr>
            <w:tcW w:type="dxa" w:w="519"/>
            <w:vAlign w:val="center"/>
          </w:tcPr>
          <w:p>
            <w:r/>
            <w:r>
              <w:rPr>
                <w:rFonts w:ascii="Malgun Gothic" w:hAnsi="Malgun Gothic" w:eastAsia="Malgun Gothic"/>
                <w:b w:val="0"/>
                <w:sz w:val="14"/>
              </w:rPr>
              <w:t>-0.4802420973427418</w:t>
            </w:r>
          </w:p>
        </w:tc>
        <w:tc>
          <w:tcPr>
            <w:tcW w:type="dxa" w:w="519"/>
            <w:vAlign w:val="center"/>
          </w:tcPr>
          <w:p>
            <w:r/>
            <w:r>
              <w:rPr>
                <w:rFonts w:ascii="Malgun Gothic" w:hAnsi="Malgun Gothic" w:eastAsia="Malgun Gothic"/>
                <w:b w:val="0"/>
                <w:sz w:val="14"/>
              </w:rPr>
              <w:t>1.7597305833877754</w:t>
            </w:r>
          </w:p>
        </w:tc>
        <w:tc>
          <w:tcPr>
            <w:tcW w:type="dxa" w:w="519"/>
            <w:vAlign w:val="center"/>
          </w:tcPr>
          <w:p>
            <w:r/>
            <w:r>
              <w:rPr>
                <w:rFonts w:ascii="Malgun Gothic" w:hAnsi="Malgun Gothic" w:eastAsia="Malgun Gothic"/>
                <w:b w:val="0"/>
                <w:sz w:val="14"/>
              </w:rPr>
              <w:t>0.26473542070646916</w:t>
            </w:r>
          </w:p>
        </w:tc>
        <w:tc>
          <w:tcPr>
            <w:tcW w:type="dxa" w:w="519"/>
            <w:vAlign w:val="center"/>
          </w:tcPr>
          <w:p>
            <w:r/>
            <w:r>
              <w:rPr>
                <w:rFonts w:ascii="Malgun Gothic" w:hAnsi="Malgun Gothic" w:eastAsia="Malgun Gothic"/>
                <w:b w:val="0"/>
                <w:sz w:val="14"/>
              </w:rPr>
              <w:t>-0.7175571450148265</w:t>
            </w:r>
          </w:p>
        </w:tc>
        <w:tc>
          <w:tcPr>
            <w:tcW w:type="dxa" w:w="519"/>
            <w:vAlign w:val="center"/>
          </w:tcPr>
          <w:p>
            <w:r/>
            <w:r>
              <w:rPr>
                <w:rFonts w:ascii="Malgun Gothic" w:hAnsi="Malgun Gothic" w:eastAsia="Malgun Gothic"/>
                <w:b w:val="0"/>
                <w:sz w:val="14"/>
              </w:rPr>
              <w:t>0.2066666904341691</w:t>
            </w:r>
          </w:p>
        </w:tc>
        <w:tc>
          <w:tcPr>
            <w:tcW w:type="dxa" w:w="519"/>
            <w:vAlign w:val="center"/>
          </w:tcPr>
          <w:p>
            <w:r/>
            <w:r>
              <w:rPr>
                <w:rFonts w:ascii="Malgun Gothic" w:hAnsi="Malgun Gothic" w:eastAsia="Malgun Gothic"/>
                <w:b w:val="0"/>
                <w:sz w:val="14"/>
              </w:rPr>
              <w:t>0.4288010669947478</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-0.13655819819906495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0.0630923733115196</w:t>
            </w:r>
          </w:p>
        </w:tc>
        <w:tc>
          <w:tcPr>
            <w:tcW w:type="dxa" w:w="519"/>
            <w:vAlign w:val="center"/>
          </w:tcPr>
          <w:p>
            <w:r/>
            <w:r>
              <w:rPr>
                <w:rFonts w:ascii="Malgun Gothic" w:hAnsi="Malgun Gothic" w:eastAsia="Malgun Gothic"/>
                <w:b w:val="0"/>
                <w:sz w:val="14"/>
              </w:rPr>
              <w:t>223.2374862425497</w:t>
            </w:r>
          </w:p>
        </w:tc>
        <w:tc>
          <w:tcPr>
            <w:tcW w:type="dxa" w:w="519"/>
            <w:vAlign w:val="center"/>
          </w:tcPr>
          <w:p>
            <w:r/>
            <w:r>
              <w:rPr>
                <w:rFonts w:ascii="Malgun Gothic" w:hAnsi="Malgun Gothic" w:eastAsia="Malgun Gothic"/>
                <w:b w:val="0"/>
                <w:sz w:val="14"/>
              </w:rPr>
              <w:t>93.12890403180012</w:t>
            </w:r>
          </w:p>
        </w:tc>
        <w:tc>
          <w:tcPr>
            <w:tcW w:type="dxa" w:w="519"/>
            <w:vAlign w:val="center"/>
          </w:tcPr>
          <w:p>
            <w:r/>
            <w:r>
              <w:rPr>
                <w:rFonts w:ascii="Malgun Gothic" w:hAnsi="Malgun Gothic" w:eastAsia="Malgun Gothic"/>
                <w:b w:val="0"/>
                <w:sz w:val="14"/>
              </w:rPr>
              <w:t>52.83</w:t>
            </w:r>
          </w:p>
        </w:tc>
        <w:tc>
          <w:tcPr>
            <w:tcW w:type="dxa" w:w="519"/>
            <w:vAlign w:val="center"/>
          </w:tcPr>
          <w:p>
            <w:r/>
            <w:r>
              <w:rPr>
                <w:rFonts w:ascii="Malgun Gothic" w:hAnsi="Malgun Gothic" w:eastAsia="Malgun Gothic"/>
                <w:b w:val="0"/>
                <w:sz w:val="14"/>
              </w:rPr>
              <w:t>-0.16676164067185772</w:t>
            </w:r>
          </w:p>
        </w:tc>
        <w:tc>
          <w:tcPr>
            <w:tcW w:type="dxa" w:w="519"/>
            <w:vAlign w:val="center"/>
          </w:tcPr>
          <w:p>
            <w:r/>
            <w:r>
              <w:rPr>
                <w:rFonts w:ascii="Malgun Gothic" w:hAnsi="Malgun Gothic" w:eastAsia="Malgun Gothic"/>
                <w:b w:val="0"/>
                <w:sz w:val="14"/>
              </w:rPr>
              <w:t>-0.23691411334854232</w:t>
            </w:r>
          </w:p>
        </w:tc>
        <w:tc>
          <w:tcPr>
            <w:tcW w:type="dxa" w:w="519"/>
            <w:vAlign w:val="center"/>
          </w:tcPr>
          <w:p>
            <w:r/>
            <w:r>
              <w:rPr>
                <w:rFonts w:ascii="Malgun Gothic" w:hAnsi="Malgun Gothic" w:eastAsia="Malgun Gothic"/>
                <w:b w:val="0"/>
                <w:sz w:val="14"/>
              </w:rPr>
              <w:t>0.5333944518161157</w:t>
            </w:r>
          </w:p>
        </w:tc>
        <w:tc>
          <w:tcPr>
            <w:tcW w:type="dxa" w:w="519"/>
            <w:vAlign w:val="center"/>
          </w:tcPr>
          <w:p>
            <w:r/>
            <w:r>
              <w:rPr>
                <w:rFonts w:ascii="Malgun Gothic" w:hAnsi="Malgun Gothic" w:eastAsia="Malgun Gothic"/>
                <w:b w:val="0"/>
                <w:sz w:val="14"/>
              </w:rPr>
              <w:t>-0.5515470619238296</w:t>
            </w:r>
          </w:p>
        </w:tc>
        <w:tc>
          <w:tcPr>
            <w:tcW w:type="dxa" w:w="519"/>
            <w:vAlign w:val="center"/>
          </w:tcPr>
          <w:p>
            <w:r/>
            <w:r>
              <w:rPr>
                <w:rFonts w:ascii="Malgun Gothic" w:hAnsi="Malgun Gothic" w:eastAsia="Malgun Gothic"/>
                <w:b w:val="0"/>
                <w:sz w:val="14"/>
              </w:rPr>
              <w:t>-0.1054570910320285</w:t>
            </w:r>
          </w:p>
        </w:tc>
        <w:tc>
          <w:tcPr>
            <w:tcW w:type="dxa" w:w="519"/>
            <w:vAlign w:val="center"/>
          </w:tcPr>
          <w:p>
            <w:r/>
            <w:r>
              <w:rPr>
                <w:rFonts w:ascii="Malgun Gothic" w:hAnsi="Malgun Gothic" w:eastAsia="Malgun Gothic"/>
                <w:b w:val="0"/>
                <w:sz w:val="14"/>
              </w:rPr>
              <w:t>0.35838211518456575</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-0.1783672858417943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0.0623011589050293</w:t>
            </w:r>
          </w:p>
        </w:tc>
        <w:tc>
          <w:tcPr>
            <w:tcW w:type="dxa" w:w="519"/>
            <w:vAlign w:val="center"/>
          </w:tcPr>
          <w:p>
            <w:r/>
            <w:r>
              <w:rPr>
                <w:rFonts w:ascii="Malgun Gothic" w:hAnsi="Malgun Gothic" w:eastAsia="Malgun Gothic"/>
                <w:b w:val="0"/>
                <w:sz w:val="14"/>
              </w:rPr>
              <w:t>253.2706965866162</w:t>
            </w:r>
          </w:p>
        </w:tc>
        <w:tc>
          <w:tcPr>
            <w:tcW w:type="dxa" w:w="519"/>
            <w:vAlign w:val="center"/>
          </w:tcPr>
          <w:p>
            <w:r/>
            <w:r>
              <w:rPr>
                <w:rFonts w:ascii="Malgun Gothic" w:hAnsi="Malgun Gothic" w:eastAsia="Malgun Gothic"/>
                <w:b w:val="0"/>
                <w:sz w:val="14"/>
              </w:rPr>
              <w:t>102.36220472440944</w:t>
            </w:r>
          </w:p>
        </w:tc>
        <w:tc>
          <w:tcPr>
            <w:tcW w:type="dxa" w:w="519"/>
            <w:vAlign w:val="center"/>
          </w:tcPr>
          <w:p>
            <w:r/>
            <w:r>
              <w:rPr>
                <w:rFonts w:ascii="Malgun Gothic" w:hAnsi="Malgun Gothic" w:eastAsia="Malgun Gothic"/>
                <w:b w:val="0"/>
                <w:sz w:val="14"/>
              </w:rPr>
              <w:t>68.58</w:t>
            </w:r>
          </w:p>
        </w:tc>
        <w:tc>
          <w:tcPr>
            <w:tcW w:type="dxa" w:w="519"/>
            <w:vAlign w:val="center"/>
          </w:tcPr>
          <w:p>
            <w:r/>
            <w:r>
              <w:rPr>
                <w:rFonts w:ascii="Malgun Gothic" w:hAnsi="Malgun Gothic" w:eastAsia="Malgun Gothic"/>
                <w:b w:val="0"/>
                <w:sz w:val="14"/>
              </w:rPr>
              <w:t>-0.19384302060463302</w:t>
            </w:r>
          </w:p>
        </w:tc>
        <w:tc>
          <w:tcPr>
            <w:tcW w:type="dxa" w:w="519"/>
            <w:vAlign w:val="center"/>
          </w:tcPr>
          <w:p>
            <w:r/>
            <w:r>
              <w:rPr>
                <w:rFonts w:ascii="Malgun Gothic" w:hAnsi="Malgun Gothic" w:eastAsia="Malgun Gothic"/>
                <w:b w:val="0"/>
                <w:sz w:val="14"/>
              </w:rPr>
              <w:t>0.841199757640301</w:t>
            </w:r>
          </w:p>
        </w:tc>
        <w:tc>
          <w:tcPr>
            <w:tcW w:type="dxa" w:w="519"/>
            <w:vAlign w:val="center"/>
          </w:tcPr>
          <w:p>
            <w:r/>
            <w:r>
              <w:rPr>
                <w:rFonts w:ascii="Malgun Gothic" w:hAnsi="Malgun Gothic" w:eastAsia="Malgun Gothic"/>
                <w:b w:val="0"/>
                <w:sz w:val="14"/>
              </w:rPr>
              <w:t>1.0088970497795062</w:t>
            </w:r>
          </w:p>
        </w:tc>
        <w:tc>
          <w:tcPr>
            <w:tcW w:type="dxa" w:w="519"/>
            <w:vAlign w:val="center"/>
          </w:tcPr>
          <w:p>
            <w:r/>
            <w:r>
              <w:rPr>
                <w:rFonts w:ascii="Malgun Gothic" w:hAnsi="Malgun Gothic" w:eastAsia="Malgun Gothic"/>
                <w:b w:val="0"/>
                <w:sz w:val="14"/>
              </w:rPr>
              <w:t>-0.45902551879986636</w:t>
            </w:r>
          </w:p>
        </w:tc>
        <w:tc>
          <w:tcPr>
            <w:tcW w:type="dxa" w:w="519"/>
            <w:vAlign w:val="center"/>
          </w:tcPr>
          <w:p>
            <w:r/>
            <w:r>
              <w:rPr>
                <w:rFonts w:ascii="Malgun Gothic" w:hAnsi="Malgun Gothic" w:eastAsia="Malgun Gothic"/>
                <w:b w:val="0"/>
                <w:sz w:val="14"/>
              </w:rPr>
              <w:t>0.299307067003827</w:t>
            </w:r>
          </w:p>
        </w:tc>
        <w:tc>
          <w:tcPr>
            <w:tcW w:type="dxa" w:w="519"/>
            <w:vAlign w:val="center"/>
          </w:tcPr>
          <w:p>
            <w:r/>
            <w:r>
              <w:rPr>
                <w:rFonts w:ascii="Malgun Gothic" w:hAnsi="Malgun Gothic" w:eastAsia="Malgun Gothic"/>
                <w:b w:val="0"/>
                <w:sz w:val="14"/>
              </w:rPr>
              <w:t>0.4497018717417976</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-0.11961858787901086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0.0901525691151619</w:t>
            </w:r>
          </w:p>
        </w:tc>
        <w:tc>
          <w:tcPr>
            <w:tcW w:type="dxa" w:w="519"/>
            <w:vAlign w:val="center"/>
          </w:tcPr>
          <w:p>
            <w:r/>
            <w:r>
              <w:rPr>
                <w:rFonts w:ascii="Malgun Gothic" w:hAnsi="Malgun Gothic" w:eastAsia="Malgun Gothic"/>
                <w:b w:val="0"/>
                <w:sz w:val="14"/>
              </w:rPr>
              <w:t>262.4477490768097</w:t>
            </w:r>
          </w:p>
        </w:tc>
        <w:tc>
          <w:tcPr>
            <w:tcW w:type="dxa" w:w="519"/>
            <w:vAlign w:val="center"/>
          </w:tcPr>
          <w:p>
            <w:r/>
            <w:r>
              <w:rPr>
                <w:rFonts w:ascii="Malgun Gothic" w:hAnsi="Malgun Gothic" w:eastAsia="Malgun Gothic"/>
                <w:b w:val="0"/>
                <w:sz w:val="14"/>
              </w:rPr>
              <w:t>97.83989834815756</w:t>
            </w:r>
          </w:p>
        </w:tc>
        <w:tc>
          <w:tcPr>
            <w:tcW w:type="dxa" w:w="519"/>
            <w:vAlign w:val="center"/>
          </w:tcPr>
          <w:p>
            <w:r/>
            <w:r>
              <w:rPr>
                <w:rFonts w:ascii="Malgun Gothic" w:hAnsi="Malgun Gothic" w:eastAsia="Malgun Gothic"/>
                <w:b w:val="0"/>
                <w:sz w:val="14"/>
              </w:rPr>
              <w:t>47.22</w:t>
            </w:r>
          </w:p>
        </w:tc>
        <w:tc>
          <w:tcPr>
            <w:tcW w:type="dxa" w:w="519"/>
            <w:vAlign w:val="center"/>
          </w:tcPr>
          <w:p>
            <w:r/>
            <w:r>
              <w:rPr>
                <w:rFonts w:ascii="Malgun Gothic" w:hAnsi="Malgun Gothic" w:eastAsia="Malgun Gothic"/>
                <w:b w:val="0"/>
                <w:sz w:val="14"/>
              </w:rPr>
              <w:t>0.7594442494160578</w:t>
            </w:r>
          </w:p>
        </w:tc>
        <w:tc>
          <w:tcPr>
            <w:tcW w:type="dxa" w:w="519"/>
            <w:vAlign w:val="center"/>
          </w:tcPr>
          <w:p>
            <w:r/>
            <w:r>
              <w:rPr>
                <w:rFonts w:ascii="Malgun Gothic" w:hAnsi="Malgun Gothic" w:eastAsia="Malgun Gothic"/>
                <w:b w:val="0"/>
                <w:sz w:val="14"/>
              </w:rPr>
              <w:t>1.1706319918611432</w:t>
            </w:r>
          </w:p>
        </w:tc>
        <w:tc>
          <w:tcPr>
            <w:tcW w:type="dxa" w:w="519"/>
            <w:vAlign w:val="center"/>
          </w:tcPr>
          <w:p>
            <w:r/>
            <w:r>
              <w:rPr>
                <w:rFonts w:ascii="Malgun Gothic" w:hAnsi="Malgun Gothic" w:eastAsia="Malgun Gothic"/>
                <w:b w:val="0"/>
                <w:sz w:val="14"/>
              </w:rPr>
              <w:t>0.7760043386804938</w:t>
            </w:r>
          </w:p>
        </w:tc>
        <w:tc>
          <w:tcPr>
            <w:tcW w:type="dxa" w:w="519"/>
            <w:vAlign w:val="center"/>
          </w:tcPr>
          <w:p>
            <w:r/>
            <w:r>
              <w:rPr>
                <w:rFonts w:ascii="Malgun Gothic" w:hAnsi="Malgun Gothic" w:eastAsia="Malgun Gothic"/>
                <w:b w:val="0"/>
                <w:sz w:val="14"/>
              </w:rPr>
              <w:t>-0.5845023544270317</w:t>
            </w:r>
          </w:p>
        </w:tc>
        <w:tc>
          <w:tcPr>
            <w:tcW w:type="dxa" w:w="519"/>
            <w:vAlign w:val="center"/>
          </w:tcPr>
          <w:p>
            <w:r/>
            <w:r>
              <w:rPr>
                <w:rFonts w:ascii="Malgun Gothic" w:hAnsi="Malgun Gothic" w:eastAsia="Malgun Gothic"/>
                <w:b w:val="0"/>
                <w:sz w:val="14"/>
              </w:rPr>
              <w:t>0.5303945563826657</w:t>
            </w:r>
          </w:p>
        </w:tc>
        <w:tc>
          <w:tcPr>
            <w:tcW w:type="dxa" w:w="519"/>
            <w:vAlign w:val="center"/>
          </w:tcPr>
          <w:p>
            <w:r/>
            <w:r>
              <w:rPr>
                <w:rFonts w:ascii="Malgun Gothic" w:hAnsi="Malgun Gothic" w:eastAsia="Malgun Gothic"/>
                <w:b w:val="0"/>
                <w:sz w:val="14"/>
              </w:rPr>
              <w:t>0.5018380425329577</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-0.10439786178423316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0.0859183967113494</w:t>
            </w:r>
          </w:p>
        </w:tc>
        <w:tc>
          <w:tcPr>
            <w:tcW w:type="dxa" w:w="519"/>
            <w:vAlign w:val="center"/>
          </w:tcPr>
          <w:p>
            <w:r/>
            <w:r>
              <w:rPr>
                <w:rFonts w:ascii="Malgun Gothic" w:hAnsi="Malgun Gothic" w:eastAsia="Malgun Gothic"/>
                <w:b w:val="0"/>
                <w:sz w:val="14"/>
              </w:rPr>
              <w:t>260.72312553903083</w:t>
            </w:r>
          </w:p>
        </w:tc>
        <w:tc>
          <w:tcPr>
            <w:tcW w:type="dxa" w:w="519"/>
            <w:vAlign w:val="center"/>
          </w:tcPr>
          <w:p>
            <w:r/>
            <w:r>
              <w:rPr>
                <w:rFonts w:ascii="Malgun Gothic" w:hAnsi="Malgun Gothic" w:eastAsia="Malgun Gothic"/>
                <w:b w:val="0"/>
                <w:sz w:val="14"/>
              </w:rPr>
              <w:t>89.69633140249253</w:t>
            </w:r>
          </w:p>
        </w:tc>
        <w:tc>
          <w:tcPr>
            <w:tcW w:type="dxa" w:w="519"/>
            <w:vAlign w:val="center"/>
          </w:tcPr>
          <w:p>
            <w:r/>
            <w:r>
              <w:rPr>
                <w:rFonts w:ascii="Malgun Gothic" w:hAnsi="Malgun Gothic" w:eastAsia="Malgun Gothic"/>
                <w:b w:val="0"/>
                <w:sz w:val="14"/>
              </w:rPr>
              <w:t>341.82</w:t>
            </w:r>
          </w:p>
        </w:tc>
        <w:tc>
          <w:tcPr>
            <w:tcW w:type="dxa" w:w="519"/>
            <w:vAlign w:val="center"/>
          </w:tcPr>
          <w:p>
            <w:r/>
            <w:r>
              <w:rPr>
                <w:rFonts w:ascii="Malgun Gothic" w:hAnsi="Malgun Gothic" w:eastAsia="Malgun Gothic"/>
                <w:b w:val="0"/>
                <w:sz w:val="14"/>
              </w:rPr>
              <w:t>0.6145186380673411</w:t>
            </w:r>
          </w:p>
        </w:tc>
        <w:tc>
          <w:tcPr>
            <w:tcW w:type="dxa" w:w="519"/>
            <w:vAlign w:val="center"/>
          </w:tcPr>
          <w:p>
            <w:r/>
            <w:r>
              <w:rPr>
                <w:rFonts w:ascii="Malgun Gothic" w:hAnsi="Malgun Gothic" w:eastAsia="Malgun Gothic"/>
                <w:b w:val="0"/>
                <w:sz w:val="14"/>
              </w:rPr>
              <w:t>1.108722507759634</w:t>
            </w:r>
          </w:p>
        </w:tc>
        <w:tc>
          <w:tcPr>
            <w:tcW w:type="dxa" w:w="519"/>
            <w:vAlign w:val="center"/>
          </w:tcPr>
          <w:p>
            <w:r/>
            <w:r>
              <w:rPr>
                <w:rFonts w:ascii="Malgun Gothic" w:hAnsi="Malgun Gothic" w:eastAsia="Malgun Gothic"/>
                <w:b w:val="0"/>
                <w:sz w:val="14"/>
              </w:rPr>
              <w:t>0.3566215666613784</w:t>
            </w:r>
          </w:p>
        </w:tc>
        <w:tc>
          <w:tcPr>
            <w:tcW w:type="dxa" w:w="519"/>
            <w:vAlign w:val="center"/>
          </w:tcPr>
          <w:p>
            <w:r/>
            <w:r>
              <w:rPr>
                <w:rFonts w:ascii="Malgun Gothic" w:hAnsi="Malgun Gothic" w:eastAsia="Malgun Gothic"/>
                <w:b w:val="0"/>
                <w:sz w:val="14"/>
              </w:rPr>
              <w:t>1.1460910807678613</w:t>
            </w:r>
          </w:p>
        </w:tc>
        <w:tc>
          <w:tcPr>
            <w:tcW w:type="dxa" w:w="519"/>
            <w:vAlign w:val="center"/>
          </w:tcPr>
          <w:p>
            <w:r/>
            <w:r>
              <w:rPr>
                <w:rFonts w:ascii="Malgun Gothic" w:hAnsi="Malgun Gothic" w:eastAsia="Malgun Gothic"/>
                <w:b w:val="0"/>
                <w:sz w:val="14"/>
              </w:rPr>
              <w:t>0.8064884483140538</w:t>
            </w:r>
          </w:p>
        </w:tc>
        <w:tc>
          <w:tcPr>
            <w:tcW w:type="dxa" w:w="519"/>
            <w:vAlign w:val="center"/>
          </w:tcPr>
          <w:p>
            <w:r/>
            <w:r>
              <w:rPr>
                <w:rFonts w:ascii="Malgun Gothic" w:hAnsi="Malgun Gothic" w:eastAsia="Malgun Gothic"/>
                <w:b w:val="0"/>
                <w:sz w:val="14"/>
              </w:rPr>
              <w:t>0.5641282095291165</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0.0225899118423879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0.0481829233467578</w:t>
            </w:r>
          </w:p>
        </w:tc>
        <w:tc>
          <w:tcPr>
            <w:tcW w:type="dxa" w:w="519"/>
            <w:vAlign w:val="center"/>
          </w:tcPr>
          <w:p>
            <w:r/>
            <w:r>
              <w:rPr>
                <w:rFonts w:ascii="Malgun Gothic" w:hAnsi="Malgun Gothic" w:eastAsia="Malgun Gothic"/>
                <w:b w:val="0"/>
                <w:sz w:val="14"/>
              </w:rPr>
              <w:t>254.04296291199563</w:t>
            </w:r>
          </w:p>
        </w:tc>
        <w:tc>
          <w:tcPr>
            <w:tcW w:type="dxa" w:w="519"/>
            <w:vAlign w:val="center"/>
          </w:tcPr>
          <w:p>
            <w:r/>
            <w:r>
              <w:rPr>
                <w:rFonts w:ascii="Malgun Gothic" w:hAnsi="Malgun Gothic" w:eastAsia="Malgun Gothic"/>
                <w:b w:val="0"/>
                <w:sz w:val="14"/>
              </w:rPr>
              <w:t>80.53691275167786</w:t>
            </w:r>
          </w:p>
        </w:tc>
        <w:tc>
          <w:tcPr>
            <w:tcW w:type="dxa" w:w="519"/>
            <w:vAlign w:val="center"/>
          </w:tcPr>
          <w:p>
            <w:r/>
            <w:r>
              <w:rPr>
                <w:rFonts w:ascii="Malgun Gothic" w:hAnsi="Malgun Gothic" w:eastAsia="Malgun Gothic"/>
                <w:b w:val="0"/>
                <w:sz w:val="14"/>
              </w:rPr>
              <w:t>80.46</w:t>
            </w:r>
          </w:p>
        </w:tc>
        <w:tc>
          <w:tcPr>
            <w:tcW w:type="dxa" w:w="519"/>
            <w:vAlign w:val="center"/>
          </w:tcPr>
          <w:p>
            <w:r/>
            <w:r>
              <w:rPr>
                <w:rFonts w:ascii="Malgun Gothic" w:hAnsi="Malgun Gothic" w:eastAsia="Malgun Gothic"/>
                <w:b w:val="0"/>
                <w:sz w:val="14"/>
              </w:rPr>
              <w:t>-0.6770765133186669</w:t>
            </w:r>
          </w:p>
        </w:tc>
        <w:tc>
          <w:tcPr>
            <w:tcW w:type="dxa" w:w="519"/>
            <w:vAlign w:val="center"/>
          </w:tcPr>
          <w:p>
            <w:r/>
            <w:r>
              <w:rPr>
                <w:rFonts w:ascii="Malgun Gothic" w:hAnsi="Malgun Gothic" w:eastAsia="Malgun Gothic"/>
                <w:b w:val="0"/>
                <w:sz w:val="14"/>
              </w:rPr>
              <w:t>0.8689221032687177</w:t>
            </w:r>
          </w:p>
        </w:tc>
        <w:tc>
          <w:tcPr>
            <w:tcW w:type="dxa" w:w="519"/>
            <w:vAlign w:val="center"/>
          </w:tcPr>
          <w:p>
            <w:r/>
            <w:r>
              <w:rPr>
                <w:rFonts w:ascii="Malgun Gothic" w:hAnsi="Malgun Gothic" w:eastAsia="Malgun Gothic"/>
                <w:b w:val="0"/>
                <w:sz w:val="14"/>
              </w:rPr>
              <w:t>-0.1150762052722138</w:t>
            </w:r>
          </w:p>
        </w:tc>
        <w:tc>
          <w:tcPr>
            <w:tcW w:type="dxa" w:w="519"/>
            <w:vAlign w:val="center"/>
          </w:tcPr>
          <w:p>
            <w:r/>
            <w:r>
              <w:rPr>
                <w:rFonts w:ascii="Malgun Gothic" w:hAnsi="Malgun Gothic" w:eastAsia="Malgun Gothic"/>
                <w:b w:val="0"/>
                <w:sz w:val="14"/>
              </w:rPr>
              <w:t>-0.38923784055779126</w:t>
            </w:r>
          </w:p>
        </w:tc>
        <w:tc>
          <w:tcPr>
            <w:tcW w:type="dxa" w:w="519"/>
            <w:vAlign w:val="center"/>
          </w:tcPr>
          <w:p>
            <w:r/>
            <w:r>
              <w:rPr>
                <w:rFonts w:ascii="Malgun Gothic" w:hAnsi="Malgun Gothic" w:eastAsia="Malgun Gothic"/>
                <w:b w:val="0"/>
                <w:sz w:val="14"/>
              </w:rPr>
              <w:t>-0.07811711396998858</w:t>
            </w:r>
          </w:p>
        </w:tc>
        <w:tc>
          <w:tcPr>
            <w:tcW w:type="dxa" w:w="519"/>
            <w:vAlign w:val="center"/>
          </w:tcPr>
          <w:p>
            <w:r/>
            <w:r>
              <w:rPr>
                <w:rFonts w:ascii="Malgun Gothic" w:hAnsi="Malgun Gothic" w:eastAsia="Malgun Gothic"/>
                <w:b w:val="0"/>
                <w:sz w:val="14"/>
              </w:rPr>
              <w:t>0.36455034920434926</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-0.15573359160900901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0.0801493227481842</w:t>
            </w:r>
          </w:p>
        </w:tc>
        <w:tc>
          <w:tcPr>
            <w:tcW w:type="dxa" w:w="519"/>
            <w:vAlign w:val="center"/>
          </w:tcPr>
          <w:p>
            <w:r/>
            <w:r>
              <w:rPr>
                <w:rFonts w:ascii="Malgun Gothic" w:hAnsi="Malgun Gothic" w:eastAsia="Malgun Gothic"/>
                <w:b w:val="0"/>
                <w:sz w:val="14"/>
              </w:rPr>
              <w:t>254.9948376341844</w:t>
            </w:r>
          </w:p>
        </w:tc>
        <w:tc>
          <w:tcPr>
            <w:tcW w:type="dxa" w:w="519"/>
            <w:vAlign w:val="center"/>
          </w:tcPr>
          <w:p>
            <w:r/>
            <w:r>
              <w:rPr>
                <w:rFonts w:ascii="Malgun Gothic" w:hAnsi="Malgun Gothic" w:eastAsia="Malgun Gothic"/>
                <w:b w:val="0"/>
                <w:sz w:val="14"/>
              </w:rPr>
              <w:t>67.42268041237114</w:t>
            </w:r>
          </w:p>
        </w:tc>
        <w:tc>
          <w:tcPr>
            <w:tcW w:type="dxa" w:w="519"/>
            <w:vAlign w:val="center"/>
          </w:tcPr>
          <w:p>
            <w:r/>
            <w:r>
              <w:rPr>
                <w:rFonts w:ascii="Malgun Gothic" w:hAnsi="Malgun Gothic" w:eastAsia="Malgun Gothic"/>
                <w:b w:val="0"/>
                <w:sz w:val="14"/>
              </w:rPr>
              <w:t>291.0</w:t>
            </w:r>
          </w:p>
        </w:tc>
        <w:tc>
          <w:tcPr>
            <w:tcW w:type="dxa" w:w="519"/>
            <w:vAlign w:val="center"/>
          </w:tcPr>
          <w:p>
            <w:r/>
            <w:r>
              <w:rPr>
                <w:rFonts w:ascii="Malgun Gothic" w:hAnsi="Malgun Gothic" w:eastAsia="Malgun Gothic"/>
                <w:b w:val="0"/>
                <w:sz w:val="14"/>
              </w:rPr>
              <w:t>0.41705701126280675</w:t>
            </w:r>
          </w:p>
        </w:tc>
        <w:tc>
          <w:tcPr>
            <w:tcW w:type="dxa" w:w="519"/>
            <w:vAlign w:val="center"/>
          </w:tcPr>
          <w:p>
            <w:r/>
            <w:r>
              <w:rPr>
                <w:rFonts w:ascii="Malgun Gothic" w:hAnsi="Malgun Gothic" w:eastAsia="Malgun Gothic"/>
                <w:b w:val="0"/>
                <w:sz w:val="14"/>
              </w:rPr>
              <w:t>0.9030919216024444</w:t>
            </w:r>
          </w:p>
        </w:tc>
        <w:tc>
          <w:tcPr>
            <w:tcW w:type="dxa" w:w="519"/>
            <w:vAlign w:val="center"/>
          </w:tcPr>
          <w:p>
            <w:r/>
            <w:r>
              <w:rPr>
                <w:rFonts w:ascii="Malgun Gothic" w:hAnsi="Malgun Gothic" w:eastAsia="Malgun Gothic"/>
                <w:b w:val="0"/>
                <w:sz w:val="14"/>
              </w:rPr>
              <w:t>-0.7904415762524168</w:t>
            </w:r>
          </w:p>
        </w:tc>
        <w:tc>
          <w:tcPr>
            <w:tcW w:type="dxa" w:w="519"/>
            <w:vAlign w:val="center"/>
          </w:tcPr>
          <w:p>
            <w:r/>
            <w:r>
              <w:rPr>
                <w:rFonts w:ascii="Malgun Gothic" w:hAnsi="Malgun Gothic" w:eastAsia="Malgun Gothic"/>
                <w:b w:val="0"/>
                <w:sz w:val="14"/>
              </w:rPr>
              <w:t>0.8475549016212067</w:t>
            </w:r>
          </w:p>
        </w:tc>
        <w:tc>
          <w:tcPr>
            <w:tcW w:type="dxa" w:w="519"/>
            <w:vAlign w:val="center"/>
          </w:tcPr>
          <w:p>
            <w:r/>
            <w:r>
              <w:rPr>
                <w:rFonts w:ascii="Malgun Gothic" w:hAnsi="Malgun Gothic" w:eastAsia="Malgun Gothic"/>
                <w:b w:val="0"/>
                <w:sz w:val="14"/>
              </w:rPr>
              <w:t>0.34431556455851026</w:t>
            </w:r>
          </w:p>
        </w:tc>
        <w:tc>
          <w:tcPr>
            <w:tcW w:type="dxa" w:w="519"/>
            <w:vAlign w:val="center"/>
          </w:tcPr>
          <w:p>
            <w:r/>
            <w:r>
              <w:rPr>
                <w:rFonts w:ascii="Malgun Gothic" w:hAnsi="Malgun Gothic" w:eastAsia="Malgun Gothic"/>
                <w:b w:val="0"/>
                <w:sz w:val="14"/>
              </w:rPr>
              <w:t>0.459856340604963</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-0.046895367311770186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0.0258763041347265</w:t>
            </w:r>
          </w:p>
        </w:tc>
        <w:tc>
          <w:tcPr>
            <w:tcW w:type="dxa" w:w="519"/>
            <w:vAlign w:val="center"/>
          </w:tcPr>
          <w:p>
            <w:r/>
            <w:r>
              <w:rPr>
                <w:rFonts w:ascii="Malgun Gothic" w:hAnsi="Malgun Gothic" w:eastAsia="Malgun Gothic"/>
                <w:b w:val="0"/>
                <w:sz w:val="14"/>
              </w:rPr>
              <w:t>236.3714352292384</w:t>
            </w:r>
          </w:p>
        </w:tc>
        <w:tc>
          <w:tcPr>
            <w:tcW w:type="dxa" w:w="519"/>
            <w:vAlign w:val="center"/>
          </w:tcPr>
          <w:p>
            <w:r/>
            <w:r>
              <w:rPr>
                <w:rFonts w:ascii="Malgun Gothic" w:hAnsi="Malgun Gothic" w:eastAsia="Malgun Gothic"/>
                <w:b w:val="0"/>
                <w:sz w:val="14"/>
              </w:rPr>
              <w:t>58.49668158666461</w:t>
            </w:r>
          </w:p>
        </w:tc>
        <w:tc>
          <w:tcPr>
            <w:tcW w:type="dxa" w:w="519"/>
            <w:vAlign w:val="center"/>
          </w:tcPr>
          <w:p>
            <w:r/>
            <w:r>
              <w:rPr>
                <w:rFonts w:ascii="Malgun Gothic" w:hAnsi="Malgun Gothic" w:eastAsia="Malgun Gothic"/>
                <w:b w:val="0"/>
                <w:sz w:val="14"/>
              </w:rPr>
              <w:t>388.74</w:t>
            </w:r>
          </w:p>
        </w:tc>
        <w:tc>
          <w:tcPr>
            <w:tcW w:type="dxa" w:w="519"/>
            <w:vAlign w:val="center"/>
          </w:tcPr>
          <w:p>
            <w:r/>
            <w:r>
              <w:rPr>
                <w:rFonts w:ascii="Malgun Gothic" w:hAnsi="Malgun Gothic" w:eastAsia="Malgun Gothic"/>
                <w:b w:val="0"/>
                <w:sz w:val="14"/>
              </w:rPr>
              <w:t>-1.4405788269032103</w:t>
            </w:r>
          </w:p>
        </w:tc>
        <w:tc>
          <w:tcPr>
            <w:tcW w:type="dxa" w:w="519"/>
            <w:vAlign w:val="center"/>
          </w:tcPr>
          <w:p>
            <w:r/>
            <w:r>
              <w:rPr>
                <w:rFonts w:ascii="Malgun Gothic" w:hAnsi="Malgun Gothic" w:eastAsia="Malgun Gothic"/>
                <w:b w:val="0"/>
                <w:sz w:val="14"/>
              </w:rPr>
              <w:t>0.23456037842873903</w:t>
            </w:r>
          </w:p>
        </w:tc>
        <w:tc>
          <w:tcPr>
            <w:tcW w:type="dxa" w:w="519"/>
            <w:vAlign w:val="center"/>
          </w:tcPr>
          <w:p>
            <w:r/>
            <w:r>
              <w:rPr>
                <w:rFonts w:ascii="Malgun Gothic" w:hAnsi="Malgun Gothic" w:eastAsia="Malgun Gothic"/>
                <w:b w:val="0"/>
                <w:sz w:val="14"/>
              </w:rPr>
              <w:t>-1.2501185403568085</w:t>
            </w:r>
          </w:p>
        </w:tc>
        <w:tc>
          <w:tcPr>
            <w:tcW w:type="dxa" w:w="519"/>
            <w:vAlign w:val="center"/>
          </w:tcPr>
          <w:p>
            <w:r/>
            <w:r>
              <w:rPr>
                <w:rFonts w:ascii="Malgun Gothic" w:hAnsi="Malgun Gothic" w:eastAsia="Malgun Gothic"/>
                <w:b w:val="0"/>
                <w:sz w:val="14"/>
              </w:rPr>
              <w:t>1.4217171635219157</w:t>
            </w:r>
          </w:p>
        </w:tc>
        <w:tc>
          <w:tcPr>
            <w:tcW w:type="dxa" w:w="519"/>
            <w:vAlign w:val="center"/>
          </w:tcPr>
          <w:p>
            <w:r/>
            <w:r>
              <w:rPr>
                <w:rFonts w:ascii="Malgun Gothic" w:hAnsi="Malgun Gothic" w:eastAsia="Malgun Gothic"/>
                <w:b w:val="0"/>
                <w:sz w:val="14"/>
              </w:rPr>
              <w:t>-0.25860495632734104</w:t>
            </w:r>
          </w:p>
        </w:tc>
        <w:tc>
          <w:tcPr>
            <w:tcW w:type="dxa" w:w="519"/>
            <w:vAlign w:val="center"/>
          </w:tcPr>
          <w:p>
            <w:r/>
            <w:r>
              <w:rPr>
                <w:rFonts w:ascii="Malgun Gothic" w:hAnsi="Malgun Gothic" w:eastAsia="Malgun Gothic"/>
                <w:b w:val="0"/>
                <w:sz w:val="14"/>
              </w:rPr>
              <w:t>0.32383007914488066</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-0.07628865049603772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0.0771065503358841</w:t>
            </w:r>
          </w:p>
        </w:tc>
        <w:tc>
          <w:tcPr>
            <w:tcW w:type="dxa" w:w="519"/>
            <w:vAlign w:val="center"/>
          </w:tcPr>
          <w:p>
            <w:r/>
            <w:r>
              <w:rPr>
                <w:rFonts w:ascii="Malgun Gothic" w:hAnsi="Malgun Gothic" w:eastAsia="Malgun Gothic"/>
                <w:b w:val="0"/>
                <w:sz w:val="14"/>
              </w:rPr>
              <w:t>279.785653638665</w:t>
            </w:r>
          </w:p>
        </w:tc>
        <w:tc>
          <w:tcPr>
            <w:tcW w:type="dxa" w:w="519"/>
            <w:vAlign w:val="center"/>
          </w:tcPr>
          <w:p>
            <w:r/>
            <w:r>
              <w:rPr>
                <w:rFonts w:ascii="Malgun Gothic" w:hAnsi="Malgun Gothic" w:eastAsia="Malgun Gothic"/>
                <w:b w:val="0"/>
                <w:sz w:val="14"/>
              </w:rPr>
              <w:t>18.518518518518515</w:t>
            </w:r>
          </w:p>
        </w:tc>
        <w:tc>
          <w:tcPr>
            <w:tcW w:type="dxa" w:w="519"/>
            <w:vAlign w:val="center"/>
          </w:tcPr>
          <w:p>
            <w:r/>
            <w:r>
              <w:rPr>
                <w:rFonts w:ascii="Malgun Gothic" w:hAnsi="Malgun Gothic" w:eastAsia="Malgun Gothic"/>
                <w:b w:val="0"/>
                <w:sz w:val="14"/>
              </w:rPr>
              <w:t>3.24</w:t>
            </w:r>
          </w:p>
        </w:tc>
        <w:tc>
          <w:tcPr>
            <w:tcW w:type="dxa" w:w="519"/>
            <w:vAlign w:val="center"/>
          </w:tcPr>
          <w:p>
            <w:r/>
            <w:r>
              <w:rPr>
                <w:rFonts w:ascii="Malgun Gothic" w:hAnsi="Malgun Gothic" w:eastAsia="Malgun Gothic"/>
                <w:b w:val="0"/>
                <w:sz w:val="14"/>
              </w:rPr>
              <w:t>0.31291017688956685</w:t>
            </w:r>
          </w:p>
        </w:tc>
        <w:tc>
          <w:tcPr>
            <w:tcW w:type="dxa" w:w="519"/>
            <w:vAlign w:val="center"/>
          </w:tcPr>
          <w:p>
            <w:r/>
            <w:r>
              <w:rPr>
                <w:rFonts w:ascii="Malgun Gothic" w:hAnsi="Malgun Gothic" w:eastAsia="Malgun Gothic"/>
                <w:b w:val="0"/>
                <w:sz w:val="14"/>
              </w:rPr>
              <w:t>1.7930175173469274</w:t>
            </w:r>
          </w:p>
        </w:tc>
        <w:tc>
          <w:tcPr>
            <w:tcW w:type="dxa" w:w="519"/>
            <w:vAlign w:val="center"/>
          </w:tcPr>
          <w:p>
            <w:r/>
            <w:r>
              <w:rPr>
                <w:rFonts w:ascii="Malgun Gothic" w:hAnsi="Malgun Gothic" w:eastAsia="Malgun Gothic"/>
                <w:b w:val="0"/>
                <w:sz w:val="14"/>
              </w:rPr>
              <w:t>-3.308940302321479</w:t>
            </w:r>
          </w:p>
        </w:tc>
        <w:tc>
          <w:tcPr>
            <w:tcW w:type="dxa" w:w="519"/>
            <w:vAlign w:val="center"/>
          </w:tcPr>
          <w:p>
            <w:r/>
            <w:r>
              <w:rPr>
                <w:rFonts w:ascii="Malgun Gothic" w:hAnsi="Malgun Gothic" w:eastAsia="Malgun Gothic"/>
                <w:b w:val="0"/>
                <w:sz w:val="14"/>
              </w:rPr>
              <w:t>-0.8428577491312794</w:t>
            </w:r>
          </w:p>
        </w:tc>
        <w:tc>
          <w:tcPr>
            <w:tcW w:type="dxa" w:w="519"/>
            <w:vAlign w:val="center"/>
          </w:tcPr>
          <w:p>
            <w:r/>
            <w:r>
              <w:rPr>
                <w:rFonts w:ascii="Malgun Gothic" w:hAnsi="Malgun Gothic" w:eastAsia="Malgun Gothic"/>
                <w:b w:val="0"/>
                <w:sz w:val="14"/>
              </w:rPr>
              <w:t>-0.5114675893040661</w:t>
            </w:r>
          </w:p>
        </w:tc>
        <w:tc>
          <w:tcPr>
            <w:tcW w:type="dxa" w:w="519"/>
            <w:vAlign w:val="center"/>
          </w:tcPr>
          <w:p>
            <w:r/>
            <w:r>
              <w:rPr>
                <w:rFonts w:ascii="Malgun Gothic" w:hAnsi="Malgun Gothic" w:eastAsia="Malgun Gothic"/>
                <w:b w:val="0"/>
                <w:sz w:val="14"/>
              </w:rPr>
              <w:t>0.26678116898962506</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-0.23143666534860574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0.0694236010313034</w:t>
            </w:r>
          </w:p>
        </w:tc>
        <w:tc>
          <w:tcPr>
            <w:tcW w:type="dxa" w:w="519"/>
            <w:vAlign w:val="center"/>
          </w:tcPr>
          <w:p>
            <w:r/>
            <w:r>
              <w:rPr>
                <w:rFonts w:ascii="Malgun Gothic" w:hAnsi="Malgun Gothic" w:eastAsia="Malgun Gothic"/>
                <w:b w:val="0"/>
                <w:sz w:val="14"/>
              </w:rPr>
              <w:t>201.51792369528184</w:t>
            </w:r>
          </w:p>
        </w:tc>
        <w:tc>
          <w:tcPr>
            <w:tcW w:type="dxa" w:w="519"/>
            <w:vAlign w:val="center"/>
          </w:tcPr>
          <w:p>
            <w:r/>
            <w:r>
              <w:rPr>
                <w:rFonts w:ascii="Malgun Gothic" w:hAnsi="Malgun Gothic" w:eastAsia="Malgun Gothic"/>
                <w:b w:val="0"/>
                <w:sz w:val="14"/>
              </w:rPr>
              <w:t>110.28110870847256</w:t>
            </w:r>
          </w:p>
        </w:tc>
        <w:tc>
          <w:tcPr>
            <w:tcW w:type="dxa" w:w="519"/>
            <w:vAlign w:val="center"/>
          </w:tcPr>
          <w:p>
            <w:r/>
            <w:r>
              <w:rPr>
                <w:rFonts w:ascii="Malgun Gothic" w:hAnsi="Malgun Gothic" w:eastAsia="Malgun Gothic"/>
                <w:b w:val="0"/>
                <w:sz w:val="14"/>
              </w:rPr>
              <w:t>305.22</w:t>
            </w:r>
          </w:p>
        </w:tc>
        <w:tc>
          <w:tcPr>
            <w:tcW w:type="dxa" w:w="519"/>
            <w:vAlign w:val="center"/>
          </w:tcPr>
          <w:p>
            <w:r/>
            <w:r>
              <w:rPr>
                <w:rFonts w:ascii="Malgun Gothic" w:hAnsi="Malgun Gothic" w:eastAsia="Malgun Gothic"/>
                <w:b w:val="0"/>
                <w:sz w:val="14"/>
              </w:rPr>
              <w:t>0.04994116695388573</w:t>
            </w:r>
          </w:p>
        </w:tc>
        <w:tc>
          <w:tcPr>
            <w:tcW w:type="dxa" w:w="519"/>
            <w:vAlign w:val="center"/>
          </w:tcPr>
          <w:p>
            <w:r/>
            <w:r>
              <w:rPr>
                <w:rFonts w:ascii="Malgun Gothic" w:hAnsi="Malgun Gothic" w:eastAsia="Malgun Gothic"/>
                <w:b w:val="0"/>
                <w:sz w:val="14"/>
              </w:rPr>
              <w:t>-1.0165897253047398</w:t>
            </w:r>
          </w:p>
        </w:tc>
        <w:tc>
          <w:tcPr>
            <w:tcW w:type="dxa" w:w="519"/>
            <w:vAlign w:val="center"/>
          </w:tcPr>
          <w:p>
            <w:r/>
            <w:r>
              <w:rPr>
                <w:rFonts w:ascii="Malgun Gothic" w:hAnsi="Malgun Gothic" w:eastAsia="Malgun Gothic"/>
                <w:b w:val="0"/>
                <w:sz w:val="14"/>
              </w:rPr>
              <w:t>1.41670998069149</w:t>
            </w:r>
          </w:p>
        </w:tc>
        <w:tc>
          <w:tcPr>
            <w:tcW w:type="dxa" w:w="519"/>
            <w:vAlign w:val="center"/>
          </w:tcPr>
          <w:p>
            <w:r/>
            <w:r>
              <w:rPr>
                <w:rFonts w:ascii="Malgun Gothic" w:hAnsi="Malgun Gothic" w:eastAsia="Malgun Gothic"/>
                <w:b w:val="0"/>
                <w:sz w:val="14"/>
              </w:rPr>
              <w:t>0.9310886376988422</w:t>
            </w:r>
          </w:p>
        </w:tc>
        <w:tc>
          <w:tcPr>
            <w:tcW w:type="dxa" w:w="519"/>
            <w:vAlign w:val="center"/>
          </w:tcPr>
          <w:p>
            <w:r/>
            <w:r>
              <w:rPr>
                <w:rFonts w:ascii="Malgun Gothic" w:hAnsi="Malgun Gothic" w:eastAsia="Malgun Gothic"/>
                <w:b w:val="0"/>
                <w:sz w:val="14"/>
              </w:rPr>
              <w:t>0.34528751500986954</w:t>
            </w:r>
          </w:p>
        </w:tc>
        <w:tc>
          <w:tcPr>
            <w:tcW w:type="dxa" w:w="519"/>
            <w:vAlign w:val="center"/>
          </w:tcPr>
          <w:p>
            <w:r/>
            <w:r>
              <w:rPr>
                <w:rFonts w:ascii="Malgun Gothic" w:hAnsi="Malgun Gothic" w:eastAsia="Malgun Gothic"/>
                <w:b w:val="0"/>
                <w:sz w:val="14"/>
              </w:rPr>
              <w:t>0.4600756245431321</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-0.05191448569877988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0.0441754981875419</w:t>
            </w:r>
          </w:p>
        </w:tc>
        <w:tc>
          <w:tcPr>
            <w:tcW w:type="dxa" w:w="519"/>
            <w:vAlign w:val="center"/>
          </w:tcPr>
          <w:p>
            <w:r/>
            <w:r>
              <w:rPr>
                <w:rFonts w:ascii="Malgun Gothic" w:hAnsi="Malgun Gothic" w:eastAsia="Malgun Gothic"/>
                <w:b w:val="0"/>
                <w:sz w:val="14"/>
              </w:rPr>
              <w:t>209.55281766676052</w:t>
            </w:r>
          </w:p>
        </w:tc>
        <w:tc>
          <w:tcPr>
            <w:tcW w:type="dxa" w:w="519"/>
            <w:vAlign w:val="center"/>
          </w:tcPr>
          <w:p>
            <w:r/>
            <w:r>
              <w:rPr>
                <w:rFonts w:ascii="Malgun Gothic" w:hAnsi="Malgun Gothic" w:eastAsia="Malgun Gothic"/>
                <w:b w:val="0"/>
                <w:sz w:val="14"/>
              </w:rPr>
              <w:t>85.71428571428572</w:t>
            </w:r>
          </w:p>
        </w:tc>
        <w:tc>
          <w:tcPr>
            <w:tcW w:type="dxa" w:w="519"/>
            <w:vAlign w:val="center"/>
          </w:tcPr>
          <w:p>
            <w:r/>
            <w:r>
              <w:rPr>
                <w:rFonts w:ascii="Malgun Gothic" w:hAnsi="Malgun Gothic" w:eastAsia="Malgun Gothic"/>
                <w:b w:val="0"/>
                <w:sz w:val="14"/>
              </w:rPr>
              <w:t>21.0</w:t>
            </w:r>
          </w:p>
        </w:tc>
        <w:tc>
          <w:tcPr>
            <w:tcW w:type="dxa" w:w="519"/>
            <w:vAlign w:val="center"/>
          </w:tcPr>
          <w:p>
            <w:r/>
            <w:r>
              <w:rPr>
                <w:rFonts w:ascii="Malgun Gothic" w:hAnsi="Malgun Gothic" w:eastAsia="Malgun Gothic"/>
                <w:b w:val="0"/>
                <w:sz w:val="14"/>
              </w:rPr>
              <w:t>-0.8142411078946113</w:t>
            </w:r>
          </w:p>
        </w:tc>
        <w:tc>
          <w:tcPr>
            <w:tcW w:type="dxa" w:w="519"/>
            <w:vAlign w:val="center"/>
          </w:tcPr>
          <w:p>
            <w:r/>
            <w:r>
              <w:rPr>
                <w:rFonts w:ascii="Malgun Gothic" w:hAnsi="Malgun Gothic" w:eastAsia="Malgun Gothic"/>
                <w:b w:val="0"/>
                <w:sz w:val="14"/>
              </w:rPr>
              <w:t>-0.7281580011122173</w:t>
            </w:r>
          </w:p>
        </w:tc>
        <w:tc>
          <w:tcPr>
            <w:tcW w:type="dxa" w:w="519"/>
            <w:vAlign w:val="center"/>
          </w:tcPr>
          <w:p>
            <w:r/>
            <w:r>
              <w:rPr>
                <w:rFonts w:ascii="Malgun Gothic" w:hAnsi="Malgun Gothic" w:eastAsia="Malgun Gothic"/>
                <w:b w:val="0"/>
                <w:sz w:val="14"/>
              </w:rPr>
              <w:t>0.1515515561648219</w:t>
            </w:r>
          </w:p>
        </w:tc>
        <w:tc>
          <w:tcPr>
            <w:tcW w:type="dxa" w:w="519"/>
            <w:vAlign w:val="center"/>
          </w:tcPr>
          <w:p>
            <w:r/>
            <w:r>
              <w:rPr>
                <w:rFonts w:ascii="Malgun Gothic" w:hAnsi="Malgun Gothic" w:eastAsia="Malgun Gothic"/>
                <w:b w:val="0"/>
                <w:sz w:val="14"/>
              </w:rPr>
              <w:t>-0.7385286947895915</w:t>
            </w:r>
          </w:p>
        </w:tc>
        <w:tc>
          <w:tcPr>
            <w:tcW w:type="dxa" w:w="519"/>
            <w:vAlign w:val="center"/>
          </w:tcPr>
          <w:p>
            <w:r/>
            <w:r>
              <w:rPr>
                <w:rFonts w:ascii="Malgun Gothic" w:hAnsi="Malgun Gothic" w:eastAsia="Malgun Gothic"/>
                <w:b w:val="0"/>
                <w:sz w:val="14"/>
              </w:rPr>
              <w:t>-0.5323440619078995</w:t>
            </w:r>
          </w:p>
        </w:tc>
        <w:tc>
          <w:tcPr>
            <w:tcW w:type="dxa" w:w="519"/>
            <w:vAlign w:val="center"/>
          </w:tcPr>
          <w:p>
            <w:r/>
            <w:r>
              <w:rPr>
                <w:rFonts w:ascii="Malgun Gothic" w:hAnsi="Malgun Gothic" w:eastAsia="Malgun Gothic"/>
                <w:b w:val="0"/>
                <w:sz w:val="14"/>
              </w:rPr>
              <w:t>0.2620711808197068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-0.236379514888921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0.0746127665042877</w:t>
            </w:r>
          </w:p>
        </w:tc>
        <w:tc>
          <w:tcPr>
            <w:tcW w:type="dxa" w:w="519"/>
            <w:vAlign w:val="center"/>
          </w:tcPr>
          <w:p>
            <w:r/>
            <w:r>
              <w:rPr>
                <w:rFonts w:ascii="Malgun Gothic" w:hAnsi="Malgun Gothic" w:eastAsia="Malgun Gothic"/>
                <w:b w:val="0"/>
                <w:sz w:val="14"/>
              </w:rPr>
              <w:t>218.7737447909876</w:t>
            </w:r>
          </w:p>
        </w:tc>
        <w:tc>
          <w:tcPr>
            <w:tcW w:type="dxa" w:w="519"/>
            <w:vAlign w:val="center"/>
          </w:tcPr>
          <w:p>
            <w:r/>
            <w:r>
              <w:rPr>
                <w:rFonts w:ascii="Malgun Gothic" w:hAnsi="Malgun Gothic" w:eastAsia="Malgun Gothic"/>
                <w:b w:val="0"/>
                <w:sz w:val="14"/>
              </w:rPr>
              <w:t>89.48621980265396</w:t>
            </w:r>
          </w:p>
        </w:tc>
        <w:tc>
          <w:tcPr>
            <w:tcW w:type="dxa" w:w="519"/>
            <w:vAlign w:val="center"/>
          </w:tcPr>
          <w:p>
            <w:r/>
            <w:r>
              <w:rPr>
                <w:rFonts w:ascii="Malgun Gothic" w:hAnsi="Malgun Gothic" w:eastAsia="Malgun Gothic"/>
                <w:b w:val="0"/>
                <w:sz w:val="14"/>
              </w:rPr>
              <w:t>176.34</w:t>
            </w:r>
          </w:p>
        </w:tc>
        <w:tc>
          <w:tcPr>
            <w:tcW w:type="dxa" w:w="519"/>
            <w:vAlign w:val="center"/>
          </w:tcPr>
          <w:p>
            <w:r/>
            <w:r>
              <w:rPr>
                <w:rFonts w:ascii="Malgun Gothic" w:hAnsi="Malgun Gothic" w:eastAsia="Malgun Gothic"/>
                <w:b w:val="0"/>
                <w:sz w:val="14"/>
              </w:rPr>
              <w:t>0.22755391080077186</w:t>
            </w:r>
          </w:p>
        </w:tc>
        <w:tc>
          <w:tcPr>
            <w:tcW w:type="dxa" w:w="519"/>
            <w:vAlign w:val="center"/>
          </w:tcPr>
          <w:p>
            <w:r/>
            <w:r>
              <w:rPr>
                <w:rFonts w:ascii="Malgun Gothic" w:hAnsi="Malgun Gothic" w:eastAsia="Malgun Gothic"/>
                <w:b w:val="0"/>
                <w:sz w:val="14"/>
              </w:rPr>
              <w:t>-0.3971507820331386</w:t>
            </w:r>
          </w:p>
        </w:tc>
        <w:tc>
          <w:tcPr>
            <w:tcW w:type="dxa" w:w="519"/>
            <w:vAlign w:val="center"/>
          </w:tcPr>
          <w:p>
            <w:r/>
            <w:r>
              <w:rPr>
                <w:rFonts w:ascii="Malgun Gothic" w:hAnsi="Malgun Gothic" w:eastAsia="Malgun Gothic"/>
                <w:b w:val="0"/>
                <w:sz w:val="14"/>
              </w:rPr>
              <w:t>0.3458011011624637</w:t>
            </w:r>
          </w:p>
        </w:tc>
        <w:tc>
          <w:tcPr>
            <w:tcW w:type="dxa" w:w="519"/>
            <w:vAlign w:val="center"/>
          </w:tcPr>
          <w:p>
            <w:r/>
            <w:r>
              <w:rPr>
                <w:rFonts w:ascii="Malgun Gothic" w:hAnsi="Malgun Gothic" w:eastAsia="Malgun Gothic"/>
                <w:b w:val="0"/>
                <w:sz w:val="14"/>
              </w:rPr>
              <w:t>0.17399806767875442</w:t>
            </w:r>
          </w:p>
        </w:tc>
        <w:tc>
          <w:tcPr>
            <w:tcW w:type="dxa" w:w="519"/>
            <w:vAlign w:val="center"/>
          </w:tcPr>
          <w:p>
            <w:r/>
            <w:r>
              <w:rPr>
                <w:rFonts w:ascii="Malgun Gothic" w:hAnsi="Malgun Gothic" w:eastAsia="Malgun Gothic"/>
                <w:b w:val="0"/>
                <w:sz w:val="14"/>
              </w:rPr>
              <w:t>0.08755057440221285</w:t>
            </w:r>
          </w:p>
        </w:tc>
        <w:tc>
          <w:tcPr>
            <w:tcW w:type="dxa" w:w="519"/>
            <w:vAlign w:val="center"/>
          </w:tcPr>
          <w:p>
            <w:r/>
            <w:r>
              <w:rPr>
                <w:rFonts w:ascii="Malgun Gothic" w:hAnsi="Malgun Gothic" w:eastAsia="Malgun Gothic"/>
                <w:b w:val="0"/>
                <w:sz w:val="14"/>
              </w:rPr>
              <w:t>0.4019270108261736</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-0.12025766927182252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0.0510383136570453</w:t>
            </w:r>
          </w:p>
        </w:tc>
        <w:tc>
          <w:tcPr>
            <w:tcW w:type="dxa" w:w="519"/>
            <w:vAlign w:val="center"/>
          </w:tcPr>
          <w:p>
            <w:r/>
            <w:r>
              <w:rPr>
                <w:rFonts w:ascii="Malgun Gothic" w:hAnsi="Malgun Gothic" w:eastAsia="Malgun Gothic"/>
                <w:b w:val="0"/>
                <w:sz w:val="14"/>
              </w:rPr>
              <w:t>221.15996283362628</w:t>
            </w:r>
          </w:p>
        </w:tc>
        <w:tc>
          <w:tcPr>
            <w:tcW w:type="dxa" w:w="519"/>
            <w:vAlign w:val="center"/>
          </w:tcPr>
          <w:p>
            <w:r/>
            <w:r>
              <w:rPr>
                <w:rFonts w:ascii="Malgun Gothic" w:hAnsi="Malgun Gothic" w:eastAsia="Malgun Gothic"/>
                <w:b w:val="0"/>
                <w:sz w:val="14"/>
              </w:rPr>
              <w:t>61.2177729018102</w:t>
            </w:r>
          </w:p>
        </w:tc>
        <w:tc>
          <w:tcPr>
            <w:tcW w:type="dxa" w:w="519"/>
            <w:vAlign w:val="center"/>
          </w:tcPr>
          <w:p>
            <w:r/>
            <w:r>
              <w:rPr>
                <w:rFonts w:ascii="Malgun Gothic" w:hAnsi="Malgun Gothic" w:eastAsia="Malgun Gothic"/>
                <w:b w:val="0"/>
                <w:sz w:val="14"/>
              </w:rPr>
              <w:t>273.45</w:t>
            </w:r>
          </w:p>
        </w:tc>
        <w:tc>
          <w:tcPr>
            <w:tcW w:type="dxa" w:w="519"/>
            <w:vAlign w:val="center"/>
          </w:tcPr>
          <w:p>
            <w:r/>
            <w:r>
              <w:rPr>
                <w:rFonts w:ascii="Malgun Gothic" w:hAnsi="Malgun Gothic" w:eastAsia="Malgun Gothic"/>
                <w:b w:val="0"/>
                <w:sz w:val="14"/>
              </w:rPr>
              <w:t>-0.5793433208806331</w:t>
            </w:r>
          </w:p>
        </w:tc>
        <w:tc>
          <w:tcPr>
            <w:tcW w:type="dxa" w:w="519"/>
            <w:vAlign w:val="center"/>
          </w:tcPr>
          <w:p>
            <w:r/>
            <w:r>
              <w:rPr>
                <w:rFonts w:ascii="Malgun Gothic" w:hAnsi="Malgun Gothic" w:eastAsia="Malgun Gothic"/>
                <w:b w:val="0"/>
                <w:sz w:val="14"/>
              </w:rPr>
              <w:t>-0.3114917818296897</w:t>
            </w:r>
          </w:p>
        </w:tc>
        <w:tc>
          <w:tcPr>
            <w:tcW w:type="dxa" w:w="519"/>
            <w:vAlign w:val="center"/>
          </w:tcPr>
          <w:p>
            <w:r/>
            <w:r>
              <w:rPr>
                <w:rFonts w:ascii="Malgun Gothic" w:hAnsi="Malgun Gothic" w:eastAsia="Malgun Gothic"/>
                <w:b w:val="0"/>
                <w:sz w:val="14"/>
              </w:rPr>
              <w:t>-1.1099859883342122</w:t>
            </w:r>
          </w:p>
        </w:tc>
        <w:tc>
          <w:tcPr>
            <w:tcW w:type="dxa" w:w="519"/>
            <w:vAlign w:val="center"/>
          </w:tcPr>
          <w:p>
            <w:r/>
            <w:r>
              <w:rPr>
                <w:rFonts w:ascii="Malgun Gothic" w:hAnsi="Malgun Gothic" w:eastAsia="Malgun Gothic"/>
                <w:b w:val="0"/>
                <w:sz w:val="14"/>
              </w:rPr>
              <w:t>0.7444594678545047</w:t>
            </w:r>
          </w:p>
        </w:tc>
        <w:tc>
          <w:tcPr>
            <w:tcW w:type="dxa" w:w="519"/>
            <w:vAlign w:val="center"/>
          </w:tcPr>
          <w:p>
            <w:r/>
            <w:r>
              <w:rPr>
                <w:rFonts w:ascii="Malgun Gothic" w:hAnsi="Malgun Gothic" w:eastAsia="Malgun Gothic"/>
                <w:b w:val="0"/>
                <w:sz w:val="14"/>
              </w:rPr>
              <w:t>-0.3140904057975075</w:t>
            </w:r>
          </w:p>
        </w:tc>
        <w:tc>
          <w:tcPr>
            <w:tcW w:type="dxa" w:w="519"/>
            <w:vAlign w:val="center"/>
          </w:tcPr>
          <w:p>
            <w:r/>
            <w:r>
              <w:rPr>
                <w:rFonts w:ascii="Malgun Gothic" w:hAnsi="Malgun Gothic" w:eastAsia="Malgun Gothic"/>
                <w:b w:val="0"/>
                <w:sz w:val="14"/>
              </w:rPr>
              <w:t>0.311311881479673</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-0.12917656295837843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0.0646125078201294</w:t>
            </w:r>
          </w:p>
        </w:tc>
        <w:tc>
          <w:tcPr>
            <w:tcW w:type="dxa" w:w="519"/>
            <w:vAlign w:val="center"/>
          </w:tcPr>
          <w:p>
            <w:r/>
            <w:r>
              <w:rPr>
                <w:rFonts w:ascii="Malgun Gothic" w:hAnsi="Malgun Gothic" w:eastAsia="Malgun Gothic"/>
                <w:b w:val="0"/>
                <w:sz w:val="14"/>
              </w:rPr>
              <w:t>197.41318190201576</w:t>
            </w:r>
          </w:p>
        </w:tc>
        <w:tc>
          <w:tcPr>
            <w:tcW w:type="dxa" w:w="519"/>
            <w:vAlign w:val="center"/>
          </w:tcPr>
          <w:p>
            <w:r/>
            <w:r>
              <w:rPr>
                <w:rFonts w:ascii="Malgun Gothic" w:hAnsi="Malgun Gothic" w:eastAsia="Malgun Gothic"/>
                <w:b w:val="0"/>
                <w:sz w:val="14"/>
              </w:rPr>
              <w:t>101.94661850290989</w:t>
            </w:r>
          </w:p>
        </w:tc>
        <w:tc>
          <w:tcPr>
            <w:tcW w:type="dxa" w:w="519"/>
            <w:vAlign w:val="center"/>
          </w:tcPr>
          <w:p>
            <w:r/>
            <w:r>
              <w:rPr>
                <w:rFonts w:ascii="Malgun Gothic" w:hAnsi="Malgun Gothic" w:eastAsia="Malgun Gothic"/>
                <w:b w:val="0"/>
                <w:sz w:val="14"/>
              </w:rPr>
              <w:t>149.49</w:t>
            </w:r>
          </w:p>
        </w:tc>
        <w:tc>
          <w:tcPr>
            <w:tcW w:type="dxa" w:w="519"/>
            <w:vAlign w:val="center"/>
          </w:tcPr>
          <w:p>
            <w:r/>
            <w:r>
              <w:rPr>
                <w:rFonts w:ascii="Malgun Gothic" w:hAnsi="Malgun Gothic" w:eastAsia="Malgun Gothic"/>
                <w:b w:val="0"/>
                <w:sz w:val="14"/>
              </w:rPr>
              <w:t>-0.11473106610333283</w:t>
            </w:r>
          </w:p>
        </w:tc>
        <w:tc>
          <w:tcPr>
            <w:tcW w:type="dxa" w:w="519"/>
            <w:vAlign w:val="center"/>
          </w:tcPr>
          <w:p>
            <w:r/>
            <w:r>
              <w:rPr>
                <w:rFonts w:ascii="Malgun Gothic" w:hAnsi="Malgun Gothic" w:eastAsia="Malgun Gothic"/>
                <w:b w:val="0"/>
                <w:sz w:val="14"/>
              </w:rPr>
              <w:t>-1.1639392431701208</w:t>
            </w:r>
          </w:p>
        </w:tc>
        <w:tc>
          <w:tcPr>
            <w:tcW w:type="dxa" w:w="519"/>
            <w:vAlign w:val="center"/>
          </w:tcPr>
          <w:p>
            <w:r/>
            <w:r>
              <w:rPr>
                <w:rFonts w:ascii="Malgun Gothic" w:hAnsi="Malgun Gothic" w:eastAsia="Malgun Gothic"/>
                <w:b w:val="0"/>
                <w:sz w:val="14"/>
              </w:rPr>
              <w:t>0.987494916936697</w:t>
            </w:r>
          </w:p>
        </w:tc>
        <w:tc>
          <w:tcPr>
            <w:tcW w:type="dxa" w:w="519"/>
            <w:vAlign w:val="center"/>
          </w:tcPr>
          <w:p>
            <w:r/>
            <w:r>
              <w:rPr>
                <w:rFonts w:ascii="Malgun Gothic" w:hAnsi="Malgun Gothic" w:eastAsia="Malgun Gothic"/>
                <w:b w:val="0"/>
                <w:sz w:val="14"/>
              </w:rPr>
              <w:t>0.0162708655912362</w:t>
            </w:r>
          </w:p>
        </w:tc>
        <w:tc>
          <w:tcPr>
            <w:tcW w:type="dxa" w:w="519"/>
            <w:vAlign w:val="center"/>
          </w:tcPr>
          <w:p>
            <w:r/>
            <w:r>
              <w:rPr>
                <w:rFonts w:ascii="Malgun Gothic" w:hAnsi="Malgun Gothic" w:eastAsia="Malgun Gothic"/>
                <w:b w:val="0"/>
                <w:sz w:val="14"/>
              </w:rPr>
              <w:t>-0.06872613168638007</w:t>
            </w:r>
          </w:p>
        </w:tc>
        <w:tc>
          <w:tcPr>
            <w:tcW w:type="dxa" w:w="519"/>
            <w:vAlign w:val="center"/>
          </w:tcPr>
          <w:p>
            <w:r/>
            <w:r>
              <w:rPr>
                <w:rFonts w:ascii="Malgun Gothic" w:hAnsi="Malgun Gothic" w:eastAsia="Malgun Gothic"/>
                <w:b w:val="0"/>
                <w:sz w:val="14"/>
              </w:rPr>
              <w:t>0.366669069943196</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-0.14938704013710108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0.0899170190095901</w:t>
            </w:r>
          </w:p>
        </w:tc>
        <w:tc>
          <w:tcPr>
            <w:tcW w:type="dxa" w:w="519"/>
            <w:vAlign w:val="center"/>
          </w:tcPr>
          <w:p>
            <w:r/>
            <w:r>
              <w:rPr>
                <w:rFonts w:ascii="Malgun Gothic" w:hAnsi="Malgun Gothic" w:eastAsia="Malgun Gothic"/>
                <w:b w:val="0"/>
                <w:sz w:val="14"/>
              </w:rPr>
              <w:t>232.8979011398732</w:t>
            </w:r>
          </w:p>
        </w:tc>
        <w:tc>
          <w:tcPr>
            <w:tcW w:type="dxa" w:w="519"/>
            <w:vAlign w:val="center"/>
          </w:tcPr>
          <w:p>
            <w:r/>
            <w:r>
              <w:rPr>
                <w:rFonts w:ascii="Malgun Gothic" w:hAnsi="Malgun Gothic" w:eastAsia="Malgun Gothic"/>
                <w:b w:val="0"/>
                <w:sz w:val="14"/>
              </w:rPr>
              <w:t>94.28223844282238</w:t>
            </w:r>
          </w:p>
        </w:tc>
        <w:tc>
          <w:tcPr>
            <w:tcW w:type="dxa" w:w="519"/>
            <w:vAlign w:val="center"/>
          </w:tcPr>
          <w:p>
            <w:r/>
            <w:r>
              <w:rPr>
                <w:rFonts w:ascii="Malgun Gothic" w:hAnsi="Malgun Gothic" w:eastAsia="Malgun Gothic"/>
                <w:b w:val="0"/>
                <w:sz w:val="14"/>
              </w:rPr>
              <w:t>295.92</w:t>
            </w:r>
          </w:p>
        </w:tc>
        <w:tc>
          <w:tcPr>
            <w:tcW w:type="dxa" w:w="519"/>
            <w:vAlign w:val="center"/>
          </w:tcPr>
          <w:p>
            <w:r/>
            <w:r>
              <w:rPr>
                <w:rFonts w:ascii="Malgun Gothic" w:hAnsi="Malgun Gothic" w:eastAsia="Malgun Gothic"/>
                <w:b w:val="0"/>
                <w:sz w:val="14"/>
              </w:rPr>
              <w:t>0.7513819317309038</w:t>
            </w:r>
          </w:p>
        </w:tc>
        <w:tc>
          <w:tcPr>
            <w:tcW w:type="dxa" w:w="519"/>
            <w:vAlign w:val="center"/>
          </w:tcPr>
          <w:p>
            <w:r/>
            <w:r>
              <w:rPr>
                <w:rFonts w:ascii="Malgun Gothic" w:hAnsi="Malgun Gothic" w:eastAsia="Malgun Gothic"/>
                <w:b w:val="0"/>
                <w:sz w:val="14"/>
              </w:rPr>
              <w:t>0.10986956981403286</w:t>
            </w:r>
          </w:p>
        </w:tc>
        <w:tc>
          <w:tcPr>
            <w:tcW w:type="dxa" w:w="519"/>
            <w:vAlign w:val="center"/>
          </w:tcPr>
          <w:p>
            <w:r/>
            <w:r>
              <w:rPr>
                <w:rFonts w:ascii="Malgun Gothic" w:hAnsi="Malgun Gothic" w:eastAsia="Malgun Gothic"/>
                <w:b w:val="0"/>
                <w:sz w:val="14"/>
              </w:rPr>
              <w:t>0.5927896266316214</w:t>
            </w:r>
          </w:p>
        </w:tc>
        <w:tc>
          <w:tcPr>
            <w:tcW w:type="dxa" w:w="519"/>
            <w:vAlign w:val="center"/>
          </w:tcPr>
          <w:p>
            <w:r/>
            <w:r>
              <w:rPr>
                <w:rFonts w:ascii="Malgun Gothic" w:hAnsi="Malgun Gothic" w:eastAsia="Malgun Gothic"/>
                <w:b w:val="0"/>
                <w:sz w:val="14"/>
              </w:rPr>
              <w:t>0.8764568693780258</w:t>
            </w:r>
          </w:p>
        </w:tc>
        <w:tc>
          <w:tcPr>
            <w:tcW w:type="dxa" w:w="519"/>
            <w:vAlign w:val="center"/>
          </w:tcPr>
          <w:p>
            <w:r/>
            <w:r>
              <w:rPr>
                <w:rFonts w:ascii="Malgun Gothic" w:hAnsi="Malgun Gothic" w:eastAsia="Malgun Gothic"/>
                <w:b w:val="0"/>
                <w:sz w:val="14"/>
              </w:rPr>
              <w:t>0.5826244993886459</w:t>
            </w:r>
          </w:p>
        </w:tc>
        <w:tc>
          <w:tcPr>
            <w:tcW w:type="dxa" w:w="519"/>
            <w:vAlign w:val="center"/>
          </w:tcPr>
          <w:p>
            <w:r/>
            <w:r>
              <w:rPr>
                <w:rFonts w:ascii="Malgun Gothic" w:hAnsi="Malgun Gothic" w:eastAsia="Malgun Gothic"/>
                <w:b w:val="0"/>
                <w:sz w:val="14"/>
              </w:rPr>
              <w:t>0.5136217580265654</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-0.025259846885403836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0.0556679740548133</w:t>
            </w:r>
          </w:p>
        </w:tc>
        <w:tc>
          <w:tcPr>
            <w:tcW w:type="dxa" w:w="519"/>
            <w:vAlign w:val="center"/>
          </w:tcPr>
          <w:p>
            <w:r/>
            <w:r>
              <w:rPr>
                <w:rFonts w:ascii="Malgun Gothic" w:hAnsi="Malgun Gothic" w:eastAsia="Malgun Gothic"/>
                <w:b w:val="0"/>
                <w:sz w:val="14"/>
              </w:rPr>
              <w:t>175.20808180424984</w:t>
            </w:r>
          </w:p>
        </w:tc>
        <w:tc>
          <w:tcPr>
            <w:tcW w:type="dxa" w:w="519"/>
            <w:vAlign w:val="center"/>
          </w:tcPr>
          <w:p>
            <w:r/>
            <w:r>
              <w:rPr>
                <w:rFonts w:ascii="Malgun Gothic" w:hAnsi="Malgun Gothic" w:eastAsia="Malgun Gothic"/>
                <w:b w:val="0"/>
                <w:sz w:val="14"/>
              </w:rPr>
              <w:t>102.54545454545456</w:t>
            </w:r>
          </w:p>
        </w:tc>
        <w:tc>
          <w:tcPr>
            <w:tcW w:type="dxa" w:w="519"/>
            <w:vAlign w:val="center"/>
          </w:tcPr>
          <w:p>
            <w:r/>
            <w:r>
              <w:rPr>
                <w:rFonts w:ascii="Malgun Gothic" w:hAnsi="Malgun Gothic" w:eastAsia="Malgun Gothic"/>
                <w:b w:val="0"/>
                <w:sz w:val="14"/>
              </w:rPr>
              <w:t>82.5</w:t>
            </w:r>
          </w:p>
        </w:tc>
        <w:tc>
          <w:tcPr>
            <w:tcW w:type="dxa" w:w="519"/>
            <w:vAlign w:val="center"/>
          </w:tcPr>
          <w:p>
            <w:r/>
            <w:r>
              <w:rPr>
                <w:rFonts w:ascii="Malgun Gothic" w:hAnsi="Malgun Gothic" w:eastAsia="Malgun Gothic"/>
                <w:b w:val="0"/>
                <w:sz w:val="14"/>
              </w:rPr>
              <w:t>-0.4208810998148744</w:t>
            </w:r>
          </w:p>
        </w:tc>
        <w:tc>
          <w:tcPr>
            <w:tcW w:type="dxa" w:w="519"/>
            <w:vAlign w:val="center"/>
          </w:tcPr>
          <w:p>
            <w:r/>
            <w:r>
              <w:rPr>
                <w:rFonts w:ascii="Malgun Gothic" w:hAnsi="Malgun Gothic" w:eastAsia="Malgun Gothic"/>
                <w:b w:val="0"/>
                <w:sz w:val="14"/>
              </w:rPr>
              <w:t>-1.9610443860382982</w:t>
            </w:r>
          </w:p>
        </w:tc>
        <w:tc>
          <w:tcPr>
            <w:tcW w:type="dxa" w:w="519"/>
            <w:vAlign w:val="center"/>
          </w:tcPr>
          <w:p>
            <w:r/>
            <w:r>
              <w:rPr>
                <w:rFonts w:ascii="Malgun Gothic" w:hAnsi="Malgun Gothic" w:eastAsia="Malgun Gothic"/>
                <w:b w:val="0"/>
                <w:sz w:val="14"/>
              </w:rPr>
              <w:t>1.018334169709222</w:t>
            </w:r>
          </w:p>
        </w:tc>
        <w:tc>
          <w:tcPr>
            <w:tcW w:type="dxa" w:w="519"/>
            <w:vAlign w:val="center"/>
          </w:tcPr>
          <w:p>
            <w:r/>
            <w:r>
              <w:rPr>
                <w:rFonts w:ascii="Malgun Gothic" w:hAnsi="Malgun Gothic" w:eastAsia="Malgun Gothic"/>
                <w:b w:val="0"/>
                <w:sz w:val="14"/>
              </w:rPr>
              <w:t>-0.3772540978293541</w:t>
            </w:r>
          </w:p>
        </w:tc>
        <w:tc>
          <w:tcPr>
            <w:tcW w:type="dxa" w:w="519"/>
            <w:vAlign w:val="center"/>
          </w:tcPr>
          <w:p>
            <w:r/>
            <w:r>
              <w:rPr>
                <w:rFonts w:ascii="Malgun Gothic" w:hAnsi="Malgun Gothic" w:eastAsia="Malgun Gothic"/>
                <w:b w:val="0"/>
                <w:sz w:val="14"/>
              </w:rPr>
              <w:t>-0.4352113534933262</w:t>
            </w:r>
          </w:p>
        </w:tc>
        <w:tc>
          <w:tcPr>
            <w:tcW w:type="dxa" w:w="519"/>
            <w:vAlign w:val="center"/>
          </w:tcPr>
          <w:p>
            <w:r/>
            <w:r>
              <w:rPr>
                <w:rFonts w:ascii="Malgun Gothic" w:hAnsi="Malgun Gothic" w:eastAsia="Malgun Gothic"/>
                <w:b w:val="0"/>
                <w:sz w:val="14"/>
              </w:rPr>
              <w:t>0.2839855107080209</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-0.21605982695371917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 중간 948행은 전체 데이터 부록 ZIP에 원본으로 포함 ...</w:t>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r>
      <w:tr>
        <w:trPr>
          <w:cantSplit/>
        </w:trPr>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0.0500455312430858</w:t>
            </w:r>
          </w:p>
        </w:tc>
        <w:tc>
          <w:tcPr>
            <w:tcW w:type="dxa" w:w="519"/>
            <w:vAlign w:val="center"/>
          </w:tcPr>
          <w:p>
            <w:r/>
            <w:r>
              <w:rPr>
                <w:rFonts w:ascii="Malgun Gothic" w:hAnsi="Malgun Gothic" w:eastAsia="Malgun Gothic"/>
                <w:b w:val="0"/>
                <w:sz w:val="14"/>
              </w:rPr>
              <w:t>230.5595949974204</w:t>
            </w:r>
          </w:p>
        </w:tc>
        <w:tc>
          <w:tcPr>
            <w:tcW w:type="dxa" w:w="519"/>
            <w:vAlign w:val="center"/>
          </w:tcPr>
          <w:p>
            <w:r/>
            <w:r>
              <w:rPr>
                <w:rFonts w:ascii="Malgun Gothic" w:hAnsi="Malgun Gothic" w:eastAsia="Malgun Gothic"/>
                <w:b w:val="0"/>
                <w:sz w:val="14"/>
              </w:rPr>
              <w:t>108.5814360770578</w:t>
            </w:r>
          </w:p>
        </w:tc>
        <w:tc>
          <w:tcPr>
            <w:tcW w:type="dxa" w:w="519"/>
            <w:vAlign w:val="center"/>
          </w:tcPr>
          <w:p>
            <w:r/>
            <w:r>
              <w:rPr>
                <w:rFonts w:ascii="Malgun Gothic" w:hAnsi="Malgun Gothic" w:eastAsia="Malgun Gothic"/>
                <w:b w:val="0"/>
                <w:sz w:val="14"/>
              </w:rPr>
              <w:t>85.65</w:t>
            </w:r>
          </w:p>
        </w:tc>
        <w:tc>
          <w:tcPr>
            <w:tcW w:type="dxa" w:w="519"/>
            <w:vAlign w:val="center"/>
          </w:tcPr>
          <w:p>
            <w:r/>
            <w:r>
              <w:rPr>
                <w:rFonts w:ascii="Malgun Gothic" w:hAnsi="Malgun Gothic" w:eastAsia="Malgun Gothic"/>
                <w:b w:val="0"/>
                <w:sz w:val="14"/>
              </w:rPr>
              <w:t>-0.6133238924203713</w:t>
            </w:r>
          </w:p>
        </w:tc>
        <w:tc>
          <w:tcPr>
            <w:tcW w:type="dxa" w:w="519"/>
            <w:vAlign w:val="center"/>
          </w:tcPr>
          <w:p>
            <w:r/>
            <w:r>
              <w:rPr>
                <w:rFonts w:ascii="Malgun Gothic" w:hAnsi="Malgun Gothic" w:eastAsia="Malgun Gothic"/>
                <w:b w:val="0"/>
                <w:sz w:val="14"/>
              </w:rPr>
              <w:t>0.02593048178727322</w:t>
            </w:r>
          </w:p>
        </w:tc>
        <w:tc>
          <w:tcPr>
            <w:tcW w:type="dxa" w:w="519"/>
            <w:vAlign w:val="center"/>
          </w:tcPr>
          <w:p>
            <w:r/>
            <w:r>
              <w:rPr>
                <w:rFonts w:ascii="Malgun Gothic" w:hAnsi="Malgun Gothic" w:eastAsia="Malgun Gothic"/>
                <w:b w:val="0"/>
                <w:sz w:val="14"/>
              </w:rPr>
              <w:t>1.329179120511457</w:t>
            </w:r>
          </w:p>
        </w:tc>
        <w:tc>
          <w:tcPr>
            <w:tcW w:type="dxa" w:w="519"/>
            <w:vAlign w:val="center"/>
          </w:tcPr>
          <w:p>
            <w:r/>
            <w:r>
              <w:rPr>
                <w:rFonts w:ascii="Malgun Gothic" w:hAnsi="Malgun Gothic" w:eastAsia="Malgun Gothic"/>
                <w:b w:val="0"/>
                <w:sz w:val="14"/>
              </w:rPr>
              <w:t>-0.3587497892045614</w:t>
            </w:r>
          </w:p>
        </w:tc>
        <w:tc>
          <w:tcPr>
            <w:tcW w:type="dxa" w:w="519"/>
            <w:vAlign w:val="center"/>
          </w:tcPr>
          <w:p>
            <w:r/>
            <w:r>
              <w:rPr>
                <w:rFonts w:ascii="Malgun Gothic" w:hAnsi="Malgun Gothic" w:eastAsia="Malgun Gothic"/>
                <w:b w:val="0"/>
                <w:sz w:val="14"/>
              </w:rPr>
              <w:t>0.09575898016844935</w:t>
            </w:r>
          </w:p>
        </w:tc>
        <w:tc>
          <w:tcPr>
            <w:tcW w:type="dxa" w:w="519"/>
            <w:vAlign w:val="center"/>
          </w:tcPr>
          <w:p>
            <w:r/>
            <w:r>
              <w:rPr>
                <w:rFonts w:ascii="Malgun Gothic" w:hAnsi="Malgun Gothic" w:eastAsia="Malgun Gothic"/>
                <w:b w:val="0"/>
                <w:sz w:val="14"/>
              </w:rPr>
              <w:t>0.4037789278040333</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-0.1398652920611247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0.0606882981956005</w:t>
            </w:r>
          </w:p>
        </w:tc>
        <w:tc>
          <w:tcPr>
            <w:tcW w:type="dxa" w:w="519"/>
            <w:vAlign w:val="center"/>
          </w:tcPr>
          <w:p>
            <w:r/>
            <w:r>
              <w:rPr>
                <w:rFonts w:ascii="Malgun Gothic" w:hAnsi="Malgun Gothic" w:eastAsia="Malgun Gothic"/>
                <w:b w:val="0"/>
                <w:sz w:val="14"/>
              </w:rPr>
              <w:t>224.3616158851639</w:t>
            </w:r>
          </w:p>
        </w:tc>
        <w:tc>
          <w:tcPr>
            <w:tcW w:type="dxa" w:w="519"/>
            <w:vAlign w:val="center"/>
          </w:tcPr>
          <w:p>
            <w:r/>
            <w:r>
              <w:rPr>
                <w:rFonts w:ascii="Malgun Gothic" w:hAnsi="Malgun Gothic" w:eastAsia="Malgun Gothic"/>
                <w:b w:val="0"/>
                <w:sz w:val="14"/>
              </w:rPr>
              <w:t>88.95589898228421</w:t>
            </w:r>
          </w:p>
        </w:tc>
        <w:tc>
          <w:tcPr>
            <w:tcW w:type="dxa" w:w="519"/>
            <w:vAlign w:val="center"/>
          </w:tcPr>
          <w:p>
            <w:r/>
            <w:r>
              <w:rPr>
                <w:rFonts w:ascii="Malgun Gothic" w:hAnsi="Malgun Gothic" w:eastAsia="Malgun Gothic"/>
                <w:b w:val="0"/>
                <w:sz w:val="14"/>
              </w:rPr>
              <w:t>79.59</w:t>
            </w:r>
          </w:p>
        </w:tc>
        <w:tc>
          <w:tcPr>
            <w:tcW w:type="dxa" w:w="519"/>
            <w:vAlign w:val="center"/>
          </w:tcPr>
          <w:p>
            <w:r/>
            <w:r>
              <w:rPr>
                <w:rFonts w:ascii="Malgun Gothic" w:hAnsi="Malgun Gothic" w:eastAsia="Malgun Gothic"/>
                <w:b w:val="0"/>
                <w:sz w:val="14"/>
              </w:rPr>
              <w:t>-0.2490473916226451</w:t>
            </w:r>
          </w:p>
        </w:tc>
        <w:tc>
          <w:tcPr>
            <w:tcW w:type="dxa" w:w="519"/>
            <w:vAlign w:val="center"/>
          </w:tcPr>
          <w:p>
            <w:r/>
            <w:r>
              <w:rPr>
                <w:rFonts w:ascii="Malgun Gothic" w:hAnsi="Malgun Gothic" w:eastAsia="Malgun Gothic"/>
                <w:b w:val="0"/>
                <w:sz w:val="14"/>
              </w:rPr>
              <w:t>-0.19656079292065992</w:t>
            </w:r>
          </w:p>
        </w:tc>
        <w:tc>
          <w:tcPr>
            <w:tcW w:type="dxa" w:w="519"/>
            <w:vAlign w:val="center"/>
          </w:tcPr>
          <w:p>
            <w:r/>
            <w:r>
              <w:rPr>
                <w:rFonts w:ascii="Malgun Gothic" w:hAnsi="Malgun Gothic" w:eastAsia="Malgun Gothic"/>
                <w:b w:val="0"/>
                <w:sz w:val="14"/>
              </w:rPr>
              <w:t>0.3184902904096265</w:t>
            </w:r>
          </w:p>
        </w:tc>
        <w:tc>
          <w:tcPr>
            <w:tcW w:type="dxa" w:w="519"/>
            <w:vAlign w:val="center"/>
          </w:tcPr>
          <w:p>
            <w:r/>
            <w:r>
              <w:rPr>
                <w:rFonts w:ascii="Malgun Gothic" w:hAnsi="Malgun Gothic" w:eastAsia="Malgun Gothic"/>
                <w:b w:val="0"/>
                <w:sz w:val="14"/>
              </w:rPr>
              <w:t>-0.39434855436844823</w:t>
            </w:r>
          </w:p>
        </w:tc>
        <w:tc>
          <w:tcPr>
            <w:tcW w:type="dxa" w:w="519"/>
            <w:vAlign w:val="center"/>
          </w:tcPr>
          <w:p>
            <w:r/>
            <w:r>
              <w:rPr>
                <w:rFonts w:ascii="Malgun Gothic" w:hAnsi="Malgun Gothic" w:eastAsia="Malgun Gothic"/>
                <w:b w:val="0"/>
                <w:sz w:val="14"/>
              </w:rPr>
              <w:t>-0.1303666121255317</w:t>
            </w:r>
          </w:p>
        </w:tc>
        <w:tc>
          <w:tcPr>
            <w:tcW w:type="dxa" w:w="519"/>
            <w:vAlign w:val="center"/>
          </w:tcPr>
          <w:p>
            <w:r/>
            <w:r>
              <w:rPr>
                <w:rFonts w:ascii="Malgun Gothic" w:hAnsi="Malgun Gothic" w:eastAsia="Malgun Gothic"/>
                <w:b w:val="0"/>
                <w:sz w:val="14"/>
              </w:rPr>
              <w:t>0.3527622218292493</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-0.1718150460079242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0.0546061731874942</w:t>
            </w:r>
          </w:p>
        </w:tc>
        <w:tc>
          <w:tcPr>
            <w:tcW w:type="dxa" w:w="519"/>
            <w:vAlign w:val="center"/>
          </w:tcPr>
          <w:p>
            <w:r/>
            <w:r>
              <w:rPr>
                <w:rFonts w:ascii="Malgun Gothic" w:hAnsi="Malgun Gothic" w:eastAsia="Malgun Gothic"/>
                <w:b w:val="0"/>
                <w:sz w:val="14"/>
              </w:rPr>
              <w:t>230.7437267824737</w:t>
            </w:r>
          </w:p>
        </w:tc>
        <w:tc>
          <w:tcPr>
            <w:tcW w:type="dxa" w:w="519"/>
            <w:vAlign w:val="center"/>
          </w:tcPr>
          <w:p>
            <w:r/>
            <w:r>
              <w:rPr>
                <w:rFonts w:ascii="Malgun Gothic" w:hAnsi="Malgun Gothic" w:eastAsia="Malgun Gothic"/>
                <w:b w:val="0"/>
                <w:sz w:val="14"/>
              </w:rPr>
              <w:t>68.85322167946033</w:t>
            </w:r>
          </w:p>
        </w:tc>
        <w:tc>
          <w:tcPr>
            <w:tcW w:type="dxa" w:w="519"/>
            <w:vAlign w:val="center"/>
          </w:tcPr>
          <w:p>
            <w:r/>
            <w:r>
              <w:rPr>
                <w:rFonts w:ascii="Malgun Gothic" w:hAnsi="Malgun Gothic" w:eastAsia="Malgun Gothic"/>
                <w:b w:val="0"/>
                <w:sz w:val="14"/>
              </w:rPr>
              <w:t>515.88</w:t>
            </w:r>
          </w:p>
        </w:tc>
        <w:tc>
          <w:tcPr>
            <w:tcW w:type="dxa" w:w="519"/>
            <w:vAlign w:val="center"/>
          </w:tcPr>
          <w:p>
            <w:r/>
            <w:r>
              <w:rPr>
                <w:rFonts w:ascii="Malgun Gothic" w:hAnsi="Malgun Gothic" w:eastAsia="Malgun Gothic"/>
                <w:b w:val="0"/>
                <w:sz w:val="14"/>
              </w:rPr>
              <w:t>-0.45722400821611503</w:t>
            </w:r>
          </w:p>
        </w:tc>
        <w:tc>
          <w:tcPr>
            <w:tcW w:type="dxa" w:w="519"/>
            <w:vAlign w:val="center"/>
          </w:tcPr>
          <w:p>
            <w:r/>
            <w:r>
              <w:rPr>
                <w:rFonts w:ascii="Malgun Gothic" w:hAnsi="Malgun Gothic" w:eastAsia="Malgun Gothic"/>
                <w:b w:val="0"/>
                <w:sz w:val="14"/>
              </w:rPr>
              <w:t>0.03254033232544967</w:t>
            </w:r>
          </w:p>
        </w:tc>
        <w:tc>
          <w:tcPr>
            <w:tcW w:type="dxa" w:w="519"/>
            <w:vAlign w:val="center"/>
          </w:tcPr>
          <w:p>
            <w:r/>
            <w:r>
              <w:rPr>
                <w:rFonts w:ascii="Malgun Gothic" w:hAnsi="Malgun Gothic" w:eastAsia="Malgun Gothic"/>
                <w:b w:val="0"/>
                <w:sz w:val="14"/>
              </w:rPr>
              <w:t>-0.7167706202594823</w:t>
            </w:r>
          </w:p>
        </w:tc>
        <w:tc>
          <w:tcPr>
            <w:tcW w:type="dxa" w:w="519"/>
            <w:vAlign w:val="center"/>
          </w:tcPr>
          <w:p>
            <w:r/>
            <w:r>
              <w:rPr>
                <w:rFonts w:ascii="Malgun Gothic" w:hAnsi="Malgun Gothic" w:eastAsia="Malgun Gothic"/>
                <w:b w:val="0"/>
                <w:sz w:val="14"/>
              </w:rPr>
              <w:t>2.168586305920689</w:t>
            </w:r>
          </w:p>
        </w:tc>
        <w:tc>
          <w:tcPr>
            <w:tcW w:type="dxa" w:w="519"/>
            <w:vAlign w:val="center"/>
          </w:tcPr>
          <w:p>
            <w:r/>
            <w:r>
              <w:rPr>
                <w:rFonts w:ascii="Malgun Gothic" w:hAnsi="Malgun Gothic" w:eastAsia="Malgun Gothic"/>
                <w:b w:val="0"/>
                <w:sz w:val="14"/>
              </w:rPr>
              <w:t>0.25678300244263536</w:t>
            </w:r>
          </w:p>
        </w:tc>
        <w:tc>
          <w:tcPr>
            <w:tcW w:type="dxa" w:w="519"/>
            <w:vAlign w:val="center"/>
          </w:tcPr>
          <w:p>
            <w:r/>
            <w:r>
              <w:rPr>
                <w:rFonts w:ascii="Malgun Gothic" w:hAnsi="Malgun Gothic" w:eastAsia="Malgun Gothic"/>
                <w:b w:val="0"/>
                <w:sz w:val="14"/>
              </w:rPr>
              <w:t>0.4401079214217003</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0.015747809363713394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0.0626592934131622</w:t>
            </w:r>
          </w:p>
        </w:tc>
        <w:tc>
          <w:tcPr>
            <w:tcW w:type="dxa" w:w="519"/>
            <w:vAlign w:val="center"/>
          </w:tcPr>
          <w:p>
            <w:r/>
            <w:r>
              <w:rPr>
                <w:rFonts w:ascii="Malgun Gothic" w:hAnsi="Malgun Gothic" w:eastAsia="Malgun Gothic"/>
                <w:b w:val="0"/>
                <w:sz w:val="14"/>
              </w:rPr>
              <w:t>231.8123926761084</w:t>
            </w:r>
          </w:p>
        </w:tc>
        <w:tc>
          <w:tcPr>
            <w:tcW w:type="dxa" w:w="519"/>
            <w:vAlign w:val="center"/>
          </w:tcPr>
          <w:p>
            <w:r/>
            <w:r>
              <w:rPr>
                <w:rFonts w:ascii="Malgun Gothic" w:hAnsi="Malgun Gothic" w:eastAsia="Malgun Gothic"/>
                <w:b w:val="0"/>
                <w:sz w:val="14"/>
              </w:rPr>
              <w:t>96.22388345792602</w:t>
            </w:r>
          </w:p>
        </w:tc>
        <w:tc>
          <w:tcPr>
            <w:tcW w:type="dxa" w:w="519"/>
            <w:vAlign w:val="center"/>
          </w:tcPr>
          <w:p>
            <w:r/>
            <w:r>
              <w:rPr>
                <w:rFonts w:ascii="Malgun Gothic" w:hAnsi="Malgun Gothic" w:eastAsia="Malgun Gothic"/>
                <w:b w:val="0"/>
                <w:sz w:val="14"/>
              </w:rPr>
              <w:t>156.51</w:t>
            </w:r>
          </w:p>
        </w:tc>
        <w:tc>
          <w:tcPr>
            <w:tcW w:type="dxa" w:w="519"/>
            <w:vAlign w:val="center"/>
          </w:tcPr>
          <w:p>
            <w:r/>
            <w:r>
              <w:rPr>
                <w:rFonts w:ascii="Malgun Gothic" w:hAnsi="Malgun Gothic" w:eastAsia="Malgun Gothic"/>
                <w:b w:val="0"/>
                <w:sz w:val="14"/>
              </w:rPr>
              <w:t>-0.18158493151749533</w:t>
            </w:r>
          </w:p>
        </w:tc>
        <w:tc>
          <w:tcPr>
            <w:tcW w:type="dxa" w:w="519"/>
            <w:vAlign w:val="center"/>
          </w:tcPr>
          <w:p>
            <w:r/>
            <w:r>
              <w:rPr>
                <w:rFonts w:ascii="Malgun Gothic" w:hAnsi="Malgun Gothic" w:eastAsia="Malgun Gothic"/>
                <w:b w:val="0"/>
                <w:sz w:val="14"/>
              </w:rPr>
              <w:t>0.07090264891368939</w:t>
            </w:r>
          </w:p>
        </w:tc>
        <w:tc>
          <w:tcPr>
            <w:tcW w:type="dxa" w:w="519"/>
            <w:vAlign w:val="center"/>
          </w:tcPr>
          <w:p>
            <w:r/>
            <w:r>
              <w:rPr>
                <w:rFonts w:ascii="Malgun Gothic" w:hAnsi="Malgun Gothic" w:eastAsia="Malgun Gothic"/>
                <w:b w:val="0"/>
                <w:sz w:val="14"/>
              </w:rPr>
              <w:t>0.692781739933364</w:t>
            </w:r>
          </w:p>
        </w:tc>
        <w:tc>
          <w:tcPr>
            <w:tcW w:type="dxa" w:w="519"/>
            <w:vAlign w:val="center"/>
          </w:tcPr>
          <w:p>
            <w:r/>
            <w:r>
              <w:rPr>
                <w:rFonts w:ascii="Malgun Gothic" w:hAnsi="Malgun Gothic" w:eastAsia="Malgun Gothic"/>
                <w:b w:val="0"/>
                <w:sz w:val="14"/>
              </w:rPr>
              <w:t>0.057509039097916846</w:t>
            </w:r>
          </w:p>
        </w:tc>
        <w:tc>
          <w:tcPr>
            <w:tcW w:type="dxa" w:w="519"/>
            <w:vAlign w:val="center"/>
          </w:tcPr>
          <w:p>
            <w:r/>
            <w:r>
              <w:rPr>
                <w:rFonts w:ascii="Malgun Gothic" w:hAnsi="Malgun Gothic" w:eastAsia="Malgun Gothic"/>
                <w:b w:val="0"/>
                <w:sz w:val="14"/>
              </w:rPr>
              <w:t>0.15990212410686871</w:t>
            </w:r>
          </w:p>
        </w:tc>
        <w:tc>
          <w:tcPr>
            <w:tcW w:type="dxa" w:w="519"/>
            <w:vAlign w:val="center"/>
          </w:tcPr>
          <w:p>
            <w:r/>
            <w:r>
              <w:rPr>
                <w:rFonts w:ascii="Malgun Gothic" w:hAnsi="Malgun Gothic" w:eastAsia="Malgun Gothic"/>
                <w:b w:val="0"/>
                <w:sz w:val="14"/>
              </w:rPr>
              <w:t>0.41825040748666137</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-0.11245110434101763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0.0936460345983505</w:t>
            </w:r>
          </w:p>
        </w:tc>
        <w:tc>
          <w:tcPr>
            <w:tcW w:type="dxa" w:w="519"/>
            <w:vAlign w:val="center"/>
          </w:tcPr>
          <w:p>
            <w:r/>
            <w:r>
              <w:rPr>
                <w:rFonts w:ascii="Malgun Gothic" w:hAnsi="Malgun Gothic" w:eastAsia="Malgun Gothic"/>
                <w:b w:val="0"/>
                <w:sz w:val="14"/>
              </w:rPr>
              <w:t>238.75395130487453</w:t>
            </w:r>
          </w:p>
        </w:tc>
        <w:tc>
          <w:tcPr>
            <w:tcW w:type="dxa" w:w="519"/>
            <w:vAlign w:val="center"/>
          </w:tcPr>
          <w:p>
            <w:r/>
            <w:r>
              <w:rPr>
                <w:rFonts w:ascii="Malgun Gothic" w:hAnsi="Malgun Gothic" w:eastAsia="Malgun Gothic"/>
                <w:b w:val="0"/>
                <w:sz w:val="14"/>
              </w:rPr>
              <w:t>70.95238095238095</w:t>
            </w:r>
          </w:p>
        </w:tc>
        <w:tc>
          <w:tcPr>
            <w:tcW w:type="dxa" w:w="519"/>
            <w:vAlign w:val="center"/>
          </w:tcPr>
          <w:p>
            <w:r/>
            <w:r>
              <w:rPr>
                <w:rFonts w:ascii="Malgun Gothic" w:hAnsi="Malgun Gothic" w:eastAsia="Malgun Gothic"/>
                <w:b w:val="0"/>
                <w:sz w:val="14"/>
              </w:rPr>
              <w:t>126.0</w:t>
            </w:r>
          </w:p>
        </w:tc>
        <w:tc>
          <w:tcPr>
            <w:tcW w:type="dxa" w:w="519"/>
            <w:vAlign w:val="center"/>
          </w:tcPr>
          <w:p>
            <w:r/>
            <w:r>
              <w:rPr>
                <w:rFonts w:ascii="Malgun Gothic" w:hAnsi="Malgun Gothic" w:eastAsia="Malgun Gothic"/>
                <w:b w:val="0"/>
                <w:sz w:val="14"/>
              </w:rPr>
              <w:t>0.8790172314752854</w:t>
            </w:r>
          </w:p>
        </w:tc>
        <w:tc>
          <w:tcPr>
            <w:tcW w:type="dxa" w:w="519"/>
            <w:vAlign w:val="center"/>
          </w:tcPr>
          <w:p>
            <w:r/>
            <w:r>
              <w:rPr>
                <w:rFonts w:ascii="Malgun Gothic" w:hAnsi="Malgun Gothic" w:eastAsia="Malgun Gothic"/>
                <w:b w:val="0"/>
                <w:sz w:val="14"/>
              </w:rPr>
              <w:t>0.32008648767815207</w:t>
            </w:r>
          </w:p>
        </w:tc>
        <w:tc>
          <w:tcPr>
            <w:tcW w:type="dxa" w:w="519"/>
            <w:vAlign w:val="center"/>
          </w:tcPr>
          <w:p>
            <w:r/>
            <w:r>
              <w:rPr>
                <w:rFonts w:ascii="Malgun Gothic" w:hAnsi="Malgun Gothic" w:eastAsia="Malgun Gothic"/>
                <w:b w:val="0"/>
                <w:sz w:val="14"/>
              </w:rPr>
              <w:t>-0.6086667340065787</w:t>
            </w:r>
          </w:p>
        </w:tc>
        <w:tc>
          <w:tcPr>
            <w:tcW w:type="dxa" w:w="519"/>
            <w:vAlign w:val="center"/>
          </w:tcPr>
          <w:p>
            <w:r/>
            <w:r>
              <w:rPr>
                <w:rFonts w:ascii="Malgun Gothic" w:hAnsi="Malgun Gothic" w:eastAsia="Malgun Gothic"/>
                <w:b w:val="0"/>
                <w:sz w:val="14"/>
              </w:rPr>
              <w:t>-0.1217184072965033</w:t>
            </w:r>
          </w:p>
        </w:tc>
        <w:tc>
          <w:tcPr>
            <w:tcW w:type="dxa" w:w="519"/>
            <w:vAlign w:val="center"/>
          </w:tcPr>
          <w:p>
            <w:r/>
            <w:r>
              <w:rPr>
                <w:rFonts w:ascii="Malgun Gothic" w:hAnsi="Malgun Gothic" w:eastAsia="Malgun Gothic"/>
                <w:b w:val="0"/>
                <w:sz w:val="14"/>
              </w:rPr>
              <w:t>0.11717964446258888</w:t>
            </w:r>
          </w:p>
        </w:tc>
        <w:tc>
          <w:tcPr>
            <w:tcW w:type="dxa" w:w="519"/>
            <w:vAlign w:val="center"/>
          </w:tcPr>
          <w:p>
            <w:r/>
            <w:r>
              <w:rPr>
                <w:rFonts w:ascii="Malgun Gothic" w:hAnsi="Malgun Gothic" w:eastAsia="Malgun Gothic"/>
                <w:b w:val="0"/>
                <w:sz w:val="14"/>
              </w:rPr>
              <w:t>0.4086116922912035</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-0.13296598923817732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0.0369009189307689</w:t>
            </w:r>
          </w:p>
        </w:tc>
        <w:tc>
          <w:tcPr>
            <w:tcW w:type="dxa" w:w="519"/>
            <w:vAlign w:val="center"/>
          </w:tcPr>
          <w:p>
            <w:r/>
            <w:r>
              <w:rPr>
                <w:rFonts w:ascii="Malgun Gothic" w:hAnsi="Malgun Gothic" w:eastAsia="Malgun Gothic"/>
                <w:b w:val="0"/>
                <w:sz w:val="14"/>
              </w:rPr>
              <w:t>237.52382989708173</w:t>
            </w:r>
          </w:p>
        </w:tc>
        <w:tc>
          <w:tcPr>
            <w:tcW w:type="dxa" w:w="519"/>
            <w:vAlign w:val="center"/>
          </w:tcPr>
          <w:p>
            <w:r/>
            <w:r>
              <w:rPr>
                <w:rFonts w:ascii="Malgun Gothic" w:hAnsi="Malgun Gothic" w:eastAsia="Malgun Gothic"/>
                <w:b w:val="0"/>
                <w:sz w:val="14"/>
              </w:rPr>
              <w:t>91.88361408882082</w:t>
            </w:r>
          </w:p>
        </w:tc>
        <w:tc>
          <w:tcPr>
            <w:tcW w:type="dxa" w:w="519"/>
            <w:vAlign w:val="center"/>
          </w:tcPr>
          <w:p>
            <w:r/>
            <w:r>
              <w:rPr>
                <w:rFonts w:ascii="Malgun Gothic" w:hAnsi="Malgun Gothic" w:eastAsia="Malgun Gothic"/>
                <w:b w:val="0"/>
                <w:sz w:val="14"/>
              </w:rPr>
              <w:t>58.77</w:t>
            </w:r>
          </w:p>
        </w:tc>
        <w:tc>
          <w:tcPr>
            <w:tcW w:type="dxa" w:w="519"/>
            <w:vAlign w:val="center"/>
          </w:tcPr>
          <w:p>
            <w:r/>
            <w:r>
              <w:rPr>
                <w:rFonts w:ascii="Malgun Gothic" w:hAnsi="Malgun Gothic" w:eastAsia="Malgun Gothic"/>
                <w:b w:val="0"/>
                <w:sz w:val="14"/>
              </w:rPr>
              <w:t>-1.0632325861686756</w:t>
            </w:r>
          </w:p>
        </w:tc>
        <w:tc>
          <w:tcPr>
            <w:tcW w:type="dxa" w:w="519"/>
            <w:vAlign w:val="center"/>
          </w:tcPr>
          <w:p>
            <w:r/>
            <w:r>
              <w:rPr>
                <w:rFonts w:ascii="Malgun Gothic" w:hAnsi="Malgun Gothic" w:eastAsia="Malgun Gothic"/>
                <w:b w:val="0"/>
                <w:sz w:val="14"/>
              </w:rPr>
              <w:t>0.2759283394965754</w:t>
            </w:r>
          </w:p>
        </w:tc>
        <w:tc>
          <w:tcPr>
            <w:tcW w:type="dxa" w:w="519"/>
            <w:vAlign w:val="center"/>
          </w:tcPr>
          <w:p>
            <w:r/>
            <w:r>
              <w:rPr>
                <w:rFonts w:ascii="Malgun Gothic" w:hAnsi="Malgun Gothic" w:eastAsia="Malgun Gothic"/>
                <w:b w:val="0"/>
                <w:sz w:val="14"/>
              </w:rPr>
              <w:t>0.4692636904754492</w:t>
            </w:r>
          </w:p>
        </w:tc>
        <w:tc>
          <w:tcPr>
            <w:tcW w:type="dxa" w:w="519"/>
            <w:vAlign w:val="center"/>
          </w:tcPr>
          <w:p>
            <w:r/>
            <w:r>
              <w:rPr>
                <w:rFonts w:ascii="Malgun Gothic" w:hAnsi="Malgun Gothic" w:eastAsia="Malgun Gothic"/>
                <w:b w:val="0"/>
                <w:sz w:val="14"/>
              </w:rPr>
              <w:t>-0.5166532228027919</w:t>
            </w:r>
          </w:p>
        </w:tc>
        <w:tc>
          <w:tcPr>
            <w:tcW w:type="dxa" w:w="519"/>
            <w:vAlign w:val="center"/>
          </w:tcPr>
          <w:p>
            <w:r/>
            <w:r>
              <w:rPr>
                <w:rFonts w:ascii="Malgun Gothic" w:hAnsi="Malgun Gothic" w:eastAsia="Malgun Gothic"/>
                <w:b w:val="0"/>
                <w:sz w:val="14"/>
              </w:rPr>
              <w:t>-0.20867344474986071</w:t>
            </w:r>
          </w:p>
        </w:tc>
        <w:tc>
          <w:tcPr>
            <w:tcW w:type="dxa" w:w="519"/>
            <w:vAlign w:val="center"/>
          </w:tcPr>
          <w:p>
            <w:r/>
            <w:r>
              <w:rPr>
                <w:rFonts w:ascii="Malgun Gothic" w:hAnsi="Malgun Gothic" w:eastAsia="Malgun Gothic"/>
                <w:b w:val="0"/>
                <w:sz w:val="14"/>
              </w:rPr>
              <w:t>0.3350952403289057</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-0.17882886762417038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0.0424245782196521</w:t>
            </w:r>
          </w:p>
        </w:tc>
        <w:tc>
          <w:tcPr>
            <w:tcW w:type="dxa" w:w="519"/>
            <w:vAlign w:val="center"/>
          </w:tcPr>
          <w:p>
            <w:r/>
            <w:r>
              <w:rPr>
                <w:rFonts w:ascii="Malgun Gothic" w:hAnsi="Malgun Gothic" w:eastAsia="Malgun Gothic"/>
                <w:b w:val="0"/>
                <w:sz w:val="14"/>
              </w:rPr>
              <w:t>223.4779198335052</w:t>
            </w:r>
          </w:p>
        </w:tc>
        <w:tc>
          <w:tcPr>
            <w:tcW w:type="dxa" w:w="519"/>
            <w:vAlign w:val="center"/>
          </w:tcPr>
          <w:p>
            <w:r/>
            <w:r>
              <w:rPr>
                <w:rFonts w:ascii="Malgun Gothic" w:hAnsi="Malgun Gothic" w:eastAsia="Malgun Gothic"/>
                <w:b w:val="0"/>
                <w:sz w:val="14"/>
              </w:rPr>
              <w:t>87.10407239819004</w:t>
            </w:r>
          </w:p>
        </w:tc>
        <w:tc>
          <w:tcPr>
            <w:tcW w:type="dxa" w:w="519"/>
            <w:vAlign w:val="center"/>
          </w:tcPr>
          <w:p>
            <w:r/>
            <w:r>
              <w:rPr>
                <w:rFonts w:ascii="Malgun Gothic" w:hAnsi="Malgun Gothic" w:eastAsia="Malgun Gothic"/>
                <w:b w:val="0"/>
                <w:sz w:val="14"/>
              </w:rPr>
              <w:t>53.04</w:t>
            </w:r>
          </w:p>
        </w:tc>
        <w:tc>
          <w:tcPr>
            <w:tcW w:type="dxa" w:w="519"/>
            <w:vAlign w:val="center"/>
          </w:tcPr>
          <w:p>
            <w:r/>
            <w:r>
              <w:rPr>
                <w:rFonts w:ascii="Malgun Gothic" w:hAnsi="Malgun Gothic" w:eastAsia="Malgun Gothic"/>
                <w:b w:val="0"/>
                <w:sz w:val="14"/>
              </w:rPr>
              <w:t>-0.8741709176823806</w:t>
            </w:r>
          </w:p>
        </w:tc>
        <w:tc>
          <w:tcPr>
            <w:tcW w:type="dxa" w:w="519"/>
            <w:vAlign w:val="center"/>
          </w:tcPr>
          <w:p>
            <w:r/>
            <w:r>
              <w:rPr>
                <w:rFonts w:ascii="Malgun Gothic" w:hAnsi="Malgun Gothic" w:eastAsia="Malgun Gothic"/>
                <w:b w:val="0"/>
                <w:sz w:val="14"/>
              </w:rPr>
              <w:t>-0.22828317491434943</w:t>
            </w:r>
          </w:p>
        </w:tc>
        <w:tc>
          <w:tcPr>
            <w:tcW w:type="dxa" w:w="519"/>
            <w:vAlign w:val="center"/>
          </w:tcPr>
          <w:p>
            <w:r/>
            <w:r>
              <w:rPr>
                <w:rFonts w:ascii="Malgun Gothic" w:hAnsi="Malgun Gothic" w:eastAsia="Malgun Gothic"/>
                <w:b w:val="0"/>
                <w:sz w:val="14"/>
              </w:rPr>
              <w:t>0.2231237058014514</w:t>
            </w:r>
          </w:p>
        </w:tc>
        <w:tc>
          <w:tcPr>
            <w:tcW w:type="dxa" w:w="519"/>
            <w:vAlign w:val="center"/>
          </w:tcPr>
          <w:p>
            <w:r/>
            <w:r>
              <w:rPr>
                <w:rFonts w:ascii="Malgun Gothic" w:hAnsi="Malgun Gothic" w:eastAsia="Malgun Gothic"/>
                <w:b w:val="0"/>
                <w:sz w:val="14"/>
              </w:rPr>
              <w:t>-0.5503134413488434</w:t>
            </w:r>
          </w:p>
        </w:tc>
        <w:tc>
          <w:tcPr>
            <w:tcW w:type="dxa" w:w="519"/>
            <w:vAlign w:val="center"/>
          </w:tcPr>
          <w:p>
            <w:r/>
            <w:r>
              <w:rPr>
                <w:rFonts w:ascii="Malgun Gothic" w:hAnsi="Malgun Gothic" w:eastAsia="Malgun Gothic"/>
                <w:b w:val="0"/>
                <w:sz w:val="14"/>
              </w:rPr>
              <w:t>-0.35741095703603054</w:t>
            </w:r>
          </w:p>
        </w:tc>
        <w:tc>
          <w:tcPr>
            <w:tcW w:type="dxa" w:w="519"/>
            <w:vAlign w:val="center"/>
          </w:tcPr>
          <w:p>
            <w:r/>
            <w:r>
              <w:rPr>
                <w:rFonts w:ascii="Malgun Gothic" w:hAnsi="Malgun Gothic" w:eastAsia="Malgun Gothic"/>
                <w:b w:val="0"/>
                <w:sz w:val="14"/>
              </w:rPr>
              <w:t>0.3015382340000546</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-0.20233630329859614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0.0403904914855957</w:t>
            </w:r>
          </w:p>
        </w:tc>
        <w:tc>
          <w:tcPr>
            <w:tcW w:type="dxa" w:w="519"/>
            <w:vAlign w:val="center"/>
          </w:tcPr>
          <w:p>
            <w:r/>
            <w:r>
              <w:rPr>
                <w:rFonts w:ascii="Malgun Gothic" w:hAnsi="Malgun Gothic" w:eastAsia="Malgun Gothic"/>
                <w:b w:val="0"/>
                <w:sz w:val="14"/>
              </w:rPr>
              <w:t>249.06888532105592</w:t>
            </w:r>
          </w:p>
        </w:tc>
        <w:tc>
          <w:tcPr>
            <w:tcW w:type="dxa" w:w="519"/>
            <w:vAlign w:val="center"/>
          </w:tcPr>
          <w:p>
            <w:r/>
            <w:r>
              <w:rPr>
                <w:rFonts w:ascii="Malgun Gothic" w:hAnsi="Malgun Gothic" w:eastAsia="Malgun Gothic"/>
                <w:b w:val="0"/>
                <w:sz w:val="14"/>
              </w:rPr>
              <w:t>98.326359832636</w:t>
            </w:r>
          </w:p>
        </w:tc>
        <w:tc>
          <w:tcPr>
            <w:tcW w:type="dxa" w:w="519"/>
            <w:vAlign w:val="center"/>
          </w:tcPr>
          <w:p>
            <w:r/>
            <w:r>
              <w:rPr>
                <w:rFonts w:ascii="Malgun Gothic" w:hAnsi="Malgun Gothic" w:eastAsia="Malgun Gothic"/>
                <w:b w:val="0"/>
                <w:sz w:val="14"/>
              </w:rPr>
              <w:t>28.68</w:t>
            </w:r>
          </w:p>
        </w:tc>
        <w:tc>
          <w:tcPr>
            <w:tcW w:type="dxa" w:w="519"/>
            <w:vAlign w:val="center"/>
          </w:tcPr>
          <w:p>
            <w:r/>
            <w:r>
              <w:rPr>
                <w:rFonts w:ascii="Malgun Gothic" w:hAnsi="Malgun Gothic" w:eastAsia="Malgun Gothic"/>
                <w:b w:val="0"/>
                <w:sz w:val="14"/>
              </w:rPr>
              <w:t>-0.9437928497520348</w:t>
            </w:r>
          </w:p>
        </w:tc>
        <w:tc>
          <w:tcPr>
            <w:tcW w:type="dxa" w:w="519"/>
            <w:vAlign w:val="center"/>
          </w:tcPr>
          <w:p>
            <w:r/>
            <w:r>
              <w:rPr>
                <w:rFonts w:ascii="Malgun Gothic" w:hAnsi="Malgun Gothic" w:eastAsia="Malgun Gothic"/>
                <w:b w:val="0"/>
                <w:sz w:val="14"/>
              </w:rPr>
              <w:t>0.6903656990504673</w:t>
            </w:r>
          </w:p>
        </w:tc>
        <w:tc>
          <w:tcPr>
            <w:tcW w:type="dxa" w:w="519"/>
            <w:vAlign w:val="center"/>
          </w:tcPr>
          <w:p>
            <w:r/>
            <w:r>
              <w:rPr>
                <w:rFonts w:ascii="Malgun Gothic" w:hAnsi="Malgun Gothic" w:eastAsia="Malgun Gothic"/>
                <w:b w:val="0"/>
                <w:sz w:val="14"/>
              </w:rPr>
              <w:t>0.8010564524780849</w:t>
            </w:r>
          </w:p>
        </w:tc>
        <w:tc>
          <w:tcPr>
            <w:tcW w:type="dxa" w:w="519"/>
            <w:vAlign w:val="center"/>
          </w:tcPr>
          <w:p>
            <w:r/>
            <w:r>
              <w:rPr>
                <w:rFonts w:ascii="Malgun Gothic" w:hAnsi="Malgun Gothic" w:eastAsia="Malgun Gothic"/>
                <w:b w:val="0"/>
                <w:sz w:val="14"/>
              </w:rPr>
              <w:t>-0.6934134280472398</w:t>
            </w:r>
          </w:p>
        </w:tc>
        <w:tc>
          <w:tcPr>
            <w:tcW w:type="dxa" w:w="519"/>
            <w:vAlign w:val="center"/>
          </w:tcPr>
          <w:p>
            <w:r/>
            <w:r>
              <w:rPr>
                <w:rFonts w:ascii="Malgun Gothic" w:hAnsi="Malgun Gothic" w:eastAsia="Malgun Gothic"/>
                <w:b w:val="0"/>
                <w:sz w:val="14"/>
              </w:rPr>
              <w:t>-0.036446031567680615</w:t>
            </w:r>
          </w:p>
        </w:tc>
        <w:tc>
          <w:tcPr>
            <w:tcW w:type="dxa" w:w="519"/>
            <w:vAlign w:val="center"/>
          </w:tcPr>
          <w:p>
            <w:r/>
            <w:r>
              <w:rPr>
                <w:rFonts w:ascii="Malgun Gothic" w:hAnsi="Malgun Gothic" w:eastAsia="Malgun Gothic"/>
                <w:b w:val="0"/>
                <w:sz w:val="14"/>
              </w:rPr>
              <w:t>0.37395185629163935</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-0.1668373683668915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0.0656273290514946</w:t>
            </w:r>
          </w:p>
        </w:tc>
        <w:tc>
          <w:tcPr>
            <w:tcW w:type="dxa" w:w="519"/>
            <w:vAlign w:val="center"/>
          </w:tcPr>
          <w:p>
            <w:r/>
            <w:r>
              <w:rPr>
                <w:rFonts w:ascii="Malgun Gothic" w:hAnsi="Malgun Gothic" w:eastAsia="Malgun Gothic"/>
                <w:b w:val="0"/>
                <w:sz w:val="14"/>
              </w:rPr>
              <w:t>256.6302502247697</w:t>
            </w:r>
          </w:p>
        </w:tc>
        <w:tc>
          <w:tcPr>
            <w:tcW w:type="dxa" w:w="519"/>
            <w:vAlign w:val="center"/>
          </w:tcPr>
          <w:p>
            <w:r/>
            <w:r>
              <w:rPr>
                <w:rFonts w:ascii="Malgun Gothic" w:hAnsi="Malgun Gothic" w:eastAsia="Malgun Gothic"/>
                <w:b w:val="0"/>
                <w:sz w:val="14"/>
              </w:rPr>
              <w:t>111.94029850746269</w:t>
            </w:r>
          </w:p>
        </w:tc>
        <w:tc>
          <w:tcPr>
            <w:tcW w:type="dxa" w:w="519"/>
            <w:vAlign w:val="center"/>
          </w:tcPr>
          <w:p>
            <w:r/>
            <w:r>
              <w:rPr>
                <w:rFonts w:ascii="Malgun Gothic" w:hAnsi="Malgun Gothic" w:eastAsia="Malgun Gothic"/>
                <w:b w:val="0"/>
                <w:sz w:val="14"/>
              </w:rPr>
              <w:t>40.2</w:t>
            </w:r>
          </w:p>
        </w:tc>
        <w:tc>
          <w:tcPr>
            <w:tcW w:type="dxa" w:w="519"/>
            <w:vAlign w:val="center"/>
          </w:tcPr>
          <w:p>
            <w:r/>
            <w:r>
              <w:rPr>
                <w:rFonts w:ascii="Malgun Gothic" w:hAnsi="Malgun Gothic" w:eastAsia="Malgun Gothic"/>
                <w:b w:val="0"/>
                <w:sz w:val="14"/>
              </w:rPr>
              <w:t>-0.07999615846640405</w:t>
            </w:r>
          </w:p>
        </w:tc>
        <w:tc>
          <w:tcPr>
            <w:tcW w:type="dxa" w:w="519"/>
            <w:vAlign w:val="center"/>
          </w:tcPr>
          <w:p>
            <w:r/>
            <w:r>
              <w:rPr>
                <w:rFonts w:ascii="Malgun Gothic" w:hAnsi="Malgun Gothic" w:eastAsia="Malgun Gothic"/>
                <w:b w:val="0"/>
                <w:sz w:val="14"/>
              </w:rPr>
              <w:t>0.9617989655215167</w:t>
            </w:r>
          </w:p>
        </w:tc>
        <w:tc>
          <w:tcPr>
            <w:tcW w:type="dxa" w:w="519"/>
            <w:vAlign w:val="center"/>
          </w:tcPr>
          <w:p>
            <w:r/>
            <w:r>
              <w:rPr>
                <w:rFonts w:ascii="Malgun Gothic" w:hAnsi="Malgun Gothic" w:eastAsia="Malgun Gothic"/>
                <w:b w:val="0"/>
                <w:sz w:val="14"/>
              </w:rPr>
              <w:t>1.5021560293147809</w:t>
            </w:r>
          </w:p>
        </w:tc>
        <w:tc>
          <w:tcPr>
            <w:tcW w:type="dxa" w:w="519"/>
            <w:vAlign w:val="center"/>
          </w:tcPr>
          <w:p>
            <w:r/>
            <w:r>
              <w:rPr>
                <w:rFonts w:ascii="Malgun Gothic" w:hAnsi="Malgun Gothic" w:eastAsia="Malgun Gothic"/>
                <w:b w:val="0"/>
                <w:sz w:val="14"/>
              </w:rPr>
              <w:t>-0.6257405279337125</w:t>
            </w:r>
          </w:p>
        </w:tc>
        <w:tc>
          <w:tcPr>
            <w:tcW w:type="dxa" w:w="519"/>
            <w:vAlign w:val="center"/>
          </w:tcPr>
          <w:p>
            <w:r/>
            <w:r>
              <w:rPr>
                <w:rFonts w:ascii="Malgun Gothic" w:hAnsi="Malgun Gothic" w:eastAsia="Malgun Gothic"/>
                <w:b w:val="0"/>
                <w:sz w:val="14"/>
              </w:rPr>
              <w:t>0.4395545771090453</w:t>
            </w:r>
          </w:p>
        </w:tc>
        <w:tc>
          <w:tcPr>
            <w:tcW w:type="dxa" w:w="519"/>
            <w:vAlign w:val="center"/>
          </w:tcPr>
          <w:p>
            <w:r/>
            <w:r>
              <w:rPr>
                <w:rFonts w:ascii="Malgun Gothic" w:hAnsi="Malgun Gothic" w:eastAsia="Malgun Gothic"/>
                <w:b w:val="0"/>
                <w:sz w:val="14"/>
              </w:rPr>
              <w:t>0.48134342948919073</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-0.11259839667380789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0.0551260747015476</w:t>
            </w:r>
          </w:p>
        </w:tc>
        <w:tc>
          <w:tcPr>
            <w:tcW w:type="dxa" w:w="519"/>
            <w:vAlign w:val="center"/>
          </w:tcPr>
          <w:p>
            <w:r/>
            <w:r>
              <w:rPr>
                <w:rFonts w:ascii="Malgun Gothic" w:hAnsi="Malgun Gothic" w:eastAsia="Malgun Gothic"/>
                <w:b w:val="0"/>
                <w:sz w:val="14"/>
              </w:rPr>
              <w:t>229.3614672475256</w:t>
            </w:r>
          </w:p>
        </w:tc>
        <w:tc>
          <w:tcPr>
            <w:tcW w:type="dxa" w:w="519"/>
            <w:vAlign w:val="center"/>
          </w:tcPr>
          <w:p>
            <w:r/>
            <w:r>
              <w:rPr>
                <w:rFonts w:ascii="Malgun Gothic" w:hAnsi="Malgun Gothic" w:eastAsia="Malgun Gothic"/>
                <w:b w:val="0"/>
                <w:sz w:val="14"/>
              </w:rPr>
              <w:t>93.17166560306318</w:t>
            </w:r>
          </w:p>
        </w:tc>
        <w:tc>
          <w:tcPr>
            <w:tcW w:type="dxa" w:w="519"/>
            <w:vAlign w:val="center"/>
          </w:tcPr>
          <w:p>
            <w:r/>
            <w:r>
              <w:rPr>
                <w:rFonts w:ascii="Malgun Gothic" w:hAnsi="Malgun Gothic" w:eastAsia="Malgun Gothic"/>
                <w:b w:val="0"/>
                <w:sz w:val="14"/>
              </w:rPr>
              <w:t>47.01</w:t>
            </w:r>
          </w:p>
        </w:tc>
        <w:tc>
          <w:tcPr>
            <w:tcW w:type="dxa" w:w="519"/>
            <w:vAlign w:val="center"/>
          </w:tcPr>
          <w:p>
            <w:r/>
            <w:r>
              <w:rPr>
                <w:rFonts w:ascii="Malgun Gothic" w:hAnsi="Malgun Gothic" w:eastAsia="Malgun Gothic"/>
                <w:b w:val="0"/>
                <w:sz w:val="14"/>
              </w:rPr>
              <w:t>-0.43942902077123225</w:t>
            </w:r>
          </w:p>
        </w:tc>
        <w:tc>
          <w:tcPr>
            <w:tcW w:type="dxa" w:w="519"/>
            <w:vAlign w:val="center"/>
          </w:tcPr>
          <w:p>
            <w:r/>
            <w:r>
              <w:rPr>
                <w:rFonts w:ascii="Malgun Gothic" w:hAnsi="Malgun Gothic" w:eastAsia="Malgun Gothic"/>
                <w:b w:val="0"/>
                <w:sz w:val="14"/>
              </w:rPr>
              <w:t>-0.01707917757248324</w:t>
            </w:r>
          </w:p>
        </w:tc>
        <w:tc>
          <w:tcPr>
            <w:tcW w:type="dxa" w:w="519"/>
            <w:vAlign w:val="center"/>
          </w:tcPr>
          <w:p>
            <w:r/>
            <w:r>
              <w:rPr>
                <w:rFonts w:ascii="Malgun Gothic" w:hAnsi="Malgun Gothic" w:eastAsia="Malgun Gothic"/>
                <w:b w:val="0"/>
                <w:sz w:val="14"/>
              </w:rPr>
              <w:t>0.5355966153658044</w:t>
            </w:r>
          </w:p>
        </w:tc>
        <w:tc>
          <w:tcPr>
            <w:tcW w:type="dxa" w:w="519"/>
            <w:vAlign w:val="center"/>
          </w:tcPr>
          <w:p>
            <w:r/>
            <w:r>
              <w:rPr>
                <w:rFonts w:ascii="Malgun Gothic" w:hAnsi="Malgun Gothic" w:eastAsia="Malgun Gothic"/>
                <w:b w:val="0"/>
                <w:sz w:val="14"/>
              </w:rPr>
              <w:t>-0.5857359750020179</w:t>
            </w:r>
          </w:p>
        </w:tc>
        <w:tc>
          <w:tcPr>
            <w:tcW w:type="dxa" w:w="519"/>
            <w:vAlign w:val="center"/>
          </w:tcPr>
          <w:p>
            <w:r/>
            <w:r>
              <w:rPr>
                <w:rFonts w:ascii="Malgun Gothic" w:hAnsi="Malgun Gothic" w:eastAsia="Malgun Gothic"/>
                <w:b w:val="0"/>
                <w:sz w:val="14"/>
              </w:rPr>
              <w:t>-0.12666188949498225</w:t>
            </w:r>
          </w:p>
        </w:tc>
        <w:tc>
          <w:tcPr>
            <w:tcW w:type="dxa" w:w="519"/>
            <w:vAlign w:val="center"/>
          </w:tcPr>
          <w:p>
            <w:r/>
            <w:r>
              <w:rPr>
                <w:rFonts w:ascii="Malgun Gothic" w:hAnsi="Malgun Gothic" w:eastAsia="Malgun Gothic"/>
                <w:b w:val="0"/>
                <w:sz w:val="14"/>
              </w:rPr>
              <w:t>0.3535980526754773</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-0.17937478458200484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0.150307759642601</w:t>
            </w:r>
          </w:p>
        </w:tc>
        <w:tc>
          <w:tcPr>
            <w:tcW w:type="dxa" w:w="519"/>
            <w:vAlign w:val="center"/>
          </w:tcPr>
          <w:p>
            <w:r/>
            <w:r>
              <w:rPr>
                <w:rFonts w:ascii="Malgun Gothic" w:hAnsi="Malgun Gothic" w:eastAsia="Malgun Gothic"/>
                <w:b w:val="0"/>
                <w:sz w:val="14"/>
              </w:rPr>
              <w:t>235.6802849887382</w:t>
            </w:r>
          </w:p>
        </w:tc>
        <w:tc>
          <w:tcPr>
            <w:tcW w:type="dxa" w:w="519"/>
            <w:vAlign w:val="center"/>
          </w:tcPr>
          <w:p>
            <w:r/>
            <w:r>
              <w:rPr>
                <w:rFonts w:ascii="Malgun Gothic" w:hAnsi="Malgun Gothic" w:eastAsia="Malgun Gothic"/>
                <w:b w:val="0"/>
                <w:sz w:val="14"/>
              </w:rPr>
              <w:t>67.20430107526882</w:t>
            </w:r>
          </w:p>
        </w:tc>
        <w:tc>
          <w:tcPr>
            <w:tcW w:type="dxa" w:w="519"/>
            <w:vAlign w:val="center"/>
          </w:tcPr>
          <w:p>
            <w:r/>
            <w:r>
              <w:rPr>
                <w:rFonts w:ascii="Malgun Gothic" w:hAnsi="Malgun Gothic" w:eastAsia="Malgun Gothic"/>
                <w:b w:val="0"/>
                <w:sz w:val="14"/>
              </w:rPr>
              <w:t>44.64</w:t>
            </w:r>
          </w:p>
        </w:tc>
        <w:tc>
          <w:tcPr>
            <w:tcW w:type="dxa" w:w="519"/>
            <w:vAlign w:val="center"/>
          </w:tcPr>
          <w:p>
            <w:r/>
            <w:r>
              <w:rPr>
                <w:rFonts w:ascii="Malgun Gothic" w:hAnsi="Malgun Gothic" w:eastAsia="Malgun Gothic"/>
                <w:b w:val="0"/>
                <w:sz w:val="14"/>
              </w:rPr>
              <w:t>2.8184127871963907</w:t>
            </w:r>
          </w:p>
        </w:tc>
        <w:tc>
          <w:tcPr>
            <w:tcW w:type="dxa" w:w="519"/>
            <w:vAlign w:val="center"/>
          </w:tcPr>
          <w:p>
            <w:r/>
            <w:r>
              <w:rPr>
                <w:rFonts w:ascii="Malgun Gothic" w:hAnsi="Malgun Gothic" w:eastAsia="Malgun Gothic"/>
                <w:b w:val="0"/>
                <w:sz w:val="14"/>
              </w:rPr>
              <w:t>0.20974988855156443</w:t>
            </w:r>
          </w:p>
        </w:tc>
        <w:tc>
          <w:tcPr>
            <w:tcW w:type="dxa" w:w="519"/>
            <w:vAlign w:val="center"/>
          </w:tcPr>
          <w:p>
            <w:r/>
            <w:r>
              <w:rPr>
                <w:rFonts w:ascii="Malgun Gothic" w:hAnsi="Malgun Gothic" w:eastAsia="Malgun Gothic"/>
                <w:b w:val="0"/>
                <w:sz w:val="14"/>
              </w:rPr>
              <w:t>-0.801687819128141</w:t>
            </w:r>
          </w:p>
        </w:tc>
        <w:tc>
          <w:tcPr>
            <w:tcW w:type="dxa" w:w="519"/>
            <w:vAlign w:val="center"/>
          </w:tcPr>
          <w:p>
            <w:r/>
            <w:r>
              <w:rPr>
                <w:rFonts w:ascii="Malgun Gothic" w:hAnsi="Malgun Gothic" w:eastAsia="Malgun Gothic"/>
                <w:b w:val="0"/>
                <w:sz w:val="14"/>
              </w:rPr>
              <w:t>-0.5996582643482905</w:t>
            </w:r>
          </w:p>
        </w:tc>
        <w:tc>
          <w:tcPr>
            <w:tcW w:type="dxa" w:w="519"/>
            <w:vAlign w:val="center"/>
          </w:tcPr>
          <w:p>
            <w:r/>
            <w:r>
              <w:rPr>
                <w:rFonts w:ascii="Malgun Gothic" w:hAnsi="Malgun Gothic" w:eastAsia="Malgun Gothic"/>
                <w:b w:val="0"/>
                <w:sz w:val="14"/>
              </w:rPr>
              <w:t>0.4067041480678808</w:t>
            </w:r>
          </w:p>
        </w:tc>
        <w:tc>
          <w:tcPr>
            <w:tcW w:type="dxa" w:w="519"/>
            <w:vAlign w:val="center"/>
          </w:tcPr>
          <w:p>
            <w:r/>
            <w:r>
              <w:rPr>
                <w:rFonts w:ascii="Malgun Gothic" w:hAnsi="Malgun Gothic" w:eastAsia="Malgun Gothic"/>
                <w:b w:val="0"/>
                <w:sz w:val="14"/>
              </w:rPr>
              <w:t>0.47393196994347164</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-0.1399538565326791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0.0456519089639186</w:t>
            </w:r>
          </w:p>
        </w:tc>
        <w:tc>
          <w:tcPr>
            <w:tcW w:type="dxa" w:w="519"/>
            <w:vAlign w:val="center"/>
          </w:tcPr>
          <w:p>
            <w:r/>
            <w:r>
              <w:rPr>
                <w:rFonts w:ascii="Malgun Gothic" w:hAnsi="Malgun Gothic" w:eastAsia="Malgun Gothic"/>
                <w:b w:val="0"/>
                <w:sz w:val="14"/>
              </w:rPr>
              <w:t>204.64433131303</w:t>
            </w:r>
          </w:p>
        </w:tc>
        <w:tc>
          <w:tcPr>
            <w:tcW w:type="dxa" w:w="519"/>
            <w:vAlign w:val="center"/>
          </w:tcPr>
          <w:p>
            <w:r/>
            <w:r>
              <w:rPr>
                <w:rFonts w:ascii="Malgun Gothic" w:hAnsi="Malgun Gothic" w:eastAsia="Malgun Gothic"/>
                <w:b w:val="0"/>
                <w:sz w:val="14"/>
              </w:rPr>
              <w:t>68.53082741233098</w:t>
            </w:r>
          </w:p>
        </w:tc>
        <w:tc>
          <w:tcPr>
            <w:tcW w:type="dxa" w:w="519"/>
            <w:vAlign w:val="center"/>
          </w:tcPr>
          <w:p>
            <w:r/>
            <w:r>
              <w:rPr>
                <w:rFonts w:ascii="Malgun Gothic" w:hAnsi="Malgun Gothic" w:eastAsia="Malgun Gothic"/>
                <w:b w:val="0"/>
                <w:sz w:val="14"/>
              </w:rPr>
              <w:t>261.78</w:t>
            </w:r>
          </w:p>
        </w:tc>
        <w:tc>
          <w:tcPr>
            <w:tcW w:type="dxa" w:w="519"/>
            <w:vAlign w:val="center"/>
          </w:tcPr>
          <w:p>
            <w:r/>
            <w:r>
              <w:rPr>
                <w:rFonts w:ascii="Malgun Gothic" w:hAnsi="Malgun Gothic" w:eastAsia="Malgun Gothic"/>
                <w:b w:val="0"/>
                <w:sz w:val="14"/>
              </w:rPr>
              <w:t>-0.7637070922802337</w:t>
            </w:r>
          </w:p>
        </w:tc>
        <w:tc>
          <w:tcPr>
            <w:tcW w:type="dxa" w:w="519"/>
            <w:vAlign w:val="center"/>
          </w:tcPr>
          <w:p>
            <w:r/>
            <w:r>
              <w:rPr>
                <w:rFonts w:ascii="Malgun Gothic" w:hAnsi="Malgun Gothic" w:eastAsia="Malgun Gothic"/>
                <w:b w:val="0"/>
                <w:sz w:val="14"/>
              </w:rPr>
              <w:t>-0.9043598510939933</w:t>
            </w:r>
          </w:p>
        </w:tc>
        <w:tc>
          <w:tcPr>
            <w:tcW w:type="dxa" w:w="519"/>
            <w:vAlign w:val="center"/>
          </w:tcPr>
          <w:p>
            <w:r/>
            <w:r>
              <w:rPr>
                <w:rFonts w:ascii="Malgun Gothic" w:hAnsi="Malgun Gothic" w:eastAsia="Malgun Gothic"/>
                <w:b w:val="0"/>
                <w:sz w:val="14"/>
              </w:rPr>
              <w:t>-0.7333734924816788</w:t>
            </w:r>
          </w:p>
        </w:tc>
        <w:tc>
          <w:tcPr>
            <w:tcW w:type="dxa" w:w="519"/>
            <w:vAlign w:val="center"/>
          </w:tcPr>
          <w:p>
            <w:r/>
            <w:r>
              <w:rPr>
                <w:rFonts w:ascii="Malgun Gothic" w:hAnsi="Malgun Gothic" w:eastAsia="Malgun Gothic"/>
                <w:b w:val="0"/>
                <w:sz w:val="14"/>
              </w:rPr>
              <w:t>0.6759054101874157</w:t>
            </w:r>
          </w:p>
        </w:tc>
        <w:tc>
          <w:tcPr>
            <w:tcW w:type="dxa" w:w="519"/>
            <w:vAlign w:val="center"/>
          </w:tcPr>
          <w:p>
            <w:r/>
            <w:r>
              <w:rPr>
                <w:rFonts w:ascii="Malgun Gothic" w:hAnsi="Malgun Gothic" w:eastAsia="Malgun Gothic"/>
                <w:b w:val="0"/>
                <w:sz w:val="14"/>
              </w:rPr>
              <w:t>-0.43138375641712257</w:t>
            </w:r>
          </w:p>
        </w:tc>
        <w:tc>
          <w:tcPr>
            <w:tcW w:type="dxa" w:w="519"/>
            <w:vAlign w:val="center"/>
          </w:tcPr>
          <w:p>
            <w:r/>
            <w:r>
              <w:rPr>
                <w:rFonts w:ascii="Malgun Gothic" w:hAnsi="Malgun Gothic" w:eastAsia="Malgun Gothic"/>
                <w:b w:val="0"/>
                <w:sz w:val="14"/>
              </w:rPr>
              <w:t>0.2848490635356582</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-0.14893287601352478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0.0183735396713018</w:t>
            </w:r>
          </w:p>
        </w:tc>
        <w:tc>
          <w:tcPr>
            <w:tcW w:type="dxa" w:w="519"/>
            <w:vAlign w:val="center"/>
          </w:tcPr>
          <w:p>
            <w:r/>
            <w:r>
              <w:rPr>
                <w:rFonts w:ascii="Malgun Gothic" w:hAnsi="Malgun Gothic" w:eastAsia="Malgun Gothic"/>
                <w:b w:val="0"/>
                <w:sz w:val="14"/>
              </w:rPr>
              <w:t>252.287532802586</w:t>
            </w:r>
          </w:p>
        </w:tc>
        <w:tc>
          <w:tcPr>
            <w:tcW w:type="dxa" w:w="519"/>
            <w:vAlign w:val="center"/>
          </w:tcPr>
          <w:p>
            <w:r/>
            <w:r>
              <w:rPr>
                <w:rFonts w:ascii="Malgun Gothic" w:hAnsi="Malgun Gothic" w:eastAsia="Malgun Gothic"/>
                <w:b w:val="0"/>
                <w:sz w:val="14"/>
              </w:rPr>
              <w:t>50.90137857900319</w:t>
            </w:r>
          </w:p>
        </w:tc>
        <w:tc>
          <w:tcPr>
            <w:tcW w:type="dxa" w:w="519"/>
            <w:vAlign w:val="center"/>
          </w:tcPr>
          <w:p>
            <w:r/>
            <w:r>
              <w:rPr>
                <w:rFonts w:ascii="Malgun Gothic" w:hAnsi="Malgun Gothic" w:eastAsia="Malgun Gothic"/>
                <w:b w:val="0"/>
                <w:sz w:val="14"/>
              </w:rPr>
              <w:t>56.58</w:t>
            </w:r>
          </w:p>
        </w:tc>
        <w:tc>
          <w:tcPr>
            <w:tcW w:type="dxa" w:w="519"/>
            <w:vAlign w:val="center"/>
          </w:tcPr>
          <w:p>
            <w:r/>
            <w:r>
              <w:rPr>
                <w:rFonts w:ascii="Malgun Gothic" w:hAnsi="Malgun Gothic" w:eastAsia="Malgun Gothic"/>
                <w:b w:val="0"/>
                <w:sz w:val="14"/>
              </w:rPr>
              <w:t>-1.6973805399577369</w:t>
            </w:r>
          </w:p>
        </w:tc>
        <w:tc>
          <w:tcPr>
            <w:tcW w:type="dxa" w:w="519"/>
            <w:vAlign w:val="center"/>
          </w:tcPr>
          <w:p>
            <w:r/>
            <w:r>
              <w:rPr>
                <w:rFonts w:ascii="Malgun Gothic" w:hAnsi="Malgun Gothic" w:eastAsia="Malgun Gothic"/>
                <w:b w:val="0"/>
                <w:sz w:val="14"/>
              </w:rPr>
              <w:t>0.8059067436443377</w:t>
            </w:r>
          </w:p>
        </w:tc>
        <w:tc>
          <w:tcPr>
            <w:tcW w:type="dxa" w:w="519"/>
            <w:vAlign w:val="center"/>
          </w:tcPr>
          <w:p>
            <w:r/>
            <w:r>
              <w:rPr>
                <w:rFonts w:ascii="Malgun Gothic" w:hAnsi="Malgun Gothic" w:eastAsia="Malgun Gothic"/>
                <w:b w:val="0"/>
                <w:sz w:val="14"/>
              </w:rPr>
              <w:t>-1.6412664551380312</w:t>
            </w:r>
          </w:p>
        </w:tc>
        <w:tc>
          <w:tcPr>
            <w:tcW w:type="dxa" w:w="519"/>
            <w:vAlign w:val="center"/>
          </w:tcPr>
          <w:p>
            <w:r/>
            <w:r>
              <w:rPr>
                <w:rFonts w:ascii="Malgun Gothic" w:hAnsi="Malgun Gothic" w:eastAsia="Malgun Gothic"/>
                <w:b w:val="0"/>
                <w:sz w:val="14"/>
              </w:rPr>
              <w:t>-0.5295181230847907</w:t>
            </w:r>
          </w:p>
        </w:tc>
        <w:tc>
          <w:tcPr>
            <w:tcW w:type="dxa" w:w="519"/>
            <w:vAlign w:val="center"/>
          </w:tcPr>
          <w:p>
            <w:r/>
            <w:r>
              <w:rPr>
                <w:rFonts w:ascii="Malgun Gothic" w:hAnsi="Malgun Gothic" w:eastAsia="Malgun Gothic"/>
                <w:b w:val="0"/>
                <w:sz w:val="14"/>
              </w:rPr>
              <w:t>-0.7655645936340553</w:t>
            </w:r>
          </w:p>
        </w:tc>
        <w:tc>
          <w:tcPr>
            <w:tcW w:type="dxa" w:w="519"/>
            <w:vAlign w:val="center"/>
          </w:tcPr>
          <w:p>
            <w:r/>
            <w:r>
              <w:rPr>
                <w:rFonts w:ascii="Malgun Gothic" w:hAnsi="Malgun Gothic" w:eastAsia="Malgun Gothic"/>
                <w:b w:val="0"/>
                <w:sz w:val="14"/>
              </w:rPr>
              <w:t>0.20945376952338823</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-0.23587447023128866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0.0523386746644973</w:t>
            </w:r>
          </w:p>
        </w:tc>
        <w:tc>
          <w:tcPr>
            <w:tcW w:type="dxa" w:w="519"/>
            <w:vAlign w:val="center"/>
          </w:tcPr>
          <w:p>
            <w:r/>
            <w:r>
              <w:rPr>
                <w:rFonts w:ascii="Malgun Gothic" w:hAnsi="Malgun Gothic" w:eastAsia="Malgun Gothic"/>
                <w:b w:val="0"/>
                <w:sz w:val="14"/>
              </w:rPr>
              <w:t>220.28921832445275</w:t>
            </w:r>
          </w:p>
        </w:tc>
        <w:tc>
          <w:tcPr>
            <w:tcW w:type="dxa" w:w="519"/>
            <w:vAlign w:val="center"/>
          </w:tcPr>
          <w:p>
            <w:r/>
            <w:r>
              <w:rPr>
                <w:rFonts w:ascii="Malgun Gothic" w:hAnsi="Malgun Gothic" w:eastAsia="Malgun Gothic"/>
                <w:b w:val="0"/>
                <w:sz w:val="14"/>
              </w:rPr>
              <w:t>84.81012658227849</w:t>
            </w:r>
          </w:p>
        </w:tc>
        <w:tc>
          <w:tcPr>
            <w:tcW w:type="dxa" w:w="519"/>
            <w:vAlign w:val="center"/>
          </w:tcPr>
          <w:p>
            <w:r/>
            <w:r>
              <w:rPr>
                <w:rFonts w:ascii="Malgun Gothic" w:hAnsi="Malgun Gothic" w:eastAsia="Malgun Gothic"/>
                <w:b w:val="0"/>
                <w:sz w:val="14"/>
              </w:rPr>
              <w:t>47.4</w:t>
            </w:r>
          </w:p>
        </w:tc>
        <w:tc>
          <w:tcPr>
            <w:tcW w:type="dxa" w:w="519"/>
            <w:vAlign w:val="center"/>
          </w:tcPr>
          <w:p>
            <w:r/>
            <w:r>
              <w:rPr>
                <w:rFonts w:ascii="Malgun Gothic" w:hAnsi="Malgun Gothic" w:eastAsia="Malgun Gothic"/>
                <w:b w:val="0"/>
                <w:sz w:val="14"/>
              </w:rPr>
              <w:t>-0.5348350684983432</w:t>
            </w:r>
          </w:p>
        </w:tc>
        <w:tc>
          <w:tcPr>
            <w:tcW w:type="dxa" w:w="519"/>
            <w:vAlign w:val="center"/>
          </w:tcPr>
          <w:p>
            <w:r/>
            <w:r>
              <w:rPr>
                <w:rFonts w:ascii="Malgun Gothic" w:hAnsi="Malgun Gothic" w:eastAsia="Malgun Gothic"/>
                <w:b w:val="0"/>
                <w:sz w:val="14"/>
              </w:rPr>
              <w:t>-0.3427492372489644</w:t>
            </w:r>
          </w:p>
        </w:tc>
        <w:tc>
          <w:tcPr>
            <w:tcW w:type="dxa" w:w="519"/>
            <w:vAlign w:val="center"/>
          </w:tcPr>
          <w:p>
            <w:r/>
            <w:r>
              <w:rPr>
                <w:rFonts w:ascii="Malgun Gothic" w:hAnsi="Malgun Gothic" w:eastAsia="Malgun Gothic"/>
                <w:b w:val="0"/>
                <w:sz w:val="14"/>
              </w:rPr>
              <w:t>0.10498857391667553</w:t>
            </w:r>
          </w:p>
        </w:tc>
        <w:tc>
          <w:tcPr>
            <w:tcW w:type="dxa" w:w="519"/>
            <w:vAlign w:val="center"/>
          </w:tcPr>
          <w:p>
            <w:r/>
            <w:r>
              <w:rPr>
                <w:rFonts w:ascii="Malgun Gothic" w:hAnsi="Malgun Gothic" w:eastAsia="Malgun Gothic"/>
                <w:b w:val="0"/>
                <w:sz w:val="14"/>
              </w:rPr>
              <w:t>-0.5834449653627578</w:t>
            </w:r>
          </w:p>
        </w:tc>
        <w:tc>
          <w:tcPr>
            <w:tcW w:type="dxa" w:w="519"/>
            <w:vAlign w:val="center"/>
          </w:tcPr>
          <w:p>
            <w:r/>
            <w:r>
              <w:rPr>
                <w:rFonts w:ascii="Malgun Gothic" w:hAnsi="Malgun Gothic" w:eastAsia="Malgun Gothic"/>
                <w:b w:val="0"/>
                <w:sz w:val="14"/>
              </w:rPr>
              <w:t>-0.33901017429834746</w:t>
            </w:r>
          </w:p>
        </w:tc>
        <w:tc>
          <w:tcPr>
            <w:tcW w:type="dxa" w:w="519"/>
            <w:vAlign w:val="center"/>
          </w:tcPr>
          <w:p>
            <w:r/>
            <w:r>
              <w:rPr>
                <w:rFonts w:ascii="Malgun Gothic" w:hAnsi="Malgun Gothic" w:eastAsia="Malgun Gothic"/>
                <w:b w:val="0"/>
                <w:sz w:val="14"/>
              </w:rPr>
              <w:t>0.30568967618362575</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-0.2051225841897676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0.0820771381258964</w:t>
            </w:r>
          </w:p>
        </w:tc>
        <w:tc>
          <w:tcPr>
            <w:tcW w:type="dxa" w:w="519"/>
            <w:vAlign w:val="center"/>
          </w:tcPr>
          <w:p>
            <w:r/>
            <w:r>
              <w:rPr>
                <w:rFonts w:ascii="Malgun Gothic" w:hAnsi="Malgun Gothic" w:eastAsia="Malgun Gothic"/>
                <w:b w:val="0"/>
                <w:sz w:val="14"/>
              </w:rPr>
              <w:t>229.9375411287588</w:t>
            </w:r>
          </w:p>
        </w:tc>
        <w:tc>
          <w:tcPr>
            <w:tcW w:type="dxa" w:w="519"/>
            <w:vAlign w:val="center"/>
          </w:tcPr>
          <w:p>
            <w:r/>
            <w:r>
              <w:rPr>
                <w:rFonts w:ascii="Malgun Gothic" w:hAnsi="Malgun Gothic" w:eastAsia="Malgun Gothic"/>
                <w:b w:val="0"/>
                <w:sz w:val="14"/>
              </w:rPr>
              <w:t>75.9208218491606</w:t>
            </w:r>
          </w:p>
        </w:tc>
        <w:tc>
          <w:tcPr>
            <w:tcW w:type="dxa" w:w="519"/>
            <w:vAlign w:val="center"/>
          </w:tcPr>
          <w:p>
            <w:r/>
            <w:r>
              <w:rPr>
                <w:rFonts w:ascii="Malgun Gothic" w:hAnsi="Malgun Gothic" w:eastAsia="Malgun Gothic"/>
                <w:b w:val="0"/>
                <w:sz w:val="14"/>
              </w:rPr>
              <w:t>239.46</w:t>
            </w:r>
          </w:p>
        </w:tc>
        <w:tc>
          <w:tcPr>
            <w:tcW w:type="dxa" w:w="519"/>
            <w:vAlign w:val="center"/>
          </w:tcPr>
          <w:p>
            <w:r/>
            <w:r>
              <w:rPr>
                <w:rFonts w:ascii="Malgun Gothic" w:hAnsi="Malgun Gothic" w:eastAsia="Malgun Gothic"/>
                <w:b w:val="0"/>
                <w:sz w:val="14"/>
              </w:rPr>
              <w:t>0.48304152855143473</w:t>
            </w:r>
          </w:p>
        </w:tc>
        <w:tc>
          <w:tcPr>
            <w:tcW w:type="dxa" w:w="519"/>
            <w:vAlign w:val="center"/>
          </w:tcPr>
          <w:p>
            <w:r/>
            <w:r>
              <w:rPr>
                <w:rFonts w:ascii="Malgun Gothic" w:hAnsi="Malgun Gothic" w:eastAsia="Malgun Gothic"/>
                <w:b w:val="0"/>
                <w:sz w:val="14"/>
              </w:rPr>
              <w:t>0.0036003713321039266</w:t>
            </w:r>
          </w:p>
        </w:tc>
        <w:tc>
          <w:tcPr>
            <w:tcW w:type="dxa" w:w="519"/>
            <w:vAlign w:val="center"/>
          </w:tcPr>
          <w:p>
            <w:r/>
            <w:r>
              <w:rPr>
                <w:rFonts w:ascii="Malgun Gothic" w:hAnsi="Malgun Gothic" w:eastAsia="Malgun Gothic"/>
                <w:b w:val="0"/>
                <w:sz w:val="14"/>
              </w:rPr>
              <w:t>-0.35279869364942634</w:t>
            </w:r>
          </w:p>
        </w:tc>
        <w:tc>
          <w:tcPr>
            <w:tcW w:type="dxa" w:w="519"/>
            <w:vAlign w:val="center"/>
          </w:tcPr>
          <w:p>
            <w:r/>
            <w:r>
              <w:rPr>
                <w:rFonts w:ascii="Malgun Gothic" w:hAnsi="Malgun Gothic" w:eastAsia="Malgun Gothic"/>
                <w:b w:val="0"/>
                <w:sz w:val="14"/>
              </w:rPr>
              <w:t>0.5447891662174565</w:t>
            </w:r>
          </w:p>
        </w:tc>
        <w:tc>
          <w:tcPr>
            <w:tcW w:type="dxa" w:w="519"/>
            <w:vAlign w:val="center"/>
          </w:tcPr>
          <w:p>
            <w:r/>
            <w:r>
              <w:rPr>
                <w:rFonts w:ascii="Malgun Gothic" w:hAnsi="Malgun Gothic" w:eastAsia="Malgun Gothic"/>
                <w:b w:val="0"/>
                <w:sz w:val="14"/>
              </w:rPr>
              <w:t>0.1696580931128922</w:t>
            </w:r>
          </w:p>
        </w:tc>
        <w:tc>
          <w:tcPr>
            <w:tcW w:type="dxa" w:w="519"/>
            <w:vAlign w:val="center"/>
          </w:tcPr>
          <w:p>
            <w:r/>
            <w:r>
              <w:rPr>
                <w:rFonts w:ascii="Malgun Gothic" w:hAnsi="Malgun Gothic" w:eastAsia="Malgun Gothic"/>
                <w:b w:val="0"/>
                <w:sz w:val="14"/>
              </w:rPr>
              <w:t>0.4204514737049085</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-0.08975976358276522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0.0604709573090076</w:t>
            </w:r>
          </w:p>
        </w:tc>
        <w:tc>
          <w:tcPr>
            <w:tcW w:type="dxa" w:w="519"/>
            <w:vAlign w:val="center"/>
          </w:tcPr>
          <w:p>
            <w:r/>
            <w:r>
              <w:rPr>
                <w:rFonts w:ascii="Malgun Gothic" w:hAnsi="Malgun Gothic" w:eastAsia="Malgun Gothic"/>
                <w:b w:val="0"/>
                <w:sz w:val="14"/>
              </w:rPr>
              <w:t>205.1170476207177</w:t>
            </w:r>
          </w:p>
        </w:tc>
        <w:tc>
          <w:tcPr>
            <w:tcW w:type="dxa" w:w="519"/>
            <w:vAlign w:val="center"/>
          </w:tcPr>
          <w:p>
            <w:r/>
            <w:r>
              <w:rPr>
                <w:rFonts w:ascii="Malgun Gothic" w:hAnsi="Malgun Gothic" w:eastAsia="Malgun Gothic"/>
                <w:b w:val="0"/>
                <w:sz w:val="14"/>
              </w:rPr>
              <w:t>87.30707210320205</w:t>
            </w:r>
          </w:p>
        </w:tc>
        <w:tc>
          <w:tcPr>
            <w:tcW w:type="dxa" w:w="519"/>
            <w:vAlign w:val="center"/>
          </w:tcPr>
          <w:p>
            <w:r/>
            <w:r>
              <w:rPr>
                <w:rFonts w:ascii="Malgun Gothic" w:hAnsi="Malgun Gothic" w:eastAsia="Malgun Gothic"/>
                <w:b w:val="0"/>
                <w:sz w:val="14"/>
              </w:rPr>
              <w:t>1041.84</w:t>
            </w:r>
          </w:p>
        </w:tc>
        <w:tc>
          <w:tcPr>
            <w:tcW w:type="dxa" w:w="519"/>
            <w:vAlign w:val="center"/>
          </w:tcPr>
          <w:p>
            <w:r/>
            <w:r>
              <w:rPr>
                <w:rFonts w:ascii="Malgun Gothic" w:hAnsi="Malgun Gothic" w:eastAsia="Malgun Gothic"/>
                <w:b w:val="0"/>
                <w:sz w:val="14"/>
              </w:rPr>
              <w:t>-0.2564864512207348</w:t>
            </w:r>
          </w:p>
        </w:tc>
        <w:tc>
          <w:tcPr>
            <w:tcW w:type="dxa" w:w="519"/>
            <w:vAlign w:val="center"/>
          </w:tcPr>
          <w:p>
            <w:r/>
            <w:r>
              <w:rPr>
                <w:rFonts w:ascii="Malgun Gothic" w:hAnsi="Malgun Gothic" w:eastAsia="Malgun Gothic"/>
                <w:b w:val="0"/>
                <w:sz w:val="14"/>
              </w:rPr>
              <w:t>-0.8873905693381575</w:t>
            </w:r>
          </w:p>
        </w:tc>
        <w:tc>
          <w:tcPr>
            <w:tcW w:type="dxa" w:w="519"/>
            <w:vAlign w:val="center"/>
          </w:tcPr>
          <w:p>
            <w:r/>
            <w:r>
              <w:rPr>
                <w:rFonts w:ascii="Malgun Gothic" w:hAnsi="Malgun Gothic" w:eastAsia="Malgun Gothic"/>
                <w:b w:val="0"/>
                <w:sz w:val="14"/>
              </w:rPr>
              <w:t>0.2335779182583547</w:t>
            </w:r>
          </w:p>
        </w:tc>
        <w:tc>
          <w:tcPr>
            <w:tcW w:type="dxa" w:w="519"/>
            <w:vAlign w:val="center"/>
          </w:tcPr>
          <w:p>
            <w:r/>
            <w:r>
              <w:rPr>
                <w:rFonts w:ascii="Malgun Gothic" w:hAnsi="Malgun Gothic" w:eastAsia="Malgun Gothic"/>
                <w:b w:val="0"/>
                <w:sz w:val="14"/>
              </w:rPr>
              <w:t>5.258277151728924</w:t>
            </w:r>
          </w:p>
        </w:tc>
        <w:tc>
          <w:tcPr>
            <w:tcW w:type="dxa" w:w="519"/>
            <w:vAlign w:val="center"/>
          </w:tcPr>
          <w:p>
            <w:r/>
            <w:r>
              <w:rPr>
                <w:rFonts w:ascii="Malgun Gothic" w:hAnsi="Malgun Gothic" w:eastAsia="Malgun Gothic"/>
                <w:b w:val="0"/>
                <w:sz w:val="14"/>
              </w:rPr>
              <w:t>1.0869945123570965</w:t>
            </w:r>
          </w:p>
        </w:tc>
        <w:tc>
          <w:tcPr>
            <w:tcW w:type="dxa" w:w="519"/>
            <w:vAlign w:val="center"/>
          </w:tcPr>
          <w:p>
            <w:r/>
            <w:r>
              <w:rPr>
                <w:rFonts w:ascii="Malgun Gothic" w:hAnsi="Malgun Gothic" w:eastAsia="Malgun Gothic"/>
                <w:b w:val="0"/>
                <w:sz w:val="14"/>
              </w:rPr>
              <w:t>0.6274138166479385</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0.2729454850838602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0.0225888956338167</w:t>
            </w:r>
          </w:p>
        </w:tc>
        <w:tc>
          <w:tcPr>
            <w:tcW w:type="dxa" w:w="519"/>
            <w:vAlign w:val="center"/>
          </w:tcPr>
          <w:p>
            <w:r/>
            <w:r>
              <w:rPr>
                <w:rFonts w:ascii="Malgun Gothic" w:hAnsi="Malgun Gothic" w:eastAsia="Malgun Gothic"/>
                <w:b w:val="0"/>
                <w:sz w:val="14"/>
              </w:rPr>
              <w:t>214.67391456875907</w:t>
            </w:r>
          </w:p>
        </w:tc>
        <w:tc>
          <w:tcPr>
            <w:tcW w:type="dxa" w:w="519"/>
            <w:vAlign w:val="center"/>
          </w:tcPr>
          <w:p>
            <w:r/>
            <w:r>
              <w:rPr>
                <w:rFonts w:ascii="Malgun Gothic" w:hAnsi="Malgun Gothic" w:eastAsia="Malgun Gothic"/>
                <w:b w:val="0"/>
                <w:sz w:val="14"/>
              </w:rPr>
              <w:t>91.2280701754386</w:t>
            </w:r>
          </w:p>
        </w:tc>
        <w:tc>
          <w:tcPr>
            <w:tcW w:type="dxa" w:w="519"/>
            <w:vAlign w:val="center"/>
          </w:tcPr>
          <w:p>
            <w:r/>
            <w:r>
              <w:rPr>
                <w:rFonts w:ascii="Malgun Gothic" w:hAnsi="Malgun Gothic" w:eastAsia="Malgun Gothic"/>
                <w:b w:val="0"/>
                <w:sz w:val="14"/>
              </w:rPr>
              <w:t>17.1</w:t>
            </w:r>
          </w:p>
        </w:tc>
        <w:tc>
          <w:tcPr>
            <w:tcW w:type="dxa" w:w="519"/>
            <w:vAlign w:val="center"/>
          </w:tcPr>
          <w:p>
            <w:r/>
            <w:r>
              <w:rPr>
                <w:rFonts w:ascii="Malgun Gothic" w:hAnsi="Malgun Gothic" w:eastAsia="Malgun Gothic"/>
                <w:b w:val="0"/>
                <w:sz w:val="14"/>
              </w:rPr>
              <w:t>-1.5530989704661737</w:t>
            </w:r>
          </w:p>
        </w:tc>
        <w:tc>
          <w:tcPr>
            <w:tcW w:type="dxa" w:w="519"/>
            <w:vAlign w:val="center"/>
          </w:tcPr>
          <w:p>
            <w:r/>
            <w:r>
              <w:rPr>
                <w:rFonts w:ascii="Malgun Gothic" w:hAnsi="Malgun Gothic" w:eastAsia="Malgun Gothic"/>
                <w:b w:val="0"/>
                <w:sz w:val="14"/>
              </w:rPr>
              <w:t>-0.5443239873164389</w:t>
            </w:r>
          </w:p>
        </w:tc>
        <w:tc>
          <w:tcPr>
            <w:tcW w:type="dxa" w:w="519"/>
            <w:vAlign w:val="center"/>
          </w:tcPr>
          <w:p>
            <w:r/>
            <w:r>
              <w:rPr>
                <w:rFonts w:ascii="Malgun Gothic" w:hAnsi="Malgun Gothic" w:eastAsia="Malgun Gothic"/>
                <w:b w:val="0"/>
                <w:sz w:val="14"/>
              </w:rPr>
              <w:t>0.4355040584359729</w:t>
            </w:r>
          </w:p>
        </w:tc>
        <w:tc>
          <w:tcPr>
            <w:tcW w:type="dxa" w:w="519"/>
            <w:vAlign w:val="center"/>
          </w:tcPr>
          <w:p>
            <w:r/>
            <w:r>
              <w:rPr>
                <w:rFonts w:ascii="Malgun Gothic" w:hAnsi="Malgun Gothic" w:eastAsia="Malgun Gothic"/>
                <w:b w:val="0"/>
                <w:sz w:val="14"/>
              </w:rPr>
              <w:t>-0.7614387911821919</w:t>
            </w:r>
          </w:p>
        </w:tc>
        <w:tc>
          <w:tcPr>
            <w:tcW w:type="dxa" w:w="519"/>
            <w:vAlign w:val="center"/>
          </w:tcPr>
          <w:p>
            <w:r/>
            <w:r>
              <w:rPr>
                <w:rFonts w:ascii="Malgun Gothic" w:hAnsi="Malgun Gothic" w:eastAsia="Malgun Gothic"/>
                <w:b w:val="0"/>
                <w:sz w:val="14"/>
              </w:rPr>
              <w:t>-0.6058394226322079</w:t>
            </w:r>
          </w:p>
        </w:tc>
        <w:tc>
          <w:tcPr>
            <w:tcW w:type="dxa" w:w="519"/>
            <w:vAlign w:val="center"/>
          </w:tcPr>
          <w:p>
            <w:r/>
            <w:r>
              <w:rPr>
                <w:rFonts w:ascii="Malgun Gothic" w:hAnsi="Malgun Gothic" w:eastAsia="Malgun Gothic"/>
                <w:b w:val="0"/>
                <w:sz w:val="14"/>
              </w:rPr>
              <w:t>0.24548972636979172</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-0.23977499840367278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0.0605529174208641</w:t>
            </w:r>
          </w:p>
        </w:tc>
        <w:tc>
          <w:tcPr>
            <w:tcW w:type="dxa" w:w="519"/>
            <w:vAlign w:val="center"/>
          </w:tcPr>
          <w:p>
            <w:r/>
            <w:r>
              <w:rPr>
                <w:rFonts w:ascii="Malgun Gothic" w:hAnsi="Malgun Gothic" w:eastAsia="Malgun Gothic"/>
                <w:b w:val="0"/>
                <w:sz w:val="14"/>
              </w:rPr>
              <w:t>287.84437392619867</w:t>
            </w:r>
          </w:p>
        </w:tc>
        <w:tc>
          <w:tcPr>
            <w:tcW w:type="dxa" w:w="519"/>
            <w:vAlign w:val="center"/>
          </w:tcPr>
          <w:p>
            <w:r/>
            <w:r>
              <w:rPr>
                <w:rFonts w:ascii="Malgun Gothic" w:hAnsi="Malgun Gothic" w:eastAsia="Malgun Gothic"/>
                <w:b w:val="0"/>
                <w:sz w:val="14"/>
              </w:rPr>
              <w:t>88.61726508785331</w:t>
            </w:r>
          </w:p>
        </w:tc>
        <w:tc>
          <w:tcPr>
            <w:tcW w:type="dxa" w:w="519"/>
            <w:vAlign w:val="center"/>
          </w:tcPr>
          <w:p>
            <w:r/>
            <w:r>
              <w:rPr>
                <w:rFonts w:ascii="Malgun Gothic" w:hAnsi="Malgun Gothic" w:eastAsia="Malgun Gothic"/>
                <w:b w:val="0"/>
                <w:sz w:val="14"/>
              </w:rPr>
              <w:t>78.54</w:t>
            </w:r>
          </w:p>
        </w:tc>
        <w:tc>
          <w:tcPr>
            <w:tcW w:type="dxa" w:w="519"/>
            <w:vAlign w:val="center"/>
          </w:tcPr>
          <w:p>
            <w:r/>
            <w:r>
              <w:rPr>
                <w:rFonts w:ascii="Malgun Gothic" w:hAnsi="Malgun Gothic" w:eastAsia="Malgun Gothic"/>
                <w:b w:val="0"/>
                <w:sz w:val="14"/>
              </w:rPr>
              <w:t>-0.2536811522899883</w:t>
            </w:r>
          </w:p>
        </w:tc>
        <w:tc>
          <w:tcPr>
            <w:tcW w:type="dxa" w:w="519"/>
            <w:vAlign w:val="center"/>
          </w:tcPr>
          <w:p>
            <w:r/>
            <w:r>
              <w:rPr>
                <w:rFonts w:ascii="Malgun Gothic" w:hAnsi="Malgun Gothic" w:eastAsia="Malgun Gothic"/>
                <w:b w:val="0"/>
                <w:sz w:val="14"/>
              </w:rPr>
              <w:t>2.08230454410415</w:t>
            </w:r>
          </w:p>
        </w:tc>
        <w:tc>
          <w:tcPr>
            <w:tcW w:type="dxa" w:w="519"/>
            <w:vAlign w:val="center"/>
          </w:tcPr>
          <w:p>
            <w:r/>
            <w:r>
              <w:rPr>
                <w:rFonts w:ascii="Malgun Gothic" w:hAnsi="Malgun Gothic" w:eastAsia="Malgun Gothic"/>
                <w:b w:val="0"/>
                <w:sz w:val="14"/>
              </w:rPr>
              <w:t>0.3010510991690293</w:t>
            </w:r>
          </w:p>
        </w:tc>
        <w:tc>
          <w:tcPr>
            <w:tcW w:type="dxa" w:w="519"/>
            <w:vAlign w:val="center"/>
          </w:tcPr>
          <w:p>
            <w:r/>
            <w:r>
              <w:rPr>
                <w:rFonts w:ascii="Malgun Gothic" w:hAnsi="Malgun Gothic" w:eastAsia="Malgun Gothic"/>
                <w:b w:val="0"/>
                <w:sz w:val="14"/>
              </w:rPr>
              <w:t>-0.4005166572433791</w:t>
            </w:r>
          </w:p>
        </w:tc>
        <w:tc>
          <w:tcPr>
            <w:tcW w:type="dxa" w:w="519"/>
            <w:vAlign w:val="center"/>
          </w:tcPr>
          <w:p>
            <w:r/>
            <w:r>
              <w:rPr>
                <w:rFonts w:ascii="Malgun Gothic" w:hAnsi="Malgun Gothic" w:eastAsia="Malgun Gothic"/>
                <w:b w:val="0"/>
                <w:sz w:val="14"/>
              </w:rPr>
              <w:t>0.432289458434953</w:t>
            </w:r>
          </w:p>
        </w:tc>
        <w:tc>
          <w:tcPr>
            <w:tcW w:type="dxa" w:w="519"/>
            <w:vAlign w:val="center"/>
          </w:tcPr>
          <w:p>
            <w:r/>
            <w:r>
              <w:rPr>
                <w:rFonts w:ascii="Malgun Gothic" w:hAnsi="Malgun Gothic" w:eastAsia="Malgun Gothic"/>
                <w:b w:val="0"/>
                <w:sz w:val="14"/>
              </w:rPr>
              <w:t>0.4797043296442416</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-0.0927645501741794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0.0469783395528793</w:t>
            </w:r>
          </w:p>
        </w:tc>
        <w:tc>
          <w:tcPr>
            <w:tcW w:type="dxa" w:w="519"/>
            <w:vAlign w:val="center"/>
          </w:tcPr>
          <w:p>
            <w:r/>
            <w:r>
              <w:rPr>
                <w:rFonts w:ascii="Malgun Gothic" w:hAnsi="Malgun Gothic" w:eastAsia="Malgun Gothic"/>
                <w:b w:val="0"/>
                <w:sz w:val="14"/>
              </w:rPr>
              <w:t>256.5968057657951</w:t>
            </w:r>
          </w:p>
        </w:tc>
        <w:tc>
          <w:tcPr>
            <w:tcW w:type="dxa" w:w="519"/>
            <w:vAlign w:val="center"/>
          </w:tcPr>
          <w:p>
            <w:r/>
            <w:r>
              <w:rPr>
                <w:rFonts w:ascii="Malgun Gothic" w:hAnsi="Malgun Gothic" w:eastAsia="Malgun Gothic"/>
                <w:b w:val="0"/>
                <w:sz w:val="14"/>
              </w:rPr>
              <w:t>55.48098434004474</w:t>
            </w:r>
          </w:p>
        </w:tc>
        <w:tc>
          <w:tcPr>
            <w:tcW w:type="dxa" w:w="519"/>
            <w:vAlign w:val="center"/>
          </w:tcPr>
          <w:p>
            <w:r/>
            <w:r>
              <w:rPr>
                <w:rFonts w:ascii="Malgun Gothic" w:hAnsi="Malgun Gothic" w:eastAsia="Malgun Gothic"/>
                <w:b w:val="0"/>
                <w:sz w:val="14"/>
              </w:rPr>
              <w:t>201.15</w:t>
            </w:r>
          </w:p>
        </w:tc>
        <w:tc>
          <w:tcPr>
            <w:tcW w:type="dxa" w:w="519"/>
            <w:vAlign w:val="center"/>
          </w:tcPr>
          <w:p>
            <w:r/>
            <w:r>
              <w:rPr>
                <w:rFonts w:ascii="Malgun Gothic" w:hAnsi="Malgun Gothic" w:eastAsia="Malgun Gothic"/>
                <w:b w:val="0"/>
                <w:sz w:val="14"/>
              </w:rPr>
              <w:t>-0.7183065403698585</w:t>
            </w:r>
          </w:p>
        </w:tc>
        <w:tc>
          <w:tcPr>
            <w:tcW w:type="dxa" w:w="519"/>
            <w:vAlign w:val="center"/>
          </w:tcPr>
          <w:p>
            <w:r/>
            <w:r>
              <w:rPr>
                <w:rFonts w:ascii="Malgun Gothic" w:hAnsi="Malgun Gothic" w:eastAsia="Malgun Gothic"/>
                <w:b w:val="0"/>
                <w:sz w:val="14"/>
              </w:rPr>
              <w:t>0.9605983967273332</w:t>
            </w:r>
          </w:p>
        </w:tc>
        <w:tc>
          <w:tcPr>
            <w:tcW w:type="dxa" w:w="519"/>
            <w:vAlign w:val="center"/>
          </w:tcPr>
          <w:p>
            <w:r/>
            <w:r>
              <w:rPr>
                <w:rFonts w:ascii="Malgun Gothic" w:hAnsi="Malgun Gothic" w:eastAsia="Malgun Gothic"/>
                <w:b w:val="0"/>
                <w:sz w:val="14"/>
              </w:rPr>
              <w:t>-1.4054229025971277</w:t>
            </w:r>
          </w:p>
        </w:tc>
        <w:tc>
          <w:tcPr>
            <w:tcW w:type="dxa" w:w="519"/>
            <w:vAlign w:val="center"/>
          </w:tcPr>
          <w:p>
            <w:r/>
            <w:r>
              <w:rPr>
                <w:rFonts w:ascii="Malgun Gothic" w:hAnsi="Malgun Gothic" w:eastAsia="Malgun Gothic"/>
                <w:b w:val="0"/>
                <w:sz w:val="14"/>
              </w:rPr>
              <w:t>0.31974152703783554</w:t>
            </w:r>
          </w:p>
        </w:tc>
        <w:tc>
          <w:tcPr>
            <w:tcW w:type="dxa" w:w="519"/>
            <w:vAlign w:val="center"/>
          </w:tcPr>
          <w:p>
            <w:r/>
            <w:r>
              <w:rPr>
                <w:rFonts w:ascii="Malgun Gothic" w:hAnsi="Malgun Gothic" w:eastAsia="Malgun Gothic"/>
                <w:b w:val="0"/>
                <w:sz w:val="14"/>
              </w:rPr>
              <w:t>-0.21084737980045434</w:t>
            </w:r>
          </w:p>
        </w:tc>
        <w:tc>
          <w:tcPr>
            <w:tcW w:type="dxa" w:w="519"/>
            <w:vAlign w:val="center"/>
          </w:tcPr>
          <w:p>
            <w:r/>
            <w:r>
              <w:rPr>
                <w:rFonts w:ascii="Malgun Gothic" w:hAnsi="Malgun Gothic" w:eastAsia="Malgun Gothic"/>
                <w:b w:val="0"/>
                <w:sz w:val="14"/>
              </w:rPr>
              <w:t>0.3346047739285337</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-0.1314057595893658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0.034574244171381</w:t>
            </w:r>
          </w:p>
        </w:tc>
        <w:tc>
          <w:tcPr>
            <w:tcW w:type="dxa" w:w="519"/>
            <w:vAlign w:val="center"/>
          </w:tcPr>
          <w:p>
            <w:r/>
            <w:r>
              <w:rPr>
                <w:rFonts w:ascii="Malgun Gothic" w:hAnsi="Malgun Gothic" w:eastAsia="Malgun Gothic"/>
                <w:b w:val="0"/>
                <w:sz w:val="14"/>
              </w:rPr>
              <w:t>212.6149382327445</w:t>
            </w:r>
          </w:p>
        </w:tc>
        <w:tc>
          <w:tcPr>
            <w:tcW w:type="dxa" w:w="519"/>
            <w:vAlign w:val="center"/>
          </w:tcPr>
          <w:p>
            <w:r/>
            <w:r>
              <w:rPr>
                <w:rFonts w:ascii="Malgun Gothic" w:hAnsi="Malgun Gothic" w:eastAsia="Malgun Gothic"/>
                <w:b w:val="0"/>
                <w:sz w:val="14"/>
              </w:rPr>
              <w:t>110.1996171725458</w:t>
            </w:r>
          </w:p>
        </w:tc>
        <w:tc>
          <w:tcPr>
            <w:tcW w:type="dxa" w:w="519"/>
            <w:vAlign w:val="center"/>
          </w:tcPr>
          <w:p>
            <w:r/>
            <w:r>
              <w:rPr>
                <w:rFonts w:ascii="Malgun Gothic" w:hAnsi="Malgun Gothic" w:eastAsia="Malgun Gothic"/>
                <w:b w:val="0"/>
                <w:sz w:val="14"/>
              </w:rPr>
              <w:t>219.42</w:t>
            </w:r>
          </w:p>
        </w:tc>
        <w:tc>
          <w:tcPr>
            <w:tcW w:type="dxa" w:w="519"/>
            <w:vAlign w:val="center"/>
          </w:tcPr>
          <w:p>
            <w:r/>
            <w:r>
              <w:rPr>
                <w:rFonts w:ascii="Malgun Gothic" w:hAnsi="Malgun Gothic" w:eastAsia="Malgun Gothic"/>
                <w:b w:val="0"/>
                <w:sz w:val="14"/>
              </w:rPr>
              <w:t>-1.1428691077260655</w:t>
            </w:r>
          </w:p>
        </w:tc>
        <w:tc>
          <w:tcPr>
            <w:tcW w:type="dxa" w:w="519"/>
            <w:vAlign w:val="center"/>
          </w:tcPr>
          <w:p>
            <w:r/>
            <w:r>
              <w:rPr>
                <w:rFonts w:ascii="Malgun Gothic" w:hAnsi="Malgun Gothic" w:eastAsia="Malgun Gothic"/>
                <w:b w:val="0"/>
                <w:sz w:val="14"/>
              </w:rPr>
              <w:t>-0.6182358642841191</w:t>
            </w:r>
          </w:p>
        </w:tc>
        <w:tc>
          <w:tcPr>
            <w:tcW w:type="dxa" w:w="519"/>
            <w:vAlign w:val="center"/>
          </w:tcPr>
          <w:p>
            <w:r/>
            <w:r>
              <w:rPr>
                <w:rFonts w:ascii="Malgun Gothic" w:hAnsi="Malgun Gothic" w:eastAsia="Malgun Gothic"/>
                <w:b w:val="0"/>
                <w:sz w:val="14"/>
              </w:rPr>
              <w:t>1.4125132759230405</w:t>
            </w:r>
          </w:p>
        </w:tc>
        <w:tc>
          <w:tcPr>
            <w:tcW w:type="dxa" w:w="519"/>
            <w:vAlign w:val="center"/>
          </w:tcPr>
          <w:p>
            <w:r/>
            <w:r>
              <w:rPr>
                <w:rFonts w:ascii="Malgun Gothic" w:hAnsi="Malgun Gothic" w:eastAsia="Malgun Gothic"/>
                <w:b w:val="0"/>
                <w:sz w:val="14"/>
              </w:rPr>
              <w:t>0.4270665170616328</w:t>
            </w:r>
          </w:p>
        </w:tc>
        <w:tc>
          <w:tcPr>
            <w:tcW w:type="dxa" w:w="519"/>
            <w:vAlign w:val="center"/>
          </w:tcPr>
          <w:p>
            <w:r/>
            <w:r>
              <w:rPr>
                <w:rFonts w:ascii="Malgun Gothic" w:hAnsi="Malgun Gothic" w:eastAsia="Malgun Gothic"/>
                <w:b w:val="0"/>
                <w:sz w:val="14"/>
              </w:rPr>
              <w:t>0.019618705243622137</w:t>
            </w:r>
          </w:p>
        </w:tc>
        <w:tc>
          <w:tcPr>
            <w:tcW w:type="dxa" w:w="519"/>
            <w:vAlign w:val="center"/>
          </w:tcPr>
          <w:p>
            <w:r/>
            <w:r>
              <w:rPr>
                <w:rFonts w:ascii="Malgun Gothic" w:hAnsi="Malgun Gothic" w:eastAsia="Malgun Gothic"/>
                <w:b w:val="0"/>
                <w:sz w:val="14"/>
              </w:rPr>
              <w:t>0.38660074828320723</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-0.10611487565451799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0.1157152205705642</w:t>
            </w:r>
          </w:p>
        </w:tc>
        <w:tc>
          <w:tcPr>
            <w:tcW w:type="dxa" w:w="519"/>
            <w:vAlign w:val="center"/>
          </w:tcPr>
          <w:p>
            <w:r/>
            <w:r>
              <w:rPr>
                <w:rFonts w:ascii="Malgun Gothic" w:hAnsi="Malgun Gothic" w:eastAsia="Malgun Gothic"/>
                <w:b w:val="0"/>
                <w:sz w:val="14"/>
              </w:rPr>
              <w:t>277.45412075667286</w:t>
            </w:r>
          </w:p>
        </w:tc>
        <w:tc>
          <w:tcPr>
            <w:tcW w:type="dxa" w:w="519"/>
            <w:vAlign w:val="center"/>
          </w:tcPr>
          <w:p>
            <w:r/>
            <w:r>
              <w:rPr>
                <w:rFonts w:ascii="Malgun Gothic" w:hAnsi="Malgun Gothic" w:eastAsia="Malgun Gothic"/>
                <w:b w:val="0"/>
                <w:sz w:val="14"/>
              </w:rPr>
              <w:t>76.92307692307692</w:t>
            </w:r>
          </w:p>
        </w:tc>
        <w:tc>
          <w:tcPr>
            <w:tcW w:type="dxa" w:w="519"/>
            <w:vAlign w:val="center"/>
          </w:tcPr>
          <w:p>
            <w:r/>
            <w:r>
              <w:rPr>
                <w:rFonts w:ascii="Malgun Gothic" w:hAnsi="Malgun Gothic" w:eastAsia="Malgun Gothic"/>
                <w:b w:val="0"/>
                <w:sz w:val="14"/>
              </w:rPr>
              <w:t>2.34</w:t>
            </w:r>
          </w:p>
        </w:tc>
        <w:tc>
          <w:tcPr>
            <w:tcW w:type="dxa" w:w="519"/>
            <w:vAlign w:val="center"/>
          </w:tcPr>
          <w:p>
            <w:r/>
            <w:r>
              <w:rPr>
                <w:rFonts w:ascii="Malgun Gothic" w:hAnsi="Malgun Gothic" w:eastAsia="Malgun Gothic"/>
                <w:b w:val="0"/>
                <w:sz w:val="14"/>
              </w:rPr>
              <w:t>1.6343927721858456</w:t>
            </w:r>
          </w:p>
        </w:tc>
        <w:tc>
          <w:tcPr>
            <w:tcW w:type="dxa" w:w="519"/>
            <w:vAlign w:val="center"/>
          </w:tcPr>
          <w:p>
            <w:r/>
            <w:r>
              <w:rPr>
                <w:rFonts w:ascii="Malgun Gothic" w:hAnsi="Malgun Gothic" w:eastAsia="Malgun Gothic"/>
                <w:b w:val="0"/>
                <w:sz w:val="14"/>
              </w:rPr>
              <w:t>1.7093215716939207</w:t>
            </w:r>
          </w:p>
        </w:tc>
        <w:tc>
          <w:tcPr>
            <w:tcW w:type="dxa" w:w="519"/>
            <w:vAlign w:val="center"/>
          </w:tcPr>
          <w:p>
            <w:r/>
            <w:r>
              <w:rPr>
                <w:rFonts w:ascii="Malgun Gothic" w:hAnsi="Malgun Gothic" w:eastAsia="Malgun Gothic"/>
                <w:b w:val="0"/>
                <w:sz w:val="14"/>
              </w:rPr>
              <w:t>-0.3011839020017692</w:t>
            </w:r>
          </w:p>
        </w:tc>
        <w:tc>
          <w:tcPr>
            <w:tcW w:type="dxa" w:w="519"/>
            <w:vAlign w:val="center"/>
          </w:tcPr>
          <w:p>
            <w:r/>
            <w:r>
              <w:rPr>
                <w:rFonts w:ascii="Malgun Gothic" w:hAnsi="Malgun Gothic" w:eastAsia="Malgun Gothic"/>
                <w:b w:val="0"/>
                <w:sz w:val="14"/>
              </w:rPr>
              <w:t>-0.8481446944526488</w:t>
            </w:r>
          </w:p>
        </w:tc>
        <w:tc>
          <w:tcPr>
            <w:tcW w:type="dxa" w:w="519"/>
            <w:vAlign w:val="center"/>
          </w:tcPr>
          <w:p>
            <w:r/>
            <w:r>
              <w:rPr>
                <w:rFonts w:ascii="Malgun Gothic" w:hAnsi="Malgun Gothic" w:eastAsia="Malgun Gothic"/>
                <w:b w:val="0"/>
                <w:sz w:val="14"/>
              </w:rPr>
              <w:t>0.5485964368563371</w:t>
            </w:r>
          </w:p>
        </w:tc>
        <w:tc>
          <w:tcPr>
            <w:tcW w:type="dxa" w:w="519"/>
            <w:vAlign w:val="center"/>
          </w:tcPr>
          <w:p>
            <w:r/>
            <w:r>
              <w:rPr>
                <w:rFonts w:ascii="Malgun Gothic" w:hAnsi="Malgun Gothic" w:eastAsia="Malgun Gothic"/>
                <w:b w:val="0"/>
                <w:sz w:val="14"/>
              </w:rPr>
              <w:t>0.5059446099271789</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-0.11936664379672368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0.0352397561073303</w:t>
            </w:r>
          </w:p>
        </w:tc>
        <w:tc>
          <w:tcPr>
            <w:tcW w:type="dxa" w:w="519"/>
            <w:vAlign w:val="center"/>
          </w:tcPr>
          <w:p>
            <w:r/>
            <w:r>
              <w:rPr>
                <w:rFonts w:ascii="Malgun Gothic" w:hAnsi="Malgun Gothic" w:eastAsia="Malgun Gothic"/>
                <w:b w:val="0"/>
                <w:sz w:val="14"/>
              </w:rPr>
              <w:t>235.9310813929666</w:t>
            </w:r>
          </w:p>
        </w:tc>
        <w:tc>
          <w:tcPr>
            <w:tcW w:type="dxa" w:w="519"/>
            <w:vAlign w:val="center"/>
          </w:tcPr>
          <w:p>
            <w:r/>
            <w:r>
              <w:rPr>
                <w:rFonts w:ascii="Malgun Gothic" w:hAnsi="Malgun Gothic" w:eastAsia="Malgun Gothic"/>
                <w:b w:val="0"/>
                <w:sz w:val="14"/>
              </w:rPr>
              <w:t>88.88888888888889</w:t>
            </w:r>
          </w:p>
        </w:tc>
        <w:tc>
          <w:tcPr>
            <w:tcW w:type="dxa" w:w="519"/>
            <w:vAlign w:val="center"/>
          </w:tcPr>
          <w:p>
            <w:r/>
            <w:r>
              <w:rPr>
                <w:rFonts w:ascii="Malgun Gothic" w:hAnsi="Malgun Gothic" w:eastAsia="Malgun Gothic"/>
                <w:b w:val="0"/>
                <w:sz w:val="14"/>
              </w:rPr>
              <w:t>99.9</w:t>
            </w:r>
          </w:p>
        </w:tc>
        <w:tc>
          <w:tcPr>
            <w:tcW w:type="dxa" w:w="519"/>
            <w:vAlign w:val="center"/>
          </w:tcPr>
          <w:p>
            <w:r/>
            <w:r>
              <w:rPr>
                <w:rFonts w:ascii="Malgun Gothic" w:hAnsi="Malgun Gothic" w:eastAsia="Malgun Gothic"/>
                <w:b w:val="0"/>
                <w:sz w:val="14"/>
              </w:rPr>
              <w:t>-1.1200902232171408</w:t>
            </w:r>
          </w:p>
        </w:tc>
        <w:tc>
          <w:tcPr>
            <w:tcW w:type="dxa" w:w="519"/>
            <w:vAlign w:val="center"/>
          </w:tcPr>
          <w:p>
            <w:r/>
            <w:r>
              <w:rPr>
                <w:rFonts w:ascii="Malgun Gothic" w:hAnsi="Malgun Gothic" w:eastAsia="Malgun Gothic"/>
                <w:b w:val="0"/>
                <w:sz w:val="14"/>
              </w:rPr>
              <w:t>0.2187528249374902</w:t>
            </w:r>
          </w:p>
        </w:tc>
        <w:tc>
          <w:tcPr>
            <w:tcW w:type="dxa" w:w="519"/>
            <w:vAlign w:val="center"/>
          </w:tcPr>
          <w:p>
            <w:r/>
            <w:r>
              <w:rPr>
                <w:rFonts w:ascii="Malgun Gothic" w:hAnsi="Malgun Gothic" w:eastAsia="Malgun Gothic"/>
                <w:b w:val="0"/>
                <w:sz w:val="14"/>
              </w:rPr>
              <w:t>0.31503936050275677</w:t>
            </w:r>
          </w:p>
        </w:tc>
        <w:tc>
          <w:tcPr>
            <w:tcW w:type="dxa" w:w="519"/>
            <w:vAlign w:val="center"/>
          </w:tcPr>
          <w:p>
            <w:r/>
            <w:r>
              <w:rPr>
                <w:rFonts w:ascii="Malgun Gothic" w:hAnsi="Malgun Gothic" w:eastAsia="Malgun Gothic"/>
                <w:b w:val="0"/>
                <w:sz w:val="14"/>
              </w:rPr>
              <w:t>-0.27503982161621376</w:t>
            </w:r>
          </w:p>
        </w:tc>
        <w:tc>
          <w:tcPr>
            <w:tcW w:type="dxa" w:w="519"/>
            <w:vAlign w:val="center"/>
          </w:tcPr>
          <w:p>
            <w:r/>
            <w:r>
              <w:rPr>
                <w:rFonts w:ascii="Malgun Gothic" w:hAnsi="Malgun Gothic" w:eastAsia="Malgun Gothic"/>
                <w:b w:val="0"/>
                <w:sz w:val="14"/>
              </w:rPr>
              <w:t>-0.2153344648482769</w:t>
            </w:r>
          </w:p>
        </w:tc>
        <w:tc>
          <w:tcPr>
            <w:tcW w:type="dxa" w:w="519"/>
            <w:vAlign w:val="center"/>
          </w:tcPr>
          <w:p>
            <w:r/>
            <w:r>
              <w:rPr>
                <w:rFonts w:ascii="Malgun Gothic" w:hAnsi="Malgun Gothic" w:eastAsia="Malgun Gothic"/>
                <w:b w:val="0"/>
                <w:sz w:val="14"/>
              </w:rPr>
              <w:t>0.33359243252902065</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-0.16636143514392865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0.0401565991342067</w:t>
            </w:r>
          </w:p>
        </w:tc>
        <w:tc>
          <w:tcPr>
            <w:tcW w:type="dxa" w:w="519"/>
            <w:vAlign w:val="center"/>
          </w:tcPr>
          <w:p>
            <w:r/>
            <w:r>
              <w:rPr>
                <w:rFonts w:ascii="Malgun Gothic" w:hAnsi="Malgun Gothic" w:eastAsia="Malgun Gothic"/>
                <w:b w:val="0"/>
                <w:sz w:val="14"/>
              </w:rPr>
              <w:t>238.82405754514843</w:t>
            </w:r>
          </w:p>
        </w:tc>
        <w:tc>
          <w:tcPr>
            <w:tcW w:type="dxa" w:w="519"/>
            <w:vAlign w:val="center"/>
          </w:tcPr>
          <w:p>
            <w:r/>
            <w:r>
              <w:rPr>
                <w:rFonts w:ascii="Malgun Gothic" w:hAnsi="Malgun Gothic" w:eastAsia="Malgun Gothic"/>
                <w:b w:val="0"/>
                <w:sz w:val="14"/>
              </w:rPr>
              <w:t>77.75119617224881</w:t>
            </w:r>
          </w:p>
        </w:tc>
        <w:tc>
          <w:tcPr>
            <w:tcW w:type="dxa" w:w="519"/>
            <w:vAlign w:val="center"/>
          </w:tcPr>
          <w:p>
            <w:r/>
            <w:r>
              <w:rPr>
                <w:rFonts w:ascii="Malgun Gothic" w:hAnsi="Malgun Gothic" w:eastAsia="Malgun Gothic"/>
                <w:b w:val="0"/>
                <w:sz w:val="14"/>
              </w:rPr>
              <w:t>50.16</w:t>
            </w:r>
          </w:p>
        </w:tc>
        <w:tc>
          <w:tcPr>
            <w:tcW w:type="dxa" w:w="519"/>
            <w:vAlign w:val="center"/>
          </w:tcPr>
          <w:p>
            <w:r/>
            <w:r>
              <w:rPr>
                <w:rFonts w:ascii="Malgun Gothic" w:hAnsi="Malgun Gothic" w:eastAsia="Malgun Gothic"/>
                <w:b w:val="0"/>
                <w:sz w:val="14"/>
              </w:rPr>
              <w:t>-0.9517984264697704</w:t>
            </w:r>
          </w:p>
        </w:tc>
        <w:tc>
          <w:tcPr>
            <w:tcW w:type="dxa" w:w="519"/>
            <w:vAlign w:val="center"/>
          </w:tcPr>
          <w:p>
            <w:r/>
            <w:r>
              <w:rPr>
                <w:rFonts w:ascii="Malgun Gothic" w:hAnsi="Malgun Gothic" w:eastAsia="Malgun Gothic"/>
                <w:b w:val="0"/>
                <w:sz w:val="14"/>
              </w:rPr>
              <w:t>0.32260311874144104</w:t>
            </w:r>
          </w:p>
        </w:tc>
        <w:tc>
          <w:tcPr>
            <w:tcW w:type="dxa" w:w="519"/>
            <w:vAlign w:val="center"/>
          </w:tcPr>
          <w:p>
            <w:r/>
            <w:r>
              <w:rPr>
                <w:rFonts w:ascii="Malgun Gothic" w:hAnsi="Malgun Gothic" w:eastAsia="Malgun Gothic"/>
                <w:b w:val="0"/>
                <w:sz w:val="14"/>
              </w:rPr>
              <w:t>-0.2585368717019852</w:t>
            </w:r>
          </w:p>
        </w:tc>
        <w:tc>
          <w:tcPr>
            <w:tcW w:type="dxa" w:w="519"/>
            <w:vAlign w:val="center"/>
          </w:tcPr>
          <w:p>
            <w:r/>
            <w:r>
              <w:rPr>
                <w:rFonts w:ascii="Malgun Gothic" w:hAnsi="Malgun Gothic" w:eastAsia="Malgun Gothic"/>
                <w:b w:val="0"/>
                <w:sz w:val="14"/>
              </w:rPr>
              <w:t>-0.5672316663772252</w:t>
            </w:r>
          </w:p>
        </w:tc>
        <w:tc>
          <w:tcPr>
            <w:tcW w:type="dxa" w:w="519"/>
            <w:vAlign w:val="center"/>
          </w:tcPr>
          <w:p>
            <w:r/>
            <w:r>
              <w:rPr>
                <w:rFonts w:ascii="Malgun Gothic" w:hAnsi="Malgun Gothic" w:eastAsia="Malgun Gothic"/>
                <w:b w:val="0"/>
                <w:sz w:val="14"/>
              </w:rPr>
              <w:t>-0.36374096145188495</w:t>
            </w:r>
          </w:p>
        </w:tc>
        <w:tc>
          <w:tcPr>
            <w:tcW w:type="dxa" w:w="519"/>
            <w:vAlign w:val="center"/>
          </w:tcPr>
          <w:p>
            <w:r/>
            <w:r>
              <w:rPr>
                <w:rFonts w:ascii="Malgun Gothic" w:hAnsi="Malgun Gothic" w:eastAsia="Malgun Gothic"/>
                <w:b w:val="0"/>
                <w:sz w:val="14"/>
              </w:rPr>
              <w:t>0.300110107396486</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-0.19993251797424605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0.0239846743643283</w:t>
            </w:r>
          </w:p>
        </w:tc>
        <w:tc>
          <w:tcPr>
            <w:tcW w:type="dxa" w:w="519"/>
            <w:vAlign w:val="center"/>
          </w:tcPr>
          <w:p>
            <w:r/>
            <w:r>
              <w:rPr>
                <w:rFonts w:ascii="Malgun Gothic" w:hAnsi="Malgun Gothic" w:eastAsia="Malgun Gothic"/>
                <w:b w:val="0"/>
                <w:sz w:val="14"/>
              </w:rPr>
              <w:t>263.0961897956945</w:t>
            </w:r>
          </w:p>
        </w:tc>
        <w:tc>
          <w:tcPr>
            <w:tcW w:type="dxa" w:w="519"/>
            <w:vAlign w:val="center"/>
          </w:tcPr>
          <w:p>
            <w:r/>
            <w:r>
              <w:rPr>
                <w:rFonts w:ascii="Malgun Gothic" w:hAnsi="Malgun Gothic" w:eastAsia="Malgun Gothic"/>
                <w:b w:val="0"/>
                <w:sz w:val="14"/>
              </w:rPr>
              <w:t>56.17977528089887</w:t>
            </w:r>
          </w:p>
        </w:tc>
        <w:tc>
          <w:tcPr>
            <w:tcW w:type="dxa" w:w="519"/>
            <w:vAlign w:val="center"/>
          </w:tcPr>
          <w:p>
            <w:r/>
            <w:r>
              <w:rPr>
                <w:rFonts w:ascii="Malgun Gothic" w:hAnsi="Malgun Gothic" w:eastAsia="Malgun Gothic"/>
                <w:b w:val="0"/>
                <w:sz w:val="14"/>
              </w:rPr>
              <w:t>53.4</w:t>
            </w:r>
          </w:p>
        </w:tc>
        <w:tc>
          <w:tcPr>
            <w:tcW w:type="dxa" w:w="519"/>
            <w:vAlign w:val="center"/>
          </w:tcPr>
          <w:p>
            <w:r/>
            <w:r>
              <w:rPr>
                <w:rFonts w:ascii="Malgun Gothic" w:hAnsi="Malgun Gothic" w:eastAsia="Malgun Gothic"/>
                <w:b w:val="0"/>
                <w:sz w:val="14"/>
              </w:rPr>
              <w:t>-1.5053247972547121</w:t>
            </w:r>
          </w:p>
        </w:tc>
        <w:tc>
          <w:tcPr>
            <w:tcW w:type="dxa" w:w="519"/>
            <w:vAlign w:val="center"/>
          </w:tcPr>
          <w:p>
            <w:r/>
            <w:r>
              <w:rPr>
                <w:rFonts w:ascii="Malgun Gothic" w:hAnsi="Malgun Gothic" w:eastAsia="Malgun Gothic"/>
                <w:b w:val="0"/>
                <w:sz w:val="14"/>
              </w:rPr>
              <w:t>1.193909321375195</w:t>
            </w:r>
          </w:p>
        </w:tc>
        <w:tc>
          <w:tcPr>
            <w:tcW w:type="dxa" w:w="519"/>
            <w:vAlign w:val="center"/>
          </w:tcPr>
          <w:p>
            <w:r/>
            <w:r>
              <w:rPr>
                <w:rFonts w:ascii="Malgun Gothic" w:hAnsi="Malgun Gothic" w:eastAsia="Malgun Gothic"/>
                <w:b w:val="0"/>
                <w:sz w:val="14"/>
              </w:rPr>
              <w:t>-1.3694361066645109</w:t>
            </w:r>
          </w:p>
        </w:tc>
        <w:tc>
          <w:tcPr>
            <w:tcW w:type="dxa" w:w="519"/>
            <w:vAlign w:val="center"/>
          </w:tcPr>
          <w:p>
            <w:r/>
            <w:r>
              <w:rPr>
                <w:rFonts w:ascii="Malgun Gothic" w:hAnsi="Malgun Gothic" w:eastAsia="Malgun Gothic"/>
                <w:b w:val="0"/>
                <w:sz w:val="14"/>
              </w:rPr>
              <w:t>-0.5481986632202956</w:t>
            </w:r>
          </w:p>
        </w:tc>
        <w:tc>
          <w:tcPr>
            <w:tcW w:type="dxa" w:w="519"/>
            <w:vAlign w:val="center"/>
          </w:tcPr>
          <w:p>
            <w:r/>
            <w:r>
              <w:rPr>
                <w:rFonts w:ascii="Malgun Gothic" w:hAnsi="Malgun Gothic" w:eastAsia="Malgun Gothic"/>
                <w:b w:val="0"/>
                <w:sz w:val="14"/>
              </w:rPr>
              <w:t>-0.5572625614410809</w:t>
            </w:r>
          </w:p>
        </w:tc>
        <w:tc>
          <w:tcPr>
            <w:tcW w:type="dxa" w:w="519"/>
            <w:vAlign w:val="center"/>
          </w:tcPr>
          <w:p>
            <w:r/>
            <w:r>
              <w:rPr>
                <w:rFonts w:ascii="Malgun Gothic" w:hAnsi="Malgun Gothic" w:eastAsia="Malgun Gothic"/>
                <w:b w:val="0"/>
                <w:sz w:val="14"/>
              </w:rPr>
              <w:t>0.25644926181832123</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-0.21176394119076697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0.03632278367877</w:t>
            </w:r>
          </w:p>
        </w:tc>
        <w:tc>
          <w:tcPr>
            <w:tcW w:type="dxa" w:w="519"/>
            <w:vAlign w:val="center"/>
          </w:tcPr>
          <w:p>
            <w:r/>
            <w:r>
              <w:rPr>
                <w:rFonts w:ascii="Malgun Gothic" w:hAnsi="Malgun Gothic" w:eastAsia="Malgun Gothic"/>
                <w:b w:val="0"/>
                <w:sz w:val="14"/>
              </w:rPr>
              <w:t>215.6394287252864</w:t>
            </w:r>
          </w:p>
        </w:tc>
        <w:tc>
          <w:tcPr>
            <w:tcW w:type="dxa" w:w="519"/>
            <w:vAlign w:val="center"/>
          </w:tcPr>
          <w:p>
            <w:r/>
            <w:r>
              <w:rPr>
                <w:rFonts w:ascii="Malgun Gothic" w:hAnsi="Malgun Gothic" w:eastAsia="Malgun Gothic"/>
                <w:b w:val="0"/>
                <w:sz w:val="14"/>
              </w:rPr>
              <w:t>43.47826086956521</w:t>
            </w:r>
          </w:p>
        </w:tc>
        <w:tc>
          <w:tcPr>
            <w:tcW w:type="dxa" w:w="519"/>
            <w:vAlign w:val="center"/>
          </w:tcPr>
          <w:p>
            <w:r/>
            <w:r>
              <w:rPr>
                <w:rFonts w:ascii="Malgun Gothic" w:hAnsi="Malgun Gothic" w:eastAsia="Malgun Gothic"/>
                <w:b w:val="0"/>
                <w:sz w:val="14"/>
              </w:rPr>
              <w:t>75.9</w:t>
            </w:r>
          </w:p>
        </w:tc>
        <w:tc>
          <w:tcPr>
            <w:tcW w:type="dxa" w:w="519"/>
            <w:vAlign w:val="center"/>
          </w:tcPr>
          <w:p>
            <w:r/>
            <w:r>
              <w:rPr>
                <w:rFonts w:ascii="Malgun Gothic" w:hAnsi="Malgun Gothic" w:eastAsia="Malgun Gothic"/>
                <w:b w:val="0"/>
                <w:sz w:val="14"/>
              </w:rPr>
              <w:t>-1.0830207754173564</w:t>
            </w:r>
          </w:p>
        </w:tc>
        <w:tc>
          <w:tcPr>
            <w:tcW w:type="dxa" w:w="519"/>
            <w:vAlign w:val="center"/>
          </w:tcPr>
          <w:p>
            <w:r/>
            <w:r>
              <w:rPr>
                <w:rFonts w:ascii="Malgun Gothic" w:hAnsi="Malgun Gothic" w:eastAsia="Malgun Gothic"/>
                <w:b w:val="0"/>
                <w:sz w:val="14"/>
              </w:rPr>
              <w:t>-0.5096645488860132</w:t>
            </w:r>
          </w:p>
        </w:tc>
        <w:tc>
          <w:tcPr>
            <w:tcW w:type="dxa" w:w="519"/>
            <w:vAlign w:val="center"/>
          </w:tcPr>
          <w:p>
            <w:r/>
            <w:r>
              <w:rPr>
                <w:rFonts w:ascii="Malgun Gothic" w:hAnsi="Malgun Gothic" w:eastAsia="Malgun Gothic"/>
                <w:b w:val="0"/>
                <w:sz w:val="14"/>
              </w:rPr>
              <w:t>-2.0235470580703203</w:t>
            </w:r>
          </w:p>
        </w:tc>
        <w:tc>
          <w:tcPr>
            <w:tcW w:type="dxa" w:w="519"/>
            <w:vAlign w:val="center"/>
          </w:tcPr>
          <w:p>
            <w:r/>
            <w:r>
              <w:rPr>
                <w:rFonts w:ascii="Malgun Gothic" w:hAnsi="Malgun Gothic" w:eastAsia="Malgun Gothic"/>
                <w:b w:val="0"/>
                <w:sz w:val="14"/>
              </w:rPr>
              <w:t>-0.41602503018606246</w:t>
            </w:r>
          </w:p>
        </w:tc>
        <w:tc>
          <w:tcPr>
            <w:tcW w:type="dxa" w:w="519"/>
            <w:vAlign w:val="center"/>
          </w:tcPr>
          <w:p>
            <w:r/>
            <w:r>
              <w:rPr>
                <w:rFonts w:ascii="Malgun Gothic" w:hAnsi="Malgun Gothic" w:eastAsia="Malgun Gothic"/>
                <w:b w:val="0"/>
                <w:sz w:val="14"/>
              </w:rPr>
              <w:t>-1.0080643531399383</w:t>
            </w:r>
          </w:p>
        </w:tc>
        <w:tc>
          <w:tcPr>
            <w:tcW w:type="dxa" w:w="519"/>
            <w:vAlign w:val="center"/>
          </w:tcPr>
          <w:p>
            <w:r/>
            <w:r>
              <w:rPr>
                <w:rFonts w:ascii="Malgun Gothic" w:hAnsi="Malgun Gothic" w:eastAsia="Malgun Gothic"/>
                <w:b w:val="0"/>
                <w:sz w:val="14"/>
              </w:rPr>
              <w:t>0.15474285067443516</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-0.27028295832439925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23:06:44</w:t>
            </w:r>
          </w:p>
        </w:tc>
        <w:tc>
          <w:tcPr>
            <w:tcW w:type="dxa" w:w="519"/>
            <w:vAlign w:val="center"/>
          </w:tcPr>
          <w:p>
            <w:r/>
            <w:r>
              <w:rPr>
                <w:rFonts w:ascii="Malgun Gothic" w:hAnsi="Malgun Gothic" w:eastAsia="Malgun Gothic"/>
                <w:b w:val="0"/>
                <w:sz w:val="14"/>
              </w:rPr>
              <w:t>read_only</w:t>
            </w:r>
          </w:p>
        </w:tc>
      </w:tr>
    </w:tbl>
    <w:p/>
    <w:p>
      <w:r>
        <w:t>대용량 표의 앞/뒤 표본 및 구조 포함; 원본 전수 행은 데이터 부록 ZIP 포함</w:t>
      </w:r>
    </w:p>
    <w:p>
      <w:r>
        <w:rPr>
          <w:b/>
        </w:rPr>
        <w:t>산출물 CSV: research_continuity/02_asis_same_method_reproduction/latest_actual_same_method_reproduced_stress_index_v156.csv (행 998, 열 19)</w:t>
      </w:r>
    </w:p>
    <w:tbl>
      <w:tblPr>
        <w:tblStyle w:val="TableGrid"/>
        <w:tblW w:type="auto" w:w="0"/>
        <w:jc w:val="center"/>
        <w:tblLook w:firstColumn="1" w:firstRow="1" w:lastColumn="0" w:lastRow="0" w:noHBand="0" w:noVBand="1" w:val="04A0"/>
      </w:tblPr>
      <w:tblGrid>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519"/>
      </w:tblGrid>
      <w:tr>
        <w:trPr>
          <w:tblHeader w:val="true"/>
          <w:cantSplit/>
        </w:trPr>
        <w:tc>
          <w:tcPr>
            <w:tcW w:type="dxa" w:w="519"/>
          </w:tcPr>
          <w:p>
            <w:r/>
            <w:r>
              <w:rPr>
                <w:rFonts w:ascii="Malgun Gothic" w:hAnsi="Malgun Gothic" w:eastAsia="Malgun Gothic"/>
                <w:b/>
                <w:sz w:val="14"/>
              </w:rPr>
              <w:t>stress_score</w:t>
            </w:r>
          </w:p>
        </w:tc>
        <w:tc>
          <w:tcPr>
            <w:tcW w:type="dxa" w:w="519"/>
          </w:tcPr>
          <w:p>
            <w:r/>
            <w:r>
              <w:rPr>
                <w:rFonts w:ascii="Malgun Gothic" w:hAnsi="Malgun Gothic" w:eastAsia="Malgun Gothic"/>
                <w:b/>
                <w:sz w:val="14"/>
              </w:rPr>
              <w:t>energy_mean</w:t>
            </w:r>
          </w:p>
        </w:tc>
        <w:tc>
          <w:tcPr>
            <w:tcW w:type="dxa" w:w="519"/>
          </w:tcPr>
          <w:p>
            <w:r/>
            <w:r>
              <w:rPr>
                <w:rFonts w:ascii="Malgun Gothic" w:hAnsi="Malgun Gothic" w:eastAsia="Malgun Gothic"/>
                <w:b/>
                <w:sz w:val="14"/>
              </w:rPr>
              <w:t>pitch_mean</w:t>
            </w:r>
          </w:p>
        </w:tc>
        <w:tc>
          <w:tcPr>
            <w:tcW w:type="dxa" w:w="519"/>
          </w:tcPr>
          <w:p>
            <w:r/>
            <w:r>
              <w:rPr>
                <w:rFonts w:ascii="Malgun Gothic" w:hAnsi="Malgun Gothic" w:eastAsia="Malgun Gothic"/>
                <w:b/>
                <w:sz w:val="14"/>
              </w:rPr>
              <w:t>wpm</w:t>
            </w:r>
          </w:p>
        </w:tc>
        <w:tc>
          <w:tcPr>
            <w:tcW w:type="dxa" w:w="519"/>
          </w:tcPr>
          <w:p>
            <w:r/>
            <w:r>
              <w:rPr>
                <w:rFonts w:ascii="Malgun Gothic" w:hAnsi="Malgun Gothic" w:eastAsia="Malgun Gothic"/>
                <w:b/>
                <w:sz w:val="14"/>
              </w:rPr>
              <w:t>duration_sec</w:t>
            </w:r>
          </w:p>
        </w:tc>
        <w:tc>
          <w:tcPr>
            <w:tcW w:type="dxa" w:w="519"/>
          </w:tcPr>
          <w:p>
            <w:r/>
            <w:r>
              <w:rPr>
                <w:rFonts w:ascii="Malgun Gothic" w:hAnsi="Malgun Gothic" w:eastAsia="Malgun Gothic"/>
                <w:b/>
                <w:sz w:val="14"/>
              </w:rPr>
              <w:t>z_energy_mean</w:t>
            </w:r>
          </w:p>
        </w:tc>
        <w:tc>
          <w:tcPr>
            <w:tcW w:type="dxa" w:w="519"/>
          </w:tcPr>
          <w:p>
            <w:r/>
            <w:r>
              <w:rPr>
                <w:rFonts w:ascii="Malgun Gothic" w:hAnsi="Malgun Gothic" w:eastAsia="Malgun Gothic"/>
                <w:b/>
                <w:sz w:val="14"/>
              </w:rPr>
              <w:t>z_pitch_mean</w:t>
            </w:r>
          </w:p>
        </w:tc>
        <w:tc>
          <w:tcPr>
            <w:tcW w:type="dxa" w:w="519"/>
          </w:tcPr>
          <w:p>
            <w:r/>
            <w:r>
              <w:rPr>
                <w:rFonts w:ascii="Malgun Gothic" w:hAnsi="Malgun Gothic" w:eastAsia="Malgun Gothic"/>
                <w:b/>
                <w:sz w:val="14"/>
              </w:rPr>
              <w:t>z_wpm</w:t>
            </w:r>
          </w:p>
        </w:tc>
        <w:tc>
          <w:tcPr>
            <w:tcW w:type="dxa" w:w="519"/>
          </w:tcPr>
          <w:p>
            <w:r/>
            <w:r>
              <w:rPr>
                <w:rFonts w:ascii="Malgun Gothic" w:hAnsi="Malgun Gothic" w:eastAsia="Malgun Gothic"/>
                <w:b/>
                <w:sz w:val="14"/>
              </w:rPr>
              <w:t>z_duration_sec</w:t>
            </w:r>
          </w:p>
        </w:tc>
        <w:tc>
          <w:tcPr>
            <w:tcW w:type="dxa" w:w="519"/>
          </w:tcPr>
          <w:p>
            <w:r/>
            <w:r>
              <w:rPr>
                <w:rFonts w:ascii="Malgun Gothic" w:hAnsi="Malgun Gothic" w:eastAsia="Malgun Gothic"/>
                <w:b/>
                <w:sz w:val="14"/>
              </w:rPr>
              <w:t>stress_raw_formula_candidate</w:t>
            </w:r>
          </w:p>
        </w:tc>
        <w:tc>
          <w:tcPr>
            <w:tcW w:type="dxa" w:w="519"/>
          </w:tcPr>
          <w:p>
            <w:r/>
            <w:r>
              <w:rPr>
                <w:rFonts w:ascii="Malgun Gothic" w:hAnsi="Malgun Gothic" w:eastAsia="Malgun Gothic"/>
                <w:b/>
                <w:sz w:val="14"/>
              </w:rPr>
              <w:t>stress_score_formula_candidate</w:t>
            </w:r>
          </w:p>
        </w:tc>
        <w:tc>
          <w:tcPr>
            <w:tcW w:type="dxa" w:w="519"/>
          </w:tcPr>
          <w:p>
            <w:r/>
            <w:r>
              <w:rPr>
                <w:rFonts w:ascii="Malgun Gothic" w:hAnsi="Malgun Gothic" w:eastAsia="Malgun Gothic"/>
                <w:b/>
                <w:sz w:val="14"/>
              </w:rPr>
              <w:t>stress_score_reproduced</w:t>
            </w:r>
          </w:p>
        </w:tc>
        <w:tc>
          <w:tcPr>
            <w:tcW w:type="dxa" w:w="519"/>
          </w:tcPr>
          <w:p>
            <w:r/>
            <w:r>
              <w:rPr>
                <w:rFonts w:ascii="Malgun Gothic" w:hAnsi="Malgun Gothic" w:eastAsia="Malgun Gothic"/>
                <w:b/>
                <w:sz w:val="14"/>
              </w:rPr>
              <w:t>stress_score_asis_reference</w:t>
            </w:r>
          </w:p>
        </w:tc>
        <w:tc>
          <w:tcPr>
            <w:tcW w:type="dxa" w:w="519"/>
          </w:tcPr>
          <w:p>
            <w:r/>
            <w:r>
              <w:rPr>
                <w:rFonts w:ascii="Malgun Gothic" w:hAnsi="Malgun Gothic" w:eastAsia="Malgun Gothic"/>
                <w:b/>
                <w:sz w:val="14"/>
              </w:rPr>
              <w:t>stress_score_reproduced_reference_locked</w:t>
            </w:r>
          </w:p>
        </w:tc>
        <w:tc>
          <w:tcPr>
            <w:tcW w:type="dxa" w:w="519"/>
          </w:tcPr>
          <w:p>
            <w:r/>
            <w:r>
              <w:rPr>
                <w:rFonts w:ascii="Malgun Gothic" w:hAnsi="Malgun Gothic" w:eastAsia="Malgun Gothic"/>
                <w:b/>
                <w:sz w:val="14"/>
              </w:rPr>
              <w:t>stress_formula_candidate_minus_asis</w:t>
            </w:r>
          </w:p>
        </w:tc>
        <w:tc>
          <w:tcPr>
            <w:tcW w:type="dxa" w:w="519"/>
          </w:tcPr>
          <w:p>
            <w:r/>
            <w:r>
              <w:rPr>
                <w:rFonts w:ascii="Malgun Gothic" w:hAnsi="Malgun Gothic" w:eastAsia="Malgun Gothic"/>
                <w:b/>
                <w:sz w:val="14"/>
              </w:rPr>
              <w:t>reproduction_method_version</w:t>
            </w:r>
          </w:p>
        </w:tc>
        <w:tc>
          <w:tcPr>
            <w:tcW w:type="dxa" w:w="519"/>
          </w:tcPr>
          <w:p>
            <w:r/>
            <w:r>
              <w:rPr>
                <w:rFonts w:ascii="Malgun Gothic" w:hAnsi="Malgun Gothic" w:eastAsia="Malgun Gothic"/>
                <w:b/>
                <w:sz w:val="14"/>
              </w:rPr>
              <w:t>reproduction_mode</w:t>
            </w:r>
          </w:p>
        </w:tc>
        <w:tc>
          <w:tcPr>
            <w:tcW w:type="dxa" w:w="519"/>
          </w:tcPr>
          <w:p>
            <w:r/>
            <w:r>
              <w:rPr>
                <w:rFonts w:ascii="Malgun Gothic" w:hAnsi="Malgun Gothic" w:eastAsia="Malgun Gothic"/>
                <w:b/>
                <w:sz w:val="14"/>
              </w:rPr>
              <w:t>reproduction_created_at</w:t>
            </w:r>
          </w:p>
        </w:tc>
        <w:tc>
          <w:tcPr>
            <w:tcW w:type="dxa" w:w="519"/>
          </w:tcPr>
          <w:p>
            <w:r/>
            <w:r>
              <w:rPr>
                <w:rFonts w:ascii="Malgun Gothic" w:hAnsi="Malgun Gothic" w:eastAsia="Malgun Gothic"/>
                <w:b/>
                <w:sz w:val="14"/>
              </w:rPr>
              <w:t>original_data_policy</w:t>
            </w:r>
          </w:p>
        </w:tc>
      </w:tr>
      <w:tr>
        <w:trPr>
          <w:cantSplit/>
        </w:trPr>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0.0387283228337764</w:t>
            </w:r>
          </w:p>
        </w:tc>
        <w:tc>
          <w:tcPr>
            <w:tcW w:type="dxa" w:w="519"/>
            <w:vAlign w:val="center"/>
          </w:tcPr>
          <w:p>
            <w:r/>
            <w:r>
              <w:rPr>
                <w:rFonts w:ascii="Malgun Gothic" w:hAnsi="Malgun Gothic" w:eastAsia="Malgun Gothic"/>
                <w:b w:val="0"/>
                <w:sz w:val="14"/>
              </w:rPr>
              <w:t>238.0246184292892</w:t>
            </w:r>
          </w:p>
        </w:tc>
        <w:tc>
          <w:tcPr>
            <w:tcW w:type="dxa" w:w="519"/>
            <w:vAlign w:val="center"/>
          </w:tcPr>
          <w:p>
            <w:r/>
            <w:r>
              <w:rPr>
                <w:rFonts w:ascii="Malgun Gothic" w:hAnsi="Malgun Gothic" w:eastAsia="Malgun Gothic"/>
                <w:b w:val="0"/>
                <w:sz w:val="14"/>
              </w:rPr>
              <w:t>56.11510791366906</w:t>
            </w:r>
          </w:p>
        </w:tc>
        <w:tc>
          <w:tcPr>
            <w:tcW w:type="dxa" w:w="519"/>
            <w:vAlign w:val="center"/>
          </w:tcPr>
          <w:p>
            <w:r/>
            <w:r>
              <w:rPr>
                <w:rFonts w:ascii="Malgun Gothic" w:hAnsi="Malgun Gothic" w:eastAsia="Malgun Gothic"/>
                <w:b w:val="0"/>
                <w:sz w:val="14"/>
              </w:rPr>
              <w:t>41.7</w:t>
            </w:r>
          </w:p>
        </w:tc>
        <w:tc>
          <w:tcPr>
            <w:tcW w:type="dxa" w:w="519"/>
            <w:vAlign w:val="center"/>
          </w:tcPr>
          <w:p>
            <w:r/>
            <w:r>
              <w:rPr>
                <w:rFonts w:ascii="Malgun Gothic" w:hAnsi="Malgun Gothic" w:eastAsia="Malgun Gothic"/>
                <w:b w:val="0"/>
                <w:sz w:val="14"/>
              </w:rPr>
              <w:t>-1.0006849139043317</w:t>
            </w:r>
          </w:p>
        </w:tc>
        <w:tc>
          <w:tcPr>
            <w:tcW w:type="dxa" w:w="519"/>
            <w:vAlign w:val="center"/>
          </w:tcPr>
          <w:p>
            <w:r/>
            <w:r>
              <w:rPr>
                <w:rFonts w:ascii="Malgun Gothic" w:hAnsi="Malgun Gothic" w:eastAsia="Malgun Gothic"/>
                <w:b w:val="0"/>
                <w:sz w:val="14"/>
              </w:rPr>
              <w:t>0.29390534085006853</w:t>
            </w:r>
          </w:p>
        </w:tc>
        <w:tc>
          <w:tcPr>
            <w:tcW w:type="dxa" w:w="519"/>
            <w:vAlign w:val="center"/>
          </w:tcPr>
          <w:p>
            <w:r/>
            <w:r>
              <w:rPr>
                <w:rFonts w:ascii="Malgun Gothic" w:hAnsi="Malgun Gothic" w:eastAsia="Malgun Gothic"/>
                <w:b w:val="0"/>
                <w:sz w:val="14"/>
              </w:rPr>
              <w:t>-1.372766389316937</w:t>
            </w:r>
          </w:p>
        </w:tc>
        <w:tc>
          <w:tcPr>
            <w:tcW w:type="dxa" w:w="519"/>
            <w:vAlign w:val="center"/>
          </w:tcPr>
          <w:p>
            <w:r/>
            <w:r>
              <w:rPr>
                <w:rFonts w:ascii="Malgun Gothic" w:hAnsi="Malgun Gothic" w:eastAsia="Malgun Gothic"/>
                <w:b w:val="0"/>
                <w:sz w:val="14"/>
              </w:rPr>
              <w:t>-0.6169289523980969</w:t>
            </w:r>
          </w:p>
        </w:tc>
        <w:tc>
          <w:tcPr>
            <w:tcW w:type="dxa" w:w="519"/>
            <w:vAlign w:val="center"/>
          </w:tcPr>
          <w:p>
            <w:r/>
            <w:r>
              <w:rPr>
                <w:rFonts w:ascii="Malgun Gothic" w:hAnsi="Malgun Gothic" w:eastAsia="Malgun Gothic"/>
                <w:b w:val="0"/>
                <w:sz w:val="14"/>
              </w:rPr>
              <w:t>-0.6741187286923243</w:t>
            </w:r>
          </w:p>
        </w:tc>
        <w:tc>
          <w:tcPr>
            <w:tcW w:type="dxa" w:w="519"/>
            <w:vAlign w:val="center"/>
          </w:tcPr>
          <w:p>
            <w:r/>
            <w:r>
              <w:rPr>
                <w:rFonts w:ascii="Malgun Gothic" w:hAnsi="Malgun Gothic" w:eastAsia="Malgun Gothic"/>
                <w:b w:val="0"/>
                <w:sz w:val="14"/>
              </w:rPr>
              <w:t>0.2300850778021826</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-0.2382411261485217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0.0516217462718486</w:t>
            </w:r>
          </w:p>
        </w:tc>
        <w:tc>
          <w:tcPr>
            <w:tcW w:type="dxa" w:w="519"/>
            <w:vAlign w:val="center"/>
          </w:tcPr>
          <w:p>
            <w:r/>
            <w:r>
              <w:rPr>
                <w:rFonts w:ascii="Malgun Gothic" w:hAnsi="Malgun Gothic" w:eastAsia="Malgun Gothic"/>
                <w:b w:val="0"/>
                <w:sz w:val="14"/>
              </w:rPr>
              <w:t>254.4835085646635</w:t>
            </w:r>
          </w:p>
        </w:tc>
        <w:tc>
          <w:tcPr>
            <w:tcW w:type="dxa" w:w="519"/>
            <w:vAlign w:val="center"/>
          </w:tcPr>
          <w:p>
            <w:r/>
            <w:r>
              <w:rPr>
                <w:rFonts w:ascii="Malgun Gothic" w:hAnsi="Malgun Gothic" w:eastAsia="Malgun Gothic"/>
                <w:b w:val="0"/>
                <w:sz w:val="14"/>
              </w:rPr>
              <w:t>112.94117647058825</w:t>
            </w:r>
          </w:p>
        </w:tc>
        <w:tc>
          <w:tcPr>
            <w:tcW w:type="dxa" w:w="519"/>
            <w:vAlign w:val="center"/>
          </w:tcPr>
          <w:p>
            <w:r/>
            <w:r>
              <w:rPr>
                <w:rFonts w:ascii="Malgun Gothic" w:hAnsi="Malgun Gothic" w:eastAsia="Malgun Gothic"/>
                <w:b w:val="0"/>
                <w:sz w:val="14"/>
              </w:rPr>
              <w:t>76.5</w:t>
            </w:r>
          </w:p>
        </w:tc>
        <w:tc>
          <w:tcPr>
            <w:tcW w:type="dxa" w:w="519"/>
            <w:vAlign w:val="center"/>
          </w:tcPr>
          <w:p>
            <w:r/>
            <w:r>
              <w:rPr>
                <w:rFonts w:ascii="Malgun Gothic" w:hAnsi="Malgun Gothic" w:eastAsia="Malgun Gothic"/>
                <w:b w:val="0"/>
                <w:sz w:val="14"/>
              </w:rPr>
              <w:t>-0.559373815551796</w:t>
            </w:r>
          </w:p>
        </w:tc>
        <w:tc>
          <w:tcPr>
            <w:tcW w:type="dxa" w:w="519"/>
            <w:vAlign w:val="center"/>
          </w:tcPr>
          <w:p>
            <w:r/>
            <w:r>
              <w:rPr>
                <w:rFonts w:ascii="Malgun Gothic" w:hAnsi="Malgun Gothic" w:eastAsia="Malgun Gothic"/>
                <w:b w:val="0"/>
                <w:sz w:val="14"/>
              </w:rPr>
              <w:t>0.8847365424679859</w:t>
            </w:r>
          </w:p>
        </w:tc>
        <w:tc>
          <w:tcPr>
            <w:tcW w:type="dxa" w:w="519"/>
            <w:vAlign w:val="center"/>
          </w:tcPr>
          <w:p>
            <w:r/>
            <w:r>
              <w:rPr>
                <w:rFonts w:ascii="Malgun Gothic" w:hAnsi="Malgun Gothic" w:eastAsia="Malgun Gothic"/>
                <w:b w:val="0"/>
                <w:sz w:val="14"/>
              </w:rPr>
              <w:t>1.553699901604292</w:t>
            </w:r>
          </w:p>
        </w:tc>
        <w:tc>
          <w:tcPr>
            <w:tcW w:type="dxa" w:w="519"/>
            <w:vAlign w:val="center"/>
          </w:tcPr>
          <w:p>
            <w:r/>
            <w:r>
              <w:rPr>
                <w:rFonts w:ascii="Malgun Gothic" w:hAnsi="Malgun Gothic" w:eastAsia="Malgun Gothic"/>
                <w:b w:val="0"/>
                <w:sz w:val="14"/>
              </w:rPr>
              <w:t>-0.41250039997181626</w:t>
            </w:r>
          </w:p>
        </w:tc>
        <w:tc>
          <w:tcPr>
            <w:tcW w:type="dxa" w:w="519"/>
            <w:vAlign w:val="center"/>
          </w:tcPr>
          <w:p>
            <w:r/>
            <w:r>
              <w:rPr>
                <w:rFonts w:ascii="Malgun Gothic" w:hAnsi="Malgun Gothic" w:eastAsia="Malgun Gothic"/>
                <w:b w:val="0"/>
                <w:sz w:val="14"/>
              </w:rPr>
              <w:t>0.3666405571371665</w:t>
            </w:r>
          </w:p>
        </w:tc>
        <w:tc>
          <w:tcPr>
            <w:tcW w:type="dxa" w:w="519"/>
            <w:vAlign w:val="center"/>
          </w:tcPr>
          <w:p>
            <w:r/>
            <w:r>
              <w:rPr>
                <w:rFonts w:ascii="Malgun Gothic" w:hAnsi="Malgun Gothic" w:eastAsia="Malgun Gothic"/>
                <w:b w:val="0"/>
                <w:sz w:val="14"/>
              </w:rPr>
              <w:t>0.4648931326403989</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-0.10649549143378667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0.0836487412452697</w:t>
            </w:r>
          </w:p>
        </w:tc>
        <w:tc>
          <w:tcPr>
            <w:tcW w:type="dxa" w:w="519"/>
            <w:vAlign w:val="center"/>
          </w:tcPr>
          <w:p>
            <w:r/>
            <w:r>
              <w:rPr>
                <w:rFonts w:ascii="Malgun Gothic" w:hAnsi="Malgun Gothic" w:eastAsia="Malgun Gothic"/>
                <w:b w:val="0"/>
                <w:sz w:val="14"/>
              </w:rPr>
              <w:t>250.6328955076774</w:t>
            </w:r>
          </w:p>
        </w:tc>
        <w:tc>
          <w:tcPr>
            <w:tcW w:type="dxa" w:w="519"/>
            <w:vAlign w:val="center"/>
          </w:tcPr>
          <w:p>
            <w:r/>
            <w:r>
              <w:rPr>
                <w:rFonts w:ascii="Malgun Gothic" w:hAnsi="Malgun Gothic" w:eastAsia="Malgun Gothic"/>
                <w:b w:val="0"/>
                <w:sz w:val="14"/>
              </w:rPr>
              <w:t>67.36526946107786</w:t>
            </w:r>
          </w:p>
        </w:tc>
        <w:tc>
          <w:tcPr>
            <w:tcW w:type="dxa" w:w="519"/>
            <w:vAlign w:val="center"/>
          </w:tcPr>
          <w:p>
            <w:r/>
            <w:r>
              <w:rPr>
                <w:rFonts w:ascii="Malgun Gothic" w:hAnsi="Malgun Gothic" w:eastAsia="Malgun Gothic"/>
                <w:b w:val="0"/>
                <w:sz w:val="14"/>
              </w:rPr>
              <w:t>40.08</w:t>
            </w:r>
          </w:p>
        </w:tc>
        <w:tc>
          <w:tcPr>
            <w:tcW w:type="dxa" w:w="519"/>
            <w:vAlign w:val="center"/>
          </w:tcPr>
          <w:p>
            <w:r/>
            <w:r>
              <w:rPr>
                <w:rFonts w:ascii="Malgun Gothic" w:hAnsi="Malgun Gothic" w:eastAsia="Malgun Gothic"/>
                <w:b w:val="0"/>
                <w:sz w:val="14"/>
              </w:rPr>
              <w:t>0.536833750773573</w:t>
            </w:r>
          </w:p>
        </w:tc>
        <w:tc>
          <w:tcPr>
            <w:tcW w:type="dxa" w:w="519"/>
            <w:vAlign w:val="center"/>
          </w:tcPr>
          <w:p>
            <w:r/>
            <w:r>
              <w:rPr>
                <w:rFonts w:ascii="Malgun Gothic" w:hAnsi="Malgun Gothic" w:eastAsia="Malgun Gothic"/>
                <w:b w:val="0"/>
                <w:sz w:val="14"/>
              </w:rPr>
              <w:t>0.7465095830124963</w:t>
            </w:r>
          </w:p>
        </w:tc>
        <w:tc>
          <w:tcPr>
            <w:tcW w:type="dxa" w:w="519"/>
            <w:vAlign w:val="center"/>
          </w:tcPr>
          <w:p>
            <w:r/>
            <w:r>
              <w:rPr>
                <w:rFonts w:ascii="Malgun Gothic" w:hAnsi="Malgun Gothic" w:eastAsia="Malgun Gothic"/>
                <w:b w:val="0"/>
                <w:sz w:val="14"/>
              </w:rPr>
              <w:t>-0.7933981632195622</w:t>
            </w:r>
          </w:p>
        </w:tc>
        <w:tc>
          <w:tcPr>
            <w:tcW w:type="dxa" w:w="519"/>
            <w:vAlign w:val="center"/>
          </w:tcPr>
          <w:p>
            <w:r/>
            <w:r>
              <w:rPr>
                <w:rFonts w:ascii="Malgun Gothic" w:hAnsi="Malgun Gothic" w:eastAsia="Malgun Gothic"/>
                <w:b w:val="0"/>
                <w:sz w:val="14"/>
              </w:rPr>
              <w:t>-0.6264454539765617</w:t>
            </w:r>
          </w:p>
        </w:tc>
        <w:tc>
          <w:tcPr>
            <w:tcW w:type="dxa" w:w="519"/>
            <w:vAlign w:val="center"/>
          </w:tcPr>
          <w:p>
            <w:r/>
            <w:r>
              <w:rPr>
                <w:rFonts w:ascii="Malgun Gothic" w:hAnsi="Malgun Gothic" w:eastAsia="Malgun Gothic"/>
                <w:b w:val="0"/>
                <w:sz w:val="14"/>
              </w:rPr>
              <w:t>-0.03412507085251365</w:t>
            </w:r>
          </w:p>
        </w:tc>
        <w:tc>
          <w:tcPr>
            <w:tcW w:type="dxa" w:w="519"/>
            <w:vAlign w:val="center"/>
          </w:tcPr>
          <w:p>
            <w:r/>
            <w:r>
              <w:rPr>
                <w:rFonts w:ascii="Malgun Gothic" w:hAnsi="Malgun Gothic" w:eastAsia="Malgun Gothic"/>
                <w:b w:val="0"/>
                <w:sz w:val="14"/>
              </w:rPr>
              <w:t>0.37447549348450854</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-0.17286917737075874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0.0569056421518325</w:t>
            </w:r>
          </w:p>
        </w:tc>
        <w:tc>
          <w:tcPr>
            <w:tcW w:type="dxa" w:w="519"/>
            <w:vAlign w:val="center"/>
          </w:tcPr>
          <w:p>
            <w:r/>
            <w:r>
              <w:rPr>
                <w:rFonts w:ascii="Malgun Gothic" w:hAnsi="Malgun Gothic" w:eastAsia="Malgun Gothic"/>
                <w:b w:val="0"/>
                <w:sz w:val="14"/>
              </w:rPr>
              <w:t>259.63355756495304</w:t>
            </w:r>
          </w:p>
        </w:tc>
        <w:tc>
          <w:tcPr>
            <w:tcW w:type="dxa" w:w="519"/>
            <w:vAlign w:val="center"/>
          </w:tcPr>
          <w:p>
            <w:r/>
            <w:r>
              <w:rPr>
                <w:rFonts w:ascii="Malgun Gothic" w:hAnsi="Malgun Gothic" w:eastAsia="Malgun Gothic"/>
                <w:b w:val="0"/>
                <w:sz w:val="14"/>
              </w:rPr>
              <w:t>53.07346326836582</w:t>
            </w:r>
          </w:p>
        </w:tc>
        <w:tc>
          <w:tcPr>
            <w:tcW w:type="dxa" w:w="519"/>
            <w:vAlign w:val="center"/>
          </w:tcPr>
          <w:p>
            <w:r/>
            <w:r>
              <w:rPr>
                <w:rFonts w:ascii="Malgun Gothic" w:hAnsi="Malgun Gothic" w:eastAsia="Malgun Gothic"/>
                <w:b w:val="0"/>
                <w:sz w:val="14"/>
              </w:rPr>
              <w:t>200.1</w:t>
            </w:r>
          </w:p>
        </w:tc>
        <w:tc>
          <w:tcPr>
            <w:tcW w:type="dxa" w:w="519"/>
            <w:vAlign w:val="center"/>
          </w:tcPr>
          <w:p>
            <w:r/>
            <w:r>
              <w:rPr>
                <w:rFonts w:ascii="Malgun Gothic" w:hAnsi="Malgun Gothic" w:eastAsia="Malgun Gothic"/>
                <w:b w:val="0"/>
                <w:sz w:val="14"/>
              </w:rPr>
              <w:t>-0.3785186760633514</w:t>
            </w:r>
          </w:p>
        </w:tc>
        <w:tc>
          <w:tcPr>
            <w:tcW w:type="dxa" w:w="519"/>
            <w:vAlign w:val="center"/>
          </w:tcPr>
          <w:p>
            <w:r/>
            <w:r>
              <w:rPr>
                <w:rFonts w:ascii="Malgun Gothic" w:hAnsi="Malgun Gothic" w:eastAsia="Malgun Gothic"/>
                <w:b w:val="0"/>
                <w:sz w:val="14"/>
              </w:rPr>
              <w:t>1.069609861033522</w:t>
            </w:r>
          </w:p>
        </w:tc>
        <w:tc>
          <w:tcPr>
            <w:tcW w:type="dxa" w:w="519"/>
            <w:vAlign w:val="center"/>
          </w:tcPr>
          <w:p>
            <w:r/>
            <w:r>
              <w:rPr>
                <w:rFonts w:ascii="Malgun Gothic" w:hAnsi="Malgun Gothic" w:eastAsia="Malgun Gothic"/>
                <w:b w:val="0"/>
                <w:sz w:val="14"/>
              </w:rPr>
              <w:t>-1.5294070077775492</w:t>
            </w:r>
          </w:p>
        </w:tc>
        <w:tc>
          <w:tcPr>
            <w:tcW w:type="dxa" w:w="519"/>
            <w:vAlign w:val="center"/>
          </w:tcPr>
          <w:p>
            <w:r/>
            <w:r>
              <w:rPr>
                <w:rFonts w:ascii="Malgun Gothic" w:hAnsi="Malgun Gothic" w:eastAsia="Malgun Gothic"/>
                <w:b w:val="0"/>
                <w:sz w:val="14"/>
              </w:rPr>
              <w:t>0.3135734241629046</w:t>
            </w:r>
          </w:p>
        </w:tc>
        <w:tc>
          <w:tcPr>
            <w:tcW w:type="dxa" w:w="519"/>
            <w:vAlign w:val="center"/>
          </w:tcPr>
          <w:p>
            <w:r/>
            <w:r>
              <w:rPr>
                <w:rFonts w:ascii="Malgun Gothic" w:hAnsi="Malgun Gothic" w:eastAsia="Malgun Gothic"/>
                <w:b w:val="0"/>
                <w:sz w:val="14"/>
              </w:rPr>
              <w:t>-0.13118559966111848</w:t>
            </w:r>
          </w:p>
        </w:tc>
        <w:tc>
          <w:tcPr>
            <w:tcW w:type="dxa" w:w="519"/>
            <w:vAlign w:val="center"/>
          </w:tcPr>
          <w:p>
            <w:r/>
            <w:r>
              <w:rPr>
                <w:rFonts w:ascii="Malgun Gothic" w:hAnsi="Malgun Gothic" w:eastAsia="Malgun Gothic"/>
                <w:b w:val="0"/>
                <w:sz w:val="14"/>
              </w:rPr>
              <w:t>0.35257744820024006</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-0.12423895198341262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0.0736489668488502</w:t>
            </w:r>
          </w:p>
        </w:tc>
        <w:tc>
          <w:tcPr>
            <w:tcW w:type="dxa" w:w="519"/>
            <w:vAlign w:val="center"/>
          </w:tcPr>
          <w:p>
            <w:r/>
            <w:r>
              <w:rPr>
                <w:rFonts w:ascii="Malgun Gothic" w:hAnsi="Malgun Gothic" w:eastAsia="Malgun Gothic"/>
                <w:b w:val="0"/>
                <w:sz w:val="14"/>
              </w:rPr>
              <w:t>212.8201100241104</w:t>
            </w:r>
          </w:p>
        </w:tc>
        <w:tc>
          <w:tcPr>
            <w:tcW w:type="dxa" w:w="519"/>
            <w:vAlign w:val="center"/>
          </w:tcPr>
          <w:p>
            <w:r/>
            <w:r>
              <w:rPr>
                <w:rFonts w:ascii="Malgun Gothic" w:hAnsi="Malgun Gothic" w:eastAsia="Malgun Gothic"/>
                <w:b w:val="0"/>
                <w:sz w:val="14"/>
              </w:rPr>
              <w:t>89.41736028537456</w:t>
            </w:r>
          </w:p>
        </w:tc>
        <w:tc>
          <w:tcPr>
            <w:tcW w:type="dxa" w:w="519"/>
            <w:vAlign w:val="center"/>
          </w:tcPr>
          <w:p>
            <w:r/>
            <w:r>
              <w:rPr>
                <w:rFonts w:ascii="Malgun Gothic" w:hAnsi="Malgun Gothic" w:eastAsia="Malgun Gothic"/>
                <w:b w:val="0"/>
                <w:sz w:val="14"/>
              </w:rPr>
              <w:t>252.3</w:t>
            </w:r>
          </w:p>
        </w:tc>
        <w:tc>
          <w:tcPr>
            <w:tcW w:type="dxa" w:w="519"/>
            <w:vAlign w:val="center"/>
          </w:tcPr>
          <w:p>
            <w:r/>
            <w:r>
              <w:rPr>
                <w:rFonts w:ascii="Malgun Gothic" w:hAnsi="Malgun Gothic" w:eastAsia="Malgun Gothic"/>
                <w:b w:val="0"/>
                <w:sz w:val="14"/>
              </w:rPr>
              <w:t>0.1945653498824221</w:t>
            </w:r>
          </w:p>
        </w:tc>
        <w:tc>
          <w:tcPr>
            <w:tcW w:type="dxa" w:w="519"/>
            <w:vAlign w:val="center"/>
          </w:tcPr>
          <w:p>
            <w:r/>
            <w:r>
              <w:rPr>
                <w:rFonts w:ascii="Malgun Gothic" w:hAnsi="Malgun Gothic" w:eastAsia="Malgun Gothic"/>
                <w:b w:val="0"/>
                <w:sz w:val="14"/>
              </w:rPr>
              <w:t>-0.6108707324293121</w:t>
            </w:r>
          </w:p>
        </w:tc>
        <w:tc>
          <w:tcPr>
            <w:tcW w:type="dxa" w:w="519"/>
            <w:vAlign w:val="center"/>
          </w:tcPr>
          <w:p>
            <w:r/>
            <w:r>
              <w:rPr>
                <w:rFonts w:ascii="Malgun Gothic" w:hAnsi="Malgun Gothic" w:eastAsia="Malgun Gothic"/>
                <w:b w:val="0"/>
                <w:sz w:val="14"/>
              </w:rPr>
              <w:t>0.34225492840681293</w:t>
            </w:r>
          </w:p>
        </w:tc>
        <w:tc>
          <w:tcPr>
            <w:tcW w:type="dxa" w:w="519"/>
            <w:vAlign w:val="center"/>
          </w:tcPr>
          <w:p>
            <w:r/>
            <w:r>
              <w:rPr>
                <w:rFonts w:ascii="Malgun Gothic" w:hAnsi="Malgun Gothic" w:eastAsia="Malgun Gothic"/>
                <w:b w:val="0"/>
                <w:sz w:val="14"/>
              </w:rPr>
              <w:t>0.6202162528023257</w:t>
            </w:r>
          </w:p>
        </w:tc>
        <w:tc>
          <w:tcPr>
            <w:tcW w:type="dxa" w:w="519"/>
            <w:vAlign w:val="center"/>
          </w:tcPr>
          <w:p>
            <w:r/>
            <w:r>
              <w:rPr>
                <w:rFonts w:ascii="Malgun Gothic" w:hAnsi="Malgun Gothic" w:eastAsia="Malgun Gothic"/>
                <w:b w:val="0"/>
                <w:sz w:val="14"/>
              </w:rPr>
              <w:t>0.13654144966556217</w:t>
            </w:r>
          </w:p>
        </w:tc>
        <w:tc>
          <w:tcPr>
            <w:tcW w:type="dxa" w:w="519"/>
            <w:vAlign w:val="center"/>
          </w:tcPr>
          <w:p>
            <w:r/>
            <w:r>
              <w:rPr>
                <w:rFonts w:ascii="Malgun Gothic" w:hAnsi="Malgun Gothic" w:eastAsia="Malgun Gothic"/>
                <w:b w:val="0"/>
                <w:sz w:val="14"/>
              </w:rPr>
              <w:t>0.4129799529253069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-0.09136464265348093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0.062197983264923</w:t>
            </w:r>
          </w:p>
        </w:tc>
        <w:tc>
          <w:tcPr>
            <w:tcW w:type="dxa" w:w="519"/>
            <w:vAlign w:val="center"/>
          </w:tcPr>
          <w:p>
            <w:r/>
            <w:r>
              <w:rPr>
                <w:rFonts w:ascii="Malgun Gothic" w:hAnsi="Malgun Gothic" w:eastAsia="Malgun Gothic"/>
                <w:b w:val="0"/>
                <w:sz w:val="14"/>
              </w:rPr>
              <w:t>279.7326065059236</w:t>
            </w:r>
          </w:p>
        </w:tc>
        <w:tc>
          <w:tcPr>
            <w:tcW w:type="dxa" w:w="519"/>
            <w:vAlign w:val="center"/>
          </w:tcPr>
          <w:p>
            <w:r/>
            <w:r>
              <w:rPr>
                <w:rFonts w:ascii="Malgun Gothic" w:hAnsi="Malgun Gothic" w:eastAsia="Malgun Gothic"/>
                <w:b w:val="0"/>
                <w:sz w:val="14"/>
              </w:rPr>
              <w:t>97.68339768339769</w:t>
            </w:r>
          </w:p>
        </w:tc>
        <w:tc>
          <w:tcPr>
            <w:tcW w:type="dxa" w:w="519"/>
            <w:vAlign w:val="center"/>
          </w:tcPr>
          <w:p>
            <w:r/>
            <w:r>
              <w:rPr>
                <w:rFonts w:ascii="Malgun Gothic" w:hAnsi="Malgun Gothic" w:eastAsia="Malgun Gothic"/>
                <w:b w:val="0"/>
                <w:sz w:val="14"/>
              </w:rPr>
              <w:t>155.4</w:t>
            </w:r>
          </w:p>
        </w:tc>
        <w:tc>
          <w:tcPr>
            <w:tcW w:type="dxa" w:w="519"/>
            <w:vAlign w:val="center"/>
          </w:tcPr>
          <w:p>
            <w:r/>
            <w:r>
              <w:rPr>
                <w:rFonts w:ascii="Malgun Gothic" w:hAnsi="Malgun Gothic" w:eastAsia="Malgun Gothic"/>
                <w:b w:val="0"/>
                <w:sz w:val="14"/>
              </w:rPr>
              <w:t>-0.19737447641055078</w:t>
            </w:r>
          </w:p>
        </w:tc>
        <w:tc>
          <w:tcPr>
            <w:tcW w:type="dxa" w:w="519"/>
            <w:vAlign w:val="center"/>
          </w:tcPr>
          <w:p>
            <w:r/>
            <w:r>
              <w:rPr>
                <w:rFonts w:ascii="Malgun Gothic" w:hAnsi="Malgun Gothic" w:eastAsia="Malgun Gothic"/>
                <w:b w:val="0"/>
                <w:sz w:val="14"/>
              </w:rPr>
              <w:t>1.791113263723373</w:t>
            </w:r>
          </w:p>
        </w:tc>
        <w:tc>
          <w:tcPr>
            <w:tcW w:type="dxa" w:w="519"/>
            <w:vAlign w:val="center"/>
          </w:tcPr>
          <w:p>
            <w:r/>
            <w:r>
              <w:rPr>
                <w:rFonts w:ascii="Malgun Gothic" w:hAnsi="Malgun Gothic" w:eastAsia="Malgun Gothic"/>
                <w:b w:val="0"/>
                <w:sz w:val="14"/>
              </w:rPr>
              <w:t>0.7679447644119026</w:t>
            </w:r>
          </w:p>
        </w:tc>
        <w:tc>
          <w:tcPr>
            <w:tcW w:type="dxa" w:w="519"/>
            <w:vAlign w:val="center"/>
          </w:tcPr>
          <w:p>
            <w:r/>
            <w:r>
              <w:rPr>
                <w:rFonts w:ascii="Malgun Gothic" w:hAnsi="Malgun Gothic" w:eastAsia="Malgun Gothic"/>
                <w:b w:val="0"/>
                <w:sz w:val="14"/>
              </w:rPr>
              <w:t>0.05098847320156143</w:t>
            </w:r>
          </w:p>
        </w:tc>
        <w:tc>
          <w:tcPr>
            <w:tcW w:type="dxa" w:w="519"/>
            <w:vAlign w:val="center"/>
          </w:tcPr>
          <w:p>
            <w:r/>
            <w:r>
              <w:rPr>
                <w:rFonts w:ascii="Malgun Gothic" w:hAnsi="Malgun Gothic" w:eastAsia="Malgun Gothic"/>
                <w:b w:val="0"/>
                <w:sz w:val="14"/>
              </w:rPr>
              <w:t>0.6031680062315715</w:t>
            </w:r>
          </w:p>
        </w:tc>
        <w:tc>
          <w:tcPr>
            <w:tcW w:type="dxa" w:w="519"/>
            <w:vAlign w:val="center"/>
          </w:tcPr>
          <w:p>
            <w:r/>
            <w:r>
              <w:rPr>
                <w:rFonts w:ascii="Malgun Gothic" w:hAnsi="Malgun Gothic" w:eastAsia="Malgun Gothic"/>
                <w:b w:val="0"/>
                <w:sz w:val="14"/>
              </w:rPr>
              <w:t>0.5182566250385838</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-0.05065995930819589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0.0671501383185386</w:t>
            </w:r>
          </w:p>
        </w:tc>
        <w:tc>
          <w:tcPr>
            <w:tcW w:type="dxa" w:w="519"/>
            <w:vAlign w:val="center"/>
          </w:tcPr>
          <w:p>
            <w:r/>
            <w:r>
              <w:rPr>
                <w:rFonts w:ascii="Malgun Gothic" w:hAnsi="Malgun Gothic" w:eastAsia="Malgun Gothic"/>
                <w:b w:val="0"/>
                <w:sz w:val="14"/>
              </w:rPr>
              <w:t>248.7467027838688</w:t>
            </w:r>
          </w:p>
        </w:tc>
        <w:tc>
          <w:tcPr>
            <w:tcW w:type="dxa" w:w="519"/>
            <w:vAlign w:val="center"/>
          </w:tcPr>
          <w:p>
            <w:r/>
            <w:r>
              <w:rPr>
                <w:rFonts w:ascii="Malgun Gothic" w:hAnsi="Malgun Gothic" w:eastAsia="Malgun Gothic"/>
                <w:b w:val="0"/>
                <w:sz w:val="14"/>
              </w:rPr>
              <w:t>94.35829759155394</w:t>
            </w:r>
          </w:p>
        </w:tc>
        <w:tc>
          <w:tcPr>
            <w:tcW w:type="dxa" w:w="519"/>
            <w:vAlign w:val="center"/>
          </w:tcPr>
          <w:p>
            <w:r/>
            <w:r>
              <w:rPr>
                <w:rFonts w:ascii="Malgun Gothic" w:hAnsi="Malgun Gothic" w:eastAsia="Malgun Gothic"/>
                <w:b w:val="0"/>
                <w:sz w:val="14"/>
              </w:rPr>
              <w:t>90.93</w:t>
            </w:r>
          </w:p>
        </w:tc>
        <w:tc>
          <w:tcPr>
            <w:tcW w:type="dxa" w:w="519"/>
            <w:vAlign w:val="center"/>
          </w:tcPr>
          <w:p>
            <w:r/>
            <w:r>
              <w:rPr>
                <w:rFonts w:ascii="Malgun Gothic" w:hAnsi="Malgun Gothic" w:eastAsia="Malgun Gothic"/>
                <w:b w:val="0"/>
                <w:sz w:val="14"/>
              </w:rPr>
              <w:t>-0.02787403330326063</w:t>
            </w:r>
          </w:p>
        </w:tc>
        <w:tc>
          <w:tcPr>
            <w:tcW w:type="dxa" w:w="519"/>
            <w:vAlign w:val="center"/>
          </w:tcPr>
          <w:p>
            <w:r/>
            <w:r>
              <w:rPr>
                <w:rFonts w:ascii="Malgun Gothic" w:hAnsi="Malgun Gothic" w:eastAsia="Malgun Gothic"/>
                <w:b w:val="0"/>
                <w:sz w:val="14"/>
              </w:rPr>
              <w:t>0.6788001867941188</w:t>
            </w:r>
          </w:p>
        </w:tc>
        <w:tc>
          <w:tcPr>
            <w:tcW w:type="dxa" w:w="519"/>
            <w:vAlign w:val="center"/>
          </w:tcPr>
          <w:p>
            <w:r/>
            <w:r>
              <w:rPr>
                <w:rFonts w:ascii="Malgun Gothic" w:hAnsi="Malgun Gothic" w:eastAsia="Malgun Gothic"/>
                <w:b w:val="0"/>
                <w:sz w:val="14"/>
              </w:rPr>
              <w:t>0.5967065707477909</w:t>
            </w:r>
          </w:p>
        </w:tc>
        <w:tc>
          <w:tcPr>
            <w:tcW w:type="dxa" w:w="519"/>
            <w:vAlign w:val="center"/>
          </w:tcPr>
          <w:p>
            <w:r/>
            <w:r>
              <w:rPr>
                <w:rFonts w:ascii="Malgun Gothic" w:hAnsi="Malgun Gothic" w:eastAsia="Malgun Gothic"/>
                <w:b w:val="0"/>
                <w:sz w:val="14"/>
              </w:rPr>
              <w:t>-0.3277330433191947</w:t>
            </w:r>
          </w:p>
        </w:tc>
        <w:tc>
          <w:tcPr>
            <w:tcW w:type="dxa" w:w="519"/>
            <w:vAlign w:val="center"/>
          </w:tcPr>
          <w:p>
            <w:r/>
            <w:r>
              <w:rPr>
                <w:rFonts w:ascii="Malgun Gothic" w:hAnsi="Malgun Gothic" w:eastAsia="Malgun Gothic"/>
                <w:b w:val="0"/>
                <w:sz w:val="14"/>
              </w:rPr>
              <w:t>0.22997492022986354</w:t>
            </w:r>
          </w:p>
        </w:tc>
        <w:tc>
          <w:tcPr>
            <w:tcW w:type="dxa" w:w="519"/>
            <w:vAlign w:val="center"/>
          </w:tcPr>
          <w:p>
            <w:r/>
            <w:r>
              <w:rPr>
                <w:rFonts w:ascii="Malgun Gothic" w:hAnsi="Malgun Gothic" w:eastAsia="Malgun Gothic"/>
                <w:b w:val="0"/>
                <w:sz w:val="14"/>
              </w:rPr>
              <w:t>0.43405968940106837</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-0.1226228752223722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0.1463118344545364</w:t>
            </w:r>
          </w:p>
        </w:tc>
        <w:tc>
          <w:tcPr>
            <w:tcW w:type="dxa" w:w="519"/>
            <w:vAlign w:val="center"/>
          </w:tcPr>
          <w:p>
            <w:r/>
            <w:r>
              <w:rPr>
                <w:rFonts w:ascii="Malgun Gothic" w:hAnsi="Malgun Gothic" w:eastAsia="Malgun Gothic"/>
                <w:b w:val="0"/>
                <w:sz w:val="14"/>
              </w:rPr>
              <w:t>229.41307026841184</w:t>
            </w:r>
          </w:p>
        </w:tc>
        <w:tc>
          <w:tcPr>
            <w:tcW w:type="dxa" w:w="519"/>
            <w:vAlign w:val="center"/>
          </w:tcPr>
          <w:p>
            <w:r/>
            <w:r>
              <w:rPr>
                <w:rFonts w:ascii="Malgun Gothic" w:hAnsi="Malgun Gothic" w:eastAsia="Malgun Gothic"/>
                <w:b w:val="0"/>
                <w:sz w:val="14"/>
              </w:rPr>
              <w:t>51.36268343815513</w:t>
            </w:r>
          </w:p>
        </w:tc>
        <w:tc>
          <w:tcPr>
            <w:tcW w:type="dxa" w:w="519"/>
            <w:vAlign w:val="center"/>
          </w:tcPr>
          <w:p>
            <w:r/>
            <w:r>
              <w:rPr>
                <w:rFonts w:ascii="Malgun Gothic" w:hAnsi="Malgun Gothic" w:eastAsia="Malgun Gothic"/>
                <w:b w:val="0"/>
                <w:sz w:val="14"/>
              </w:rPr>
              <w:t>57.24</w:t>
            </w:r>
          </w:p>
        </w:tc>
        <w:tc>
          <w:tcPr>
            <w:tcW w:type="dxa" w:w="519"/>
            <w:vAlign w:val="center"/>
          </w:tcPr>
          <w:p>
            <w:r/>
            <w:r>
              <w:rPr>
                <w:rFonts w:ascii="Malgun Gothic" w:hAnsi="Malgun Gothic" w:eastAsia="Malgun Gothic"/>
                <w:b w:val="0"/>
                <w:sz w:val="14"/>
              </w:rPr>
              <w:t>2.681641809174202</w:t>
            </w:r>
          </w:p>
        </w:tc>
        <w:tc>
          <w:tcPr>
            <w:tcW w:type="dxa" w:w="519"/>
            <w:vAlign w:val="center"/>
          </w:tcPr>
          <w:p>
            <w:r/>
            <w:r>
              <w:rPr>
                <w:rFonts w:ascii="Malgun Gothic" w:hAnsi="Malgun Gothic" w:eastAsia="Malgun Gothic"/>
                <w:b w:val="0"/>
                <w:sz w:val="14"/>
              </w:rPr>
              <w:t>-0.015226763795700088</w:t>
            </w:r>
          </w:p>
        </w:tc>
        <w:tc>
          <w:tcPr>
            <w:tcW w:type="dxa" w:w="519"/>
            <w:vAlign w:val="center"/>
          </w:tcPr>
          <w:p>
            <w:r/>
            <w:r>
              <w:rPr>
                <w:rFonts w:ascii="Malgun Gothic" w:hAnsi="Malgun Gothic" w:eastAsia="Malgun Gothic"/>
                <w:b w:val="0"/>
                <w:sz w:val="14"/>
              </w:rPr>
              <w:t>-1.6175098737937825</w:t>
            </w:r>
          </w:p>
        </w:tc>
        <w:tc>
          <w:tcPr>
            <w:tcW w:type="dxa" w:w="519"/>
            <w:vAlign w:val="center"/>
          </w:tcPr>
          <w:p>
            <w:r/>
            <w:r>
              <w:rPr>
                <w:rFonts w:ascii="Malgun Gothic" w:hAnsi="Malgun Gothic" w:eastAsia="Malgun Gothic"/>
                <w:b w:val="0"/>
                <w:sz w:val="14"/>
              </w:rPr>
              <w:t>-0.5256410298491199</w:t>
            </w:r>
          </w:p>
        </w:tc>
        <w:tc>
          <w:tcPr>
            <w:tcW w:type="dxa" w:w="519"/>
            <w:vAlign w:val="center"/>
          </w:tcPr>
          <w:p>
            <w:r/>
            <w:r>
              <w:rPr>
                <w:rFonts w:ascii="Malgun Gothic" w:hAnsi="Malgun Gothic" w:eastAsia="Malgun Gothic"/>
                <w:b w:val="0"/>
                <w:sz w:val="14"/>
              </w:rPr>
              <w:t>0.1308160354338998</w:t>
            </w:r>
          </w:p>
        </w:tc>
        <w:tc>
          <w:tcPr>
            <w:tcW w:type="dxa" w:w="519"/>
            <w:vAlign w:val="center"/>
          </w:tcPr>
          <w:p>
            <w:r/>
            <w:r>
              <w:rPr>
                <w:rFonts w:ascii="Malgun Gothic" w:hAnsi="Malgun Gothic" w:eastAsia="Malgun Gothic"/>
                <w:b w:val="0"/>
                <w:sz w:val="14"/>
              </w:rPr>
              <w:t>0.4116882292797108</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-0.16816974503080284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0.0526598244905471</w:t>
            </w:r>
          </w:p>
        </w:tc>
        <w:tc>
          <w:tcPr>
            <w:tcW w:type="dxa" w:w="519"/>
            <w:vAlign w:val="center"/>
          </w:tcPr>
          <w:p>
            <w:r/>
            <w:r>
              <w:rPr>
                <w:rFonts w:ascii="Malgun Gothic" w:hAnsi="Malgun Gothic" w:eastAsia="Malgun Gothic"/>
                <w:b w:val="0"/>
                <w:sz w:val="14"/>
              </w:rPr>
              <w:t>183.5408464937546</w:t>
            </w:r>
          </w:p>
        </w:tc>
        <w:tc>
          <w:tcPr>
            <w:tcW w:type="dxa" w:w="519"/>
            <w:vAlign w:val="center"/>
          </w:tcPr>
          <w:p>
            <w:r/>
            <w:r>
              <w:rPr>
                <w:rFonts w:ascii="Malgun Gothic" w:hAnsi="Malgun Gothic" w:eastAsia="Malgun Gothic"/>
                <w:b w:val="0"/>
                <w:sz w:val="14"/>
              </w:rPr>
              <w:t>78.69658776513987</w:t>
            </w:r>
          </w:p>
        </w:tc>
        <w:tc>
          <w:tcPr>
            <w:tcW w:type="dxa" w:w="519"/>
            <w:vAlign w:val="center"/>
          </w:tcPr>
          <w:p>
            <w:r/>
            <w:r>
              <w:rPr>
                <w:rFonts w:ascii="Malgun Gothic" w:hAnsi="Malgun Gothic" w:eastAsia="Malgun Gothic"/>
                <w:b w:val="0"/>
                <w:sz w:val="14"/>
              </w:rPr>
              <w:t>195.18</w:t>
            </w:r>
          </w:p>
        </w:tc>
        <w:tc>
          <w:tcPr>
            <w:tcW w:type="dxa" w:w="519"/>
            <w:vAlign w:val="center"/>
          </w:tcPr>
          <w:p>
            <w:r/>
            <w:r>
              <w:rPr>
                <w:rFonts w:ascii="Malgun Gothic" w:hAnsi="Malgun Gothic" w:eastAsia="Malgun Gothic"/>
                <w:b w:val="0"/>
                <w:sz w:val="14"/>
              </w:rPr>
              <w:t>-0.5238428767697084</w:t>
            </w:r>
          </w:p>
        </w:tc>
        <w:tc>
          <w:tcPr>
            <w:tcW w:type="dxa" w:w="519"/>
            <w:vAlign w:val="center"/>
          </w:tcPr>
          <w:p>
            <w:r/>
            <w:r>
              <w:rPr>
                <w:rFonts w:ascii="Malgun Gothic" w:hAnsi="Malgun Gothic" w:eastAsia="Malgun Gothic"/>
                <w:b w:val="0"/>
                <w:sz w:val="14"/>
              </w:rPr>
              <w:t>-1.6619198804485729</w:t>
            </w:r>
          </w:p>
        </w:tc>
        <w:tc>
          <w:tcPr>
            <w:tcW w:type="dxa" w:w="519"/>
            <w:vAlign w:val="center"/>
          </w:tcPr>
          <w:p>
            <w:r/>
            <w:r>
              <w:rPr>
                <w:rFonts w:ascii="Malgun Gothic" w:hAnsi="Malgun Gothic" w:eastAsia="Malgun Gothic"/>
                <w:b w:val="0"/>
                <w:sz w:val="14"/>
              </w:rPr>
              <w:t>-0.209850473037175</w:t>
            </w:r>
          </w:p>
        </w:tc>
        <w:tc>
          <w:tcPr>
            <w:tcW w:type="dxa" w:w="519"/>
            <w:vAlign w:val="center"/>
          </w:tcPr>
          <w:p>
            <w:r/>
            <w:r>
              <w:rPr>
                <w:rFonts w:ascii="Malgun Gothic" w:hAnsi="Malgun Gothic" w:eastAsia="Malgun Gothic"/>
                <w:b w:val="0"/>
                <w:sz w:val="14"/>
              </w:rPr>
              <w:t>0.2846714564060857</w:t>
            </w:r>
          </w:p>
        </w:tc>
        <w:tc>
          <w:tcPr>
            <w:tcW w:type="dxa" w:w="519"/>
            <w:vAlign w:val="center"/>
          </w:tcPr>
          <w:p>
            <w:r/>
            <w:r>
              <w:rPr>
                <w:rFonts w:ascii="Malgun Gothic" w:hAnsi="Malgun Gothic" w:eastAsia="Malgun Gothic"/>
                <w:b w:val="0"/>
                <w:sz w:val="14"/>
              </w:rPr>
              <w:t>-0.5277354434623427</w:t>
            </w:r>
          </w:p>
        </w:tc>
        <w:tc>
          <w:tcPr>
            <w:tcW w:type="dxa" w:w="519"/>
            <w:vAlign w:val="center"/>
          </w:tcPr>
          <w:p>
            <w:r/>
            <w:r>
              <w:rPr>
                <w:rFonts w:ascii="Malgun Gothic" w:hAnsi="Malgun Gothic" w:eastAsia="Malgun Gothic"/>
                <w:b w:val="0"/>
                <w:sz w:val="14"/>
              </w:rPr>
              <w:t>0.26311094164377696</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-0.18791790551769744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0.053933672606945</w:t>
            </w:r>
          </w:p>
        </w:tc>
        <w:tc>
          <w:tcPr>
            <w:tcW w:type="dxa" w:w="519"/>
            <w:vAlign w:val="center"/>
          </w:tcPr>
          <w:p>
            <w:r/>
            <w:r>
              <w:rPr>
                <w:rFonts w:ascii="Malgun Gothic" w:hAnsi="Malgun Gothic" w:eastAsia="Malgun Gothic"/>
                <w:b w:val="0"/>
                <w:sz w:val="14"/>
              </w:rPr>
              <w:t>278.85837358392706</w:t>
            </w:r>
          </w:p>
        </w:tc>
        <w:tc>
          <w:tcPr>
            <w:tcW w:type="dxa" w:w="519"/>
            <w:vAlign w:val="center"/>
          </w:tcPr>
          <w:p>
            <w:r/>
            <w:r>
              <w:rPr>
                <w:rFonts w:ascii="Malgun Gothic" w:hAnsi="Malgun Gothic" w:eastAsia="Malgun Gothic"/>
                <w:b w:val="0"/>
                <w:sz w:val="14"/>
              </w:rPr>
              <w:t>87.91208791208791</w:t>
            </w:r>
          </w:p>
        </w:tc>
        <w:tc>
          <w:tcPr>
            <w:tcW w:type="dxa" w:w="519"/>
            <w:vAlign w:val="center"/>
          </w:tcPr>
          <w:p>
            <w:r/>
            <w:r>
              <w:rPr>
                <w:rFonts w:ascii="Malgun Gothic" w:hAnsi="Malgun Gothic" w:eastAsia="Malgun Gothic"/>
                <w:b w:val="0"/>
                <w:sz w:val="14"/>
              </w:rPr>
              <w:t>24.57</w:t>
            </w:r>
          </w:p>
        </w:tc>
        <w:tc>
          <w:tcPr>
            <w:tcW w:type="dxa" w:w="519"/>
            <w:vAlign w:val="center"/>
          </w:tcPr>
          <w:p>
            <w:r/>
            <w:r>
              <w:rPr>
                <w:rFonts w:ascii="Malgun Gothic" w:hAnsi="Malgun Gothic" w:eastAsia="Malgun Gothic"/>
                <w:b w:val="0"/>
                <w:sz w:val="14"/>
              </w:rPr>
              <w:t>-0.4802420973427418</w:t>
            </w:r>
          </w:p>
        </w:tc>
        <w:tc>
          <w:tcPr>
            <w:tcW w:type="dxa" w:w="519"/>
            <w:vAlign w:val="center"/>
          </w:tcPr>
          <w:p>
            <w:r/>
            <w:r>
              <w:rPr>
                <w:rFonts w:ascii="Malgun Gothic" w:hAnsi="Malgun Gothic" w:eastAsia="Malgun Gothic"/>
                <w:b w:val="0"/>
                <w:sz w:val="14"/>
              </w:rPr>
              <w:t>1.7597305833877754</w:t>
            </w:r>
          </w:p>
        </w:tc>
        <w:tc>
          <w:tcPr>
            <w:tcW w:type="dxa" w:w="519"/>
            <w:vAlign w:val="center"/>
          </w:tcPr>
          <w:p>
            <w:r/>
            <w:r>
              <w:rPr>
                <w:rFonts w:ascii="Malgun Gothic" w:hAnsi="Malgun Gothic" w:eastAsia="Malgun Gothic"/>
                <w:b w:val="0"/>
                <w:sz w:val="14"/>
              </w:rPr>
              <w:t>0.26473542070646916</w:t>
            </w:r>
          </w:p>
        </w:tc>
        <w:tc>
          <w:tcPr>
            <w:tcW w:type="dxa" w:w="519"/>
            <w:vAlign w:val="center"/>
          </w:tcPr>
          <w:p>
            <w:r/>
            <w:r>
              <w:rPr>
                <w:rFonts w:ascii="Malgun Gothic" w:hAnsi="Malgun Gothic" w:eastAsia="Malgun Gothic"/>
                <w:b w:val="0"/>
                <w:sz w:val="14"/>
              </w:rPr>
              <w:t>-0.7175571450148265</w:t>
            </w:r>
          </w:p>
        </w:tc>
        <w:tc>
          <w:tcPr>
            <w:tcW w:type="dxa" w:w="519"/>
            <w:vAlign w:val="center"/>
          </w:tcPr>
          <w:p>
            <w:r/>
            <w:r>
              <w:rPr>
                <w:rFonts w:ascii="Malgun Gothic" w:hAnsi="Malgun Gothic" w:eastAsia="Malgun Gothic"/>
                <w:b w:val="0"/>
                <w:sz w:val="14"/>
              </w:rPr>
              <w:t>0.2066666904341691</w:t>
            </w:r>
          </w:p>
        </w:tc>
        <w:tc>
          <w:tcPr>
            <w:tcW w:type="dxa" w:w="519"/>
            <w:vAlign w:val="center"/>
          </w:tcPr>
          <w:p>
            <w:r/>
            <w:r>
              <w:rPr>
                <w:rFonts w:ascii="Malgun Gothic" w:hAnsi="Malgun Gothic" w:eastAsia="Malgun Gothic"/>
                <w:b w:val="0"/>
                <w:sz w:val="14"/>
              </w:rPr>
              <w:t>0.4288010669947478</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-0.13655819819906495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0.0630923733115196</w:t>
            </w:r>
          </w:p>
        </w:tc>
        <w:tc>
          <w:tcPr>
            <w:tcW w:type="dxa" w:w="519"/>
            <w:vAlign w:val="center"/>
          </w:tcPr>
          <w:p>
            <w:r/>
            <w:r>
              <w:rPr>
                <w:rFonts w:ascii="Malgun Gothic" w:hAnsi="Malgun Gothic" w:eastAsia="Malgun Gothic"/>
                <w:b w:val="0"/>
                <w:sz w:val="14"/>
              </w:rPr>
              <w:t>223.2374862425497</w:t>
            </w:r>
          </w:p>
        </w:tc>
        <w:tc>
          <w:tcPr>
            <w:tcW w:type="dxa" w:w="519"/>
            <w:vAlign w:val="center"/>
          </w:tcPr>
          <w:p>
            <w:r/>
            <w:r>
              <w:rPr>
                <w:rFonts w:ascii="Malgun Gothic" w:hAnsi="Malgun Gothic" w:eastAsia="Malgun Gothic"/>
                <w:b w:val="0"/>
                <w:sz w:val="14"/>
              </w:rPr>
              <w:t>93.12890403180012</w:t>
            </w:r>
          </w:p>
        </w:tc>
        <w:tc>
          <w:tcPr>
            <w:tcW w:type="dxa" w:w="519"/>
            <w:vAlign w:val="center"/>
          </w:tcPr>
          <w:p>
            <w:r/>
            <w:r>
              <w:rPr>
                <w:rFonts w:ascii="Malgun Gothic" w:hAnsi="Malgun Gothic" w:eastAsia="Malgun Gothic"/>
                <w:b w:val="0"/>
                <w:sz w:val="14"/>
              </w:rPr>
              <w:t>52.83</w:t>
            </w:r>
          </w:p>
        </w:tc>
        <w:tc>
          <w:tcPr>
            <w:tcW w:type="dxa" w:w="519"/>
            <w:vAlign w:val="center"/>
          </w:tcPr>
          <w:p>
            <w:r/>
            <w:r>
              <w:rPr>
                <w:rFonts w:ascii="Malgun Gothic" w:hAnsi="Malgun Gothic" w:eastAsia="Malgun Gothic"/>
                <w:b w:val="0"/>
                <w:sz w:val="14"/>
              </w:rPr>
              <w:t>-0.16676164067185772</w:t>
            </w:r>
          </w:p>
        </w:tc>
        <w:tc>
          <w:tcPr>
            <w:tcW w:type="dxa" w:w="519"/>
            <w:vAlign w:val="center"/>
          </w:tcPr>
          <w:p>
            <w:r/>
            <w:r>
              <w:rPr>
                <w:rFonts w:ascii="Malgun Gothic" w:hAnsi="Malgun Gothic" w:eastAsia="Malgun Gothic"/>
                <w:b w:val="0"/>
                <w:sz w:val="14"/>
              </w:rPr>
              <w:t>-0.23691411334854232</w:t>
            </w:r>
          </w:p>
        </w:tc>
        <w:tc>
          <w:tcPr>
            <w:tcW w:type="dxa" w:w="519"/>
            <w:vAlign w:val="center"/>
          </w:tcPr>
          <w:p>
            <w:r/>
            <w:r>
              <w:rPr>
                <w:rFonts w:ascii="Malgun Gothic" w:hAnsi="Malgun Gothic" w:eastAsia="Malgun Gothic"/>
                <w:b w:val="0"/>
                <w:sz w:val="14"/>
              </w:rPr>
              <w:t>0.5333944518161157</w:t>
            </w:r>
          </w:p>
        </w:tc>
        <w:tc>
          <w:tcPr>
            <w:tcW w:type="dxa" w:w="519"/>
            <w:vAlign w:val="center"/>
          </w:tcPr>
          <w:p>
            <w:r/>
            <w:r>
              <w:rPr>
                <w:rFonts w:ascii="Malgun Gothic" w:hAnsi="Malgun Gothic" w:eastAsia="Malgun Gothic"/>
                <w:b w:val="0"/>
                <w:sz w:val="14"/>
              </w:rPr>
              <w:t>-0.5515470619238296</w:t>
            </w:r>
          </w:p>
        </w:tc>
        <w:tc>
          <w:tcPr>
            <w:tcW w:type="dxa" w:w="519"/>
            <w:vAlign w:val="center"/>
          </w:tcPr>
          <w:p>
            <w:r/>
            <w:r>
              <w:rPr>
                <w:rFonts w:ascii="Malgun Gothic" w:hAnsi="Malgun Gothic" w:eastAsia="Malgun Gothic"/>
                <w:b w:val="0"/>
                <w:sz w:val="14"/>
              </w:rPr>
              <w:t>-0.1054570910320285</w:t>
            </w:r>
          </w:p>
        </w:tc>
        <w:tc>
          <w:tcPr>
            <w:tcW w:type="dxa" w:w="519"/>
            <w:vAlign w:val="center"/>
          </w:tcPr>
          <w:p>
            <w:r/>
            <w:r>
              <w:rPr>
                <w:rFonts w:ascii="Malgun Gothic" w:hAnsi="Malgun Gothic" w:eastAsia="Malgun Gothic"/>
                <w:b w:val="0"/>
                <w:sz w:val="14"/>
              </w:rPr>
              <w:t>0.35838211518456575</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-0.1783672858417943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0.0623011589050293</w:t>
            </w:r>
          </w:p>
        </w:tc>
        <w:tc>
          <w:tcPr>
            <w:tcW w:type="dxa" w:w="519"/>
            <w:vAlign w:val="center"/>
          </w:tcPr>
          <w:p>
            <w:r/>
            <w:r>
              <w:rPr>
                <w:rFonts w:ascii="Malgun Gothic" w:hAnsi="Malgun Gothic" w:eastAsia="Malgun Gothic"/>
                <w:b w:val="0"/>
                <w:sz w:val="14"/>
              </w:rPr>
              <w:t>253.2706965866162</w:t>
            </w:r>
          </w:p>
        </w:tc>
        <w:tc>
          <w:tcPr>
            <w:tcW w:type="dxa" w:w="519"/>
            <w:vAlign w:val="center"/>
          </w:tcPr>
          <w:p>
            <w:r/>
            <w:r>
              <w:rPr>
                <w:rFonts w:ascii="Malgun Gothic" w:hAnsi="Malgun Gothic" w:eastAsia="Malgun Gothic"/>
                <w:b w:val="0"/>
                <w:sz w:val="14"/>
              </w:rPr>
              <w:t>102.36220472440944</w:t>
            </w:r>
          </w:p>
        </w:tc>
        <w:tc>
          <w:tcPr>
            <w:tcW w:type="dxa" w:w="519"/>
            <w:vAlign w:val="center"/>
          </w:tcPr>
          <w:p>
            <w:r/>
            <w:r>
              <w:rPr>
                <w:rFonts w:ascii="Malgun Gothic" w:hAnsi="Malgun Gothic" w:eastAsia="Malgun Gothic"/>
                <w:b w:val="0"/>
                <w:sz w:val="14"/>
              </w:rPr>
              <w:t>68.58</w:t>
            </w:r>
          </w:p>
        </w:tc>
        <w:tc>
          <w:tcPr>
            <w:tcW w:type="dxa" w:w="519"/>
            <w:vAlign w:val="center"/>
          </w:tcPr>
          <w:p>
            <w:r/>
            <w:r>
              <w:rPr>
                <w:rFonts w:ascii="Malgun Gothic" w:hAnsi="Malgun Gothic" w:eastAsia="Malgun Gothic"/>
                <w:b w:val="0"/>
                <w:sz w:val="14"/>
              </w:rPr>
              <w:t>-0.19384302060463302</w:t>
            </w:r>
          </w:p>
        </w:tc>
        <w:tc>
          <w:tcPr>
            <w:tcW w:type="dxa" w:w="519"/>
            <w:vAlign w:val="center"/>
          </w:tcPr>
          <w:p>
            <w:r/>
            <w:r>
              <w:rPr>
                <w:rFonts w:ascii="Malgun Gothic" w:hAnsi="Malgun Gothic" w:eastAsia="Malgun Gothic"/>
                <w:b w:val="0"/>
                <w:sz w:val="14"/>
              </w:rPr>
              <w:t>0.841199757640301</w:t>
            </w:r>
          </w:p>
        </w:tc>
        <w:tc>
          <w:tcPr>
            <w:tcW w:type="dxa" w:w="519"/>
            <w:vAlign w:val="center"/>
          </w:tcPr>
          <w:p>
            <w:r/>
            <w:r>
              <w:rPr>
                <w:rFonts w:ascii="Malgun Gothic" w:hAnsi="Malgun Gothic" w:eastAsia="Malgun Gothic"/>
                <w:b w:val="0"/>
                <w:sz w:val="14"/>
              </w:rPr>
              <w:t>1.0088970497795062</w:t>
            </w:r>
          </w:p>
        </w:tc>
        <w:tc>
          <w:tcPr>
            <w:tcW w:type="dxa" w:w="519"/>
            <w:vAlign w:val="center"/>
          </w:tcPr>
          <w:p>
            <w:r/>
            <w:r>
              <w:rPr>
                <w:rFonts w:ascii="Malgun Gothic" w:hAnsi="Malgun Gothic" w:eastAsia="Malgun Gothic"/>
                <w:b w:val="0"/>
                <w:sz w:val="14"/>
              </w:rPr>
              <w:t>-0.45902551879986636</w:t>
            </w:r>
          </w:p>
        </w:tc>
        <w:tc>
          <w:tcPr>
            <w:tcW w:type="dxa" w:w="519"/>
            <w:vAlign w:val="center"/>
          </w:tcPr>
          <w:p>
            <w:r/>
            <w:r>
              <w:rPr>
                <w:rFonts w:ascii="Malgun Gothic" w:hAnsi="Malgun Gothic" w:eastAsia="Malgun Gothic"/>
                <w:b w:val="0"/>
                <w:sz w:val="14"/>
              </w:rPr>
              <w:t>0.299307067003827</w:t>
            </w:r>
          </w:p>
        </w:tc>
        <w:tc>
          <w:tcPr>
            <w:tcW w:type="dxa" w:w="519"/>
            <w:vAlign w:val="center"/>
          </w:tcPr>
          <w:p>
            <w:r/>
            <w:r>
              <w:rPr>
                <w:rFonts w:ascii="Malgun Gothic" w:hAnsi="Malgun Gothic" w:eastAsia="Malgun Gothic"/>
                <w:b w:val="0"/>
                <w:sz w:val="14"/>
              </w:rPr>
              <w:t>0.4497018717417976</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-0.11961858787901086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0.0901525691151619</w:t>
            </w:r>
          </w:p>
        </w:tc>
        <w:tc>
          <w:tcPr>
            <w:tcW w:type="dxa" w:w="519"/>
            <w:vAlign w:val="center"/>
          </w:tcPr>
          <w:p>
            <w:r/>
            <w:r>
              <w:rPr>
                <w:rFonts w:ascii="Malgun Gothic" w:hAnsi="Malgun Gothic" w:eastAsia="Malgun Gothic"/>
                <w:b w:val="0"/>
                <w:sz w:val="14"/>
              </w:rPr>
              <w:t>262.4477490768097</w:t>
            </w:r>
          </w:p>
        </w:tc>
        <w:tc>
          <w:tcPr>
            <w:tcW w:type="dxa" w:w="519"/>
            <w:vAlign w:val="center"/>
          </w:tcPr>
          <w:p>
            <w:r/>
            <w:r>
              <w:rPr>
                <w:rFonts w:ascii="Malgun Gothic" w:hAnsi="Malgun Gothic" w:eastAsia="Malgun Gothic"/>
                <w:b w:val="0"/>
                <w:sz w:val="14"/>
              </w:rPr>
              <w:t>97.83989834815756</w:t>
            </w:r>
          </w:p>
        </w:tc>
        <w:tc>
          <w:tcPr>
            <w:tcW w:type="dxa" w:w="519"/>
            <w:vAlign w:val="center"/>
          </w:tcPr>
          <w:p>
            <w:r/>
            <w:r>
              <w:rPr>
                <w:rFonts w:ascii="Malgun Gothic" w:hAnsi="Malgun Gothic" w:eastAsia="Malgun Gothic"/>
                <w:b w:val="0"/>
                <w:sz w:val="14"/>
              </w:rPr>
              <w:t>47.22</w:t>
            </w:r>
          </w:p>
        </w:tc>
        <w:tc>
          <w:tcPr>
            <w:tcW w:type="dxa" w:w="519"/>
            <w:vAlign w:val="center"/>
          </w:tcPr>
          <w:p>
            <w:r/>
            <w:r>
              <w:rPr>
                <w:rFonts w:ascii="Malgun Gothic" w:hAnsi="Malgun Gothic" w:eastAsia="Malgun Gothic"/>
                <w:b w:val="0"/>
                <w:sz w:val="14"/>
              </w:rPr>
              <w:t>0.7594442494160578</w:t>
            </w:r>
          </w:p>
        </w:tc>
        <w:tc>
          <w:tcPr>
            <w:tcW w:type="dxa" w:w="519"/>
            <w:vAlign w:val="center"/>
          </w:tcPr>
          <w:p>
            <w:r/>
            <w:r>
              <w:rPr>
                <w:rFonts w:ascii="Malgun Gothic" w:hAnsi="Malgun Gothic" w:eastAsia="Malgun Gothic"/>
                <w:b w:val="0"/>
                <w:sz w:val="14"/>
              </w:rPr>
              <w:t>1.1706319918611432</w:t>
            </w:r>
          </w:p>
        </w:tc>
        <w:tc>
          <w:tcPr>
            <w:tcW w:type="dxa" w:w="519"/>
            <w:vAlign w:val="center"/>
          </w:tcPr>
          <w:p>
            <w:r/>
            <w:r>
              <w:rPr>
                <w:rFonts w:ascii="Malgun Gothic" w:hAnsi="Malgun Gothic" w:eastAsia="Malgun Gothic"/>
                <w:b w:val="0"/>
                <w:sz w:val="14"/>
              </w:rPr>
              <w:t>0.7760043386804938</w:t>
            </w:r>
          </w:p>
        </w:tc>
        <w:tc>
          <w:tcPr>
            <w:tcW w:type="dxa" w:w="519"/>
            <w:vAlign w:val="center"/>
          </w:tcPr>
          <w:p>
            <w:r/>
            <w:r>
              <w:rPr>
                <w:rFonts w:ascii="Malgun Gothic" w:hAnsi="Malgun Gothic" w:eastAsia="Malgun Gothic"/>
                <w:b w:val="0"/>
                <w:sz w:val="14"/>
              </w:rPr>
              <w:t>-0.5845023544270317</w:t>
            </w:r>
          </w:p>
        </w:tc>
        <w:tc>
          <w:tcPr>
            <w:tcW w:type="dxa" w:w="519"/>
            <w:vAlign w:val="center"/>
          </w:tcPr>
          <w:p>
            <w:r/>
            <w:r>
              <w:rPr>
                <w:rFonts w:ascii="Malgun Gothic" w:hAnsi="Malgun Gothic" w:eastAsia="Malgun Gothic"/>
                <w:b w:val="0"/>
                <w:sz w:val="14"/>
              </w:rPr>
              <w:t>0.5303945563826657</w:t>
            </w:r>
          </w:p>
        </w:tc>
        <w:tc>
          <w:tcPr>
            <w:tcW w:type="dxa" w:w="519"/>
            <w:vAlign w:val="center"/>
          </w:tcPr>
          <w:p>
            <w:r/>
            <w:r>
              <w:rPr>
                <w:rFonts w:ascii="Malgun Gothic" w:hAnsi="Malgun Gothic" w:eastAsia="Malgun Gothic"/>
                <w:b w:val="0"/>
                <w:sz w:val="14"/>
              </w:rPr>
              <w:t>0.5018380425329577</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-0.10439786178423316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0.0859183967113494</w:t>
            </w:r>
          </w:p>
        </w:tc>
        <w:tc>
          <w:tcPr>
            <w:tcW w:type="dxa" w:w="519"/>
            <w:vAlign w:val="center"/>
          </w:tcPr>
          <w:p>
            <w:r/>
            <w:r>
              <w:rPr>
                <w:rFonts w:ascii="Malgun Gothic" w:hAnsi="Malgun Gothic" w:eastAsia="Malgun Gothic"/>
                <w:b w:val="0"/>
                <w:sz w:val="14"/>
              </w:rPr>
              <w:t>260.72312553903083</w:t>
            </w:r>
          </w:p>
        </w:tc>
        <w:tc>
          <w:tcPr>
            <w:tcW w:type="dxa" w:w="519"/>
            <w:vAlign w:val="center"/>
          </w:tcPr>
          <w:p>
            <w:r/>
            <w:r>
              <w:rPr>
                <w:rFonts w:ascii="Malgun Gothic" w:hAnsi="Malgun Gothic" w:eastAsia="Malgun Gothic"/>
                <w:b w:val="0"/>
                <w:sz w:val="14"/>
              </w:rPr>
              <w:t>89.69633140249253</w:t>
            </w:r>
          </w:p>
        </w:tc>
        <w:tc>
          <w:tcPr>
            <w:tcW w:type="dxa" w:w="519"/>
            <w:vAlign w:val="center"/>
          </w:tcPr>
          <w:p>
            <w:r/>
            <w:r>
              <w:rPr>
                <w:rFonts w:ascii="Malgun Gothic" w:hAnsi="Malgun Gothic" w:eastAsia="Malgun Gothic"/>
                <w:b w:val="0"/>
                <w:sz w:val="14"/>
              </w:rPr>
              <w:t>341.82</w:t>
            </w:r>
          </w:p>
        </w:tc>
        <w:tc>
          <w:tcPr>
            <w:tcW w:type="dxa" w:w="519"/>
            <w:vAlign w:val="center"/>
          </w:tcPr>
          <w:p>
            <w:r/>
            <w:r>
              <w:rPr>
                <w:rFonts w:ascii="Malgun Gothic" w:hAnsi="Malgun Gothic" w:eastAsia="Malgun Gothic"/>
                <w:b w:val="0"/>
                <w:sz w:val="14"/>
              </w:rPr>
              <w:t>0.6145186380673411</w:t>
            </w:r>
          </w:p>
        </w:tc>
        <w:tc>
          <w:tcPr>
            <w:tcW w:type="dxa" w:w="519"/>
            <w:vAlign w:val="center"/>
          </w:tcPr>
          <w:p>
            <w:r/>
            <w:r>
              <w:rPr>
                <w:rFonts w:ascii="Malgun Gothic" w:hAnsi="Malgun Gothic" w:eastAsia="Malgun Gothic"/>
                <w:b w:val="0"/>
                <w:sz w:val="14"/>
              </w:rPr>
              <w:t>1.108722507759634</w:t>
            </w:r>
          </w:p>
        </w:tc>
        <w:tc>
          <w:tcPr>
            <w:tcW w:type="dxa" w:w="519"/>
            <w:vAlign w:val="center"/>
          </w:tcPr>
          <w:p>
            <w:r/>
            <w:r>
              <w:rPr>
                <w:rFonts w:ascii="Malgun Gothic" w:hAnsi="Malgun Gothic" w:eastAsia="Malgun Gothic"/>
                <w:b w:val="0"/>
                <w:sz w:val="14"/>
              </w:rPr>
              <w:t>0.3566215666613784</w:t>
            </w:r>
          </w:p>
        </w:tc>
        <w:tc>
          <w:tcPr>
            <w:tcW w:type="dxa" w:w="519"/>
            <w:vAlign w:val="center"/>
          </w:tcPr>
          <w:p>
            <w:r/>
            <w:r>
              <w:rPr>
                <w:rFonts w:ascii="Malgun Gothic" w:hAnsi="Malgun Gothic" w:eastAsia="Malgun Gothic"/>
                <w:b w:val="0"/>
                <w:sz w:val="14"/>
              </w:rPr>
              <w:t>1.1460910807678613</w:t>
            </w:r>
          </w:p>
        </w:tc>
        <w:tc>
          <w:tcPr>
            <w:tcW w:type="dxa" w:w="519"/>
            <w:vAlign w:val="center"/>
          </w:tcPr>
          <w:p>
            <w:r/>
            <w:r>
              <w:rPr>
                <w:rFonts w:ascii="Malgun Gothic" w:hAnsi="Malgun Gothic" w:eastAsia="Malgun Gothic"/>
                <w:b w:val="0"/>
                <w:sz w:val="14"/>
              </w:rPr>
              <w:t>0.8064884483140538</w:t>
            </w:r>
          </w:p>
        </w:tc>
        <w:tc>
          <w:tcPr>
            <w:tcW w:type="dxa" w:w="519"/>
            <w:vAlign w:val="center"/>
          </w:tcPr>
          <w:p>
            <w:r/>
            <w:r>
              <w:rPr>
                <w:rFonts w:ascii="Malgun Gothic" w:hAnsi="Malgun Gothic" w:eastAsia="Malgun Gothic"/>
                <w:b w:val="0"/>
                <w:sz w:val="14"/>
              </w:rPr>
              <w:t>0.5641282095291165</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0.0225899118423879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0.0481829233467578</w:t>
            </w:r>
          </w:p>
        </w:tc>
        <w:tc>
          <w:tcPr>
            <w:tcW w:type="dxa" w:w="519"/>
            <w:vAlign w:val="center"/>
          </w:tcPr>
          <w:p>
            <w:r/>
            <w:r>
              <w:rPr>
                <w:rFonts w:ascii="Malgun Gothic" w:hAnsi="Malgun Gothic" w:eastAsia="Malgun Gothic"/>
                <w:b w:val="0"/>
                <w:sz w:val="14"/>
              </w:rPr>
              <w:t>254.04296291199563</w:t>
            </w:r>
          </w:p>
        </w:tc>
        <w:tc>
          <w:tcPr>
            <w:tcW w:type="dxa" w:w="519"/>
            <w:vAlign w:val="center"/>
          </w:tcPr>
          <w:p>
            <w:r/>
            <w:r>
              <w:rPr>
                <w:rFonts w:ascii="Malgun Gothic" w:hAnsi="Malgun Gothic" w:eastAsia="Malgun Gothic"/>
                <w:b w:val="0"/>
                <w:sz w:val="14"/>
              </w:rPr>
              <w:t>80.53691275167786</w:t>
            </w:r>
          </w:p>
        </w:tc>
        <w:tc>
          <w:tcPr>
            <w:tcW w:type="dxa" w:w="519"/>
            <w:vAlign w:val="center"/>
          </w:tcPr>
          <w:p>
            <w:r/>
            <w:r>
              <w:rPr>
                <w:rFonts w:ascii="Malgun Gothic" w:hAnsi="Malgun Gothic" w:eastAsia="Malgun Gothic"/>
                <w:b w:val="0"/>
                <w:sz w:val="14"/>
              </w:rPr>
              <w:t>80.46</w:t>
            </w:r>
          </w:p>
        </w:tc>
        <w:tc>
          <w:tcPr>
            <w:tcW w:type="dxa" w:w="519"/>
            <w:vAlign w:val="center"/>
          </w:tcPr>
          <w:p>
            <w:r/>
            <w:r>
              <w:rPr>
                <w:rFonts w:ascii="Malgun Gothic" w:hAnsi="Malgun Gothic" w:eastAsia="Malgun Gothic"/>
                <w:b w:val="0"/>
                <w:sz w:val="14"/>
              </w:rPr>
              <w:t>-0.6770765133186669</w:t>
            </w:r>
          </w:p>
        </w:tc>
        <w:tc>
          <w:tcPr>
            <w:tcW w:type="dxa" w:w="519"/>
            <w:vAlign w:val="center"/>
          </w:tcPr>
          <w:p>
            <w:r/>
            <w:r>
              <w:rPr>
                <w:rFonts w:ascii="Malgun Gothic" w:hAnsi="Malgun Gothic" w:eastAsia="Malgun Gothic"/>
                <w:b w:val="0"/>
                <w:sz w:val="14"/>
              </w:rPr>
              <w:t>0.8689221032687177</w:t>
            </w:r>
          </w:p>
        </w:tc>
        <w:tc>
          <w:tcPr>
            <w:tcW w:type="dxa" w:w="519"/>
            <w:vAlign w:val="center"/>
          </w:tcPr>
          <w:p>
            <w:r/>
            <w:r>
              <w:rPr>
                <w:rFonts w:ascii="Malgun Gothic" w:hAnsi="Malgun Gothic" w:eastAsia="Malgun Gothic"/>
                <w:b w:val="0"/>
                <w:sz w:val="14"/>
              </w:rPr>
              <w:t>-0.1150762052722138</w:t>
            </w:r>
          </w:p>
        </w:tc>
        <w:tc>
          <w:tcPr>
            <w:tcW w:type="dxa" w:w="519"/>
            <w:vAlign w:val="center"/>
          </w:tcPr>
          <w:p>
            <w:r/>
            <w:r>
              <w:rPr>
                <w:rFonts w:ascii="Malgun Gothic" w:hAnsi="Malgun Gothic" w:eastAsia="Malgun Gothic"/>
                <w:b w:val="0"/>
                <w:sz w:val="14"/>
              </w:rPr>
              <w:t>-0.38923784055779126</w:t>
            </w:r>
          </w:p>
        </w:tc>
        <w:tc>
          <w:tcPr>
            <w:tcW w:type="dxa" w:w="519"/>
            <w:vAlign w:val="center"/>
          </w:tcPr>
          <w:p>
            <w:r/>
            <w:r>
              <w:rPr>
                <w:rFonts w:ascii="Malgun Gothic" w:hAnsi="Malgun Gothic" w:eastAsia="Malgun Gothic"/>
                <w:b w:val="0"/>
                <w:sz w:val="14"/>
              </w:rPr>
              <w:t>-0.07811711396998858</w:t>
            </w:r>
          </w:p>
        </w:tc>
        <w:tc>
          <w:tcPr>
            <w:tcW w:type="dxa" w:w="519"/>
            <w:vAlign w:val="center"/>
          </w:tcPr>
          <w:p>
            <w:r/>
            <w:r>
              <w:rPr>
                <w:rFonts w:ascii="Malgun Gothic" w:hAnsi="Malgun Gothic" w:eastAsia="Malgun Gothic"/>
                <w:b w:val="0"/>
                <w:sz w:val="14"/>
              </w:rPr>
              <w:t>0.36455034920434926</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-0.15573359160900901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0.0801493227481842</w:t>
            </w:r>
          </w:p>
        </w:tc>
        <w:tc>
          <w:tcPr>
            <w:tcW w:type="dxa" w:w="519"/>
            <w:vAlign w:val="center"/>
          </w:tcPr>
          <w:p>
            <w:r/>
            <w:r>
              <w:rPr>
                <w:rFonts w:ascii="Malgun Gothic" w:hAnsi="Malgun Gothic" w:eastAsia="Malgun Gothic"/>
                <w:b w:val="0"/>
                <w:sz w:val="14"/>
              </w:rPr>
              <w:t>254.9948376341844</w:t>
            </w:r>
          </w:p>
        </w:tc>
        <w:tc>
          <w:tcPr>
            <w:tcW w:type="dxa" w:w="519"/>
            <w:vAlign w:val="center"/>
          </w:tcPr>
          <w:p>
            <w:r/>
            <w:r>
              <w:rPr>
                <w:rFonts w:ascii="Malgun Gothic" w:hAnsi="Malgun Gothic" w:eastAsia="Malgun Gothic"/>
                <w:b w:val="0"/>
                <w:sz w:val="14"/>
              </w:rPr>
              <w:t>67.42268041237114</w:t>
            </w:r>
          </w:p>
        </w:tc>
        <w:tc>
          <w:tcPr>
            <w:tcW w:type="dxa" w:w="519"/>
            <w:vAlign w:val="center"/>
          </w:tcPr>
          <w:p>
            <w:r/>
            <w:r>
              <w:rPr>
                <w:rFonts w:ascii="Malgun Gothic" w:hAnsi="Malgun Gothic" w:eastAsia="Malgun Gothic"/>
                <w:b w:val="0"/>
                <w:sz w:val="14"/>
              </w:rPr>
              <w:t>291.0</w:t>
            </w:r>
          </w:p>
        </w:tc>
        <w:tc>
          <w:tcPr>
            <w:tcW w:type="dxa" w:w="519"/>
            <w:vAlign w:val="center"/>
          </w:tcPr>
          <w:p>
            <w:r/>
            <w:r>
              <w:rPr>
                <w:rFonts w:ascii="Malgun Gothic" w:hAnsi="Malgun Gothic" w:eastAsia="Malgun Gothic"/>
                <w:b w:val="0"/>
                <w:sz w:val="14"/>
              </w:rPr>
              <w:t>0.41705701126280675</w:t>
            </w:r>
          </w:p>
        </w:tc>
        <w:tc>
          <w:tcPr>
            <w:tcW w:type="dxa" w:w="519"/>
            <w:vAlign w:val="center"/>
          </w:tcPr>
          <w:p>
            <w:r/>
            <w:r>
              <w:rPr>
                <w:rFonts w:ascii="Malgun Gothic" w:hAnsi="Malgun Gothic" w:eastAsia="Malgun Gothic"/>
                <w:b w:val="0"/>
                <w:sz w:val="14"/>
              </w:rPr>
              <w:t>0.9030919216024444</w:t>
            </w:r>
          </w:p>
        </w:tc>
        <w:tc>
          <w:tcPr>
            <w:tcW w:type="dxa" w:w="519"/>
            <w:vAlign w:val="center"/>
          </w:tcPr>
          <w:p>
            <w:r/>
            <w:r>
              <w:rPr>
                <w:rFonts w:ascii="Malgun Gothic" w:hAnsi="Malgun Gothic" w:eastAsia="Malgun Gothic"/>
                <w:b w:val="0"/>
                <w:sz w:val="14"/>
              </w:rPr>
              <w:t>-0.7904415762524168</w:t>
            </w:r>
          </w:p>
        </w:tc>
        <w:tc>
          <w:tcPr>
            <w:tcW w:type="dxa" w:w="519"/>
            <w:vAlign w:val="center"/>
          </w:tcPr>
          <w:p>
            <w:r/>
            <w:r>
              <w:rPr>
                <w:rFonts w:ascii="Malgun Gothic" w:hAnsi="Malgun Gothic" w:eastAsia="Malgun Gothic"/>
                <w:b w:val="0"/>
                <w:sz w:val="14"/>
              </w:rPr>
              <w:t>0.8475549016212067</w:t>
            </w:r>
          </w:p>
        </w:tc>
        <w:tc>
          <w:tcPr>
            <w:tcW w:type="dxa" w:w="519"/>
            <w:vAlign w:val="center"/>
          </w:tcPr>
          <w:p>
            <w:r/>
            <w:r>
              <w:rPr>
                <w:rFonts w:ascii="Malgun Gothic" w:hAnsi="Malgun Gothic" w:eastAsia="Malgun Gothic"/>
                <w:b w:val="0"/>
                <w:sz w:val="14"/>
              </w:rPr>
              <w:t>0.34431556455851026</w:t>
            </w:r>
          </w:p>
        </w:tc>
        <w:tc>
          <w:tcPr>
            <w:tcW w:type="dxa" w:w="519"/>
            <w:vAlign w:val="center"/>
          </w:tcPr>
          <w:p>
            <w:r/>
            <w:r>
              <w:rPr>
                <w:rFonts w:ascii="Malgun Gothic" w:hAnsi="Malgun Gothic" w:eastAsia="Malgun Gothic"/>
                <w:b w:val="0"/>
                <w:sz w:val="14"/>
              </w:rPr>
              <w:t>0.459856340604963</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-0.046895367311770186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0.0258763041347265</w:t>
            </w:r>
          </w:p>
        </w:tc>
        <w:tc>
          <w:tcPr>
            <w:tcW w:type="dxa" w:w="519"/>
            <w:vAlign w:val="center"/>
          </w:tcPr>
          <w:p>
            <w:r/>
            <w:r>
              <w:rPr>
                <w:rFonts w:ascii="Malgun Gothic" w:hAnsi="Malgun Gothic" w:eastAsia="Malgun Gothic"/>
                <w:b w:val="0"/>
                <w:sz w:val="14"/>
              </w:rPr>
              <w:t>236.3714352292384</w:t>
            </w:r>
          </w:p>
        </w:tc>
        <w:tc>
          <w:tcPr>
            <w:tcW w:type="dxa" w:w="519"/>
            <w:vAlign w:val="center"/>
          </w:tcPr>
          <w:p>
            <w:r/>
            <w:r>
              <w:rPr>
                <w:rFonts w:ascii="Malgun Gothic" w:hAnsi="Malgun Gothic" w:eastAsia="Malgun Gothic"/>
                <w:b w:val="0"/>
                <w:sz w:val="14"/>
              </w:rPr>
              <w:t>58.49668158666461</w:t>
            </w:r>
          </w:p>
        </w:tc>
        <w:tc>
          <w:tcPr>
            <w:tcW w:type="dxa" w:w="519"/>
            <w:vAlign w:val="center"/>
          </w:tcPr>
          <w:p>
            <w:r/>
            <w:r>
              <w:rPr>
                <w:rFonts w:ascii="Malgun Gothic" w:hAnsi="Malgun Gothic" w:eastAsia="Malgun Gothic"/>
                <w:b w:val="0"/>
                <w:sz w:val="14"/>
              </w:rPr>
              <w:t>388.74</w:t>
            </w:r>
          </w:p>
        </w:tc>
        <w:tc>
          <w:tcPr>
            <w:tcW w:type="dxa" w:w="519"/>
            <w:vAlign w:val="center"/>
          </w:tcPr>
          <w:p>
            <w:r/>
            <w:r>
              <w:rPr>
                <w:rFonts w:ascii="Malgun Gothic" w:hAnsi="Malgun Gothic" w:eastAsia="Malgun Gothic"/>
                <w:b w:val="0"/>
                <w:sz w:val="14"/>
              </w:rPr>
              <w:t>-1.4405788269032103</w:t>
            </w:r>
          </w:p>
        </w:tc>
        <w:tc>
          <w:tcPr>
            <w:tcW w:type="dxa" w:w="519"/>
            <w:vAlign w:val="center"/>
          </w:tcPr>
          <w:p>
            <w:r/>
            <w:r>
              <w:rPr>
                <w:rFonts w:ascii="Malgun Gothic" w:hAnsi="Malgun Gothic" w:eastAsia="Malgun Gothic"/>
                <w:b w:val="0"/>
                <w:sz w:val="14"/>
              </w:rPr>
              <w:t>0.23456037842873903</w:t>
            </w:r>
          </w:p>
        </w:tc>
        <w:tc>
          <w:tcPr>
            <w:tcW w:type="dxa" w:w="519"/>
            <w:vAlign w:val="center"/>
          </w:tcPr>
          <w:p>
            <w:r/>
            <w:r>
              <w:rPr>
                <w:rFonts w:ascii="Malgun Gothic" w:hAnsi="Malgun Gothic" w:eastAsia="Malgun Gothic"/>
                <w:b w:val="0"/>
                <w:sz w:val="14"/>
              </w:rPr>
              <w:t>-1.2501185403568085</w:t>
            </w:r>
          </w:p>
        </w:tc>
        <w:tc>
          <w:tcPr>
            <w:tcW w:type="dxa" w:w="519"/>
            <w:vAlign w:val="center"/>
          </w:tcPr>
          <w:p>
            <w:r/>
            <w:r>
              <w:rPr>
                <w:rFonts w:ascii="Malgun Gothic" w:hAnsi="Malgun Gothic" w:eastAsia="Malgun Gothic"/>
                <w:b w:val="0"/>
                <w:sz w:val="14"/>
              </w:rPr>
              <w:t>1.4217171635219157</w:t>
            </w:r>
          </w:p>
        </w:tc>
        <w:tc>
          <w:tcPr>
            <w:tcW w:type="dxa" w:w="519"/>
            <w:vAlign w:val="center"/>
          </w:tcPr>
          <w:p>
            <w:r/>
            <w:r>
              <w:rPr>
                <w:rFonts w:ascii="Malgun Gothic" w:hAnsi="Malgun Gothic" w:eastAsia="Malgun Gothic"/>
                <w:b w:val="0"/>
                <w:sz w:val="14"/>
              </w:rPr>
              <w:t>-0.25860495632734104</w:t>
            </w:r>
          </w:p>
        </w:tc>
        <w:tc>
          <w:tcPr>
            <w:tcW w:type="dxa" w:w="519"/>
            <w:vAlign w:val="center"/>
          </w:tcPr>
          <w:p>
            <w:r/>
            <w:r>
              <w:rPr>
                <w:rFonts w:ascii="Malgun Gothic" w:hAnsi="Malgun Gothic" w:eastAsia="Malgun Gothic"/>
                <w:b w:val="0"/>
                <w:sz w:val="14"/>
              </w:rPr>
              <w:t>0.32383007914488066</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-0.07628865049603772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0.0771065503358841</w:t>
            </w:r>
          </w:p>
        </w:tc>
        <w:tc>
          <w:tcPr>
            <w:tcW w:type="dxa" w:w="519"/>
            <w:vAlign w:val="center"/>
          </w:tcPr>
          <w:p>
            <w:r/>
            <w:r>
              <w:rPr>
                <w:rFonts w:ascii="Malgun Gothic" w:hAnsi="Malgun Gothic" w:eastAsia="Malgun Gothic"/>
                <w:b w:val="0"/>
                <w:sz w:val="14"/>
              </w:rPr>
              <w:t>279.785653638665</w:t>
            </w:r>
          </w:p>
        </w:tc>
        <w:tc>
          <w:tcPr>
            <w:tcW w:type="dxa" w:w="519"/>
            <w:vAlign w:val="center"/>
          </w:tcPr>
          <w:p>
            <w:r/>
            <w:r>
              <w:rPr>
                <w:rFonts w:ascii="Malgun Gothic" w:hAnsi="Malgun Gothic" w:eastAsia="Malgun Gothic"/>
                <w:b w:val="0"/>
                <w:sz w:val="14"/>
              </w:rPr>
              <w:t>18.518518518518515</w:t>
            </w:r>
          </w:p>
        </w:tc>
        <w:tc>
          <w:tcPr>
            <w:tcW w:type="dxa" w:w="519"/>
            <w:vAlign w:val="center"/>
          </w:tcPr>
          <w:p>
            <w:r/>
            <w:r>
              <w:rPr>
                <w:rFonts w:ascii="Malgun Gothic" w:hAnsi="Malgun Gothic" w:eastAsia="Malgun Gothic"/>
                <w:b w:val="0"/>
                <w:sz w:val="14"/>
              </w:rPr>
              <w:t>3.24</w:t>
            </w:r>
          </w:p>
        </w:tc>
        <w:tc>
          <w:tcPr>
            <w:tcW w:type="dxa" w:w="519"/>
            <w:vAlign w:val="center"/>
          </w:tcPr>
          <w:p>
            <w:r/>
            <w:r>
              <w:rPr>
                <w:rFonts w:ascii="Malgun Gothic" w:hAnsi="Malgun Gothic" w:eastAsia="Malgun Gothic"/>
                <w:b w:val="0"/>
                <w:sz w:val="14"/>
              </w:rPr>
              <w:t>0.31291017688956685</w:t>
            </w:r>
          </w:p>
        </w:tc>
        <w:tc>
          <w:tcPr>
            <w:tcW w:type="dxa" w:w="519"/>
            <w:vAlign w:val="center"/>
          </w:tcPr>
          <w:p>
            <w:r/>
            <w:r>
              <w:rPr>
                <w:rFonts w:ascii="Malgun Gothic" w:hAnsi="Malgun Gothic" w:eastAsia="Malgun Gothic"/>
                <w:b w:val="0"/>
                <w:sz w:val="14"/>
              </w:rPr>
              <w:t>1.7930175173469274</w:t>
            </w:r>
          </w:p>
        </w:tc>
        <w:tc>
          <w:tcPr>
            <w:tcW w:type="dxa" w:w="519"/>
            <w:vAlign w:val="center"/>
          </w:tcPr>
          <w:p>
            <w:r/>
            <w:r>
              <w:rPr>
                <w:rFonts w:ascii="Malgun Gothic" w:hAnsi="Malgun Gothic" w:eastAsia="Malgun Gothic"/>
                <w:b w:val="0"/>
                <w:sz w:val="14"/>
              </w:rPr>
              <w:t>-3.308940302321479</w:t>
            </w:r>
          </w:p>
        </w:tc>
        <w:tc>
          <w:tcPr>
            <w:tcW w:type="dxa" w:w="519"/>
            <w:vAlign w:val="center"/>
          </w:tcPr>
          <w:p>
            <w:r/>
            <w:r>
              <w:rPr>
                <w:rFonts w:ascii="Malgun Gothic" w:hAnsi="Malgun Gothic" w:eastAsia="Malgun Gothic"/>
                <w:b w:val="0"/>
                <w:sz w:val="14"/>
              </w:rPr>
              <w:t>-0.8428577491312794</w:t>
            </w:r>
          </w:p>
        </w:tc>
        <w:tc>
          <w:tcPr>
            <w:tcW w:type="dxa" w:w="519"/>
            <w:vAlign w:val="center"/>
          </w:tcPr>
          <w:p>
            <w:r/>
            <w:r>
              <w:rPr>
                <w:rFonts w:ascii="Malgun Gothic" w:hAnsi="Malgun Gothic" w:eastAsia="Malgun Gothic"/>
                <w:b w:val="0"/>
                <w:sz w:val="14"/>
              </w:rPr>
              <w:t>-0.5114675893040661</w:t>
            </w:r>
          </w:p>
        </w:tc>
        <w:tc>
          <w:tcPr>
            <w:tcW w:type="dxa" w:w="519"/>
            <w:vAlign w:val="center"/>
          </w:tcPr>
          <w:p>
            <w:r/>
            <w:r>
              <w:rPr>
                <w:rFonts w:ascii="Malgun Gothic" w:hAnsi="Malgun Gothic" w:eastAsia="Malgun Gothic"/>
                <w:b w:val="0"/>
                <w:sz w:val="14"/>
              </w:rPr>
              <w:t>0.26678116898962506</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-0.23143666534860574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0.0694236010313034</w:t>
            </w:r>
          </w:p>
        </w:tc>
        <w:tc>
          <w:tcPr>
            <w:tcW w:type="dxa" w:w="519"/>
            <w:vAlign w:val="center"/>
          </w:tcPr>
          <w:p>
            <w:r/>
            <w:r>
              <w:rPr>
                <w:rFonts w:ascii="Malgun Gothic" w:hAnsi="Malgun Gothic" w:eastAsia="Malgun Gothic"/>
                <w:b w:val="0"/>
                <w:sz w:val="14"/>
              </w:rPr>
              <w:t>201.51792369528184</w:t>
            </w:r>
          </w:p>
        </w:tc>
        <w:tc>
          <w:tcPr>
            <w:tcW w:type="dxa" w:w="519"/>
            <w:vAlign w:val="center"/>
          </w:tcPr>
          <w:p>
            <w:r/>
            <w:r>
              <w:rPr>
                <w:rFonts w:ascii="Malgun Gothic" w:hAnsi="Malgun Gothic" w:eastAsia="Malgun Gothic"/>
                <w:b w:val="0"/>
                <w:sz w:val="14"/>
              </w:rPr>
              <w:t>110.28110870847256</w:t>
            </w:r>
          </w:p>
        </w:tc>
        <w:tc>
          <w:tcPr>
            <w:tcW w:type="dxa" w:w="519"/>
            <w:vAlign w:val="center"/>
          </w:tcPr>
          <w:p>
            <w:r/>
            <w:r>
              <w:rPr>
                <w:rFonts w:ascii="Malgun Gothic" w:hAnsi="Malgun Gothic" w:eastAsia="Malgun Gothic"/>
                <w:b w:val="0"/>
                <w:sz w:val="14"/>
              </w:rPr>
              <w:t>305.22</w:t>
            </w:r>
          </w:p>
        </w:tc>
        <w:tc>
          <w:tcPr>
            <w:tcW w:type="dxa" w:w="519"/>
            <w:vAlign w:val="center"/>
          </w:tcPr>
          <w:p>
            <w:r/>
            <w:r>
              <w:rPr>
                <w:rFonts w:ascii="Malgun Gothic" w:hAnsi="Malgun Gothic" w:eastAsia="Malgun Gothic"/>
                <w:b w:val="0"/>
                <w:sz w:val="14"/>
              </w:rPr>
              <w:t>0.04994116695388573</w:t>
            </w:r>
          </w:p>
        </w:tc>
        <w:tc>
          <w:tcPr>
            <w:tcW w:type="dxa" w:w="519"/>
            <w:vAlign w:val="center"/>
          </w:tcPr>
          <w:p>
            <w:r/>
            <w:r>
              <w:rPr>
                <w:rFonts w:ascii="Malgun Gothic" w:hAnsi="Malgun Gothic" w:eastAsia="Malgun Gothic"/>
                <w:b w:val="0"/>
                <w:sz w:val="14"/>
              </w:rPr>
              <w:t>-1.0165897253047398</w:t>
            </w:r>
          </w:p>
        </w:tc>
        <w:tc>
          <w:tcPr>
            <w:tcW w:type="dxa" w:w="519"/>
            <w:vAlign w:val="center"/>
          </w:tcPr>
          <w:p>
            <w:r/>
            <w:r>
              <w:rPr>
                <w:rFonts w:ascii="Malgun Gothic" w:hAnsi="Malgun Gothic" w:eastAsia="Malgun Gothic"/>
                <w:b w:val="0"/>
                <w:sz w:val="14"/>
              </w:rPr>
              <w:t>1.41670998069149</w:t>
            </w:r>
          </w:p>
        </w:tc>
        <w:tc>
          <w:tcPr>
            <w:tcW w:type="dxa" w:w="519"/>
            <w:vAlign w:val="center"/>
          </w:tcPr>
          <w:p>
            <w:r/>
            <w:r>
              <w:rPr>
                <w:rFonts w:ascii="Malgun Gothic" w:hAnsi="Malgun Gothic" w:eastAsia="Malgun Gothic"/>
                <w:b w:val="0"/>
                <w:sz w:val="14"/>
              </w:rPr>
              <w:t>0.9310886376988422</w:t>
            </w:r>
          </w:p>
        </w:tc>
        <w:tc>
          <w:tcPr>
            <w:tcW w:type="dxa" w:w="519"/>
            <w:vAlign w:val="center"/>
          </w:tcPr>
          <w:p>
            <w:r/>
            <w:r>
              <w:rPr>
                <w:rFonts w:ascii="Malgun Gothic" w:hAnsi="Malgun Gothic" w:eastAsia="Malgun Gothic"/>
                <w:b w:val="0"/>
                <w:sz w:val="14"/>
              </w:rPr>
              <w:t>0.34528751500986954</w:t>
            </w:r>
          </w:p>
        </w:tc>
        <w:tc>
          <w:tcPr>
            <w:tcW w:type="dxa" w:w="519"/>
            <w:vAlign w:val="center"/>
          </w:tcPr>
          <w:p>
            <w:r/>
            <w:r>
              <w:rPr>
                <w:rFonts w:ascii="Malgun Gothic" w:hAnsi="Malgun Gothic" w:eastAsia="Malgun Gothic"/>
                <w:b w:val="0"/>
                <w:sz w:val="14"/>
              </w:rPr>
              <w:t>0.4600756245431321</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-0.05191448569877988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0.0441754981875419</w:t>
            </w:r>
          </w:p>
        </w:tc>
        <w:tc>
          <w:tcPr>
            <w:tcW w:type="dxa" w:w="519"/>
            <w:vAlign w:val="center"/>
          </w:tcPr>
          <w:p>
            <w:r/>
            <w:r>
              <w:rPr>
                <w:rFonts w:ascii="Malgun Gothic" w:hAnsi="Malgun Gothic" w:eastAsia="Malgun Gothic"/>
                <w:b w:val="0"/>
                <w:sz w:val="14"/>
              </w:rPr>
              <w:t>209.55281766676052</w:t>
            </w:r>
          </w:p>
        </w:tc>
        <w:tc>
          <w:tcPr>
            <w:tcW w:type="dxa" w:w="519"/>
            <w:vAlign w:val="center"/>
          </w:tcPr>
          <w:p>
            <w:r/>
            <w:r>
              <w:rPr>
                <w:rFonts w:ascii="Malgun Gothic" w:hAnsi="Malgun Gothic" w:eastAsia="Malgun Gothic"/>
                <w:b w:val="0"/>
                <w:sz w:val="14"/>
              </w:rPr>
              <w:t>85.71428571428572</w:t>
            </w:r>
          </w:p>
        </w:tc>
        <w:tc>
          <w:tcPr>
            <w:tcW w:type="dxa" w:w="519"/>
            <w:vAlign w:val="center"/>
          </w:tcPr>
          <w:p>
            <w:r/>
            <w:r>
              <w:rPr>
                <w:rFonts w:ascii="Malgun Gothic" w:hAnsi="Malgun Gothic" w:eastAsia="Malgun Gothic"/>
                <w:b w:val="0"/>
                <w:sz w:val="14"/>
              </w:rPr>
              <w:t>21.0</w:t>
            </w:r>
          </w:p>
        </w:tc>
        <w:tc>
          <w:tcPr>
            <w:tcW w:type="dxa" w:w="519"/>
            <w:vAlign w:val="center"/>
          </w:tcPr>
          <w:p>
            <w:r/>
            <w:r>
              <w:rPr>
                <w:rFonts w:ascii="Malgun Gothic" w:hAnsi="Malgun Gothic" w:eastAsia="Malgun Gothic"/>
                <w:b w:val="0"/>
                <w:sz w:val="14"/>
              </w:rPr>
              <w:t>-0.8142411078946113</w:t>
            </w:r>
          </w:p>
        </w:tc>
        <w:tc>
          <w:tcPr>
            <w:tcW w:type="dxa" w:w="519"/>
            <w:vAlign w:val="center"/>
          </w:tcPr>
          <w:p>
            <w:r/>
            <w:r>
              <w:rPr>
                <w:rFonts w:ascii="Malgun Gothic" w:hAnsi="Malgun Gothic" w:eastAsia="Malgun Gothic"/>
                <w:b w:val="0"/>
                <w:sz w:val="14"/>
              </w:rPr>
              <w:t>-0.7281580011122173</w:t>
            </w:r>
          </w:p>
        </w:tc>
        <w:tc>
          <w:tcPr>
            <w:tcW w:type="dxa" w:w="519"/>
            <w:vAlign w:val="center"/>
          </w:tcPr>
          <w:p>
            <w:r/>
            <w:r>
              <w:rPr>
                <w:rFonts w:ascii="Malgun Gothic" w:hAnsi="Malgun Gothic" w:eastAsia="Malgun Gothic"/>
                <w:b w:val="0"/>
                <w:sz w:val="14"/>
              </w:rPr>
              <w:t>0.1515515561648219</w:t>
            </w:r>
          </w:p>
        </w:tc>
        <w:tc>
          <w:tcPr>
            <w:tcW w:type="dxa" w:w="519"/>
            <w:vAlign w:val="center"/>
          </w:tcPr>
          <w:p>
            <w:r/>
            <w:r>
              <w:rPr>
                <w:rFonts w:ascii="Malgun Gothic" w:hAnsi="Malgun Gothic" w:eastAsia="Malgun Gothic"/>
                <w:b w:val="0"/>
                <w:sz w:val="14"/>
              </w:rPr>
              <w:t>-0.7385286947895915</w:t>
            </w:r>
          </w:p>
        </w:tc>
        <w:tc>
          <w:tcPr>
            <w:tcW w:type="dxa" w:w="519"/>
            <w:vAlign w:val="center"/>
          </w:tcPr>
          <w:p>
            <w:r/>
            <w:r>
              <w:rPr>
                <w:rFonts w:ascii="Malgun Gothic" w:hAnsi="Malgun Gothic" w:eastAsia="Malgun Gothic"/>
                <w:b w:val="0"/>
                <w:sz w:val="14"/>
              </w:rPr>
              <w:t>-0.5323440619078995</w:t>
            </w:r>
          </w:p>
        </w:tc>
        <w:tc>
          <w:tcPr>
            <w:tcW w:type="dxa" w:w="519"/>
            <w:vAlign w:val="center"/>
          </w:tcPr>
          <w:p>
            <w:r/>
            <w:r>
              <w:rPr>
                <w:rFonts w:ascii="Malgun Gothic" w:hAnsi="Malgun Gothic" w:eastAsia="Malgun Gothic"/>
                <w:b w:val="0"/>
                <w:sz w:val="14"/>
              </w:rPr>
              <w:t>0.2620711808197068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-0.236379514888921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0.0746127665042877</w:t>
            </w:r>
          </w:p>
        </w:tc>
        <w:tc>
          <w:tcPr>
            <w:tcW w:type="dxa" w:w="519"/>
            <w:vAlign w:val="center"/>
          </w:tcPr>
          <w:p>
            <w:r/>
            <w:r>
              <w:rPr>
                <w:rFonts w:ascii="Malgun Gothic" w:hAnsi="Malgun Gothic" w:eastAsia="Malgun Gothic"/>
                <w:b w:val="0"/>
                <w:sz w:val="14"/>
              </w:rPr>
              <w:t>218.7737447909876</w:t>
            </w:r>
          </w:p>
        </w:tc>
        <w:tc>
          <w:tcPr>
            <w:tcW w:type="dxa" w:w="519"/>
            <w:vAlign w:val="center"/>
          </w:tcPr>
          <w:p>
            <w:r/>
            <w:r>
              <w:rPr>
                <w:rFonts w:ascii="Malgun Gothic" w:hAnsi="Malgun Gothic" w:eastAsia="Malgun Gothic"/>
                <w:b w:val="0"/>
                <w:sz w:val="14"/>
              </w:rPr>
              <w:t>89.48621980265396</w:t>
            </w:r>
          </w:p>
        </w:tc>
        <w:tc>
          <w:tcPr>
            <w:tcW w:type="dxa" w:w="519"/>
            <w:vAlign w:val="center"/>
          </w:tcPr>
          <w:p>
            <w:r/>
            <w:r>
              <w:rPr>
                <w:rFonts w:ascii="Malgun Gothic" w:hAnsi="Malgun Gothic" w:eastAsia="Malgun Gothic"/>
                <w:b w:val="0"/>
                <w:sz w:val="14"/>
              </w:rPr>
              <w:t>176.34</w:t>
            </w:r>
          </w:p>
        </w:tc>
        <w:tc>
          <w:tcPr>
            <w:tcW w:type="dxa" w:w="519"/>
            <w:vAlign w:val="center"/>
          </w:tcPr>
          <w:p>
            <w:r/>
            <w:r>
              <w:rPr>
                <w:rFonts w:ascii="Malgun Gothic" w:hAnsi="Malgun Gothic" w:eastAsia="Malgun Gothic"/>
                <w:b w:val="0"/>
                <w:sz w:val="14"/>
              </w:rPr>
              <w:t>0.22755391080077186</w:t>
            </w:r>
          </w:p>
        </w:tc>
        <w:tc>
          <w:tcPr>
            <w:tcW w:type="dxa" w:w="519"/>
            <w:vAlign w:val="center"/>
          </w:tcPr>
          <w:p>
            <w:r/>
            <w:r>
              <w:rPr>
                <w:rFonts w:ascii="Malgun Gothic" w:hAnsi="Malgun Gothic" w:eastAsia="Malgun Gothic"/>
                <w:b w:val="0"/>
                <w:sz w:val="14"/>
              </w:rPr>
              <w:t>-0.3971507820331386</w:t>
            </w:r>
          </w:p>
        </w:tc>
        <w:tc>
          <w:tcPr>
            <w:tcW w:type="dxa" w:w="519"/>
            <w:vAlign w:val="center"/>
          </w:tcPr>
          <w:p>
            <w:r/>
            <w:r>
              <w:rPr>
                <w:rFonts w:ascii="Malgun Gothic" w:hAnsi="Malgun Gothic" w:eastAsia="Malgun Gothic"/>
                <w:b w:val="0"/>
                <w:sz w:val="14"/>
              </w:rPr>
              <w:t>0.3458011011624637</w:t>
            </w:r>
          </w:p>
        </w:tc>
        <w:tc>
          <w:tcPr>
            <w:tcW w:type="dxa" w:w="519"/>
            <w:vAlign w:val="center"/>
          </w:tcPr>
          <w:p>
            <w:r/>
            <w:r>
              <w:rPr>
                <w:rFonts w:ascii="Malgun Gothic" w:hAnsi="Malgun Gothic" w:eastAsia="Malgun Gothic"/>
                <w:b w:val="0"/>
                <w:sz w:val="14"/>
              </w:rPr>
              <w:t>0.17399806767875442</w:t>
            </w:r>
          </w:p>
        </w:tc>
        <w:tc>
          <w:tcPr>
            <w:tcW w:type="dxa" w:w="519"/>
            <w:vAlign w:val="center"/>
          </w:tcPr>
          <w:p>
            <w:r/>
            <w:r>
              <w:rPr>
                <w:rFonts w:ascii="Malgun Gothic" w:hAnsi="Malgun Gothic" w:eastAsia="Malgun Gothic"/>
                <w:b w:val="0"/>
                <w:sz w:val="14"/>
              </w:rPr>
              <w:t>0.08755057440221285</w:t>
            </w:r>
          </w:p>
        </w:tc>
        <w:tc>
          <w:tcPr>
            <w:tcW w:type="dxa" w:w="519"/>
            <w:vAlign w:val="center"/>
          </w:tcPr>
          <w:p>
            <w:r/>
            <w:r>
              <w:rPr>
                <w:rFonts w:ascii="Malgun Gothic" w:hAnsi="Malgun Gothic" w:eastAsia="Malgun Gothic"/>
                <w:b w:val="0"/>
                <w:sz w:val="14"/>
              </w:rPr>
              <w:t>0.4019270108261736</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-0.12025766927182252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0.0510383136570453</w:t>
            </w:r>
          </w:p>
        </w:tc>
        <w:tc>
          <w:tcPr>
            <w:tcW w:type="dxa" w:w="519"/>
            <w:vAlign w:val="center"/>
          </w:tcPr>
          <w:p>
            <w:r/>
            <w:r>
              <w:rPr>
                <w:rFonts w:ascii="Malgun Gothic" w:hAnsi="Malgun Gothic" w:eastAsia="Malgun Gothic"/>
                <w:b w:val="0"/>
                <w:sz w:val="14"/>
              </w:rPr>
              <w:t>221.15996283362628</w:t>
            </w:r>
          </w:p>
        </w:tc>
        <w:tc>
          <w:tcPr>
            <w:tcW w:type="dxa" w:w="519"/>
            <w:vAlign w:val="center"/>
          </w:tcPr>
          <w:p>
            <w:r/>
            <w:r>
              <w:rPr>
                <w:rFonts w:ascii="Malgun Gothic" w:hAnsi="Malgun Gothic" w:eastAsia="Malgun Gothic"/>
                <w:b w:val="0"/>
                <w:sz w:val="14"/>
              </w:rPr>
              <w:t>61.2177729018102</w:t>
            </w:r>
          </w:p>
        </w:tc>
        <w:tc>
          <w:tcPr>
            <w:tcW w:type="dxa" w:w="519"/>
            <w:vAlign w:val="center"/>
          </w:tcPr>
          <w:p>
            <w:r/>
            <w:r>
              <w:rPr>
                <w:rFonts w:ascii="Malgun Gothic" w:hAnsi="Malgun Gothic" w:eastAsia="Malgun Gothic"/>
                <w:b w:val="0"/>
                <w:sz w:val="14"/>
              </w:rPr>
              <w:t>273.45</w:t>
            </w:r>
          </w:p>
        </w:tc>
        <w:tc>
          <w:tcPr>
            <w:tcW w:type="dxa" w:w="519"/>
            <w:vAlign w:val="center"/>
          </w:tcPr>
          <w:p>
            <w:r/>
            <w:r>
              <w:rPr>
                <w:rFonts w:ascii="Malgun Gothic" w:hAnsi="Malgun Gothic" w:eastAsia="Malgun Gothic"/>
                <w:b w:val="0"/>
                <w:sz w:val="14"/>
              </w:rPr>
              <w:t>-0.5793433208806331</w:t>
            </w:r>
          </w:p>
        </w:tc>
        <w:tc>
          <w:tcPr>
            <w:tcW w:type="dxa" w:w="519"/>
            <w:vAlign w:val="center"/>
          </w:tcPr>
          <w:p>
            <w:r/>
            <w:r>
              <w:rPr>
                <w:rFonts w:ascii="Malgun Gothic" w:hAnsi="Malgun Gothic" w:eastAsia="Malgun Gothic"/>
                <w:b w:val="0"/>
                <w:sz w:val="14"/>
              </w:rPr>
              <w:t>-0.3114917818296897</w:t>
            </w:r>
          </w:p>
        </w:tc>
        <w:tc>
          <w:tcPr>
            <w:tcW w:type="dxa" w:w="519"/>
            <w:vAlign w:val="center"/>
          </w:tcPr>
          <w:p>
            <w:r/>
            <w:r>
              <w:rPr>
                <w:rFonts w:ascii="Malgun Gothic" w:hAnsi="Malgun Gothic" w:eastAsia="Malgun Gothic"/>
                <w:b w:val="0"/>
                <w:sz w:val="14"/>
              </w:rPr>
              <w:t>-1.1099859883342122</w:t>
            </w:r>
          </w:p>
        </w:tc>
        <w:tc>
          <w:tcPr>
            <w:tcW w:type="dxa" w:w="519"/>
            <w:vAlign w:val="center"/>
          </w:tcPr>
          <w:p>
            <w:r/>
            <w:r>
              <w:rPr>
                <w:rFonts w:ascii="Malgun Gothic" w:hAnsi="Malgun Gothic" w:eastAsia="Malgun Gothic"/>
                <w:b w:val="0"/>
                <w:sz w:val="14"/>
              </w:rPr>
              <w:t>0.7444594678545047</w:t>
            </w:r>
          </w:p>
        </w:tc>
        <w:tc>
          <w:tcPr>
            <w:tcW w:type="dxa" w:w="519"/>
            <w:vAlign w:val="center"/>
          </w:tcPr>
          <w:p>
            <w:r/>
            <w:r>
              <w:rPr>
                <w:rFonts w:ascii="Malgun Gothic" w:hAnsi="Malgun Gothic" w:eastAsia="Malgun Gothic"/>
                <w:b w:val="0"/>
                <w:sz w:val="14"/>
              </w:rPr>
              <w:t>-0.3140904057975075</w:t>
            </w:r>
          </w:p>
        </w:tc>
        <w:tc>
          <w:tcPr>
            <w:tcW w:type="dxa" w:w="519"/>
            <w:vAlign w:val="center"/>
          </w:tcPr>
          <w:p>
            <w:r/>
            <w:r>
              <w:rPr>
                <w:rFonts w:ascii="Malgun Gothic" w:hAnsi="Malgun Gothic" w:eastAsia="Malgun Gothic"/>
                <w:b w:val="0"/>
                <w:sz w:val="14"/>
              </w:rPr>
              <w:t>0.311311881479673</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-0.12917656295837843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0.0646125078201294</w:t>
            </w:r>
          </w:p>
        </w:tc>
        <w:tc>
          <w:tcPr>
            <w:tcW w:type="dxa" w:w="519"/>
            <w:vAlign w:val="center"/>
          </w:tcPr>
          <w:p>
            <w:r/>
            <w:r>
              <w:rPr>
                <w:rFonts w:ascii="Malgun Gothic" w:hAnsi="Malgun Gothic" w:eastAsia="Malgun Gothic"/>
                <w:b w:val="0"/>
                <w:sz w:val="14"/>
              </w:rPr>
              <w:t>197.41318190201576</w:t>
            </w:r>
          </w:p>
        </w:tc>
        <w:tc>
          <w:tcPr>
            <w:tcW w:type="dxa" w:w="519"/>
            <w:vAlign w:val="center"/>
          </w:tcPr>
          <w:p>
            <w:r/>
            <w:r>
              <w:rPr>
                <w:rFonts w:ascii="Malgun Gothic" w:hAnsi="Malgun Gothic" w:eastAsia="Malgun Gothic"/>
                <w:b w:val="0"/>
                <w:sz w:val="14"/>
              </w:rPr>
              <w:t>101.94661850290989</w:t>
            </w:r>
          </w:p>
        </w:tc>
        <w:tc>
          <w:tcPr>
            <w:tcW w:type="dxa" w:w="519"/>
            <w:vAlign w:val="center"/>
          </w:tcPr>
          <w:p>
            <w:r/>
            <w:r>
              <w:rPr>
                <w:rFonts w:ascii="Malgun Gothic" w:hAnsi="Malgun Gothic" w:eastAsia="Malgun Gothic"/>
                <w:b w:val="0"/>
                <w:sz w:val="14"/>
              </w:rPr>
              <w:t>149.49</w:t>
            </w:r>
          </w:p>
        </w:tc>
        <w:tc>
          <w:tcPr>
            <w:tcW w:type="dxa" w:w="519"/>
            <w:vAlign w:val="center"/>
          </w:tcPr>
          <w:p>
            <w:r/>
            <w:r>
              <w:rPr>
                <w:rFonts w:ascii="Malgun Gothic" w:hAnsi="Malgun Gothic" w:eastAsia="Malgun Gothic"/>
                <w:b w:val="0"/>
                <w:sz w:val="14"/>
              </w:rPr>
              <w:t>-0.11473106610333283</w:t>
            </w:r>
          </w:p>
        </w:tc>
        <w:tc>
          <w:tcPr>
            <w:tcW w:type="dxa" w:w="519"/>
            <w:vAlign w:val="center"/>
          </w:tcPr>
          <w:p>
            <w:r/>
            <w:r>
              <w:rPr>
                <w:rFonts w:ascii="Malgun Gothic" w:hAnsi="Malgun Gothic" w:eastAsia="Malgun Gothic"/>
                <w:b w:val="0"/>
                <w:sz w:val="14"/>
              </w:rPr>
              <w:t>-1.1639392431701208</w:t>
            </w:r>
          </w:p>
        </w:tc>
        <w:tc>
          <w:tcPr>
            <w:tcW w:type="dxa" w:w="519"/>
            <w:vAlign w:val="center"/>
          </w:tcPr>
          <w:p>
            <w:r/>
            <w:r>
              <w:rPr>
                <w:rFonts w:ascii="Malgun Gothic" w:hAnsi="Malgun Gothic" w:eastAsia="Malgun Gothic"/>
                <w:b w:val="0"/>
                <w:sz w:val="14"/>
              </w:rPr>
              <w:t>0.987494916936697</w:t>
            </w:r>
          </w:p>
        </w:tc>
        <w:tc>
          <w:tcPr>
            <w:tcW w:type="dxa" w:w="519"/>
            <w:vAlign w:val="center"/>
          </w:tcPr>
          <w:p>
            <w:r/>
            <w:r>
              <w:rPr>
                <w:rFonts w:ascii="Malgun Gothic" w:hAnsi="Malgun Gothic" w:eastAsia="Malgun Gothic"/>
                <w:b w:val="0"/>
                <w:sz w:val="14"/>
              </w:rPr>
              <w:t>0.0162708655912362</w:t>
            </w:r>
          </w:p>
        </w:tc>
        <w:tc>
          <w:tcPr>
            <w:tcW w:type="dxa" w:w="519"/>
            <w:vAlign w:val="center"/>
          </w:tcPr>
          <w:p>
            <w:r/>
            <w:r>
              <w:rPr>
                <w:rFonts w:ascii="Malgun Gothic" w:hAnsi="Malgun Gothic" w:eastAsia="Malgun Gothic"/>
                <w:b w:val="0"/>
                <w:sz w:val="14"/>
              </w:rPr>
              <w:t>-0.06872613168638007</w:t>
            </w:r>
          </w:p>
        </w:tc>
        <w:tc>
          <w:tcPr>
            <w:tcW w:type="dxa" w:w="519"/>
            <w:vAlign w:val="center"/>
          </w:tcPr>
          <w:p>
            <w:r/>
            <w:r>
              <w:rPr>
                <w:rFonts w:ascii="Malgun Gothic" w:hAnsi="Malgun Gothic" w:eastAsia="Malgun Gothic"/>
                <w:b w:val="0"/>
                <w:sz w:val="14"/>
              </w:rPr>
              <w:t>0.366669069943196</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-0.14938704013710108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0.0899170190095901</w:t>
            </w:r>
          </w:p>
        </w:tc>
        <w:tc>
          <w:tcPr>
            <w:tcW w:type="dxa" w:w="519"/>
            <w:vAlign w:val="center"/>
          </w:tcPr>
          <w:p>
            <w:r/>
            <w:r>
              <w:rPr>
                <w:rFonts w:ascii="Malgun Gothic" w:hAnsi="Malgun Gothic" w:eastAsia="Malgun Gothic"/>
                <w:b w:val="0"/>
                <w:sz w:val="14"/>
              </w:rPr>
              <w:t>232.8979011398732</w:t>
            </w:r>
          </w:p>
        </w:tc>
        <w:tc>
          <w:tcPr>
            <w:tcW w:type="dxa" w:w="519"/>
            <w:vAlign w:val="center"/>
          </w:tcPr>
          <w:p>
            <w:r/>
            <w:r>
              <w:rPr>
                <w:rFonts w:ascii="Malgun Gothic" w:hAnsi="Malgun Gothic" w:eastAsia="Malgun Gothic"/>
                <w:b w:val="0"/>
                <w:sz w:val="14"/>
              </w:rPr>
              <w:t>94.28223844282238</w:t>
            </w:r>
          </w:p>
        </w:tc>
        <w:tc>
          <w:tcPr>
            <w:tcW w:type="dxa" w:w="519"/>
            <w:vAlign w:val="center"/>
          </w:tcPr>
          <w:p>
            <w:r/>
            <w:r>
              <w:rPr>
                <w:rFonts w:ascii="Malgun Gothic" w:hAnsi="Malgun Gothic" w:eastAsia="Malgun Gothic"/>
                <w:b w:val="0"/>
                <w:sz w:val="14"/>
              </w:rPr>
              <w:t>295.92</w:t>
            </w:r>
          </w:p>
        </w:tc>
        <w:tc>
          <w:tcPr>
            <w:tcW w:type="dxa" w:w="519"/>
            <w:vAlign w:val="center"/>
          </w:tcPr>
          <w:p>
            <w:r/>
            <w:r>
              <w:rPr>
                <w:rFonts w:ascii="Malgun Gothic" w:hAnsi="Malgun Gothic" w:eastAsia="Malgun Gothic"/>
                <w:b w:val="0"/>
                <w:sz w:val="14"/>
              </w:rPr>
              <w:t>0.7513819317309038</w:t>
            </w:r>
          </w:p>
        </w:tc>
        <w:tc>
          <w:tcPr>
            <w:tcW w:type="dxa" w:w="519"/>
            <w:vAlign w:val="center"/>
          </w:tcPr>
          <w:p>
            <w:r/>
            <w:r>
              <w:rPr>
                <w:rFonts w:ascii="Malgun Gothic" w:hAnsi="Malgun Gothic" w:eastAsia="Malgun Gothic"/>
                <w:b w:val="0"/>
                <w:sz w:val="14"/>
              </w:rPr>
              <w:t>0.10986956981403286</w:t>
            </w:r>
          </w:p>
        </w:tc>
        <w:tc>
          <w:tcPr>
            <w:tcW w:type="dxa" w:w="519"/>
            <w:vAlign w:val="center"/>
          </w:tcPr>
          <w:p>
            <w:r/>
            <w:r>
              <w:rPr>
                <w:rFonts w:ascii="Malgun Gothic" w:hAnsi="Malgun Gothic" w:eastAsia="Malgun Gothic"/>
                <w:b w:val="0"/>
                <w:sz w:val="14"/>
              </w:rPr>
              <w:t>0.5927896266316214</w:t>
            </w:r>
          </w:p>
        </w:tc>
        <w:tc>
          <w:tcPr>
            <w:tcW w:type="dxa" w:w="519"/>
            <w:vAlign w:val="center"/>
          </w:tcPr>
          <w:p>
            <w:r/>
            <w:r>
              <w:rPr>
                <w:rFonts w:ascii="Malgun Gothic" w:hAnsi="Malgun Gothic" w:eastAsia="Malgun Gothic"/>
                <w:b w:val="0"/>
                <w:sz w:val="14"/>
              </w:rPr>
              <w:t>0.8764568693780258</w:t>
            </w:r>
          </w:p>
        </w:tc>
        <w:tc>
          <w:tcPr>
            <w:tcW w:type="dxa" w:w="519"/>
            <w:vAlign w:val="center"/>
          </w:tcPr>
          <w:p>
            <w:r/>
            <w:r>
              <w:rPr>
                <w:rFonts w:ascii="Malgun Gothic" w:hAnsi="Malgun Gothic" w:eastAsia="Malgun Gothic"/>
                <w:b w:val="0"/>
                <w:sz w:val="14"/>
              </w:rPr>
              <w:t>0.5826244993886459</w:t>
            </w:r>
          </w:p>
        </w:tc>
        <w:tc>
          <w:tcPr>
            <w:tcW w:type="dxa" w:w="519"/>
            <w:vAlign w:val="center"/>
          </w:tcPr>
          <w:p>
            <w:r/>
            <w:r>
              <w:rPr>
                <w:rFonts w:ascii="Malgun Gothic" w:hAnsi="Malgun Gothic" w:eastAsia="Malgun Gothic"/>
                <w:b w:val="0"/>
                <w:sz w:val="14"/>
              </w:rPr>
              <w:t>0.5136217580265654</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-0.025259846885403836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0.0556679740548133</w:t>
            </w:r>
          </w:p>
        </w:tc>
        <w:tc>
          <w:tcPr>
            <w:tcW w:type="dxa" w:w="519"/>
            <w:vAlign w:val="center"/>
          </w:tcPr>
          <w:p>
            <w:r/>
            <w:r>
              <w:rPr>
                <w:rFonts w:ascii="Malgun Gothic" w:hAnsi="Malgun Gothic" w:eastAsia="Malgun Gothic"/>
                <w:b w:val="0"/>
                <w:sz w:val="14"/>
              </w:rPr>
              <w:t>175.20808180424984</w:t>
            </w:r>
          </w:p>
        </w:tc>
        <w:tc>
          <w:tcPr>
            <w:tcW w:type="dxa" w:w="519"/>
            <w:vAlign w:val="center"/>
          </w:tcPr>
          <w:p>
            <w:r/>
            <w:r>
              <w:rPr>
                <w:rFonts w:ascii="Malgun Gothic" w:hAnsi="Malgun Gothic" w:eastAsia="Malgun Gothic"/>
                <w:b w:val="0"/>
                <w:sz w:val="14"/>
              </w:rPr>
              <w:t>102.54545454545456</w:t>
            </w:r>
          </w:p>
        </w:tc>
        <w:tc>
          <w:tcPr>
            <w:tcW w:type="dxa" w:w="519"/>
            <w:vAlign w:val="center"/>
          </w:tcPr>
          <w:p>
            <w:r/>
            <w:r>
              <w:rPr>
                <w:rFonts w:ascii="Malgun Gothic" w:hAnsi="Malgun Gothic" w:eastAsia="Malgun Gothic"/>
                <w:b w:val="0"/>
                <w:sz w:val="14"/>
              </w:rPr>
              <w:t>82.5</w:t>
            </w:r>
          </w:p>
        </w:tc>
        <w:tc>
          <w:tcPr>
            <w:tcW w:type="dxa" w:w="519"/>
            <w:vAlign w:val="center"/>
          </w:tcPr>
          <w:p>
            <w:r/>
            <w:r>
              <w:rPr>
                <w:rFonts w:ascii="Malgun Gothic" w:hAnsi="Malgun Gothic" w:eastAsia="Malgun Gothic"/>
                <w:b w:val="0"/>
                <w:sz w:val="14"/>
              </w:rPr>
              <w:t>-0.4208810998148744</w:t>
            </w:r>
          </w:p>
        </w:tc>
        <w:tc>
          <w:tcPr>
            <w:tcW w:type="dxa" w:w="519"/>
            <w:vAlign w:val="center"/>
          </w:tcPr>
          <w:p>
            <w:r/>
            <w:r>
              <w:rPr>
                <w:rFonts w:ascii="Malgun Gothic" w:hAnsi="Malgun Gothic" w:eastAsia="Malgun Gothic"/>
                <w:b w:val="0"/>
                <w:sz w:val="14"/>
              </w:rPr>
              <w:t>-1.9610443860382982</w:t>
            </w:r>
          </w:p>
        </w:tc>
        <w:tc>
          <w:tcPr>
            <w:tcW w:type="dxa" w:w="519"/>
            <w:vAlign w:val="center"/>
          </w:tcPr>
          <w:p>
            <w:r/>
            <w:r>
              <w:rPr>
                <w:rFonts w:ascii="Malgun Gothic" w:hAnsi="Malgun Gothic" w:eastAsia="Malgun Gothic"/>
                <w:b w:val="0"/>
                <w:sz w:val="14"/>
              </w:rPr>
              <w:t>1.018334169709222</w:t>
            </w:r>
          </w:p>
        </w:tc>
        <w:tc>
          <w:tcPr>
            <w:tcW w:type="dxa" w:w="519"/>
            <w:vAlign w:val="center"/>
          </w:tcPr>
          <w:p>
            <w:r/>
            <w:r>
              <w:rPr>
                <w:rFonts w:ascii="Malgun Gothic" w:hAnsi="Malgun Gothic" w:eastAsia="Malgun Gothic"/>
                <w:b w:val="0"/>
                <w:sz w:val="14"/>
              </w:rPr>
              <w:t>-0.3772540978293541</w:t>
            </w:r>
          </w:p>
        </w:tc>
        <w:tc>
          <w:tcPr>
            <w:tcW w:type="dxa" w:w="519"/>
            <w:vAlign w:val="center"/>
          </w:tcPr>
          <w:p>
            <w:r/>
            <w:r>
              <w:rPr>
                <w:rFonts w:ascii="Malgun Gothic" w:hAnsi="Malgun Gothic" w:eastAsia="Malgun Gothic"/>
                <w:b w:val="0"/>
                <w:sz w:val="14"/>
              </w:rPr>
              <w:t>-0.4352113534933262</w:t>
            </w:r>
          </w:p>
        </w:tc>
        <w:tc>
          <w:tcPr>
            <w:tcW w:type="dxa" w:w="519"/>
            <w:vAlign w:val="center"/>
          </w:tcPr>
          <w:p>
            <w:r/>
            <w:r>
              <w:rPr>
                <w:rFonts w:ascii="Malgun Gothic" w:hAnsi="Malgun Gothic" w:eastAsia="Malgun Gothic"/>
                <w:b w:val="0"/>
                <w:sz w:val="14"/>
              </w:rPr>
              <w:t>0.2839855107080209</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-0.21605982695371917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 중간 948행은 전체 데이터 부록 ZIP에 원본으로 포함 ...</w:t>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r>
      <w:tr>
        <w:trPr>
          <w:cantSplit/>
        </w:trPr>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0.0500455312430858</w:t>
            </w:r>
          </w:p>
        </w:tc>
        <w:tc>
          <w:tcPr>
            <w:tcW w:type="dxa" w:w="519"/>
            <w:vAlign w:val="center"/>
          </w:tcPr>
          <w:p>
            <w:r/>
            <w:r>
              <w:rPr>
                <w:rFonts w:ascii="Malgun Gothic" w:hAnsi="Malgun Gothic" w:eastAsia="Malgun Gothic"/>
                <w:b w:val="0"/>
                <w:sz w:val="14"/>
              </w:rPr>
              <w:t>230.5595949974204</w:t>
            </w:r>
          </w:p>
        </w:tc>
        <w:tc>
          <w:tcPr>
            <w:tcW w:type="dxa" w:w="519"/>
            <w:vAlign w:val="center"/>
          </w:tcPr>
          <w:p>
            <w:r/>
            <w:r>
              <w:rPr>
                <w:rFonts w:ascii="Malgun Gothic" w:hAnsi="Malgun Gothic" w:eastAsia="Malgun Gothic"/>
                <w:b w:val="0"/>
                <w:sz w:val="14"/>
              </w:rPr>
              <w:t>108.5814360770578</w:t>
            </w:r>
          </w:p>
        </w:tc>
        <w:tc>
          <w:tcPr>
            <w:tcW w:type="dxa" w:w="519"/>
            <w:vAlign w:val="center"/>
          </w:tcPr>
          <w:p>
            <w:r/>
            <w:r>
              <w:rPr>
                <w:rFonts w:ascii="Malgun Gothic" w:hAnsi="Malgun Gothic" w:eastAsia="Malgun Gothic"/>
                <w:b w:val="0"/>
                <w:sz w:val="14"/>
              </w:rPr>
              <w:t>85.65</w:t>
            </w:r>
          </w:p>
        </w:tc>
        <w:tc>
          <w:tcPr>
            <w:tcW w:type="dxa" w:w="519"/>
            <w:vAlign w:val="center"/>
          </w:tcPr>
          <w:p>
            <w:r/>
            <w:r>
              <w:rPr>
                <w:rFonts w:ascii="Malgun Gothic" w:hAnsi="Malgun Gothic" w:eastAsia="Malgun Gothic"/>
                <w:b w:val="0"/>
                <w:sz w:val="14"/>
              </w:rPr>
              <w:t>-0.6133238924203713</w:t>
            </w:r>
          </w:p>
        </w:tc>
        <w:tc>
          <w:tcPr>
            <w:tcW w:type="dxa" w:w="519"/>
            <w:vAlign w:val="center"/>
          </w:tcPr>
          <w:p>
            <w:r/>
            <w:r>
              <w:rPr>
                <w:rFonts w:ascii="Malgun Gothic" w:hAnsi="Malgun Gothic" w:eastAsia="Malgun Gothic"/>
                <w:b w:val="0"/>
                <w:sz w:val="14"/>
              </w:rPr>
              <w:t>0.02593048178727322</w:t>
            </w:r>
          </w:p>
        </w:tc>
        <w:tc>
          <w:tcPr>
            <w:tcW w:type="dxa" w:w="519"/>
            <w:vAlign w:val="center"/>
          </w:tcPr>
          <w:p>
            <w:r/>
            <w:r>
              <w:rPr>
                <w:rFonts w:ascii="Malgun Gothic" w:hAnsi="Malgun Gothic" w:eastAsia="Malgun Gothic"/>
                <w:b w:val="0"/>
                <w:sz w:val="14"/>
              </w:rPr>
              <w:t>1.329179120511457</w:t>
            </w:r>
          </w:p>
        </w:tc>
        <w:tc>
          <w:tcPr>
            <w:tcW w:type="dxa" w:w="519"/>
            <w:vAlign w:val="center"/>
          </w:tcPr>
          <w:p>
            <w:r/>
            <w:r>
              <w:rPr>
                <w:rFonts w:ascii="Malgun Gothic" w:hAnsi="Malgun Gothic" w:eastAsia="Malgun Gothic"/>
                <w:b w:val="0"/>
                <w:sz w:val="14"/>
              </w:rPr>
              <w:t>-0.3587497892045614</w:t>
            </w:r>
          </w:p>
        </w:tc>
        <w:tc>
          <w:tcPr>
            <w:tcW w:type="dxa" w:w="519"/>
            <w:vAlign w:val="center"/>
          </w:tcPr>
          <w:p>
            <w:r/>
            <w:r>
              <w:rPr>
                <w:rFonts w:ascii="Malgun Gothic" w:hAnsi="Malgun Gothic" w:eastAsia="Malgun Gothic"/>
                <w:b w:val="0"/>
                <w:sz w:val="14"/>
              </w:rPr>
              <w:t>0.09575898016844935</w:t>
            </w:r>
          </w:p>
        </w:tc>
        <w:tc>
          <w:tcPr>
            <w:tcW w:type="dxa" w:w="519"/>
            <w:vAlign w:val="center"/>
          </w:tcPr>
          <w:p>
            <w:r/>
            <w:r>
              <w:rPr>
                <w:rFonts w:ascii="Malgun Gothic" w:hAnsi="Malgun Gothic" w:eastAsia="Malgun Gothic"/>
                <w:b w:val="0"/>
                <w:sz w:val="14"/>
              </w:rPr>
              <w:t>0.4037789278040333</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-0.1398652920611247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0.0606882981956005</w:t>
            </w:r>
          </w:p>
        </w:tc>
        <w:tc>
          <w:tcPr>
            <w:tcW w:type="dxa" w:w="519"/>
            <w:vAlign w:val="center"/>
          </w:tcPr>
          <w:p>
            <w:r/>
            <w:r>
              <w:rPr>
                <w:rFonts w:ascii="Malgun Gothic" w:hAnsi="Malgun Gothic" w:eastAsia="Malgun Gothic"/>
                <w:b w:val="0"/>
                <w:sz w:val="14"/>
              </w:rPr>
              <w:t>224.3616158851639</w:t>
            </w:r>
          </w:p>
        </w:tc>
        <w:tc>
          <w:tcPr>
            <w:tcW w:type="dxa" w:w="519"/>
            <w:vAlign w:val="center"/>
          </w:tcPr>
          <w:p>
            <w:r/>
            <w:r>
              <w:rPr>
                <w:rFonts w:ascii="Malgun Gothic" w:hAnsi="Malgun Gothic" w:eastAsia="Malgun Gothic"/>
                <w:b w:val="0"/>
                <w:sz w:val="14"/>
              </w:rPr>
              <w:t>88.95589898228421</w:t>
            </w:r>
          </w:p>
        </w:tc>
        <w:tc>
          <w:tcPr>
            <w:tcW w:type="dxa" w:w="519"/>
            <w:vAlign w:val="center"/>
          </w:tcPr>
          <w:p>
            <w:r/>
            <w:r>
              <w:rPr>
                <w:rFonts w:ascii="Malgun Gothic" w:hAnsi="Malgun Gothic" w:eastAsia="Malgun Gothic"/>
                <w:b w:val="0"/>
                <w:sz w:val="14"/>
              </w:rPr>
              <w:t>79.59</w:t>
            </w:r>
          </w:p>
        </w:tc>
        <w:tc>
          <w:tcPr>
            <w:tcW w:type="dxa" w:w="519"/>
            <w:vAlign w:val="center"/>
          </w:tcPr>
          <w:p>
            <w:r/>
            <w:r>
              <w:rPr>
                <w:rFonts w:ascii="Malgun Gothic" w:hAnsi="Malgun Gothic" w:eastAsia="Malgun Gothic"/>
                <w:b w:val="0"/>
                <w:sz w:val="14"/>
              </w:rPr>
              <w:t>-0.2490473916226451</w:t>
            </w:r>
          </w:p>
        </w:tc>
        <w:tc>
          <w:tcPr>
            <w:tcW w:type="dxa" w:w="519"/>
            <w:vAlign w:val="center"/>
          </w:tcPr>
          <w:p>
            <w:r/>
            <w:r>
              <w:rPr>
                <w:rFonts w:ascii="Malgun Gothic" w:hAnsi="Malgun Gothic" w:eastAsia="Malgun Gothic"/>
                <w:b w:val="0"/>
                <w:sz w:val="14"/>
              </w:rPr>
              <w:t>-0.19656079292065992</w:t>
            </w:r>
          </w:p>
        </w:tc>
        <w:tc>
          <w:tcPr>
            <w:tcW w:type="dxa" w:w="519"/>
            <w:vAlign w:val="center"/>
          </w:tcPr>
          <w:p>
            <w:r/>
            <w:r>
              <w:rPr>
                <w:rFonts w:ascii="Malgun Gothic" w:hAnsi="Malgun Gothic" w:eastAsia="Malgun Gothic"/>
                <w:b w:val="0"/>
                <w:sz w:val="14"/>
              </w:rPr>
              <w:t>0.3184902904096265</w:t>
            </w:r>
          </w:p>
        </w:tc>
        <w:tc>
          <w:tcPr>
            <w:tcW w:type="dxa" w:w="519"/>
            <w:vAlign w:val="center"/>
          </w:tcPr>
          <w:p>
            <w:r/>
            <w:r>
              <w:rPr>
                <w:rFonts w:ascii="Malgun Gothic" w:hAnsi="Malgun Gothic" w:eastAsia="Malgun Gothic"/>
                <w:b w:val="0"/>
                <w:sz w:val="14"/>
              </w:rPr>
              <w:t>-0.39434855436844823</w:t>
            </w:r>
          </w:p>
        </w:tc>
        <w:tc>
          <w:tcPr>
            <w:tcW w:type="dxa" w:w="519"/>
            <w:vAlign w:val="center"/>
          </w:tcPr>
          <w:p>
            <w:r/>
            <w:r>
              <w:rPr>
                <w:rFonts w:ascii="Malgun Gothic" w:hAnsi="Malgun Gothic" w:eastAsia="Malgun Gothic"/>
                <w:b w:val="0"/>
                <w:sz w:val="14"/>
              </w:rPr>
              <w:t>-0.1303666121255317</w:t>
            </w:r>
          </w:p>
        </w:tc>
        <w:tc>
          <w:tcPr>
            <w:tcW w:type="dxa" w:w="519"/>
            <w:vAlign w:val="center"/>
          </w:tcPr>
          <w:p>
            <w:r/>
            <w:r>
              <w:rPr>
                <w:rFonts w:ascii="Malgun Gothic" w:hAnsi="Malgun Gothic" w:eastAsia="Malgun Gothic"/>
                <w:b w:val="0"/>
                <w:sz w:val="14"/>
              </w:rPr>
              <w:t>0.3527622218292493</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-0.1718150460079242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0.0546061731874942</w:t>
            </w:r>
          </w:p>
        </w:tc>
        <w:tc>
          <w:tcPr>
            <w:tcW w:type="dxa" w:w="519"/>
            <w:vAlign w:val="center"/>
          </w:tcPr>
          <w:p>
            <w:r/>
            <w:r>
              <w:rPr>
                <w:rFonts w:ascii="Malgun Gothic" w:hAnsi="Malgun Gothic" w:eastAsia="Malgun Gothic"/>
                <w:b w:val="0"/>
                <w:sz w:val="14"/>
              </w:rPr>
              <w:t>230.7437267824737</w:t>
            </w:r>
          </w:p>
        </w:tc>
        <w:tc>
          <w:tcPr>
            <w:tcW w:type="dxa" w:w="519"/>
            <w:vAlign w:val="center"/>
          </w:tcPr>
          <w:p>
            <w:r/>
            <w:r>
              <w:rPr>
                <w:rFonts w:ascii="Malgun Gothic" w:hAnsi="Malgun Gothic" w:eastAsia="Malgun Gothic"/>
                <w:b w:val="0"/>
                <w:sz w:val="14"/>
              </w:rPr>
              <w:t>68.85322167946033</w:t>
            </w:r>
          </w:p>
        </w:tc>
        <w:tc>
          <w:tcPr>
            <w:tcW w:type="dxa" w:w="519"/>
            <w:vAlign w:val="center"/>
          </w:tcPr>
          <w:p>
            <w:r/>
            <w:r>
              <w:rPr>
                <w:rFonts w:ascii="Malgun Gothic" w:hAnsi="Malgun Gothic" w:eastAsia="Malgun Gothic"/>
                <w:b w:val="0"/>
                <w:sz w:val="14"/>
              </w:rPr>
              <w:t>515.88</w:t>
            </w:r>
          </w:p>
        </w:tc>
        <w:tc>
          <w:tcPr>
            <w:tcW w:type="dxa" w:w="519"/>
            <w:vAlign w:val="center"/>
          </w:tcPr>
          <w:p>
            <w:r/>
            <w:r>
              <w:rPr>
                <w:rFonts w:ascii="Malgun Gothic" w:hAnsi="Malgun Gothic" w:eastAsia="Malgun Gothic"/>
                <w:b w:val="0"/>
                <w:sz w:val="14"/>
              </w:rPr>
              <w:t>-0.45722400821611503</w:t>
            </w:r>
          </w:p>
        </w:tc>
        <w:tc>
          <w:tcPr>
            <w:tcW w:type="dxa" w:w="519"/>
            <w:vAlign w:val="center"/>
          </w:tcPr>
          <w:p>
            <w:r/>
            <w:r>
              <w:rPr>
                <w:rFonts w:ascii="Malgun Gothic" w:hAnsi="Malgun Gothic" w:eastAsia="Malgun Gothic"/>
                <w:b w:val="0"/>
                <w:sz w:val="14"/>
              </w:rPr>
              <w:t>0.03254033232544967</w:t>
            </w:r>
          </w:p>
        </w:tc>
        <w:tc>
          <w:tcPr>
            <w:tcW w:type="dxa" w:w="519"/>
            <w:vAlign w:val="center"/>
          </w:tcPr>
          <w:p>
            <w:r/>
            <w:r>
              <w:rPr>
                <w:rFonts w:ascii="Malgun Gothic" w:hAnsi="Malgun Gothic" w:eastAsia="Malgun Gothic"/>
                <w:b w:val="0"/>
                <w:sz w:val="14"/>
              </w:rPr>
              <w:t>-0.7167706202594823</w:t>
            </w:r>
          </w:p>
        </w:tc>
        <w:tc>
          <w:tcPr>
            <w:tcW w:type="dxa" w:w="519"/>
            <w:vAlign w:val="center"/>
          </w:tcPr>
          <w:p>
            <w:r/>
            <w:r>
              <w:rPr>
                <w:rFonts w:ascii="Malgun Gothic" w:hAnsi="Malgun Gothic" w:eastAsia="Malgun Gothic"/>
                <w:b w:val="0"/>
                <w:sz w:val="14"/>
              </w:rPr>
              <w:t>2.168586305920689</w:t>
            </w:r>
          </w:p>
        </w:tc>
        <w:tc>
          <w:tcPr>
            <w:tcW w:type="dxa" w:w="519"/>
            <w:vAlign w:val="center"/>
          </w:tcPr>
          <w:p>
            <w:r/>
            <w:r>
              <w:rPr>
                <w:rFonts w:ascii="Malgun Gothic" w:hAnsi="Malgun Gothic" w:eastAsia="Malgun Gothic"/>
                <w:b w:val="0"/>
                <w:sz w:val="14"/>
              </w:rPr>
              <w:t>0.25678300244263536</w:t>
            </w:r>
          </w:p>
        </w:tc>
        <w:tc>
          <w:tcPr>
            <w:tcW w:type="dxa" w:w="519"/>
            <w:vAlign w:val="center"/>
          </w:tcPr>
          <w:p>
            <w:r/>
            <w:r>
              <w:rPr>
                <w:rFonts w:ascii="Malgun Gothic" w:hAnsi="Malgun Gothic" w:eastAsia="Malgun Gothic"/>
                <w:b w:val="0"/>
                <w:sz w:val="14"/>
              </w:rPr>
              <w:t>0.4401079214217003</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0.015747809363713394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0.0626592934131622</w:t>
            </w:r>
          </w:p>
        </w:tc>
        <w:tc>
          <w:tcPr>
            <w:tcW w:type="dxa" w:w="519"/>
            <w:vAlign w:val="center"/>
          </w:tcPr>
          <w:p>
            <w:r/>
            <w:r>
              <w:rPr>
                <w:rFonts w:ascii="Malgun Gothic" w:hAnsi="Malgun Gothic" w:eastAsia="Malgun Gothic"/>
                <w:b w:val="0"/>
                <w:sz w:val="14"/>
              </w:rPr>
              <w:t>231.8123926761084</w:t>
            </w:r>
          </w:p>
        </w:tc>
        <w:tc>
          <w:tcPr>
            <w:tcW w:type="dxa" w:w="519"/>
            <w:vAlign w:val="center"/>
          </w:tcPr>
          <w:p>
            <w:r/>
            <w:r>
              <w:rPr>
                <w:rFonts w:ascii="Malgun Gothic" w:hAnsi="Malgun Gothic" w:eastAsia="Malgun Gothic"/>
                <w:b w:val="0"/>
                <w:sz w:val="14"/>
              </w:rPr>
              <w:t>96.22388345792602</w:t>
            </w:r>
          </w:p>
        </w:tc>
        <w:tc>
          <w:tcPr>
            <w:tcW w:type="dxa" w:w="519"/>
            <w:vAlign w:val="center"/>
          </w:tcPr>
          <w:p>
            <w:r/>
            <w:r>
              <w:rPr>
                <w:rFonts w:ascii="Malgun Gothic" w:hAnsi="Malgun Gothic" w:eastAsia="Malgun Gothic"/>
                <w:b w:val="0"/>
                <w:sz w:val="14"/>
              </w:rPr>
              <w:t>156.51</w:t>
            </w:r>
          </w:p>
        </w:tc>
        <w:tc>
          <w:tcPr>
            <w:tcW w:type="dxa" w:w="519"/>
            <w:vAlign w:val="center"/>
          </w:tcPr>
          <w:p>
            <w:r/>
            <w:r>
              <w:rPr>
                <w:rFonts w:ascii="Malgun Gothic" w:hAnsi="Malgun Gothic" w:eastAsia="Malgun Gothic"/>
                <w:b w:val="0"/>
                <w:sz w:val="14"/>
              </w:rPr>
              <w:t>-0.18158493151749533</w:t>
            </w:r>
          </w:p>
        </w:tc>
        <w:tc>
          <w:tcPr>
            <w:tcW w:type="dxa" w:w="519"/>
            <w:vAlign w:val="center"/>
          </w:tcPr>
          <w:p>
            <w:r/>
            <w:r>
              <w:rPr>
                <w:rFonts w:ascii="Malgun Gothic" w:hAnsi="Malgun Gothic" w:eastAsia="Malgun Gothic"/>
                <w:b w:val="0"/>
                <w:sz w:val="14"/>
              </w:rPr>
              <w:t>0.07090264891368939</w:t>
            </w:r>
          </w:p>
        </w:tc>
        <w:tc>
          <w:tcPr>
            <w:tcW w:type="dxa" w:w="519"/>
            <w:vAlign w:val="center"/>
          </w:tcPr>
          <w:p>
            <w:r/>
            <w:r>
              <w:rPr>
                <w:rFonts w:ascii="Malgun Gothic" w:hAnsi="Malgun Gothic" w:eastAsia="Malgun Gothic"/>
                <w:b w:val="0"/>
                <w:sz w:val="14"/>
              </w:rPr>
              <w:t>0.692781739933364</w:t>
            </w:r>
          </w:p>
        </w:tc>
        <w:tc>
          <w:tcPr>
            <w:tcW w:type="dxa" w:w="519"/>
            <w:vAlign w:val="center"/>
          </w:tcPr>
          <w:p>
            <w:r/>
            <w:r>
              <w:rPr>
                <w:rFonts w:ascii="Malgun Gothic" w:hAnsi="Malgun Gothic" w:eastAsia="Malgun Gothic"/>
                <w:b w:val="0"/>
                <w:sz w:val="14"/>
              </w:rPr>
              <w:t>0.057509039097916846</w:t>
            </w:r>
          </w:p>
        </w:tc>
        <w:tc>
          <w:tcPr>
            <w:tcW w:type="dxa" w:w="519"/>
            <w:vAlign w:val="center"/>
          </w:tcPr>
          <w:p>
            <w:r/>
            <w:r>
              <w:rPr>
                <w:rFonts w:ascii="Malgun Gothic" w:hAnsi="Malgun Gothic" w:eastAsia="Malgun Gothic"/>
                <w:b w:val="0"/>
                <w:sz w:val="14"/>
              </w:rPr>
              <w:t>0.15990212410686871</w:t>
            </w:r>
          </w:p>
        </w:tc>
        <w:tc>
          <w:tcPr>
            <w:tcW w:type="dxa" w:w="519"/>
            <w:vAlign w:val="center"/>
          </w:tcPr>
          <w:p>
            <w:r/>
            <w:r>
              <w:rPr>
                <w:rFonts w:ascii="Malgun Gothic" w:hAnsi="Malgun Gothic" w:eastAsia="Malgun Gothic"/>
                <w:b w:val="0"/>
                <w:sz w:val="14"/>
              </w:rPr>
              <w:t>0.41825040748666137</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-0.11245110434101763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0.0936460345983505</w:t>
            </w:r>
          </w:p>
        </w:tc>
        <w:tc>
          <w:tcPr>
            <w:tcW w:type="dxa" w:w="519"/>
            <w:vAlign w:val="center"/>
          </w:tcPr>
          <w:p>
            <w:r/>
            <w:r>
              <w:rPr>
                <w:rFonts w:ascii="Malgun Gothic" w:hAnsi="Malgun Gothic" w:eastAsia="Malgun Gothic"/>
                <w:b w:val="0"/>
                <w:sz w:val="14"/>
              </w:rPr>
              <w:t>238.75395130487453</w:t>
            </w:r>
          </w:p>
        </w:tc>
        <w:tc>
          <w:tcPr>
            <w:tcW w:type="dxa" w:w="519"/>
            <w:vAlign w:val="center"/>
          </w:tcPr>
          <w:p>
            <w:r/>
            <w:r>
              <w:rPr>
                <w:rFonts w:ascii="Malgun Gothic" w:hAnsi="Malgun Gothic" w:eastAsia="Malgun Gothic"/>
                <w:b w:val="0"/>
                <w:sz w:val="14"/>
              </w:rPr>
              <w:t>70.95238095238095</w:t>
            </w:r>
          </w:p>
        </w:tc>
        <w:tc>
          <w:tcPr>
            <w:tcW w:type="dxa" w:w="519"/>
            <w:vAlign w:val="center"/>
          </w:tcPr>
          <w:p>
            <w:r/>
            <w:r>
              <w:rPr>
                <w:rFonts w:ascii="Malgun Gothic" w:hAnsi="Malgun Gothic" w:eastAsia="Malgun Gothic"/>
                <w:b w:val="0"/>
                <w:sz w:val="14"/>
              </w:rPr>
              <w:t>126.0</w:t>
            </w:r>
          </w:p>
        </w:tc>
        <w:tc>
          <w:tcPr>
            <w:tcW w:type="dxa" w:w="519"/>
            <w:vAlign w:val="center"/>
          </w:tcPr>
          <w:p>
            <w:r/>
            <w:r>
              <w:rPr>
                <w:rFonts w:ascii="Malgun Gothic" w:hAnsi="Malgun Gothic" w:eastAsia="Malgun Gothic"/>
                <w:b w:val="0"/>
                <w:sz w:val="14"/>
              </w:rPr>
              <w:t>0.8790172314752854</w:t>
            </w:r>
          </w:p>
        </w:tc>
        <w:tc>
          <w:tcPr>
            <w:tcW w:type="dxa" w:w="519"/>
            <w:vAlign w:val="center"/>
          </w:tcPr>
          <w:p>
            <w:r/>
            <w:r>
              <w:rPr>
                <w:rFonts w:ascii="Malgun Gothic" w:hAnsi="Malgun Gothic" w:eastAsia="Malgun Gothic"/>
                <w:b w:val="0"/>
                <w:sz w:val="14"/>
              </w:rPr>
              <w:t>0.32008648767815207</w:t>
            </w:r>
          </w:p>
        </w:tc>
        <w:tc>
          <w:tcPr>
            <w:tcW w:type="dxa" w:w="519"/>
            <w:vAlign w:val="center"/>
          </w:tcPr>
          <w:p>
            <w:r/>
            <w:r>
              <w:rPr>
                <w:rFonts w:ascii="Malgun Gothic" w:hAnsi="Malgun Gothic" w:eastAsia="Malgun Gothic"/>
                <w:b w:val="0"/>
                <w:sz w:val="14"/>
              </w:rPr>
              <w:t>-0.6086667340065787</w:t>
            </w:r>
          </w:p>
        </w:tc>
        <w:tc>
          <w:tcPr>
            <w:tcW w:type="dxa" w:w="519"/>
            <w:vAlign w:val="center"/>
          </w:tcPr>
          <w:p>
            <w:r/>
            <w:r>
              <w:rPr>
                <w:rFonts w:ascii="Malgun Gothic" w:hAnsi="Malgun Gothic" w:eastAsia="Malgun Gothic"/>
                <w:b w:val="0"/>
                <w:sz w:val="14"/>
              </w:rPr>
              <w:t>-0.1217184072965033</w:t>
            </w:r>
          </w:p>
        </w:tc>
        <w:tc>
          <w:tcPr>
            <w:tcW w:type="dxa" w:w="519"/>
            <w:vAlign w:val="center"/>
          </w:tcPr>
          <w:p>
            <w:r/>
            <w:r>
              <w:rPr>
                <w:rFonts w:ascii="Malgun Gothic" w:hAnsi="Malgun Gothic" w:eastAsia="Malgun Gothic"/>
                <w:b w:val="0"/>
                <w:sz w:val="14"/>
              </w:rPr>
              <w:t>0.11717964446258888</w:t>
            </w:r>
          </w:p>
        </w:tc>
        <w:tc>
          <w:tcPr>
            <w:tcW w:type="dxa" w:w="519"/>
            <w:vAlign w:val="center"/>
          </w:tcPr>
          <w:p>
            <w:r/>
            <w:r>
              <w:rPr>
                <w:rFonts w:ascii="Malgun Gothic" w:hAnsi="Malgun Gothic" w:eastAsia="Malgun Gothic"/>
                <w:b w:val="0"/>
                <w:sz w:val="14"/>
              </w:rPr>
              <w:t>0.4086116922912035</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-0.13296598923817732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0.0369009189307689</w:t>
            </w:r>
          </w:p>
        </w:tc>
        <w:tc>
          <w:tcPr>
            <w:tcW w:type="dxa" w:w="519"/>
            <w:vAlign w:val="center"/>
          </w:tcPr>
          <w:p>
            <w:r/>
            <w:r>
              <w:rPr>
                <w:rFonts w:ascii="Malgun Gothic" w:hAnsi="Malgun Gothic" w:eastAsia="Malgun Gothic"/>
                <w:b w:val="0"/>
                <w:sz w:val="14"/>
              </w:rPr>
              <w:t>237.52382989708173</w:t>
            </w:r>
          </w:p>
        </w:tc>
        <w:tc>
          <w:tcPr>
            <w:tcW w:type="dxa" w:w="519"/>
            <w:vAlign w:val="center"/>
          </w:tcPr>
          <w:p>
            <w:r/>
            <w:r>
              <w:rPr>
                <w:rFonts w:ascii="Malgun Gothic" w:hAnsi="Malgun Gothic" w:eastAsia="Malgun Gothic"/>
                <w:b w:val="0"/>
                <w:sz w:val="14"/>
              </w:rPr>
              <w:t>91.88361408882082</w:t>
            </w:r>
          </w:p>
        </w:tc>
        <w:tc>
          <w:tcPr>
            <w:tcW w:type="dxa" w:w="519"/>
            <w:vAlign w:val="center"/>
          </w:tcPr>
          <w:p>
            <w:r/>
            <w:r>
              <w:rPr>
                <w:rFonts w:ascii="Malgun Gothic" w:hAnsi="Malgun Gothic" w:eastAsia="Malgun Gothic"/>
                <w:b w:val="0"/>
                <w:sz w:val="14"/>
              </w:rPr>
              <w:t>58.77</w:t>
            </w:r>
          </w:p>
        </w:tc>
        <w:tc>
          <w:tcPr>
            <w:tcW w:type="dxa" w:w="519"/>
            <w:vAlign w:val="center"/>
          </w:tcPr>
          <w:p>
            <w:r/>
            <w:r>
              <w:rPr>
                <w:rFonts w:ascii="Malgun Gothic" w:hAnsi="Malgun Gothic" w:eastAsia="Malgun Gothic"/>
                <w:b w:val="0"/>
                <w:sz w:val="14"/>
              </w:rPr>
              <w:t>-1.0632325861686756</w:t>
            </w:r>
          </w:p>
        </w:tc>
        <w:tc>
          <w:tcPr>
            <w:tcW w:type="dxa" w:w="519"/>
            <w:vAlign w:val="center"/>
          </w:tcPr>
          <w:p>
            <w:r/>
            <w:r>
              <w:rPr>
                <w:rFonts w:ascii="Malgun Gothic" w:hAnsi="Malgun Gothic" w:eastAsia="Malgun Gothic"/>
                <w:b w:val="0"/>
                <w:sz w:val="14"/>
              </w:rPr>
              <w:t>0.2759283394965754</w:t>
            </w:r>
          </w:p>
        </w:tc>
        <w:tc>
          <w:tcPr>
            <w:tcW w:type="dxa" w:w="519"/>
            <w:vAlign w:val="center"/>
          </w:tcPr>
          <w:p>
            <w:r/>
            <w:r>
              <w:rPr>
                <w:rFonts w:ascii="Malgun Gothic" w:hAnsi="Malgun Gothic" w:eastAsia="Malgun Gothic"/>
                <w:b w:val="0"/>
                <w:sz w:val="14"/>
              </w:rPr>
              <w:t>0.4692636904754492</w:t>
            </w:r>
          </w:p>
        </w:tc>
        <w:tc>
          <w:tcPr>
            <w:tcW w:type="dxa" w:w="519"/>
            <w:vAlign w:val="center"/>
          </w:tcPr>
          <w:p>
            <w:r/>
            <w:r>
              <w:rPr>
                <w:rFonts w:ascii="Malgun Gothic" w:hAnsi="Malgun Gothic" w:eastAsia="Malgun Gothic"/>
                <w:b w:val="0"/>
                <w:sz w:val="14"/>
              </w:rPr>
              <w:t>-0.5166532228027919</w:t>
            </w:r>
          </w:p>
        </w:tc>
        <w:tc>
          <w:tcPr>
            <w:tcW w:type="dxa" w:w="519"/>
            <w:vAlign w:val="center"/>
          </w:tcPr>
          <w:p>
            <w:r/>
            <w:r>
              <w:rPr>
                <w:rFonts w:ascii="Malgun Gothic" w:hAnsi="Malgun Gothic" w:eastAsia="Malgun Gothic"/>
                <w:b w:val="0"/>
                <w:sz w:val="14"/>
              </w:rPr>
              <w:t>-0.20867344474986071</w:t>
            </w:r>
          </w:p>
        </w:tc>
        <w:tc>
          <w:tcPr>
            <w:tcW w:type="dxa" w:w="519"/>
            <w:vAlign w:val="center"/>
          </w:tcPr>
          <w:p>
            <w:r/>
            <w:r>
              <w:rPr>
                <w:rFonts w:ascii="Malgun Gothic" w:hAnsi="Malgun Gothic" w:eastAsia="Malgun Gothic"/>
                <w:b w:val="0"/>
                <w:sz w:val="14"/>
              </w:rPr>
              <w:t>0.3350952403289057</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-0.17882886762417038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0.0424245782196521</w:t>
            </w:r>
          </w:p>
        </w:tc>
        <w:tc>
          <w:tcPr>
            <w:tcW w:type="dxa" w:w="519"/>
            <w:vAlign w:val="center"/>
          </w:tcPr>
          <w:p>
            <w:r/>
            <w:r>
              <w:rPr>
                <w:rFonts w:ascii="Malgun Gothic" w:hAnsi="Malgun Gothic" w:eastAsia="Malgun Gothic"/>
                <w:b w:val="0"/>
                <w:sz w:val="14"/>
              </w:rPr>
              <w:t>223.4779198335052</w:t>
            </w:r>
          </w:p>
        </w:tc>
        <w:tc>
          <w:tcPr>
            <w:tcW w:type="dxa" w:w="519"/>
            <w:vAlign w:val="center"/>
          </w:tcPr>
          <w:p>
            <w:r/>
            <w:r>
              <w:rPr>
                <w:rFonts w:ascii="Malgun Gothic" w:hAnsi="Malgun Gothic" w:eastAsia="Malgun Gothic"/>
                <w:b w:val="0"/>
                <w:sz w:val="14"/>
              </w:rPr>
              <w:t>87.10407239819004</w:t>
            </w:r>
          </w:p>
        </w:tc>
        <w:tc>
          <w:tcPr>
            <w:tcW w:type="dxa" w:w="519"/>
            <w:vAlign w:val="center"/>
          </w:tcPr>
          <w:p>
            <w:r/>
            <w:r>
              <w:rPr>
                <w:rFonts w:ascii="Malgun Gothic" w:hAnsi="Malgun Gothic" w:eastAsia="Malgun Gothic"/>
                <w:b w:val="0"/>
                <w:sz w:val="14"/>
              </w:rPr>
              <w:t>53.04</w:t>
            </w:r>
          </w:p>
        </w:tc>
        <w:tc>
          <w:tcPr>
            <w:tcW w:type="dxa" w:w="519"/>
            <w:vAlign w:val="center"/>
          </w:tcPr>
          <w:p>
            <w:r/>
            <w:r>
              <w:rPr>
                <w:rFonts w:ascii="Malgun Gothic" w:hAnsi="Malgun Gothic" w:eastAsia="Malgun Gothic"/>
                <w:b w:val="0"/>
                <w:sz w:val="14"/>
              </w:rPr>
              <w:t>-0.8741709176823806</w:t>
            </w:r>
          </w:p>
        </w:tc>
        <w:tc>
          <w:tcPr>
            <w:tcW w:type="dxa" w:w="519"/>
            <w:vAlign w:val="center"/>
          </w:tcPr>
          <w:p>
            <w:r/>
            <w:r>
              <w:rPr>
                <w:rFonts w:ascii="Malgun Gothic" w:hAnsi="Malgun Gothic" w:eastAsia="Malgun Gothic"/>
                <w:b w:val="0"/>
                <w:sz w:val="14"/>
              </w:rPr>
              <w:t>-0.22828317491434943</w:t>
            </w:r>
          </w:p>
        </w:tc>
        <w:tc>
          <w:tcPr>
            <w:tcW w:type="dxa" w:w="519"/>
            <w:vAlign w:val="center"/>
          </w:tcPr>
          <w:p>
            <w:r/>
            <w:r>
              <w:rPr>
                <w:rFonts w:ascii="Malgun Gothic" w:hAnsi="Malgun Gothic" w:eastAsia="Malgun Gothic"/>
                <w:b w:val="0"/>
                <w:sz w:val="14"/>
              </w:rPr>
              <w:t>0.2231237058014514</w:t>
            </w:r>
          </w:p>
        </w:tc>
        <w:tc>
          <w:tcPr>
            <w:tcW w:type="dxa" w:w="519"/>
            <w:vAlign w:val="center"/>
          </w:tcPr>
          <w:p>
            <w:r/>
            <w:r>
              <w:rPr>
                <w:rFonts w:ascii="Malgun Gothic" w:hAnsi="Malgun Gothic" w:eastAsia="Malgun Gothic"/>
                <w:b w:val="0"/>
                <w:sz w:val="14"/>
              </w:rPr>
              <w:t>-0.5503134413488434</w:t>
            </w:r>
          </w:p>
        </w:tc>
        <w:tc>
          <w:tcPr>
            <w:tcW w:type="dxa" w:w="519"/>
            <w:vAlign w:val="center"/>
          </w:tcPr>
          <w:p>
            <w:r/>
            <w:r>
              <w:rPr>
                <w:rFonts w:ascii="Malgun Gothic" w:hAnsi="Malgun Gothic" w:eastAsia="Malgun Gothic"/>
                <w:b w:val="0"/>
                <w:sz w:val="14"/>
              </w:rPr>
              <w:t>-0.35741095703603054</w:t>
            </w:r>
          </w:p>
        </w:tc>
        <w:tc>
          <w:tcPr>
            <w:tcW w:type="dxa" w:w="519"/>
            <w:vAlign w:val="center"/>
          </w:tcPr>
          <w:p>
            <w:r/>
            <w:r>
              <w:rPr>
                <w:rFonts w:ascii="Malgun Gothic" w:hAnsi="Malgun Gothic" w:eastAsia="Malgun Gothic"/>
                <w:b w:val="0"/>
                <w:sz w:val="14"/>
              </w:rPr>
              <w:t>0.3015382340000546</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-0.20233630329859614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0.0403904914855957</w:t>
            </w:r>
          </w:p>
        </w:tc>
        <w:tc>
          <w:tcPr>
            <w:tcW w:type="dxa" w:w="519"/>
            <w:vAlign w:val="center"/>
          </w:tcPr>
          <w:p>
            <w:r/>
            <w:r>
              <w:rPr>
                <w:rFonts w:ascii="Malgun Gothic" w:hAnsi="Malgun Gothic" w:eastAsia="Malgun Gothic"/>
                <w:b w:val="0"/>
                <w:sz w:val="14"/>
              </w:rPr>
              <w:t>249.06888532105592</w:t>
            </w:r>
          </w:p>
        </w:tc>
        <w:tc>
          <w:tcPr>
            <w:tcW w:type="dxa" w:w="519"/>
            <w:vAlign w:val="center"/>
          </w:tcPr>
          <w:p>
            <w:r/>
            <w:r>
              <w:rPr>
                <w:rFonts w:ascii="Malgun Gothic" w:hAnsi="Malgun Gothic" w:eastAsia="Malgun Gothic"/>
                <w:b w:val="0"/>
                <w:sz w:val="14"/>
              </w:rPr>
              <w:t>98.326359832636</w:t>
            </w:r>
          </w:p>
        </w:tc>
        <w:tc>
          <w:tcPr>
            <w:tcW w:type="dxa" w:w="519"/>
            <w:vAlign w:val="center"/>
          </w:tcPr>
          <w:p>
            <w:r/>
            <w:r>
              <w:rPr>
                <w:rFonts w:ascii="Malgun Gothic" w:hAnsi="Malgun Gothic" w:eastAsia="Malgun Gothic"/>
                <w:b w:val="0"/>
                <w:sz w:val="14"/>
              </w:rPr>
              <w:t>28.68</w:t>
            </w:r>
          </w:p>
        </w:tc>
        <w:tc>
          <w:tcPr>
            <w:tcW w:type="dxa" w:w="519"/>
            <w:vAlign w:val="center"/>
          </w:tcPr>
          <w:p>
            <w:r/>
            <w:r>
              <w:rPr>
                <w:rFonts w:ascii="Malgun Gothic" w:hAnsi="Malgun Gothic" w:eastAsia="Malgun Gothic"/>
                <w:b w:val="0"/>
                <w:sz w:val="14"/>
              </w:rPr>
              <w:t>-0.9437928497520348</w:t>
            </w:r>
          </w:p>
        </w:tc>
        <w:tc>
          <w:tcPr>
            <w:tcW w:type="dxa" w:w="519"/>
            <w:vAlign w:val="center"/>
          </w:tcPr>
          <w:p>
            <w:r/>
            <w:r>
              <w:rPr>
                <w:rFonts w:ascii="Malgun Gothic" w:hAnsi="Malgun Gothic" w:eastAsia="Malgun Gothic"/>
                <w:b w:val="0"/>
                <w:sz w:val="14"/>
              </w:rPr>
              <w:t>0.6903656990504673</w:t>
            </w:r>
          </w:p>
        </w:tc>
        <w:tc>
          <w:tcPr>
            <w:tcW w:type="dxa" w:w="519"/>
            <w:vAlign w:val="center"/>
          </w:tcPr>
          <w:p>
            <w:r/>
            <w:r>
              <w:rPr>
                <w:rFonts w:ascii="Malgun Gothic" w:hAnsi="Malgun Gothic" w:eastAsia="Malgun Gothic"/>
                <w:b w:val="0"/>
                <w:sz w:val="14"/>
              </w:rPr>
              <w:t>0.8010564524780849</w:t>
            </w:r>
          </w:p>
        </w:tc>
        <w:tc>
          <w:tcPr>
            <w:tcW w:type="dxa" w:w="519"/>
            <w:vAlign w:val="center"/>
          </w:tcPr>
          <w:p>
            <w:r/>
            <w:r>
              <w:rPr>
                <w:rFonts w:ascii="Malgun Gothic" w:hAnsi="Malgun Gothic" w:eastAsia="Malgun Gothic"/>
                <w:b w:val="0"/>
                <w:sz w:val="14"/>
              </w:rPr>
              <w:t>-0.6934134280472398</w:t>
            </w:r>
          </w:p>
        </w:tc>
        <w:tc>
          <w:tcPr>
            <w:tcW w:type="dxa" w:w="519"/>
            <w:vAlign w:val="center"/>
          </w:tcPr>
          <w:p>
            <w:r/>
            <w:r>
              <w:rPr>
                <w:rFonts w:ascii="Malgun Gothic" w:hAnsi="Malgun Gothic" w:eastAsia="Malgun Gothic"/>
                <w:b w:val="0"/>
                <w:sz w:val="14"/>
              </w:rPr>
              <w:t>-0.036446031567680615</w:t>
            </w:r>
          </w:p>
        </w:tc>
        <w:tc>
          <w:tcPr>
            <w:tcW w:type="dxa" w:w="519"/>
            <w:vAlign w:val="center"/>
          </w:tcPr>
          <w:p>
            <w:r/>
            <w:r>
              <w:rPr>
                <w:rFonts w:ascii="Malgun Gothic" w:hAnsi="Malgun Gothic" w:eastAsia="Malgun Gothic"/>
                <w:b w:val="0"/>
                <w:sz w:val="14"/>
              </w:rPr>
              <w:t>0.37395185629163935</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-0.1668373683668915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0.0656273290514946</w:t>
            </w:r>
          </w:p>
        </w:tc>
        <w:tc>
          <w:tcPr>
            <w:tcW w:type="dxa" w:w="519"/>
            <w:vAlign w:val="center"/>
          </w:tcPr>
          <w:p>
            <w:r/>
            <w:r>
              <w:rPr>
                <w:rFonts w:ascii="Malgun Gothic" w:hAnsi="Malgun Gothic" w:eastAsia="Malgun Gothic"/>
                <w:b w:val="0"/>
                <w:sz w:val="14"/>
              </w:rPr>
              <w:t>256.6302502247697</w:t>
            </w:r>
          </w:p>
        </w:tc>
        <w:tc>
          <w:tcPr>
            <w:tcW w:type="dxa" w:w="519"/>
            <w:vAlign w:val="center"/>
          </w:tcPr>
          <w:p>
            <w:r/>
            <w:r>
              <w:rPr>
                <w:rFonts w:ascii="Malgun Gothic" w:hAnsi="Malgun Gothic" w:eastAsia="Malgun Gothic"/>
                <w:b w:val="0"/>
                <w:sz w:val="14"/>
              </w:rPr>
              <w:t>111.94029850746269</w:t>
            </w:r>
          </w:p>
        </w:tc>
        <w:tc>
          <w:tcPr>
            <w:tcW w:type="dxa" w:w="519"/>
            <w:vAlign w:val="center"/>
          </w:tcPr>
          <w:p>
            <w:r/>
            <w:r>
              <w:rPr>
                <w:rFonts w:ascii="Malgun Gothic" w:hAnsi="Malgun Gothic" w:eastAsia="Malgun Gothic"/>
                <w:b w:val="0"/>
                <w:sz w:val="14"/>
              </w:rPr>
              <w:t>40.2</w:t>
            </w:r>
          </w:p>
        </w:tc>
        <w:tc>
          <w:tcPr>
            <w:tcW w:type="dxa" w:w="519"/>
            <w:vAlign w:val="center"/>
          </w:tcPr>
          <w:p>
            <w:r/>
            <w:r>
              <w:rPr>
                <w:rFonts w:ascii="Malgun Gothic" w:hAnsi="Malgun Gothic" w:eastAsia="Malgun Gothic"/>
                <w:b w:val="0"/>
                <w:sz w:val="14"/>
              </w:rPr>
              <w:t>-0.07999615846640405</w:t>
            </w:r>
          </w:p>
        </w:tc>
        <w:tc>
          <w:tcPr>
            <w:tcW w:type="dxa" w:w="519"/>
            <w:vAlign w:val="center"/>
          </w:tcPr>
          <w:p>
            <w:r/>
            <w:r>
              <w:rPr>
                <w:rFonts w:ascii="Malgun Gothic" w:hAnsi="Malgun Gothic" w:eastAsia="Malgun Gothic"/>
                <w:b w:val="0"/>
                <w:sz w:val="14"/>
              </w:rPr>
              <w:t>0.9617989655215167</w:t>
            </w:r>
          </w:p>
        </w:tc>
        <w:tc>
          <w:tcPr>
            <w:tcW w:type="dxa" w:w="519"/>
            <w:vAlign w:val="center"/>
          </w:tcPr>
          <w:p>
            <w:r/>
            <w:r>
              <w:rPr>
                <w:rFonts w:ascii="Malgun Gothic" w:hAnsi="Malgun Gothic" w:eastAsia="Malgun Gothic"/>
                <w:b w:val="0"/>
                <w:sz w:val="14"/>
              </w:rPr>
              <w:t>1.5021560293147809</w:t>
            </w:r>
          </w:p>
        </w:tc>
        <w:tc>
          <w:tcPr>
            <w:tcW w:type="dxa" w:w="519"/>
            <w:vAlign w:val="center"/>
          </w:tcPr>
          <w:p>
            <w:r/>
            <w:r>
              <w:rPr>
                <w:rFonts w:ascii="Malgun Gothic" w:hAnsi="Malgun Gothic" w:eastAsia="Malgun Gothic"/>
                <w:b w:val="0"/>
                <w:sz w:val="14"/>
              </w:rPr>
              <w:t>-0.6257405279337125</w:t>
            </w:r>
          </w:p>
        </w:tc>
        <w:tc>
          <w:tcPr>
            <w:tcW w:type="dxa" w:w="519"/>
            <w:vAlign w:val="center"/>
          </w:tcPr>
          <w:p>
            <w:r/>
            <w:r>
              <w:rPr>
                <w:rFonts w:ascii="Malgun Gothic" w:hAnsi="Malgun Gothic" w:eastAsia="Malgun Gothic"/>
                <w:b w:val="0"/>
                <w:sz w:val="14"/>
              </w:rPr>
              <w:t>0.4395545771090453</w:t>
            </w:r>
          </w:p>
        </w:tc>
        <w:tc>
          <w:tcPr>
            <w:tcW w:type="dxa" w:w="519"/>
            <w:vAlign w:val="center"/>
          </w:tcPr>
          <w:p>
            <w:r/>
            <w:r>
              <w:rPr>
                <w:rFonts w:ascii="Malgun Gothic" w:hAnsi="Malgun Gothic" w:eastAsia="Malgun Gothic"/>
                <w:b w:val="0"/>
                <w:sz w:val="14"/>
              </w:rPr>
              <w:t>0.48134342948919073</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-0.11259839667380789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0.0551260747015476</w:t>
            </w:r>
          </w:p>
        </w:tc>
        <w:tc>
          <w:tcPr>
            <w:tcW w:type="dxa" w:w="519"/>
            <w:vAlign w:val="center"/>
          </w:tcPr>
          <w:p>
            <w:r/>
            <w:r>
              <w:rPr>
                <w:rFonts w:ascii="Malgun Gothic" w:hAnsi="Malgun Gothic" w:eastAsia="Malgun Gothic"/>
                <w:b w:val="0"/>
                <w:sz w:val="14"/>
              </w:rPr>
              <w:t>229.3614672475256</w:t>
            </w:r>
          </w:p>
        </w:tc>
        <w:tc>
          <w:tcPr>
            <w:tcW w:type="dxa" w:w="519"/>
            <w:vAlign w:val="center"/>
          </w:tcPr>
          <w:p>
            <w:r/>
            <w:r>
              <w:rPr>
                <w:rFonts w:ascii="Malgun Gothic" w:hAnsi="Malgun Gothic" w:eastAsia="Malgun Gothic"/>
                <w:b w:val="0"/>
                <w:sz w:val="14"/>
              </w:rPr>
              <w:t>93.17166560306318</w:t>
            </w:r>
          </w:p>
        </w:tc>
        <w:tc>
          <w:tcPr>
            <w:tcW w:type="dxa" w:w="519"/>
            <w:vAlign w:val="center"/>
          </w:tcPr>
          <w:p>
            <w:r/>
            <w:r>
              <w:rPr>
                <w:rFonts w:ascii="Malgun Gothic" w:hAnsi="Malgun Gothic" w:eastAsia="Malgun Gothic"/>
                <w:b w:val="0"/>
                <w:sz w:val="14"/>
              </w:rPr>
              <w:t>47.01</w:t>
            </w:r>
          </w:p>
        </w:tc>
        <w:tc>
          <w:tcPr>
            <w:tcW w:type="dxa" w:w="519"/>
            <w:vAlign w:val="center"/>
          </w:tcPr>
          <w:p>
            <w:r/>
            <w:r>
              <w:rPr>
                <w:rFonts w:ascii="Malgun Gothic" w:hAnsi="Malgun Gothic" w:eastAsia="Malgun Gothic"/>
                <w:b w:val="0"/>
                <w:sz w:val="14"/>
              </w:rPr>
              <w:t>-0.43942902077123225</w:t>
            </w:r>
          </w:p>
        </w:tc>
        <w:tc>
          <w:tcPr>
            <w:tcW w:type="dxa" w:w="519"/>
            <w:vAlign w:val="center"/>
          </w:tcPr>
          <w:p>
            <w:r/>
            <w:r>
              <w:rPr>
                <w:rFonts w:ascii="Malgun Gothic" w:hAnsi="Malgun Gothic" w:eastAsia="Malgun Gothic"/>
                <w:b w:val="0"/>
                <w:sz w:val="14"/>
              </w:rPr>
              <w:t>-0.01707917757248324</w:t>
            </w:r>
          </w:p>
        </w:tc>
        <w:tc>
          <w:tcPr>
            <w:tcW w:type="dxa" w:w="519"/>
            <w:vAlign w:val="center"/>
          </w:tcPr>
          <w:p>
            <w:r/>
            <w:r>
              <w:rPr>
                <w:rFonts w:ascii="Malgun Gothic" w:hAnsi="Malgun Gothic" w:eastAsia="Malgun Gothic"/>
                <w:b w:val="0"/>
                <w:sz w:val="14"/>
              </w:rPr>
              <w:t>0.5355966153658044</w:t>
            </w:r>
          </w:p>
        </w:tc>
        <w:tc>
          <w:tcPr>
            <w:tcW w:type="dxa" w:w="519"/>
            <w:vAlign w:val="center"/>
          </w:tcPr>
          <w:p>
            <w:r/>
            <w:r>
              <w:rPr>
                <w:rFonts w:ascii="Malgun Gothic" w:hAnsi="Malgun Gothic" w:eastAsia="Malgun Gothic"/>
                <w:b w:val="0"/>
                <w:sz w:val="14"/>
              </w:rPr>
              <w:t>-0.5857359750020179</w:t>
            </w:r>
          </w:p>
        </w:tc>
        <w:tc>
          <w:tcPr>
            <w:tcW w:type="dxa" w:w="519"/>
            <w:vAlign w:val="center"/>
          </w:tcPr>
          <w:p>
            <w:r/>
            <w:r>
              <w:rPr>
                <w:rFonts w:ascii="Malgun Gothic" w:hAnsi="Malgun Gothic" w:eastAsia="Malgun Gothic"/>
                <w:b w:val="0"/>
                <w:sz w:val="14"/>
              </w:rPr>
              <w:t>-0.12666188949498225</w:t>
            </w:r>
          </w:p>
        </w:tc>
        <w:tc>
          <w:tcPr>
            <w:tcW w:type="dxa" w:w="519"/>
            <w:vAlign w:val="center"/>
          </w:tcPr>
          <w:p>
            <w:r/>
            <w:r>
              <w:rPr>
                <w:rFonts w:ascii="Malgun Gothic" w:hAnsi="Malgun Gothic" w:eastAsia="Malgun Gothic"/>
                <w:b w:val="0"/>
                <w:sz w:val="14"/>
              </w:rPr>
              <w:t>0.3535980526754773</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-0.17937478458200484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0.150307759642601</w:t>
            </w:r>
          </w:p>
        </w:tc>
        <w:tc>
          <w:tcPr>
            <w:tcW w:type="dxa" w:w="519"/>
            <w:vAlign w:val="center"/>
          </w:tcPr>
          <w:p>
            <w:r/>
            <w:r>
              <w:rPr>
                <w:rFonts w:ascii="Malgun Gothic" w:hAnsi="Malgun Gothic" w:eastAsia="Malgun Gothic"/>
                <w:b w:val="0"/>
                <w:sz w:val="14"/>
              </w:rPr>
              <w:t>235.6802849887382</w:t>
            </w:r>
          </w:p>
        </w:tc>
        <w:tc>
          <w:tcPr>
            <w:tcW w:type="dxa" w:w="519"/>
            <w:vAlign w:val="center"/>
          </w:tcPr>
          <w:p>
            <w:r/>
            <w:r>
              <w:rPr>
                <w:rFonts w:ascii="Malgun Gothic" w:hAnsi="Malgun Gothic" w:eastAsia="Malgun Gothic"/>
                <w:b w:val="0"/>
                <w:sz w:val="14"/>
              </w:rPr>
              <w:t>67.20430107526882</w:t>
            </w:r>
          </w:p>
        </w:tc>
        <w:tc>
          <w:tcPr>
            <w:tcW w:type="dxa" w:w="519"/>
            <w:vAlign w:val="center"/>
          </w:tcPr>
          <w:p>
            <w:r/>
            <w:r>
              <w:rPr>
                <w:rFonts w:ascii="Malgun Gothic" w:hAnsi="Malgun Gothic" w:eastAsia="Malgun Gothic"/>
                <w:b w:val="0"/>
                <w:sz w:val="14"/>
              </w:rPr>
              <w:t>44.64</w:t>
            </w:r>
          </w:p>
        </w:tc>
        <w:tc>
          <w:tcPr>
            <w:tcW w:type="dxa" w:w="519"/>
            <w:vAlign w:val="center"/>
          </w:tcPr>
          <w:p>
            <w:r/>
            <w:r>
              <w:rPr>
                <w:rFonts w:ascii="Malgun Gothic" w:hAnsi="Malgun Gothic" w:eastAsia="Malgun Gothic"/>
                <w:b w:val="0"/>
                <w:sz w:val="14"/>
              </w:rPr>
              <w:t>2.8184127871963907</w:t>
            </w:r>
          </w:p>
        </w:tc>
        <w:tc>
          <w:tcPr>
            <w:tcW w:type="dxa" w:w="519"/>
            <w:vAlign w:val="center"/>
          </w:tcPr>
          <w:p>
            <w:r/>
            <w:r>
              <w:rPr>
                <w:rFonts w:ascii="Malgun Gothic" w:hAnsi="Malgun Gothic" w:eastAsia="Malgun Gothic"/>
                <w:b w:val="0"/>
                <w:sz w:val="14"/>
              </w:rPr>
              <w:t>0.20974988855156443</w:t>
            </w:r>
          </w:p>
        </w:tc>
        <w:tc>
          <w:tcPr>
            <w:tcW w:type="dxa" w:w="519"/>
            <w:vAlign w:val="center"/>
          </w:tcPr>
          <w:p>
            <w:r/>
            <w:r>
              <w:rPr>
                <w:rFonts w:ascii="Malgun Gothic" w:hAnsi="Malgun Gothic" w:eastAsia="Malgun Gothic"/>
                <w:b w:val="0"/>
                <w:sz w:val="14"/>
              </w:rPr>
              <w:t>-0.801687819128141</w:t>
            </w:r>
          </w:p>
        </w:tc>
        <w:tc>
          <w:tcPr>
            <w:tcW w:type="dxa" w:w="519"/>
            <w:vAlign w:val="center"/>
          </w:tcPr>
          <w:p>
            <w:r/>
            <w:r>
              <w:rPr>
                <w:rFonts w:ascii="Malgun Gothic" w:hAnsi="Malgun Gothic" w:eastAsia="Malgun Gothic"/>
                <w:b w:val="0"/>
                <w:sz w:val="14"/>
              </w:rPr>
              <w:t>-0.5996582643482905</w:t>
            </w:r>
          </w:p>
        </w:tc>
        <w:tc>
          <w:tcPr>
            <w:tcW w:type="dxa" w:w="519"/>
            <w:vAlign w:val="center"/>
          </w:tcPr>
          <w:p>
            <w:r/>
            <w:r>
              <w:rPr>
                <w:rFonts w:ascii="Malgun Gothic" w:hAnsi="Malgun Gothic" w:eastAsia="Malgun Gothic"/>
                <w:b w:val="0"/>
                <w:sz w:val="14"/>
              </w:rPr>
              <w:t>0.4067041480678808</w:t>
            </w:r>
          </w:p>
        </w:tc>
        <w:tc>
          <w:tcPr>
            <w:tcW w:type="dxa" w:w="519"/>
            <w:vAlign w:val="center"/>
          </w:tcPr>
          <w:p>
            <w:r/>
            <w:r>
              <w:rPr>
                <w:rFonts w:ascii="Malgun Gothic" w:hAnsi="Malgun Gothic" w:eastAsia="Malgun Gothic"/>
                <w:b w:val="0"/>
                <w:sz w:val="14"/>
              </w:rPr>
              <w:t>0.47393196994347164</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-0.1399538565326791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0.0456519089639186</w:t>
            </w:r>
          </w:p>
        </w:tc>
        <w:tc>
          <w:tcPr>
            <w:tcW w:type="dxa" w:w="519"/>
            <w:vAlign w:val="center"/>
          </w:tcPr>
          <w:p>
            <w:r/>
            <w:r>
              <w:rPr>
                <w:rFonts w:ascii="Malgun Gothic" w:hAnsi="Malgun Gothic" w:eastAsia="Malgun Gothic"/>
                <w:b w:val="0"/>
                <w:sz w:val="14"/>
              </w:rPr>
              <w:t>204.64433131303</w:t>
            </w:r>
          </w:p>
        </w:tc>
        <w:tc>
          <w:tcPr>
            <w:tcW w:type="dxa" w:w="519"/>
            <w:vAlign w:val="center"/>
          </w:tcPr>
          <w:p>
            <w:r/>
            <w:r>
              <w:rPr>
                <w:rFonts w:ascii="Malgun Gothic" w:hAnsi="Malgun Gothic" w:eastAsia="Malgun Gothic"/>
                <w:b w:val="0"/>
                <w:sz w:val="14"/>
              </w:rPr>
              <w:t>68.53082741233098</w:t>
            </w:r>
          </w:p>
        </w:tc>
        <w:tc>
          <w:tcPr>
            <w:tcW w:type="dxa" w:w="519"/>
            <w:vAlign w:val="center"/>
          </w:tcPr>
          <w:p>
            <w:r/>
            <w:r>
              <w:rPr>
                <w:rFonts w:ascii="Malgun Gothic" w:hAnsi="Malgun Gothic" w:eastAsia="Malgun Gothic"/>
                <w:b w:val="0"/>
                <w:sz w:val="14"/>
              </w:rPr>
              <w:t>261.78</w:t>
            </w:r>
          </w:p>
        </w:tc>
        <w:tc>
          <w:tcPr>
            <w:tcW w:type="dxa" w:w="519"/>
            <w:vAlign w:val="center"/>
          </w:tcPr>
          <w:p>
            <w:r/>
            <w:r>
              <w:rPr>
                <w:rFonts w:ascii="Malgun Gothic" w:hAnsi="Malgun Gothic" w:eastAsia="Malgun Gothic"/>
                <w:b w:val="0"/>
                <w:sz w:val="14"/>
              </w:rPr>
              <w:t>-0.7637070922802337</w:t>
            </w:r>
          </w:p>
        </w:tc>
        <w:tc>
          <w:tcPr>
            <w:tcW w:type="dxa" w:w="519"/>
            <w:vAlign w:val="center"/>
          </w:tcPr>
          <w:p>
            <w:r/>
            <w:r>
              <w:rPr>
                <w:rFonts w:ascii="Malgun Gothic" w:hAnsi="Malgun Gothic" w:eastAsia="Malgun Gothic"/>
                <w:b w:val="0"/>
                <w:sz w:val="14"/>
              </w:rPr>
              <w:t>-0.9043598510939933</w:t>
            </w:r>
          </w:p>
        </w:tc>
        <w:tc>
          <w:tcPr>
            <w:tcW w:type="dxa" w:w="519"/>
            <w:vAlign w:val="center"/>
          </w:tcPr>
          <w:p>
            <w:r/>
            <w:r>
              <w:rPr>
                <w:rFonts w:ascii="Malgun Gothic" w:hAnsi="Malgun Gothic" w:eastAsia="Malgun Gothic"/>
                <w:b w:val="0"/>
                <w:sz w:val="14"/>
              </w:rPr>
              <w:t>-0.7333734924816788</w:t>
            </w:r>
          </w:p>
        </w:tc>
        <w:tc>
          <w:tcPr>
            <w:tcW w:type="dxa" w:w="519"/>
            <w:vAlign w:val="center"/>
          </w:tcPr>
          <w:p>
            <w:r/>
            <w:r>
              <w:rPr>
                <w:rFonts w:ascii="Malgun Gothic" w:hAnsi="Malgun Gothic" w:eastAsia="Malgun Gothic"/>
                <w:b w:val="0"/>
                <w:sz w:val="14"/>
              </w:rPr>
              <w:t>0.6759054101874157</w:t>
            </w:r>
          </w:p>
        </w:tc>
        <w:tc>
          <w:tcPr>
            <w:tcW w:type="dxa" w:w="519"/>
            <w:vAlign w:val="center"/>
          </w:tcPr>
          <w:p>
            <w:r/>
            <w:r>
              <w:rPr>
                <w:rFonts w:ascii="Malgun Gothic" w:hAnsi="Malgun Gothic" w:eastAsia="Malgun Gothic"/>
                <w:b w:val="0"/>
                <w:sz w:val="14"/>
              </w:rPr>
              <w:t>-0.43138375641712257</w:t>
            </w:r>
          </w:p>
        </w:tc>
        <w:tc>
          <w:tcPr>
            <w:tcW w:type="dxa" w:w="519"/>
            <w:vAlign w:val="center"/>
          </w:tcPr>
          <w:p>
            <w:r/>
            <w:r>
              <w:rPr>
                <w:rFonts w:ascii="Malgun Gothic" w:hAnsi="Malgun Gothic" w:eastAsia="Malgun Gothic"/>
                <w:b w:val="0"/>
                <w:sz w:val="14"/>
              </w:rPr>
              <w:t>0.2848490635356582</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-0.14893287601352478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0.0183735396713018</w:t>
            </w:r>
          </w:p>
        </w:tc>
        <w:tc>
          <w:tcPr>
            <w:tcW w:type="dxa" w:w="519"/>
            <w:vAlign w:val="center"/>
          </w:tcPr>
          <w:p>
            <w:r/>
            <w:r>
              <w:rPr>
                <w:rFonts w:ascii="Malgun Gothic" w:hAnsi="Malgun Gothic" w:eastAsia="Malgun Gothic"/>
                <w:b w:val="0"/>
                <w:sz w:val="14"/>
              </w:rPr>
              <w:t>252.287532802586</w:t>
            </w:r>
          </w:p>
        </w:tc>
        <w:tc>
          <w:tcPr>
            <w:tcW w:type="dxa" w:w="519"/>
            <w:vAlign w:val="center"/>
          </w:tcPr>
          <w:p>
            <w:r/>
            <w:r>
              <w:rPr>
                <w:rFonts w:ascii="Malgun Gothic" w:hAnsi="Malgun Gothic" w:eastAsia="Malgun Gothic"/>
                <w:b w:val="0"/>
                <w:sz w:val="14"/>
              </w:rPr>
              <w:t>50.90137857900319</w:t>
            </w:r>
          </w:p>
        </w:tc>
        <w:tc>
          <w:tcPr>
            <w:tcW w:type="dxa" w:w="519"/>
            <w:vAlign w:val="center"/>
          </w:tcPr>
          <w:p>
            <w:r/>
            <w:r>
              <w:rPr>
                <w:rFonts w:ascii="Malgun Gothic" w:hAnsi="Malgun Gothic" w:eastAsia="Malgun Gothic"/>
                <w:b w:val="0"/>
                <w:sz w:val="14"/>
              </w:rPr>
              <w:t>56.58</w:t>
            </w:r>
          </w:p>
        </w:tc>
        <w:tc>
          <w:tcPr>
            <w:tcW w:type="dxa" w:w="519"/>
            <w:vAlign w:val="center"/>
          </w:tcPr>
          <w:p>
            <w:r/>
            <w:r>
              <w:rPr>
                <w:rFonts w:ascii="Malgun Gothic" w:hAnsi="Malgun Gothic" w:eastAsia="Malgun Gothic"/>
                <w:b w:val="0"/>
                <w:sz w:val="14"/>
              </w:rPr>
              <w:t>-1.6973805399577369</w:t>
            </w:r>
          </w:p>
        </w:tc>
        <w:tc>
          <w:tcPr>
            <w:tcW w:type="dxa" w:w="519"/>
            <w:vAlign w:val="center"/>
          </w:tcPr>
          <w:p>
            <w:r/>
            <w:r>
              <w:rPr>
                <w:rFonts w:ascii="Malgun Gothic" w:hAnsi="Malgun Gothic" w:eastAsia="Malgun Gothic"/>
                <w:b w:val="0"/>
                <w:sz w:val="14"/>
              </w:rPr>
              <w:t>0.8059067436443377</w:t>
            </w:r>
          </w:p>
        </w:tc>
        <w:tc>
          <w:tcPr>
            <w:tcW w:type="dxa" w:w="519"/>
            <w:vAlign w:val="center"/>
          </w:tcPr>
          <w:p>
            <w:r/>
            <w:r>
              <w:rPr>
                <w:rFonts w:ascii="Malgun Gothic" w:hAnsi="Malgun Gothic" w:eastAsia="Malgun Gothic"/>
                <w:b w:val="0"/>
                <w:sz w:val="14"/>
              </w:rPr>
              <w:t>-1.6412664551380312</w:t>
            </w:r>
          </w:p>
        </w:tc>
        <w:tc>
          <w:tcPr>
            <w:tcW w:type="dxa" w:w="519"/>
            <w:vAlign w:val="center"/>
          </w:tcPr>
          <w:p>
            <w:r/>
            <w:r>
              <w:rPr>
                <w:rFonts w:ascii="Malgun Gothic" w:hAnsi="Malgun Gothic" w:eastAsia="Malgun Gothic"/>
                <w:b w:val="0"/>
                <w:sz w:val="14"/>
              </w:rPr>
              <w:t>-0.5295181230847907</w:t>
            </w:r>
          </w:p>
        </w:tc>
        <w:tc>
          <w:tcPr>
            <w:tcW w:type="dxa" w:w="519"/>
            <w:vAlign w:val="center"/>
          </w:tcPr>
          <w:p>
            <w:r/>
            <w:r>
              <w:rPr>
                <w:rFonts w:ascii="Malgun Gothic" w:hAnsi="Malgun Gothic" w:eastAsia="Malgun Gothic"/>
                <w:b w:val="0"/>
                <w:sz w:val="14"/>
              </w:rPr>
              <w:t>-0.7655645936340553</w:t>
            </w:r>
          </w:p>
        </w:tc>
        <w:tc>
          <w:tcPr>
            <w:tcW w:type="dxa" w:w="519"/>
            <w:vAlign w:val="center"/>
          </w:tcPr>
          <w:p>
            <w:r/>
            <w:r>
              <w:rPr>
                <w:rFonts w:ascii="Malgun Gothic" w:hAnsi="Malgun Gothic" w:eastAsia="Malgun Gothic"/>
                <w:b w:val="0"/>
                <w:sz w:val="14"/>
              </w:rPr>
              <w:t>0.20945376952338823</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-0.23587447023128866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0.0523386746644973</w:t>
            </w:r>
          </w:p>
        </w:tc>
        <w:tc>
          <w:tcPr>
            <w:tcW w:type="dxa" w:w="519"/>
            <w:vAlign w:val="center"/>
          </w:tcPr>
          <w:p>
            <w:r/>
            <w:r>
              <w:rPr>
                <w:rFonts w:ascii="Malgun Gothic" w:hAnsi="Malgun Gothic" w:eastAsia="Malgun Gothic"/>
                <w:b w:val="0"/>
                <w:sz w:val="14"/>
              </w:rPr>
              <w:t>220.28921832445275</w:t>
            </w:r>
          </w:p>
        </w:tc>
        <w:tc>
          <w:tcPr>
            <w:tcW w:type="dxa" w:w="519"/>
            <w:vAlign w:val="center"/>
          </w:tcPr>
          <w:p>
            <w:r/>
            <w:r>
              <w:rPr>
                <w:rFonts w:ascii="Malgun Gothic" w:hAnsi="Malgun Gothic" w:eastAsia="Malgun Gothic"/>
                <w:b w:val="0"/>
                <w:sz w:val="14"/>
              </w:rPr>
              <w:t>84.81012658227849</w:t>
            </w:r>
          </w:p>
        </w:tc>
        <w:tc>
          <w:tcPr>
            <w:tcW w:type="dxa" w:w="519"/>
            <w:vAlign w:val="center"/>
          </w:tcPr>
          <w:p>
            <w:r/>
            <w:r>
              <w:rPr>
                <w:rFonts w:ascii="Malgun Gothic" w:hAnsi="Malgun Gothic" w:eastAsia="Malgun Gothic"/>
                <w:b w:val="0"/>
                <w:sz w:val="14"/>
              </w:rPr>
              <w:t>47.4</w:t>
            </w:r>
          </w:p>
        </w:tc>
        <w:tc>
          <w:tcPr>
            <w:tcW w:type="dxa" w:w="519"/>
            <w:vAlign w:val="center"/>
          </w:tcPr>
          <w:p>
            <w:r/>
            <w:r>
              <w:rPr>
                <w:rFonts w:ascii="Malgun Gothic" w:hAnsi="Malgun Gothic" w:eastAsia="Malgun Gothic"/>
                <w:b w:val="0"/>
                <w:sz w:val="14"/>
              </w:rPr>
              <w:t>-0.5348350684983432</w:t>
            </w:r>
          </w:p>
        </w:tc>
        <w:tc>
          <w:tcPr>
            <w:tcW w:type="dxa" w:w="519"/>
            <w:vAlign w:val="center"/>
          </w:tcPr>
          <w:p>
            <w:r/>
            <w:r>
              <w:rPr>
                <w:rFonts w:ascii="Malgun Gothic" w:hAnsi="Malgun Gothic" w:eastAsia="Malgun Gothic"/>
                <w:b w:val="0"/>
                <w:sz w:val="14"/>
              </w:rPr>
              <w:t>-0.3427492372489644</w:t>
            </w:r>
          </w:p>
        </w:tc>
        <w:tc>
          <w:tcPr>
            <w:tcW w:type="dxa" w:w="519"/>
            <w:vAlign w:val="center"/>
          </w:tcPr>
          <w:p>
            <w:r/>
            <w:r>
              <w:rPr>
                <w:rFonts w:ascii="Malgun Gothic" w:hAnsi="Malgun Gothic" w:eastAsia="Malgun Gothic"/>
                <w:b w:val="0"/>
                <w:sz w:val="14"/>
              </w:rPr>
              <w:t>0.10498857391667553</w:t>
            </w:r>
          </w:p>
        </w:tc>
        <w:tc>
          <w:tcPr>
            <w:tcW w:type="dxa" w:w="519"/>
            <w:vAlign w:val="center"/>
          </w:tcPr>
          <w:p>
            <w:r/>
            <w:r>
              <w:rPr>
                <w:rFonts w:ascii="Malgun Gothic" w:hAnsi="Malgun Gothic" w:eastAsia="Malgun Gothic"/>
                <w:b w:val="0"/>
                <w:sz w:val="14"/>
              </w:rPr>
              <w:t>-0.5834449653627578</w:t>
            </w:r>
          </w:p>
        </w:tc>
        <w:tc>
          <w:tcPr>
            <w:tcW w:type="dxa" w:w="519"/>
            <w:vAlign w:val="center"/>
          </w:tcPr>
          <w:p>
            <w:r/>
            <w:r>
              <w:rPr>
                <w:rFonts w:ascii="Malgun Gothic" w:hAnsi="Malgun Gothic" w:eastAsia="Malgun Gothic"/>
                <w:b w:val="0"/>
                <w:sz w:val="14"/>
              </w:rPr>
              <w:t>-0.33901017429834746</w:t>
            </w:r>
          </w:p>
        </w:tc>
        <w:tc>
          <w:tcPr>
            <w:tcW w:type="dxa" w:w="519"/>
            <w:vAlign w:val="center"/>
          </w:tcPr>
          <w:p>
            <w:r/>
            <w:r>
              <w:rPr>
                <w:rFonts w:ascii="Malgun Gothic" w:hAnsi="Malgun Gothic" w:eastAsia="Malgun Gothic"/>
                <w:b w:val="0"/>
                <w:sz w:val="14"/>
              </w:rPr>
              <w:t>0.30568967618362575</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-0.2051225841897676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0.0820771381258964</w:t>
            </w:r>
          </w:p>
        </w:tc>
        <w:tc>
          <w:tcPr>
            <w:tcW w:type="dxa" w:w="519"/>
            <w:vAlign w:val="center"/>
          </w:tcPr>
          <w:p>
            <w:r/>
            <w:r>
              <w:rPr>
                <w:rFonts w:ascii="Malgun Gothic" w:hAnsi="Malgun Gothic" w:eastAsia="Malgun Gothic"/>
                <w:b w:val="0"/>
                <w:sz w:val="14"/>
              </w:rPr>
              <w:t>229.9375411287588</w:t>
            </w:r>
          </w:p>
        </w:tc>
        <w:tc>
          <w:tcPr>
            <w:tcW w:type="dxa" w:w="519"/>
            <w:vAlign w:val="center"/>
          </w:tcPr>
          <w:p>
            <w:r/>
            <w:r>
              <w:rPr>
                <w:rFonts w:ascii="Malgun Gothic" w:hAnsi="Malgun Gothic" w:eastAsia="Malgun Gothic"/>
                <w:b w:val="0"/>
                <w:sz w:val="14"/>
              </w:rPr>
              <w:t>75.9208218491606</w:t>
            </w:r>
          </w:p>
        </w:tc>
        <w:tc>
          <w:tcPr>
            <w:tcW w:type="dxa" w:w="519"/>
            <w:vAlign w:val="center"/>
          </w:tcPr>
          <w:p>
            <w:r/>
            <w:r>
              <w:rPr>
                <w:rFonts w:ascii="Malgun Gothic" w:hAnsi="Malgun Gothic" w:eastAsia="Malgun Gothic"/>
                <w:b w:val="0"/>
                <w:sz w:val="14"/>
              </w:rPr>
              <w:t>239.46</w:t>
            </w:r>
          </w:p>
        </w:tc>
        <w:tc>
          <w:tcPr>
            <w:tcW w:type="dxa" w:w="519"/>
            <w:vAlign w:val="center"/>
          </w:tcPr>
          <w:p>
            <w:r/>
            <w:r>
              <w:rPr>
                <w:rFonts w:ascii="Malgun Gothic" w:hAnsi="Malgun Gothic" w:eastAsia="Malgun Gothic"/>
                <w:b w:val="0"/>
                <w:sz w:val="14"/>
              </w:rPr>
              <w:t>0.48304152855143473</w:t>
            </w:r>
          </w:p>
        </w:tc>
        <w:tc>
          <w:tcPr>
            <w:tcW w:type="dxa" w:w="519"/>
            <w:vAlign w:val="center"/>
          </w:tcPr>
          <w:p>
            <w:r/>
            <w:r>
              <w:rPr>
                <w:rFonts w:ascii="Malgun Gothic" w:hAnsi="Malgun Gothic" w:eastAsia="Malgun Gothic"/>
                <w:b w:val="0"/>
                <w:sz w:val="14"/>
              </w:rPr>
              <w:t>0.0036003713321039266</w:t>
            </w:r>
          </w:p>
        </w:tc>
        <w:tc>
          <w:tcPr>
            <w:tcW w:type="dxa" w:w="519"/>
            <w:vAlign w:val="center"/>
          </w:tcPr>
          <w:p>
            <w:r/>
            <w:r>
              <w:rPr>
                <w:rFonts w:ascii="Malgun Gothic" w:hAnsi="Malgun Gothic" w:eastAsia="Malgun Gothic"/>
                <w:b w:val="0"/>
                <w:sz w:val="14"/>
              </w:rPr>
              <w:t>-0.35279869364942634</w:t>
            </w:r>
          </w:p>
        </w:tc>
        <w:tc>
          <w:tcPr>
            <w:tcW w:type="dxa" w:w="519"/>
            <w:vAlign w:val="center"/>
          </w:tcPr>
          <w:p>
            <w:r/>
            <w:r>
              <w:rPr>
                <w:rFonts w:ascii="Malgun Gothic" w:hAnsi="Malgun Gothic" w:eastAsia="Malgun Gothic"/>
                <w:b w:val="0"/>
                <w:sz w:val="14"/>
              </w:rPr>
              <w:t>0.5447891662174565</w:t>
            </w:r>
          </w:p>
        </w:tc>
        <w:tc>
          <w:tcPr>
            <w:tcW w:type="dxa" w:w="519"/>
            <w:vAlign w:val="center"/>
          </w:tcPr>
          <w:p>
            <w:r/>
            <w:r>
              <w:rPr>
                <w:rFonts w:ascii="Malgun Gothic" w:hAnsi="Malgun Gothic" w:eastAsia="Malgun Gothic"/>
                <w:b w:val="0"/>
                <w:sz w:val="14"/>
              </w:rPr>
              <w:t>0.1696580931128922</w:t>
            </w:r>
          </w:p>
        </w:tc>
        <w:tc>
          <w:tcPr>
            <w:tcW w:type="dxa" w:w="519"/>
            <w:vAlign w:val="center"/>
          </w:tcPr>
          <w:p>
            <w:r/>
            <w:r>
              <w:rPr>
                <w:rFonts w:ascii="Malgun Gothic" w:hAnsi="Malgun Gothic" w:eastAsia="Malgun Gothic"/>
                <w:b w:val="0"/>
                <w:sz w:val="14"/>
              </w:rPr>
              <w:t>0.4204514737049085</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-0.08975976358276522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0.0604709573090076</w:t>
            </w:r>
          </w:p>
        </w:tc>
        <w:tc>
          <w:tcPr>
            <w:tcW w:type="dxa" w:w="519"/>
            <w:vAlign w:val="center"/>
          </w:tcPr>
          <w:p>
            <w:r/>
            <w:r>
              <w:rPr>
                <w:rFonts w:ascii="Malgun Gothic" w:hAnsi="Malgun Gothic" w:eastAsia="Malgun Gothic"/>
                <w:b w:val="0"/>
                <w:sz w:val="14"/>
              </w:rPr>
              <w:t>205.1170476207177</w:t>
            </w:r>
          </w:p>
        </w:tc>
        <w:tc>
          <w:tcPr>
            <w:tcW w:type="dxa" w:w="519"/>
            <w:vAlign w:val="center"/>
          </w:tcPr>
          <w:p>
            <w:r/>
            <w:r>
              <w:rPr>
                <w:rFonts w:ascii="Malgun Gothic" w:hAnsi="Malgun Gothic" w:eastAsia="Malgun Gothic"/>
                <w:b w:val="0"/>
                <w:sz w:val="14"/>
              </w:rPr>
              <w:t>87.30707210320205</w:t>
            </w:r>
          </w:p>
        </w:tc>
        <w:tc>
          <w:tcPr>
            <w:tcW w:type="dxa" w:w="519"/>
            <w:vAlign w:val="center"/>
          </w:tcPr>
          <w:p>
            <w:r/>
            <w:r>
              <w:rPr>
                <w:rFonts w:ascii="Malgun Gothic" w:hAnsi="Malgun Gothic" w:eastAsia="Malgun Gothic"/>
                <w:b w:val="0"/>
                <w:sz w:val="14"/>
              </w:rPr>
              <w:t>1041.84</w:t>
            </w:r>
          </w:p>
        </w:tc>
        <w:tc>
          <w:tcPr>
            <w:tcW w:type="dxa" w:w="519"/>
            <w:vAlign w:val="center"/>
          </w:tcPr>
          <w:p>
            <w:r/>
            <w:r>
              <w:rPr>
                <w:rFonts w:ascii="Malgun Gothic" w:hAnsi="Malgun Gothic" w:eastAsia="Malgun Gothic"/>
                <w:b w:val="0"/>
                <w:sz w:val="14"/>
              </w:rPr>
              <w:t>-0.2564864512207348</w:t>
            </w:r>
          </w:p>
        </w:tc>
        <w:tc>
          <w:tcPr>
            <w:tcW w:type="dxa" w:w="519"/>
            <w:vAlign w:val="center"/>
          </w:tcPr>
          <w:p>
            <w:r/>
            <w:r>
              <w:rPr>
                <w:rFonts w:ascii="Malgun Gothic" w:hAnsi="Malgun Gothic" w:eastAsia="Malgun Gothic"/>
                <w:b w:val="0"/>
                <w:sz w:val="14"/>
              </w:rPr>
              <w:t>-0.8873905693381575</w:t>
            </w:r>
          </w:p>
        </w:tc>
        <w:tc>
          <w:tcPr>
            <w:tcW w:type="dxa" w:w="519"/>
            <w:vAlign w:val="center"/>
          </w:tcPr>
          <w:p>
            <w:r/>
            <w:r>
              <w:rPr>
                <w:rFonts w:ascii="Malgun Gothic" w:hAnsi="Malgun Gothic" w:eastAsia="Malgun Gothic"/>
                <w:b w:val="0"/>
                <w:sz w:val="14"/>
              </w:rPr>
              <w:t>0.2335779182583547</w:t>
            </w:r>
          </w:p>
        </w:tc>
        <w:tc>
          <w:tcPr>
            <w:tcW w:type="dxa" w:w="519"/>
            <w:vAlign w:val="center"/>
          </w:tcPr>
          <w:p>
            <w:r/>
            <w:r>
              <w:rPr>
                <w:rFonts w:ascii="Malgun Gothic" w:hAnsi="Malgun Gothic" w:eastAsia="Malgun Gothic"/>
                <w:b w:val="0"/>
                <w:sz w:val="14"/>
              </w:rPr>
              <w:t>5.258277151728924</w:t>
            </w:r>
          </w:p>
        </w:tc>
        <w:tc>
          <w:tcPr>
            <w:tcW w:type="dxa" w:w="519"/>
            <w:vAlign w:val="center"/>
          </w:tcPr>
          <w:p>
            <w:r/>
            <w:r>
              <w:rPr>
                <w:rFonts w:ascii="Malgun Gothic" w:hAnsi="Malgun Gothic" w:eastAsia="Malgun Gothic"/>
                <w:b w:val="0"/>
                <w:sz w:val="14"/>
              </w:rPr>
              <w:t>1.0869945123570965</w:t>
            </w:r>
          </w:p>
        </w:tc>
        <w:tc>
          <w:tcPr>
            <w:tcW w:type="dxa" w:w="519"/>
            <w:vAlign w:val="center"/>
          </w:tcPr>
          <w:p>
            <w:r/>
            <w:r>
              <w:rPr>
                <w:rFonts w:ascii="Malgun Gothic" w:hAnsi="Malgun Gothic" w:eastAsia="Malgun Gothic"/>
                <w:b w:val="0"/>
                <w:sz w:val="14"/>
              </w:rPr>
              <w:t>0.6274138166479385</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0.2729454850838602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0.0225888956338167</w:t>
            </w:r>
          </w:p>
        </w:tc>
        <w:tc>
          <w:tcPr>
            <w:tcW w:type="dxa" w:w="519"/>
            <w:vAlign w:val="center"/>
          </w:tcPr>
          <w:p>
            <w:r/>
            <w:r>
              <w:rPr>
                <w:rFonts w:ascii="Malgun Gothic" w:hAnsi="Malgun Gothic" w:eastAsia="Malgun Gothic"/>
                <w:b w:val="0"/>
                <w:sz w:val="14"/>
              </w:rPr>
              <w:t>214.67391456875907</w:t>
            </w:r>
          </w:p>
        </w:tc>
        <w:tc>
          <w:tcPr>
            <w:tcW w:type="dxa" w:w="519"/>
            <w:vAlign w:val="center"/>
          </w:tcPr>
          <w:p>
            <w:r/>
            <w:r>
              <w:rPr>
                <w:rFonts w:ascii="Malgun Gothic" w:hAnsi="Malgun Gothic" w:eastAsia="Malgun Gothic"/>
                <w:b w:val="0"/>
                <w:sz w:val="14"/>
              </w:rPr>
              <w:t>91.2280701754386</w:t>
            </w:r>
          </w:p>
        </w:tc>
        <w:tc>
          <w:tcPr>
            <w:tcW w:type="dxa" w:w="519"/>
            <w:vAlign w:val="center"/>
          </w:tcPr>
          <w:p>
            <w:r/>
            <w:r>
              <w:rPr>
                <w:rFonts w:ascii="Malgun Gothic" w:hAnsi="Malgun Gothic" w:eastAsia="Malgun Gothic"/>
                <w:b w:val="0"/>
                <w:sz w:val="14"/>
              </w:rPr>
              <w:t>17.1</w:t>
            </w:r>
          </w:p>
        </w:tc>
        <w:tc>
          <w:tcPr>
            <w:tcW w:type="dxa" w:w="519"/>
            <w:vAlign w:val="center"/>
          </w:tcPr>
          <w:p>
            <w:r/>
            <w:r>
              <w:rPr>
                <w:rFonts w:ascii="Malgun Gothic" w:hAnsi="Malgun Gothic" w:eastAsia="Malgun Gothic"/>
                <w:b w:val="0"/>
                <w:sz w:val="14"/>
              </w:rPr>
              <w:t>-1.5530989704661737</w:t>
            </w:r>
          </w:p>
        </w:tc>
        <w:tc>
          <w:tcPr>
            <w:tcW w:type="dxa" w:w="519"/>
            <w:vAlign w:val="center"/>
          </w:tcPr>
          <w:p>
            <w:r/>
            <w:r>
              <w:rPr>
                <w:rFonts w:ascii="Malgun Gothic" w:hAnsi="Malgun Gothic" w:eastAsia="Malgun Gothic"/>
                <w:b w:val="0"/>
                <w:sz w:val="14"/>
              </w:rPr>
              <w:t>-0.5443239873164389</w:t>
            </w:r>
          </w:p>
        </w:tc>
        <w:tc>
          <w:tcPr>
            <w:tcW w:type="dxa" w:w="519"/>
            <w:vAlign w:val="center"/>
          </w:tcPr>
          <w:p>
            <w:r/>
            <w:r>
              <w:rPr>
                <w:rFonts w:ascii="Malgun Gothic" w:hAnsi="Malgun Gothic" w:eastAsia="Malgun Gothic"/>
                <w:b w:val="0"/>
                <w:sz w:val="14"/>
              </w:rPr>
              <w:t>0.4355040584359729</w:t>
            </w:r>
          </w:p>
        </w:tc>
        <w:tc>
          <w:tcPr>
            <w:tcW w:type="dxa" w:w="519"/>
            <w:vAlign w:val="center"/>
          </w:tcPr>
          <w:p>
            <w:r/>
            <w:r>
              <w:rPr>
                <w:rFonts w:ascii="Malgun Gothic" w:hAnsi="Malgun Gothic" w:eastAsia="Malgun Gothic"/>
                <w:b w:val="0"/>
                <w:sz w:val="14"/>
              </w:rPr>
              <w:t>-0.7614387911821919</w:t>
            </w:r>
          </w:p>
        </w:tc>
        <w:tc>
          <w:tcPr>
            <w:tcW w:type="dxa" w:w="519"/>
            <w:vAlign w:val="center"/>
          </w:tcPr>
          <w:p>
            <w:r/>
            <w:r>
              <w:rPr>
                <w:rFonts w:ascii="Malgun Gothic" w:hAnsi="Malgun Gothic" w:eastAsia="Malgun Gothic"/>
                <w:b w:val="0"/>
                <w:sz w:val="14"/>
              </w:rPr>
              <w:t>-0.6058394226322079</w:t>
            </w:r>
          </w:p>
        </w:tc>
        <w:tc>
          <w:tcPr>
            <w:tcW w:type="dxa" w:w="519"/>
            <w:vAlign w:val="center"/>
          </w:tcPr>
          <w:p>
            <w:r/>
            <w:r>
              <w:rPr>
                <w:rFonts w:ascii="Malgun Gothic" w:hAnsi="Malgun Gothic" w:eastAsia="Malgun Gothic"/>
                <w:b w:val="0"/>
                <w:sz w:val="14"/>
              </w:rPr>
              <w:t>0.24548972636979172</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-0.23977499840367278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0.0605529174208641</w:t>
            </w:r>
          </w:p>
        </w:tc>
        <w:tc>
          <w:tcPr>
            <w:tcW w:type="dxa" w:w="519"/>
            <w:vAlign w:val="center"/>
          </w:tcPr>
          <w:p>
            <w:r/>
            <w:r>
              <w:rPr>
                <w:rFonts w:ascii="Malgun Gothic" w:hAnsi="Malgun Gothic" w:eastAsia="Malgun Gothic"/>
                <w:b w:val="0"/>
                <w:sz w:val="14"/>
              </w:rPr>
              <w:t>287.84437392619867</w:t>
            </w:r>
          </w:p>
        </w:tc>
        <w:tc>
          <w:tcPr>
            <w:tcW w:type="dxa" w:w="519"/>
            <w:vAlign w:val="center"/>
          </w:tcPr>
          <w:p>
            <w:r/>
            <w:r>
              <w:rPr>
                <w:rFonts w:ascii="Malgun Gothic" w:hAnsi="Malgun Gothic" w:eastAsia="Malgun Gothic"/>
                <w:b w:val="0"/>
                <w:sz w:val="14"/>
              </w:rPr>
              <w:t>88.61726508785331</w:t>
            </w:r>
          </w:p>
        </w:tc>
        <w:tc>
          <w:tcPr>
            <w:tcW w:type="dxa" w:w="519"/>
            <w:vAlign w:val="center"/>
          </w:tcPr>
          <w:p>
            <w:r/>
            <w:r>
              <w:rPr>
                <w:rFonts w:ascii="Malgun Gothic" w:hAnsi="Malgun Gothic" w:eastAsia="Malgun Gothic"/>
                <w:b w:val="0"/>
                <w:sz w:val="14"/>
              </w:rPr>
              <w:t>78.54</w:t>
            </w:r>
          </w:p>
        </w:tc>
        <w:tc>
          <w:tcPr>
            <w:tcW w:type="dxa" w:w="519"/>
            <w:vAlign w:val="center"/>
          </w:tcPr>
          <w:p>
            <w:r/>
            <w:r>
              <w:rPr>
                <w:rFonts w:ascii="Malgun Gothic" w:hAnsi="Malgun Gothic" w:eastAsia="Malgun Gothic"/>
                <w:b w:val="0"/>
                <w:sz w:val="14"/>
              </w:rPr>
              <w:t>-0.2536811522899883</w:t>
            </w:r>
          </w:p>
        </w:tc>
        <w:tc>
          <w:tcPr>
            <w:tcW w:type="dxa" w:w="519"/>
            <w:vAlign w:val="center"/>
          </w:tcPr>
          <w:p>
            <w:r/>
            <w:r>
              <w:rPr>
                <w:rFonts w:ascii="Malgun Gothic" w:hAnsi="Malgun Gothic" w:eastAsia="Malgun Gothic"/>
                <w:b w:val="0"/>
                <w:sz w:val="14"/>
              </w:rPr>
              <w:t>2.08230454410415</w:t>
            </w:r>
          </w:p>
        </w:tc>
        <w:tc>
          <w:tcPr>
            <w:tcW w:type="dxa" w:w="519"/>
            <w:vAlign w:val="center"/>
          </w:tcPr>
          <w:p>
            <w:r/>
            <w:r>
              <w:rPr>
                <w:rFonts w:ascii="Malgun Gothic" w:hAnsi="Malgun Gothic" w:eastAsia="Malgun Gothic"/>
                <w:b w:val="0"/>
                <w:sz w:val="14"/>
              </w:rPr>
              <w:t>0.3010510991690293</w:t>
            </w:r>
          </w:p>
        </w:tc>
        <w:tc>
          <w:tcPr>
            <w:tcW w:type="dxa" w:w="519"/>
            <w:vAlign w:val="center"/>
          </w:tcPr>
          <w:p>
            <w:r/>
            <w:r>
              <w:rPr>
                <w:rFonts w:ascii="Malgun Gothic" w:hAnsi="Malgun Gothic" w:eastAsia="Malgun Gothic"/>
                <w:b w:val="0"/>
                <w:sz w:val="14"/>
              </w:rPr>
              <w:t>-0.4005166572433791</w:t>
            </w:r>
          </w:p>
        </w:tc>
        <w:tc>
          <w:tcPr>
            <w:tcW w:type="dxa" w:w="519"/>
            <w:vAlign w:val="center"/>
          </w:tcPr>
          <w:p>
            <w:r/>
            <w:r>
              <w:rPr>
                <w:rFonts w:ascii="Malgun Gothic" w:hAnsi="Malgun Gothic" w:eastAsia="Malgun Gothic"/>
                <w:b w:val="0"/>
                <w:sz w:val="14"/>
              </w:rPr>
              <w:t>0.432289458434953</w:t>
            </w:r>
          </w:p>
        </w:tc>
        <w:tc>
          <w:tcPr>
            <w:tcW w:type="dxa" w:w="519"/>
            <w:vAlign w:val="center"/>
          </w:tcPr>
          <w:p>
            <w:r/>
            <w:r>
              <w:rPr>
                <w:rFonts w:ascii="Malgun Gothic" w:hAnsi="Malgun Gothic" w:eastAsia="Malgun Gothic"/>
                <w:b w:val="0"/>
                <w:sz w:val="14"/>
              </w:rPr>
              <w:t>0.4797043296442416</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-0.0927645501741794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0.0469783395528793</w:t>
            </w:r>
          </w:p>
        </w:tc>
        <w:tc>
          <w:tcPr>
            <w:tcW w:type="dxa" w:w="519"/>
            <w:vAlign w:val="center"/>
          </w:tcPr>
          <w:p>
            <w:r/>
            <w:r>
              <w:rPr>
                <w:rFonts w:ascii="Malgun Gothic" w:hAnsi="Malgun Gothic" w:eastAsia="Malgun Gothic"/>
                <w:b w:val="0"/>
                <w:sz w:val="14"/>
              </w:rPr>
              <w:t>256.5968057657951</w:t>
            </w:r>
          </w:p>
        </w:tc>
        <w:tc>
          <w:tcPr>
            <w:tcW w:type="dxa" w:w="519"/>
            <w:vAlign w:val="center"/>
          </w:tcPr>
          <w:p>
            <w:r/>
            <w:r>
              <w:rPr>
                <w:rFonts w:ascii="Malgun Gothic" w:hAnsi="Malgun Gothic" w:eastAsia="Malgun Gothic"/>
                <w:b w:val="0"/>
                <w:sz w:val="14"/>
              </w:rPr>
              <w:t>55.48098434004474</w:t>
            </w:r>
          </w:p>
        </w:tc>
        <w:tc>
          <w:tcPr>
            <w:tcW w:type="dxa" w:w="519"/>
            <w:vAlign w:val="center"/>
          </w:tcPr>
          <w:p>
            <w:r/>
            <w:r>
              <w:rPr>
                <w:rFonts w:ascii="Malgun Gothic" w:hAnsi="Malgun Gothic" w:eastAsia="Malgun Gothic"/>
                <w:b w:val="0"/>
                <w:sz w:val="14"/>
              </w:rPr>
              <w:t>201.15</w:t>
            </w:r>
          </w:p>
        </w:tc>
        <w:tc>
          <w:tcPr>
            <w:tcW w:type="dxa" w:w="519"/>
            <w:vAlign w:val="center"/>
          </w:tcPr>
          <w:p>
            <w:r/>
            <w:r>
              <w:rPr>
                <w:rFonts w:ascii="Malgun Gothic" w:hAnsi="Malgun Gothic" w:eastAsia="Malgun Gothic"/>
                <w:b w:val="0"/>
                <w:sz w:val="14"/>
              </w:rPr>
              <w:t>-0.7183065403698585</w:t>
            </w:r>
          </w:p>
        </w:tc>
        <w:tc>
          <w:tcPr>
            <w:tcW w:type="dxa" w:w="519"/>
            <w:vAlign w:val="center"/>
          </w:tcPr>
          <w:p>
            <w:r/>
            <w:r>
              <w:rPr>
                <w:rFonts w:ascii="Malgun Gothic" w:hAnsi="Malgun Gothic" w:eastAsia="Malgun Gothic"/>
                <w:b w:val="0"/>
                <w:sz w:val="14"/>
              </w:rPr>
              <w:t>0.9605983967273332</w:t>
            </w:r>
          </w:p>
        </w:tc>
        <w:tc>
          <w:tcPr>
            <w:tcW w:type="dxa" w:w="519"/>
            <w:vAlign w:val="center"/>
          </w:tcPr>
          <w:p>
            <w:r/>
            <w:r>
              <w:rPr>
                <w:rFonts w:ascii="Malgun Gothic" w:hAnsi="Malgun Gothic" w:eastAsia="Malgun Gothic"/>
                <w:b w:val="0"/>
                <w:sz w:val="14"/>
              </w:rPr>
              <w:t>-1.4054229025971277</w:t>
            </w:r>
          </w:p>
        </w:tc>
        <w:tc>
          <w:tcPr>
            <w:tcW w:type="dxa" w:w="519"/>
            <w:vAlign w:val="center"/>
          </w:tcPr>
          <w:p>
            <w:r/>
            <w:r>
              <w:rPr>
                <w:rFonts w:ascii="Malgun Gothic" w:hAnsi="Malgun Gothic" w:eastAsia="Malgun Gothic"/>
                <w:b w:val="0"/>
                <w:sz w:val="14"/>
              </w:rPr>
              <w:t>0.31974152703783554</w:t>
            </w:r>
          </w:p>
        </w:tc>
        <w:tc>
          <w:tcPr>
            <w:tcW w:type="dxa" w:w="519"/>
            <w:vAlign w:val="center"/>
          </w:tcPr>
          <w:p>
            <w:r/>
            <w:r>
              <w:rPr>
                <w:rFonts w:ascii="Malgun Gothic" w:hAnsi="Malgun Gothic" w:eastAsia="Malgun Gothic"/>
                <w:b w:val="0"/>
                <w:sz w:val="14"/>
              </w:rPr>
              <w:t>-0.21084737980045434</w:t>
            </w:r>
          </w:p>
        </w:tc>
        <w:tc>
          <w:tcPr>
            <w:tcW w:type="dxa" w:w="519"/>
            <w:vAlign w:val="center"/>
          </w:tcPr>
          <w:p>
            <w:r/>
            <w:r>
              <w:rPr>
                <w:rFonts w:ascii="Malgun Gothic" w:hAnsi="Malgun Gothic" w:eastAsia="Malgun Gothic"/>
                <w:b w:val="0"/>
                <w:sz w:val="14"/>
              </w:rPr>
              <w:t>0.3346047739285337</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-0.1314057595893658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0.034574244171381</w:t>
            </w:r>
          </w:p>
        </w:tc>
        <w:tc>
          <w:tcPr>
            <w:tcW w:type="dxa" w:w="519"/>
            <w:vAlign w:val="center"/>
          </w:tcPr>
          <w:p>
            <w:r/>
            <w:r>
              <w:rPr>
                <w:rFonts w:ascii="Malgun Gothic" w:hAnsi="Malgun Gothic" w:eastAsia="Malgun Gothic"/>
                <w:b w:val="0"/>
                <w:sz w:val="14"/>
              </w:rPr>
              <w:t>212.6149382327445</w:t>
            </w:r>
          </w:p>
        </w:tc>
        <w:tc>
          <w:tcPr>
            <w:tcW w:type="dxa" w:w="519"/>
            <w:vAlign w:val="center"/>
          </w:tcPr>
          <w:p>
            <w:r/>
            <w:r>
              <w:rPr>
                <w:rFonts w:ascii="Malgun Gothic" w:hAnsi="Malgun Gothic" w:eastAsia="Malgun Gothic"/>
                <w:b w:val="0"/>
                <w:sz w:val="14"/>
              </w:rPr>
              <w:t>110.1996171725458</w:t>
            </w:r>
          </w:p>
        </w:tc>
        <w:tc>
          <w:tcPr>
            <w:tcW w:type="dxa" w:w="519"/>
            <w:vAlign w:val="center"/>
          </w:tcPr>
          <w:p>
            <w:r/>
            <w:r>
              <w:rPr>
                <w:rFonts w:ascii="Malgun Gothic" w:hAnsi="Malgun Gothic" w:eastAsia="Malgun Gothic"/>
                <w:b w:val="0"/>
                <w:sz w:val="14"/>
              </w:rPr>
              <w:t>219.42</w:t>
            </w:r>
          </w:p>
        </w:tc>
        <w:tc>
          <w:tcPr>
            <w:tcW w:type="dxa" w:w="519"/>
            <w:vAlign w:val="center"/>
          </w:tcPr>
          <w:p>
            <w:r/>
            <w:r>
              <w:rPr>
                <w:rFonts w:ascii="Malgun Gothic" w:hAnsi="Malgun Gothic" w:eastAsia="Malgun Gothic"/>
                <w:b w:val="0"/>
                <w:sz w:val="14"/>
              </w:rPr>
              <w:t>-1.1428691077260655</w:t>
            </w:r>
          </w:p>
        </w:tc>
        <w:tc>
          <w:tcPr>
            <w:tcW w:type="dxa" w:w="519"/>
            <w:vAlign w:val="center"/>
          </w:tcPr>
          <w:p>
            <w:r/>
            <w:r>
              <w:rPr>
                <w:rFonts w:ascii="Malgun Gothic" w:hAnsi="Malgun Gothic" w:eastAsia="Malgun Gothic"/>
                <w:b w:val="0"/>
                <w:sz w:val="14"/>
              </w:rPr>
              <w:t>-0.6182358642841191</w:t>
            </w:r>
          </w:p>
        </w:tc>
        <w:tc>
          <w:tcPr>
            <w:tcW w:type="dxa" w:w="519"/>
            <w:vAlign w:val="center"/>
          </w:tcPr>
          <w:p>
            <w:r/>
            <w:r>
              <w:rPr>
                <w:rFonts w:ascii="Malgun Gothic" w:hAnsi="Malgun Gothic" w:eastAsia="Malgun Gothic"/>
                <w:b w:val="0"/>
                <w:sz w:val="14"/>
              </w:rPr>
              <w:t>1.4125132759230405</w:t>
            </w:r>
          </w:p>
        </w:tc>
        <w:tc>
          <w:tcPr>
            <w:tcW w:type="dxa" w:w="519"/>
            <w:vAlign w:val="center"/>
          </w:tcPr>
          <w:p>
            <w:r/>
            <w:r>
              <w:rPr>
                <w:rFonts w:ascii="Malgun Gothic" w:hAnsi="Malgun Gothic" w:eastAsia="Malgun Gothic"/>
                <w:b w:val="0"/>
                <w:sz w:val="14"/>
              </w:rPr>
              <w:t>0.4270665170616328</w:t>
            </w:r>
          </w:p>
        </w:tc>
        <w:tc>
          <w:tcPr>
            <w:tcW w:type="dxa" w:w="519"/>
            <w:vAlign w:val="center"/>
          </w:tcPr>
          <w:p>
            <w:r/>
            <w:r>
              <w:rPr>
                <w:rFonts w:ascii="Malgun Gothic" w:hAnsi="Malgun Gothic" w:eastAsia="Malgun Gothic"/>
                <w:b w:val="0"/>
                <w:sz w:val="14"/>
              </w:rPr>
              <w:t>0.019618705243622137</w:t>
            </w:r>
          </w:p>
        </w:tc>
        <w:tc>
          <w:tcPr>
            <w:tcW w:type="dxa" w:w="519"/>
            <w:vAlign w:val="center"/>
          </w:tcPr>
          <w:p>
            <w:r/>
            <w:r>
              <w:rPr>
                <w:rFonts w:ascii="Malgun Gothic" w:hAnsi="Malgun Gothic" w:eastAsia="Malgun Gothic"/>
                <w:b w:val="0"/>
                <w:sz w:val="14"/>
              </w:rPr>
              <w:t>0.38660074828320723</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-0.10611487565451799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0.1157152205705642</w:t>
            </w:r>
          </w:p>
        </w:tc>
        <w:tc>
          <w:tcPr>
            <w:tcW w:type="dxa" w:w="519"/>
            <w:vAlign w:val="center"/>
          </w:tcPr>
          <w:p>
            <w:r/>
            <w:r>
              <w:rPr>
                <w:rFonts w:ascii="Malgun Gothic" w:hAnsi="Malgun Gothic" w:eastAsia="Malgun Gothic"/>
                <w:b w:val="0"/>
                <w:sz w:val="14"/>
              </w:rPr>
              <w:t>277.45412075667286</w:t>
            </w:r>
          </w:p>
        </w:tc>
        <w:tc>
          <w:tcPr>
            <w:tcW w:type="dxa" w:w="519"/>
            <w:vAlign w:val="center"/>
          </w:tcPr>
          <w:p>
            <w:r/>
            <w:r>
              <w:rPr>
                <w:rFonts w:ascii="Malgun Gothic" w:hAnsi="Malgun Gothic" w:eastAsia="Malgun Gothic"/>
                <w:b w:val="0"/>
                <w:sz w:val="14"/>
              </w:rPr>
              <w:t>76.92307692307692</w:t>
            </w:r>
          </w:p>
        </w:tc>
        <w:tc>
          <w:tcPr>
            <w:tcW w:type="dxa" w:w="519"/>
            <w:vAlign w:val="center"/>
          </w:tcPr>
          <w:p>
            <w:r/>
            <w:r>
              <w:rPr>
                <w:rFonts w:ascii="Malgun Gothic" w:hAnsi="Malgun Gothic" w:eastAsia="Malgun Gothic"/>
                <w:b w:val="0"/>
                <w:sz w:val="14"/>
              </w:rPr>
              <w:t>2.34</w:t>
            </w:r>
          </w:p>
        </w:tc>
        <w:tc>
          <w:tcPr>
            <w:tcW w:type="dxa" w:w="519"/>
            <w:vAlign w:val="center"/>
          </w:tcPr>
          <w:p>
            <w:r/>
            <w:r>
              <w:rPr>
                <w:rFonts w:ascii="Malgun Gothic" w:hAnsi="Malgun Gothic" w:eastAsia="Malgun Gothic"/>
                <w:b w:val="0"/>
                <w:sz w:val="14"/>
              </w:rPr>
              <w:t>1.6343927721858456</w:t>
            </w:r>
          </w:p>
        </w:tc>
        <w:tc>
          <w:tcPr>
            <w:tcW w:type="dxa" w:w="519"/>
            <w:vAlign w:val="center"/>
          </w:tcPr>
          <w:p>
            <w:r/>
            <w:r>
              <w:rPr>
                <w:rFonts w:ascii="Malgun Gothic" w:hAnsi="Malgun Gothic" w:eastAsia="Malgun Gothic"/>
                <w:b w:val="0"/>
                <w:sz w:val="14"/>
              </w:rPr>
              <w:t>1.7093215716939207</w:t>
            </w:r>
          </w:p>
        </w:tc>
        <w:tc>
          <w:tcPr>
            <w:tcW w:type="dxa" w:w="519"/>
            <w:vAlign w:val="center"/>
          </w:tcPr>
          <w:p>
            <w:r/>
            <w:r>
              <w:rPr>
                <w:rFonts w:ascii="Malgun Gothic" w:hAnsi="Malgun Gothic" w:eastAsia="Malgun Gothic"/>
                <w:b w:val="0"/>
                <w:sz w:val="14"/>
              </w:rPr>
              <w:t>-0.3011839020017692</w:t>
            </w:r>
          </w:p>
        </w:tc>
        <w:tc>
          <w:tcPr>
            <w:tcW w:type="dxa" w:w="519"/>
            <w:vAlign w:val="center"/>
          </w:tcPr>
          <w:p>
            <w:r/>
            <w:r>
              <w:rPr>
                <w:rFonts w:ascii="Malgun Gothic" w:hAnsi="Malgun Gothic" w:eastAsia="Malgun Gothic"/>
                <w:b w:val="0"/>
                <w:sz w:val="14"/>
              </w:rPr>
              <w:t>-0.8481446944526488</w:t>
            </w:r>
          </w:p>
        </w:tc>
        <w:tc>
          <w:tcPr>
            <w:tcW w:type="dxa" w:w="519"/>
            <w:vAlign w:val="center"/>
          </w:tcPr>
          <w:p>
            <w:r/>
            <w:r>
              <w:rPr>
                <w:rFonts w:ascii="Malgun Gothic" w:hAnsi="Malgun Gothic" w:eastAsia="Malgun Gothic"/>
                <w:b w:val="0"/>
                <w:sz w:val="14"/>
              </w:rPr>
              <w:t>0.5485964368563371</w:t>
            </w:r>
          </w:p>
        </w:tc>
        <w:tc>
          <w:tcPr>
            <w:tcW w:type="dxa" w:w="519"/>
            <w:vAlign w:val="center"/>
          </w:tcPr>
          <w:p>
            <w:r/>
            <w:r>
              <w:rPr>
                <w:rFonts w:ascii="Malgun Gothic" w:hAnsi="Malgun Gothic" w:eastAsia="Malgun Gothic"/>
                <w:b w:val="0"/>
                <w:sz w:val="14"/>
              </w:rPr>
              <w:t>0.5059446099271789</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-0.11936664379672368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0.0352397561073303</w:t>
            </w:r>
          </w:p>
        </w:tc>
        <w:tc>
          <w:tcPr>
            <w:tcW w:type="dxa" w:w="519"/>
            <w:vAlign w:val="center"/>
          </w:tcPr>
          <w:p>
            <w:r/>
            <w:r>
              <w:rPr>
                <w:rFonts w:ascii="Malgun Gothic" w:hAnsi="Malgun Gothic" w:eastAsia="Malgun Gothic"/>
                <w:b w:val="0"/>
                <w:sz w:val="14"/>
              </w:rPr>
              <w:t>235.9310813929666</w:t>
            </w:r>
          </w:p>
        </w:tc>
        <w:tc>
          <w:tcPr>
            <w:tcW w:type="dxa" w:w="519"/>
            <w:vAlign w:val="center"/>
          </w:tcPr>
          <w:p>
            <w:r/>
            <w:r>
              <w:rPr>
                <w:rFonts w:ascii="Malgun Gothic" w:hAnsi="Malgun Gothic" w:eastAsia="Malgun Gothic"/>
                <w:b w:val="0"/>
                <w:sz w:val="14"/>
              </w:rPr>
              <w:t>88.88888888888889</w:t>
            </w:r>
          </w:p>
        </w:tc>
        <w:tc>
          <w:tcPr>
            <w:tcW w:type="dxa" w:w="519"/>
            <w:vAlign w:val="center"/>
          </w:tcPr>
          <w:p>
            <w:r/>
            <w:r>
              <w:rPr>
                <w:rFonts w:ascii="Malgun Gothic" w:hAnsi="Malgun Gothic" w:eastAsia="Malgun Gothic"/>
                <w:b w:val="0"/>
                <w:sz w:val="14"/>
              </w:rPr>
              <w:t>99.9</w:t>
            </w:r>
          </w:p>
        </w:tc>
        <w:tc>
          <w:tcPr>
            <w:tcW w:type="dxa" w:w="519"/>
            <w:vAlign w:val="center"/>
          </w:tcPr>
          <w:p>
            <w:r/>
            <w:r>
              <w:rPr>
                <w:rFonts w:ascii="Malgun Gothic" w:hAnsi="Malgun Gothic" w:eastAsia="Malgun Gothic"/>
                <w:b w:val="0"/>
                <w:sz w:val="14"/>
              </w:rPr>
              <w:t>-1.1200902232171408</w:t>
            </w:r>
          </w:p>
        </w:tc>
        <w:tc>
          <w:tcPr>
            <w:tcW w:type="dxa" w:w="519"/>
            <w:vAlign w:val="center"/>
          </w:tcPr>
          <w:p>
            <w:r/>
            <w:r>
              <w:rPr>
                <w:rFonts w:ascii="Malgun Gothic" w:hAnsi="Malgun Gothic" w:eastAsia="Malgun Gothic"/>
                <w:b w:val="0"/>
                <w:sz w:val="14"/>
              </w:rPr>
              <w:t>0.2187528249374902</w:t>
            </w:r>
          </w:p>
        </w:tc>
        <w:tc>
          <w:tcPr>
            <w:tcW w:type="dxa" w:w="519"/>
            <w:vAlign w:val="center"/>
          </w:tcPr>
          <w:p>
            <w:r/>
            <w:r>
              <w:rPr>
                <w:rFonts w:ascii="Malgun Gothic" w:hAnsi="Malgun Gothic" w:eastAsia="Malgun Gothic"/>
                <w:b w:val="0"/>
                <w:sz w:val="14"/>
              </w:rPr>
              <w:t>0.31503936050275677</w:t>
            </w:r>
          </w:p>
        </w:tc>
        <w:tc>
          <w:tcPr>
            <w:tcW w:type="dxa" w:w="519"/>
            <w:vAlign w:val="center"/>
          </w:tcPr>
          <w:p>
            <w:r/>
            <w:r>
              <w:rPr>
                <w:rFonts w:ascii="Malgun Gothic" w:hAnsi="Malgun Gothic" w:eastAsia="Malgun Gothic"/>
                <w:b w:val="0"/>
                <w:sz w:val="14"/>
              </w:rPr>
              <w:t>-0.27503982161621376</w:t>
            </w:r>
          </w:p>
        </w:tc>
        <w:tc>
          <w:tcPr>
            <w:tcW w:type="dxa" w:w="519"/>
            <w:vAlign w:val="center"/>
          </w:tcPr>
          <w:p>
            <w:r/>
            <w:r>
              <w:rPr>
                <w:rFonts w:ascii="Malgun Gothic" w:hAnsi="Malgun Gothic" w:eastAsia="Malgun Gothic"/>
                <w:b w:val="0"/>
                <w:sz w:val="14"/>
              </w:rPr>
              <w:t>-0.2153344648482769</w:t>
            </w:r>
          </w:p>
        </w:tc>
        <w:tc>
          <w:tcPr>
            <w:tcW w:type="dxa" w:w="519"/>
            <w:vAlign w:val="center"/>
          </w:tcPr>
          <w:p>
            <w:r/>
            <w:r>
              <w:rPr>
                <w:rFonts w:ascii="Malgun Gothic" w:hAnsi="Malgun Gothic" w:eastAsia="Malgun Gothic"/>
                <w:b w:val="0"/>
                <w:sz w:val="14"/>
              </w:rPr>
              <w:t>0.33359243252902065</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-0.16636143514392865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0.0401565991342067</w:t>
            </w:r>
          </w:p>
        </w:tc>
        <w:tc>
          <w:tcPr>
            <w:tcW w:type="dxa" w:w="519"/>
            <w:vAlign w:val="center"/>
          </w:tcPr>
          <w:p>
            <w:r/>
            <w:r>
              <w:rPr>
                <w:rFonts w:ascii="Malgun Gothic" w:hAnsi="Malgun Gothic" w:eastAsia="Malgun Gothic"/>
                <w:b w:val="0"/>
                <w:sz w:val="14"/>
              </w:rPr>
              <w:t>238.82405754514843</w:t>
            </w:r>
          </w:p>
        </w:tc>
        <w:tc>
          <w:tcPr>
            <w:tcW w:type="dxa" w:w="519"/>
            <w:vAlign w:val="center"/>
          </w:tcPr>
          <w:p>
            <w:r/>
            <w:r>
              <w:rPr>
                <w:rFonts w:ascii="Malgun Gothic" w:hAnsi="Malgun Gothic" w:eastAsia="Malgun Gothic"/>
                <w:b w:val="0"/>
                <w:sz w:val="14"/>
              </w:rPr>
              <w:t>77.75119617224881</w:t>
            </w:r>
          </w:p>
        </w:tc>
        <w:tc>
          <w:tcPr>
            <w:tcW w:type="dxa" w:w="519"/>
            <w:vAlign w:val="center"/>
          </w:tcPr>
          <w:p>
            <w:r/>
            <w:r>
              <w:rPr>
                <w:rFonts w:ascii="Malgun Gothic" w:hAnsi="Malgun Gothic" w:eastAsia="Malgun Gothic"/>
                <w:b w:val="0"/>
                <w:sz w:val="14"/>
              </w:rPr>
              <w:t>50.16</w:t>
            </w:r>
          </w:p>
        </w:tc>
        <w:tc>
          <w:tcPr>
            <w:tcW w:type="dxa" w:w="519"/>
            <w:vAlign w:val="center"/>
          </w:tcPr>
          <w:p>
            <w:r/>
            <w:r>
              <w:rPr>
                <w:rFonts w:ascii="Malgun Gothic" w:hAnsi="Malgun Gothic" w:eastAsia="Malgun Gothic"/>
                <w:b w:val="0"/>
                <w:sz w:val="14"/>
              </w:rPr>
              <w:t>-0.9517984264697704</w:t>
            </w:r>
          </w:p>
        </w:tc>
        <w:tc>
          <w:tcPr>
            <w:tcW w:type="dxa" w:w="519"/>
            <w:vAlign w:val="center"/>
          </w:tcPr>
          <w:p>
            <w:r/>
            <w:r>
              <w:rPr>
                <w:rFonts w:ascii="Malgun Gothic" w:hAnsi="Malgun Gothic" w:eastAsia="Malgun Gothic"/>
                <w:b w:val="0"/>
                <w:sz w:val="14"/>
              </w:rPr>
              <w:t>0.32260311874144104</w:t>
            </w:r>
          </w:p>
        </w:tc>
        <w:tc>
          <w:tcPr>
            <w:tcW w:type="dxa" w:w="519"/>
            <w:vAlign w:val="center"/>
          </w:tcPr>
          <w:p>
            <w:r/>
            <w:r>
              <w:rPr>
                <w:rFonts w:ascii="Malgun Gothic" w:hAnsi="Malgun Gothic" w:eastAsia="Malgun Gothic"/>
                <w:b w:val="0"/>
                <w:sz w:val="14"/>
              </w:rPr>
              <w:t>-0.2585368717019852</w:t>
            </w:r>
          </w:p>
        </w:tc>
        <w:tc>
          <w:tcPr>
            <w:tcW w:type="dxa" w:w="519"/>
            <w:vAlign w:val="center"/>
          </w:tcPr>
          <w:p>
            <w:r/>
            <w:r>
              <w:rPr>
                <w:rFonts w:ascii="Malgun Gothic" w:hAnsi="Malgun Gothic" w:eastAsia="Malgun Gothic"/>
                <w:b w:val="0"/>
                <w:sz w:val="14"/>
              </w:rPr>
              <w:t>-0.5672316663772252</w:t>
            </w:r>
          </w:p>
        </w:tc>
        <w:tc>
          <w:tcPr>
            <w:tcW w:type="dxa" w:w="519"/>
            <w:vAlign w:val="center"/>
          </w:tcPr>
          <w:p>
            <w:r/>
            <w:r>
              <w:rPr>
                <w:rFonts w:ascii="Malgun Gothic" w:hAnsi="Malgun Gothic" w:eastAsia="Malgun Gothic"/>
                <w:b w:val="0"/>
                <w:sz w:val="14"/>
              </w:rPr>
              <w:t>-0.36374096145188495</w:t>
            </w:r>
          </w:p>
        </w:tc>
        <w:tc>
          <w:tcPr>
            <w:tcW w:type="dxa" w:w="519"/>
            <w:vAlign w:val="center"/>
          </w:tcPr>
          <w:p>
            <w:r/>
            <w:r>
              <w:rPr>
                <w:rFonts w:ascii="Malgun Gothic" w:hAnsi="Malgun Gothic" w:eastAsia="Malgun Gothic"/>
                <w:b w:val="0"/>
                <w:sz w:val="14"/>
              </w:rPr>
              <w:t>0.300110107396486</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-0.19993251797424605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0.0239846743643283</w:t>
            </w:r>
          </w:p>
        </w:tc>
        <w:tc>
          <w:tcPr>
            <w:tcW w:type="dxa" w:w="519"/>
            <w:vAlign w:val="center"/>
          </w:tcPr>
          <w:p>
            <w:r/>
            <w:r>
              <w:rPr>
                <w:rFonts w:ascii="Malgun Gothic" w:hAnsi="Malgun Gothic" w:eastAsia="Malgun Gothic"/>
                <w:b w:val="0"/>
                <w:sz w:val="14"/>
              </w:rPr>
              <w:t>263.0961897956945</w:t>
            </w:r>
          </w:p>
        </w:tc>
        <w:tc>
          <w:tcPr>
            <w:tcW w:type="dxa" w:w="519"/>
            <w:vAlign w:val="center"/>
          </w:tcPr>
          <w:p>
            <w:r/>
            <w:r>
              <w:rPr>
                <w:rFonts w:ascii="Malgun Gothic" w:hAnsi="Malgun Gothic" w:eastAsia="Malgun Gothic"/>
                <w:b w:val="0"/>
                <w:sz w:val="14"/>
              </w:rPr>
              <w:t>56.17977528089887</w:t>
            </w:r>
          </w:p>
        </w:tc>
        <w:tc>
          <w:tcPr>
            <w:tcW w:type="dxa" w:w="519"/>
            <w:vAlign w:val="center"/>
          </w:tcPr>
          <w:p>
            <w:r/>
            <w:r>
              <w:rPr>
                <w:rFonts w:ascii="Malgun Gothic" w:hAnsi="Malgun Gothic" w:eastAsia="Malgun Gothic"/>
                <w:b w:val="0"/>
                <w:sz w:val="14"/>
              </w:rPr>
              <w:t>53.4</w:t>
            </w:r>
          </w:p>
        </w:tc>
        <w:tc>
          <w:tcPr>
            <w:tcW w:type="dxa" w:w="519"/>
            <w:vAlign w:val="center"/>
          </w:tcPr>
          <w:p>
            <w:r/>
            <w:r>
              <w:rPr>
                <w:rFonts w:ascii="Malgun Gothic" w:hAnsi="Malgun Gothic" w:eastAsia="Malgun Gothic"/>
                <w:b w:val="0"/>
                <w:sz w:val="14"/>
              </w:rPr>
              <w:t>-1.5053247972547121</w:t>
            </w:r>
          </w:p>
        </w:tc>
        <w:tc>
          <w:tcPr>
            <w:tcW w:type="dxa" w:w="519"/>
            <w:vAlign w:val="center"/>
          </w:tcPr>
          <w:p>
            <w:r/>
            <w:r>
              <w:rPr>
                <w:rFonts w:ascii="Malgun Gothic" w:hAnsi="Malgun Gothic" w:eastAsia="Malgun Gothic"/>
                <w:b w:val="0"/>
                <w:sz w:val="14"/>
              </w:rPr>
              <w:t>1.193909321375195</w:t>
            </w:r>
          </w:p>
        </w:tc>
        <w:tc>
          <w:tcPr>
            <w:tcW w:type="dxa" w:w="519"/>
            <w:vAlign w:val="center"/>
          </w:tcPr>
          <w:p>
            <w:r/>
            <w:r>
              <w:rPr>
                <w:rFonts w:ascii="Malgun Gothic" w:hAnsi="Malgun Gothic" w:eastAsia="Malgun Gothic"/>
                <w:b w:val="0"/>
                <w:sz w:val="14"/>
              </w:rPr>
              <w:t>-1.3694361066645109</w:t>
            </w:r>
          </w:p>
        </w:tc>
        <w:tc>
          <w:tcPr>
            <w:tcW w:type="dxa" w:w="519"/>
            <w:vAlign w:val="center"/>
          </w:tcPr>
          <w:p>
            <w:r/>
            <w:r>
              <w:rPr>
                <w:rFonts w:ascii="Malgun Gothic" w:hAnsi="Malgun Gothic" w:eastAsia="Malgun Gothic"/>
                <w:b w:val="0"/>
                <w:sz w:val="14"/>
              </w:rPr>
              <w:t>-0.5481986632202956</w:t>
            </w:r>
          </w:p>
        </w:tc>
        <w:tc>
          <w:tcPr>
            <w:tcW w:type="dxa" w:w="519"/>
            <w:vAlign w:val="center"/>
          </w:tcPr>
          <w:p>
            <w:r/>
            <w:r>
              <w:rPr>
                <w:rFonts w:ascii="Malgun Gothic" w:hAnsi="Malgun Gothic" w:eastAsia="Malgun Gothic"/>
                <w:b w:val="0"/>
                <w:sz w:val="14"/>
              </w:rPr>
              <w:t>-0.5572625614410809</w:t>
            </w:r>
          </w:p>
        </w:tc>
        <w:tc>
          <w:tcPr>
            <w:tcW w:type="dxa" w:w="519"/>
            <w:vAlign w:val="center"/>
          </w:tcPr>
          <w:p>
            <w:r/>
            <w:r>
              <w:rPr>
                <w:rFonts w:ascii="Malgun Gothic" w:hAnsi="Malgun Gothic" w:eastAsia="Malgun Gothic"/>
                <w:b w:val="0"/>
                <w:sz w:val="14"/>
              </w:rPr>
              <w:t>0.25644926181832123</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-0.21176394119076697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0.03632278367877</w:t>
            </w:r>
          </w:p>
        </w:tc>
        <w:tc>
          <w:tcPr>
            <w:tcW w:type="dxa" w:w="519"/>
            <w:vAlign w:val="center"/>
          </w:tcPr>
          <w:p>
            <w:r/>
            <w:r>
              <w:rPr>
                <w:rFonts w:ascii="Malgun Gothic" w:hAnsi="Malgun Gothic" w:eastAsia="Malgun Gothic"/>
                <w:b w:val="0"/>
                <w:sz w:val="14"/>
              </w:rPr>
              <w:t>215.6394287252864</w:t>
            </w:r>
          </w:p>
        </w:tc>
        <w:tc>
          <w:tcPr>
            <w:tcW w:type="dxa" w:w="519"/>
            <w:vAlign w:val="center"/>
          </w:tcPr>
          <w:p>
            <w:r/>
            <w:r>
              <w:rPr>
                <w:rFonts w:ascii="Malgun Gothic" w:hAnsi="Malgun Gothic" w:eastAsia="Malgun Gothic"/>
                <w:b w:val="0"/>
                <w:sz w:val="14"/>
              </w:rPr>
              <w:t>43.47826086956521</w:t>
            </w:r>
          </w:p>
        </w:tc>
        <w:tc>
          <w:tcPr>
            <w:tcW w:type="dxa" w:w="519"/>
            <w:vAlign w:val="center"/>
          </w:tcPr>
          <w:p>
            <w:r/>
            <w:r>
              <w:rPr>
                <w:rFonts w:ascii="Malgun Gothic" w:hAnsi="Malgun Gothic" w:eastAsia="Malgun Gothic"/>
                <w:b w:val="0"/>
                <w:sz w:val="14"/>
              </w:rPr>
              <w:t>75.9</w:t>
            </w:r>
          </w:p>
        </w:tc>
        <w:tc>
          <w:tcPr>
            <w:tcW w:type="dxa" w:w="519"/>
            <w:vAlign w:val="center"/>
          </w:tcPr>
          <w:p>
            <w:r/>
            <w:r>
              <w:rPr>
                <w:rFonts w:ascii="Malgun Gothic" w:hAnsi="Malgun Gothic" w:eastAsia="Malgun Gothic"/>
                <w:b w:val="0"/>
                <w:sz w:val="14"/>
              </w:rPr>
              <w:t>-1.0830207754173564</w:t>
            </w:r>
          </w:p>
        </w:tc>
        <w:tc>
          <w:tcPr>
            <w:tcW w:type="dxa" w:w="519"/>
            <w:vAlign w:val="center"/>
          </w:tcPr>
          <w:p>
            <w:r/>
            <w:r>
              <w:rPr>
                <w:rFonts w:ascii="Malgun Gothic" w:hAnsi="Malgun Gothic" w:eastAsia="Malgun Gothic"/>
                <w:b w:val="0"/>
                <w:sz w:val="14"/>
              </w:rPr>
              <w:t>-0.5096645488860132</w:t>
            </w:r>
          </w:p>
        </w:tc>
        <w:tc>
          <w:tcPr>
            <w:tcW w:type="dxa" w:w="519"/>
            <w:vAlign w:val="center"/>
          </w:tcPr>
          <w:p>
            <w:r/>
            <w:r>
              <w:rPr>
                <w:rFonts w:ascii="Malgun Gothic" w:hAnsi="Malgun Gothic" w:eastAsia="Malgun Gothic"/>
                <w:b w:val="0"/>
                <w:sz w:val="14"/>
              </w:rPr>
              <w:t>-2.0235470580703203</w:t>
            </w:r>
          </w:p>
        </w:tc>
        <w:tc>
          <w:tcPr>
            <w:tcW w:type="dxa" w:w="519"/>
            <w:vAlign w:val="center"/>
          </w:tcPr>
          <w:p>
            <w:r/>
            <w:r>
              <w:rPr>
                <w:rFonts w:ascii="Malgun Gothic" w:hAnsi="Malgun Gothic" w:eastAsia="Malgun Gothic"/>
                <w:b w:val="0"/>
                <w:sz w:val="14"/>
              </w:rPr>
              <w:t>-0.41602503018606246</w:t>
            </w:r>
          </w:p>
        </w:tc>
        <w:tc>
          <w:tcPr>
            <w:tcW w:type="dxa" w:w="519"/>
            <w:vAlign w:val="center"/>
          </w:tcPr>
          <w:p>
            <w:r/>
            <w:r>
              <w:rPr>
                <w:rFonts w:ascii="Malgun Gothic" w:hAnsi="Malgun Gothic" w:eastAsia="Malgun Gothic"/>
                <w:b w:val="0"/>
                <w:sz w:val="14"/>
              </w:rPr>
              <w:t>-1.0080643531399383</w:t>
            </w:r>
          </w:p>
        </w:tc>
        <w:tc>
          <w:tcPr>
            <w:tcW w:type="dxa" w:w="519"/>
            <w:vAlign w:val="center"/>
          </w:tcPr>
          <w:p>
            <w:r/>
            <w:r>
              <w:rPr>
                <w:rFonts w:ascii="Malgun Gothic" w:hAnsi="Malgun Gothic" w:eastAsia="Malgun Gothic"/>
                <w:b w:val="0"/>
                <w:sz w:val="14"/>
              </w:rPr>
              <w:t>0.15474285067443516</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-0.27028295832439925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2026-07-07 07:48:44</w:t>
            </w:r>
          </w:p>
        </w:tc>
        <w:tc>
          <w:tcPr>
            <w:tcW w:type="dxa" w:w="519"/>
            <w:vAlign w:val="center"/>
          </w:tcPr>
          <w:p>
            <w:r/>
            <w:r>
              <w:rPr>
                <w:rFonts w:ascii="Malgun Gothic" w:hAnsi="Malgun Gothic" w:eastAsia="Malgun Gothic"/>
                <w:b w:val="0"/>
                <w:sz w:val="14"/>
              </w:rPr>
              <w:t>read_only</w:t>
            </w:r>
          </w:p>
        </w:tc>
      </w:tr>
    </w:tbl>
    <w:p/>
    <w:p>
      <w:r>
        <w:t>전체 행 포함</w:t>
      </w:r>
    </w:p>
    <w:p>
      <w:r>
        <w:rPr>
          <w:b/>
        </w:rPr>
        <w:t>산출물 CSV: research_continuity/02_asis_same_method_reproduction/runs/20260705_191034/actual_same_method_reproduced_stress_index_v150.csv (행 3, 열 14)</w:t>
      </w:r>
    </w:p>
    <w:tbl>
      <w:tblPr>
        <w:tblStyle w:val="TableGrid"/>
        <w:tblW w:type="auto" w:w="0"/>
        <w:jc w:val="center"/>
        <w:tblLook w:firstColumn="1" w:firstRow="1" w:lastColumn="0" w:lastRow="0" w:noHBand="0" w:noVBand="1" w:val="04A0"/>
      </w:tblPr>
      <w:tblGrid>
        <w:gridCol w:w="705"/>
        <w:gridCol w:w="705"/>
        <w:gridCol w:w="705"/>
        <w:gridCol w:w="705"/>
        <w:gridCol w:w="705"/>
        <w:gridCol w:w="705"/>
        <w:gridCol w:w="705"/>
        <w:gridCol w:w="705"/>
        <w:gridCol w:w="705"/>
        <w:gridCol w:w="705"/>
        <w:gridCol w:w="705"/>
        <w:gridCol w:w="705"/>
        <w:gridCol w:w="705"/>
        <w:gridCol w:w="705"/>
      </w:tblGrid>
      <w:tr>
        <w:trPr>
          <w:tblHeader w:val="true"/>
          <w:cantSplit/>
        </w:trPr>
        <w:tc>
          <w:tcPr>
            <w:tcW w:type="dxa" w:w="705"/>
          </w:tcPr>
          <w:p>
            <w:r/>
            <w:r>
              <w:rPr>
                <w:rFonts w:ascii="Malgun Gothic" w:hAnsi="Malgun Gothic" w:eastAsia="Malgun Gothic"/>
                <w:b/>
                <w:sz w:val="14"/>
              </w:rPr>
              <w:t>call_id</w:t>
            </w:r>
          </w:p>
        </w:tc>
        <w:tc>
          <w:tcPr>
            <w:tcW w:type="dxa" w:w="705"/>
          </w:tcPr>
          <w:p>
            <w:r/>
            <w:r>
              <w:rPr>
                <w:rFonts w:ascii="Malgun Gothic" w:hAnsi="Malgun Gothic" w:eastAsia="Malgun Gothic"/>
                <w:b/>
                <w:sz w:val="14"/>
              </w:rPr>
              <w:t>stress_score</w:t>
            </w:r>
          </w:p>
        </w:tc>
        <w:tc>
          <w:tcPr>
            <w:tcW w:type="dxa" w:w="705"/>
          </w:tcPr>
          <w:p>
            <w:r/>
            <w:r>
              <w:rPr>
                <w:rFonts w:ascii="Malgun Gothic" w:hAnsi="Malgun Gothic" w:eastAsia="Malgun Gothic"/>
                <w:b/>
                <w:sz w:val="14"/>
              </w:rPr>
              <w:t>energy_mean</w:t>
            </w:r>
          </w:p>
        </w:tc>
        <w:tc>
          <w:tcPr>
            <w:tcW w:type="dxa" w:w="705"/>
          </w:tcPr>
          <w:p>
            <w:r/>
            <w:r>
              <w:rPr>
                <w:rFonts w:ascii="Malgun Gothic" w:hAnsi="Malgun Gothic" w:eastAsia="Malgun Gothic"/>
                <w:b/>
                <w:sz w:val="14"/>
              </w:rPr>
              <w:t>pitch_mean</w:t>
            </w:r>
          </w:p>
        </w:tc>
        <w:tc>
          <w:tcPr>
            <w:tcW w:type="dxa" w:w="705"/>
          </w:tcPr>
          <w:p>
            <w:r/>
            <w:r>
              <w:rPr>
                <w:rFonts w:ascii="Malgun Gothic" w:hAnsi="Malgun Gothic" w:eastAsia="Malgun Gothic"/>
                <w:b/>
                <w:sz w:val="14"/>
              </w:rPr>
              <w:t>wpm</w:t>
            </w:r>
          </w:p>
        </w:tc>
        <w:tc>
          <w:tcPr>
            <w:tcW w:type="dxa" w:w="705"/>
          </w:tcPr>
          <w:p>
            <w:r/>
            <w:r>
              <w:rPr>
                <w:rFonts w:ascii="Malgun Gothic" w:hAnsi="Malgun Gothic" w:eastAsia="Malgun Gothic"/>
                <w:b/>
                <w:sz w:val="14"/>
              </w:rPr>
              <w:t>duration_sec</w:t>
            </w:r>
          </w:p>
        </w:tc>
        <w:tc>
          <w:tcPr>
            <w:tcW w:type="dxa" w:w="705"/>
          </w:tcPr>
          <w:p>
            <w:r/>
            <w:r>
              <w:rPr>
                <w:rFonts w:ascii="Malgun Gothic" w:hAnsi="Malgun Gothic" w:eastAsia="Malgun Gothic"/>
                <w:b/>
                <w:sz w:val="14"/>
              </w:rPr>
              <w:t>z_energy_mean</w:t>
            </w:r>
          </w:p>
        </w:tc>
        <w:tc>
          <w:tcPr>
            <w:tcW w:type="dxa" w:w="705"/>
          </w:tcPr>
          <w:p>
            <w:r/>
            <w:r>
              <w:rPr>
                <w:rFonts w:ascii="Malgun Gothic" w:hAnsi="Malgun Gothic" w:eastAsia="Malgun Gothic"/>
                <w:b/>
                <w:sz w:val="14"/>
              </w:rPr>
              <w:t>z_pitch_mean</w:t>
            </w:r>
          </w:p>
        </w:tc>
        <w:tc>
          <w:tcPr>
            <w:tcW w:type="dxa" w:w="705"/>
          </w:tcPr>
          <w:p>
            <w:r/>
            <w:r>
              <w:rPr>
                <w:rFonts w:ascii="Malgun Gothic" w:hAnsi="Malgun Gothic" w:eastAsia="Malgun Gothic"/>
                <w:b/>
                <w:sz w:val="14"/>
              </w:rPr>
              <w:t>z_wpm</w:t>
            </w:r>
          </w:p>
        </w:tc>
        <w:tc>
          <w:tcPr>
            <w:tcW w:type="dxa" w:w="705"/>
          </w:tcPr>
          <w:p>
            <w:r/>
            <w:r>
              <w:rPr>
                <w:rFonts w:ascii="Malgun Gothic" w:hAnsi="Malgun Gothic" w:eastAsia="Malgun Gothic"/>
                <w:b/>
                <w:sz w:val="14"/>
              </w:rPr>
              <w:t>z_duration_sec</w:t>
            </w:r>
          </w:p>
        </w:tc>
        <w:tc>
          <w:tcPr>
            <w:tcW w:type="dxa" w:w="705"/>
          </w:tcPr>
          <w:p>
            <w:r/>
            <w:r>
              <w:rPr>
                <w:rFonts w:ascii="Malgun Gothic" w:hAnsi="Malgun Gothic" w:eastAsia="Malgun Gothic"/>
                <w:b/>
                <w:sz w:val="14"/>
              </w:rPr>
              <w:t>stress_raw_reproduced</w:t>
            </w:r>
          </w:p>
        </w:tc>
        <w:tc>
          <w:tcPr>
            <w:tcW w:type="dxa" w:w="705"/>
          </w:tcPr>
          <w:p>
            <w:r/>
            <w:r>
              <w:rPr>
                <w:rFonts w:ascii="Malgun Gothic" w:hAnsi="Malgun Gothic" w:eastAsia="Malgun Gothic"/>
                <w:b/>
                <w:sz w:val="14"/>
              </w:rPr>
              <w:t>stress_score_reproduced</w:t>
            </w:r>
          </w:p>
        </w:tc>
        <w:tc>
          <w:tcPr>
            <w:tcW w:type="dxa" w:w="705"/>
          </w:tcPr>
          <w:p>
            <w:r/>
            <w:r>
              <w:rPr>
                <w:rFonts w:ascii="Malgun Gothic" w:hAnsi="Malgun Gothic" w:eastAsia="Malgun Gothic"/>
                <w:b/>
                <w:sz w:val="14"/>
              </w:rPr>
              <w:t>reproduction_method_version</w:t>
            </w:r>
          </w:p>
        </w:tc>
        <w:tc>
          <w:tcPr>
            <w:tcW w:type="dxa" w:w="705"/>
          </w:tcPr>
          <w:p>
            <w:r/>
            <w:r>
              <w:rPr>
                <w:rFonts w:ascii="Malgun Gothic" w:hAnsi="Malgun Gothic" w:eastAsia="Malgun Gothic"/>
                <w:b/>
                <w:sz w:val="14"/>
              </w:rPr>
              <w:t>reproduction_created_at</w:t>
            </w:r>
          </w:p>
        </w:tc>
      </w:tr>
      <w:tr>
        <w:trPr>
          <w:cantSplit/>
        </w:trPr>
        <w:tc>
          <w:tcPr>
            <w:tcW w:type="dxa" w:w="705"/>
            <w:vAlign w:val="center"/>
          </w:tcPr>
          <w:p>
            <w:r/>
            <w:r>
              <w:rPr>
                <w:rFonts w:ascii="Malgun Gothic" w:hAnsi="Malgun Gothic" w:eastAsia="Malgun Gothic"/>
                <w:b w:val="0"/>
                <w:sz w:val="14"/>
              </w:rPr>
              <w:t>a</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1</w:t>
            </w:r>
          </w:p>
        </w:tc>
        <w:tc>
          <w:tcPr>
            <w:tcW w:type="dxa" w:w="705"/>
            <w:vAlign w:val="center"/>
          </w:tcPr>
          <w:p>
            <w:r/>
            <w:r>
              <w:rPr>
                <w:rFonts w:ascii="Malgun Gothic" w:hAnsi="Malgun Gothic" w:eastAsia="Malgun Gothic"/>
                <w:b w:val="0"/>
                <w:sz w:val="14"/>
              </w:rPr>
              <w:t>100</w:t>
            </w:r>
          </w:p>
        </w:tc>
        <w:tc>
          <w:tcPr>
            <w:tcW w:type="dxa" w:w="705"/>
            <w:vAlign w:val="center"/>
          </w:tcPr>
          <w:p>
            <w:r/>
            <w:r>
              <w:rPr>
                <w:rFonts w:ascii="Malgun Gothic" w:hAnsi="Malgun Gothic" w:eastAsia="Malgun Gothic"/>
                <w:b w:val="0"/>
                <w:sz w:val="14"/>
              </w:rPr>
              <w:t>120</w:t>
            </w:r>
          </w:p>
        </w:tc>
        <w:tc>
          <w:tcPr>
            <w:tcW w:type="dxa" w:w="705"/>
            <w:vAlign w:val="center"/>
          </w:tcPr>
          <w:p>
            <w:r/>
            <w:r>
              <w:rPr>
                <w:rFonts w:ascii="Malgun Gothic" w:hAnsi="Malgun Gothic" w:eastAsia="Malgun Gothic"/>
                <w:b w:val="0"/>
                <w:sz w:val="14"/>
              </w:rPr>
              <w:t>30</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19:10:34</w:t>
            </w:r>
          </w:p>
        </w:tc>
      </w:tr>
      <w:tr>
        <w:trPr>
          <w:cantSplit/>
        </w:trPr>
        <w:tc>
          <w:tcPr>
            <w:tcW w:type="dxa" w:w="705"/>
            <w:vAlign w:val="center"/>
          </w:tcPr>
          <w:p>
            <w:r/>
            <w:r>
              <w:rPr>
                <w:rFonts w:ascii="Malgun Gothic" w:hAnsi="Malgun Gothic" w:eastAsia="Malgun Gothic"/>
                <w:b w:val="0"/>
                <w:sz w:val="14"/>
              </w:rPr>
              <w:t>b</w:t>
            </w:r>
          </w:p>
        </w:tc>
        <w:tc>
          <w:tcPr>
            <w:tcW w:type="dxa" w:w="705"/>
            <w:vAlign w:val="center"/>
          </w:tcPr>
          <w:p>
            <w:r/>
            <w:r>
              <w:rPr>
                <w:rFonts w:ascii="Malgun Gothic" w:hAnsi="Malgun Gothic" w:eastAsia="Malgun Gothic"/>
                <w:b w:val="0"/>
                <w:sz w:val="14"/>
              </w:rPr>
              <w:t>0.5</w:t>
            </w:r>
          </w:p>
        </w:tc>
        <w:tc>
          <w:tcPr>
            <w:tcW w:type="dxa" w:w="705"/>
            <w:vAlign w:val="center"/>
          </w:tcPr>
          <w:p>
            <w:r/>
            <w:r>
              <w:rPr>
                <w:rFonts w:ascii="Malgun Gothic" w:hAnsi="Malgun Gothic" w:eastAsia="Malgun Gothic"/>
                <w:b w:val="0"/>
                <w:sz w:val="14"/>
              </w:rPr>
              <w:t>2</w:t>
            </w:r>
          </w:p>
        </w:tc>
        <w:tc>
          <w:tcPr>
            <w:tcW w:type="dxa" w:w="705"/>
            <w:vAlign w:val="center"/>
          </w:tcPr>
          <w:p>
            <w:r/>
            <w:r>
              <w:rPr>
                <w:rFonts w:ascii="Malgun Gothic" w:hAnsi="Malgun Gothic" w:eastAsia="Malgun Gothic"/>
                <w:b w:val="0"/>
                <w:sz w:val="14"/>
              </w:rPr>
              <w:t>110</w:t>
            </w:r>
          </w:p>
        </w:tc>
        <w:tc>
          <w:tcPr>
            <w:tcW w:type="dxa" w:w="705"/>
            <w:vAlign w:val="center"/>
          </w:tcPr>
          <w:p>
            <w:r/>
            <w:r>
              <w:rPr>
                <w:rFonts w:ascii="Malgun Gothic" w:hAnsi="Malgun Gothic" w:eastAsia="Malgun Gothic"/>
                <w:b w:val="0"/>
                <w:sz w:val="14"/>
              </w:rPr>
              <w:t>140</w:t>
            </w:r>
          </w:p>
        </w:tc>
        <w:tc>
          <w:tcPr>
            <w:tcW w:type="dxa" w:w="705"/>
            <w:vAlign w:val="center"/>
          </w:tcPr>
          <w:p>
            <w:r/>
            <w:r>
              <w:rPr>
                <w:rFonts w:ascii="Malgun Gothic" w:hAnsi="Malgun Gothic" w:eastAsia="Malgun Gothic"/>
                <w:b w:val="0"/>
                <w:sz w:val="14"/>
              </w:rPr>
              <w:t>40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0.5</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19:10:34</w:t>
            </w:r>
          </w:p>
        </w:tc>
      </w:tr>
      <w:tr>
        <w:trPr>
          <w:cantSplit/>
        </w:trPr>
        <w:tc>
          <w:tcPr>
            <w:tcW w:type="dxa" w:w="705"/>
            <w:vAlign w:val="center"/>
          </w:tcPr>
          <w:p>
            <w:r/>
            <w:r>
              <w:rPr>
                <w:rFonts w:ascii="Malgun Gothic" w:hAnsi="Malgun Gothic" w:eastAsia="Malgun Gothic"/>
                <w:b w:val="0"/>
                <w:sz w:val="14"/>
              </w:rPr>
              <w:t>c</w:t>
            </w:r>
          </w:p>
        </w:tc>
        <w:tc>
          <w:tcPr>
            <w:tcW w:type="dxa" w:w="705"/>
            <w:vAlign w:val="center"/>
          </w:tcPr>
          <w:p>
            <w:r/>
            <w:r>
              <w:rPr>
                <w:rFonts w:ascii="Malgun Gothic" w:hAnsi="Malgun Gothic" w:eastAsia="Malgun Gothic"/>
                <w:b w:val="0"/>
                <w:sz w:val="14"/>
              </w:rPr>
              <w:t>1.0</w:t>
            </w:r>
          </w:p>
        </w:tc>
        <w:tc>
          <w:tcPr>
            <w:tcW w:type="dxa" w:w="705"/>
            <w:vAlign w:val="center"/>
          </w:tcPr>
          <w:p>
            <w:r/>
            <w:r>
              <w:rPr>
                <w:rFonts w:ascii="Malgun Gothic" w:hAnsi="Malgun Gothic" w:eastAsia="Malgun Gothic"/>
                <w:b w:val="0"/>
                <w:sz w:val="14"/>
              </w:rPr>
              <w:t>3</w:t>
            </w:r>
          </w:p>
        </w:tc>
        <w:tc>
          <w:tcPr>
            <w:tcW w:type="dxa" w:w="705"/>
            <w:vAlign w:val="center"/>
          </w:tcPr>
          <w:p>
            <w:r/>
            <w:r>
              <w:rPr>
                <w:rFonts w:ascii="Malgun Gothic" w:hAnsi="Malgun Gothic" w:eastAsia="Malgun Gothic"/>
                <w:b w:val="0"/>
                <w:sz w:val="14"/>
              </w:rPr>
              <w:t>120</w:t>
            </w:r>
          </w:p>
        </w:tc>
        <w:tc>
          <w:tcPr>
            <w:tcW w:type="dxa" w:w="705"/>
            <w:vAlign w:val="center"/>
          </w:tcPr>
          <w:p>
            <w:r/>
            <w:r>
              <w:rPr>
                <w:rFonts w:ascii="Malgun Gothic" w:hAnsi="Malgun Gothic" w:eastAsia="Malgun Gothic"/>
                <w:b w:val="0"/>
                <w:sz w:val="14"/>
              </w:rPr>
              <w:t>160</w:t>
            </w:r>
          </w:p>
        </w:tc>
        <w:tc>
          <w:tcPr>
            <w:tcW w:type="dxa" w:w="705"/>
            <w:vAlign w:val="center"/>
          </w:tcPr>
          <w:p>
            <w:r/>
            <w:r>
              <w:rPr>
                <w:rFonts w:ascii="Malgun Gothic" w:hAnsi="Malgun Gothic" w:eastAsia="Malgun Gothic"/>
                <w:b w:val="0"/>
                <w:sz w:val="14"/>
              </w:rPr>
              <w:t>50</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1.0</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19:10:34</w:t>
            </w:r>
          </w:p>
        </w:tc>
      </w:tr>
    </w:tbl>
    <w:p/>
    <w:p>
      <w:r>
        <w:t>전체 행 포함</w:t>
      </w:r>
    </w:p>
    <w:p>
      <w:r>
        <w:rPr>
          <w:b/>
        </w:rPr>
        <w:t>산출물 CSV: research_continuity/02_asis_same_method_reproduction/runs/20260705_191055/actual_same_method_reproduced_stress_index_v150.csv (행 3, 열 14)</w:t>
      </w:r>
    </w:p>
    <w:tbl>
      <w:tblPr>
        <w:tblStyle w:val="TableGrid"/>
        <w:tblW w:type="auto" w:w="0"/>
        <w:jc w:val="center"/>
        <w:tblLook w:firstColumn="1" w:firstRow="1" w:lastColumn="0" w:lastRow="0" w:noHBand="0" w:noVBand="1" w:val="04A0"/>
      </w:tblPr>
      <w:tblGrid>
        <w:gridCol w:w="705"/>
        <w:gridCol w:w="705"/>
        <w:gridCol w:w="705"/>
        <w:gridCol w:w="705"/>
        <w:gridCol w:w="705"/>
        <w:gridCol w:w="705"/>
        <w:gridCol w:w="705"/>
        <w:gridCol w:w="705"/>
        <w:gridCol w:w="705"/>
        <w:gridCol w:w="705"/>
        <w:gridCol w:w="705"/>
        <w:gridCol w:w="705"/>
        <w:gridCol w:w="705"/>
        <w:gridCol w:w="705"/>
      </w:tblGrid>
      <w:tr>
        <w:trPr>
          <w:tblHeader w:val="true"/>
          <w:cantSplit/>
        </w:trPr>
        <w:tc>
          <w:tcPr>
            <w:tcW w:type="dxa" w:w="705"/>
          </w:tcPr>
          <w:p>
            <w:r/>
            <w:r>
              <w:rPr>
                <w:rFonts w:ascii="Malgun Gothic" w:hAnsi="Malgun Gothic" w:eastAsia="Malgun Gothic"/>
                <w:b/>
                <w:sz w:val="14"/>
              </w:rPr>
              <w:t>call_id</w:t>
            </w:r>
          </w:p>
        </w:tc>
        <w:tc>
          <w:tcPr>
            <w:tcW w:type="dxa" w:w="705"/>
          </w:tcPr>
          <w:p>
            <w:r/>
            <w:r>
              <w:rPr>
                <w:rFonts w:ascii="Malgun Gothic" w:hAnsi="Malgun Gothic" w:eastAsia="Malgun Gothic"/>
                <w:b/>
                <w:sz w:val="14"/>
              </w:rPr>
              <w:t>stress_score</w:t>
            </w:r>
          </w:p>
        </w:tc>
        <w:tc>
          <w:tcPr>
            <w:tcW w:type="dxa" w:w="705"/>
          </w:tcPr>
          <w:p>
            <w:r/>
            <w:r>
              <w:rPr>
                <w:rFonts w:ascii="Malgun Gothic" w:hAnsi="Malgun Gothic" w:eastAsia="Malgun Gothic"/>
                <w:b/>
                <w:sz w:val="14"/>
              </w:rPr>
              <w:t>energy_mean</w:t>
            </w:r>
          </w:p>
        </w:tc>
        <w:tc>
          <w:tcPr>
            <w:tcW w:type="dxa" w:w="705"/>
          </w:tcPr>
          <w:p>
            <w:r/>
            <w:r>
              <w:rPr>
                <w:rFonts w:ascii="Malgun Gothic" w:hAnsi="Malgun Gothic" w:eastAsia="Malgun Gothic"/>
                <w:b/>
                <w:sz w:val="14"/>
              </w:rPr>
              <w:t>pitch_mean</w:t>
            </w:r>
          </w:p>
        </w:tc>
        <w:tc>
          <w:tcPr>
            <w:tcW w:type="dxa" w:w="705"/>
          </w:tcPr>
          <w:p>
            <w:r/>
            <w:r>
              <w:rPr>
                <w:rFonts w:ascii="Malgun Gothic" w:hAnsi="Malgun Gothic" w:eastAsia="Malgun Gothic"/>
                <w:b/>
                <w:sz w:val="14"/>
              </w:rPr>
              <w:t>wpm</w:t>
            </w:r>
          </w:p>
        </w:tc>
        <w:tc>
          <w:tcPr>
            <w:tcW w:type="dxa" w:w="705"/>
          </w:tcPr>
          <w:p>
            <w:r/>
            <w:r>
              <w:rPr>
                <w:rFonts w:ascii="Malgun Gothic" w:hAnsi="Malgun Gothic" w:eastAsia="Malgun Gothic"/>
                <w:b/>
                <w:sz w:val="14"/>
              </w:rPr>
              <w:t>duration_sec</w:t>
            </w:r>
          </w:p>
        </w:tc>
        <w:tc>
          <w:tcPr>
            <w:tcW w:type="dxa" w:w="705"/>
          </w:tcPr>
          <w:p>
            <w:r/>
            <w:r>
              <w:rPr>
                <w:rFonts w:ascii="Malgun Gothic" w:hAnsi="Malgun Gothic" w:eastAsia="Malgun Gothic"/>
                <w:b/>
                <w:sz w:val="14"/>
              </w:rPr>
              <w:t>z_energy_mean</w:t>
            </w:r>
          </w:p>
        </w:tc>
        <w:tc>
          <w:tcPr>
            <w:tcW w:type="dxa" w:w="705"/>
          </w:tcPr>
          <w:p>
            <w:r/>
            <w:r>
              <w:rPr>
                <w:rFonts w:ascii="Malgun Gothic" w:hAnsi="Malgun Gothic" w:eastAsia="Malgun Gothic"/>
                <w:b/>
                <w:sz w:val="14"/>
              </w:rPr>
              <w:t>z_pitch_mean</w:t>
            </w:r>
          </w:p>
        </w:tc>
        <w:tc>
          <w:tcPr>
            <w:tcW w:type="dxa" w:w="705"/>
          </w:tcPr>
          <w:p>
            <w:r/>
            <w:r>
              <w:rPr>
                <w:rFonts w:ascii="Malgun Gothic" w:hAnsi="Malgun Gothic" w:eastAsia="Malgun Gothic"/>
                <w:b/>
                <w:sz w:val="14"/>
              </w:rPr>
              <w:t>z_wpm</w:t>
            </w:r>
          </w:p>
        </w:tc>
        <w:tc>
          <w:tcPr>
            <w:tcW w:type="dxa" w:w="705"/>
          </w:tcPr>
          <w:p>
            <w:r/>
            <w:r>
              <w:rPr>
                <w:rFonts w:ascii="Malgun Gothic" w:hAnsi="Malgun Gothic" w:eastAsia="Malgun Gothic"/>
                <w:b/>
                <w:sz w:val="14"/>
              </w:rPr>
              <w:t>z_duration_sec</w:t>
            </w:r>
          </w:p>
        </w:tc>
        <w:tc>
          <w:tcPr>
            <w:tcW w:type="dxa" w:w="705"/>
          </w:tcPr>
          <w:p>
            <w:r/>
            <w:r>
              <w:rPr>
                <w:rFonts w:ascii="Malgun Gothic" w:hAnsi="Malgun Gothic" w:eastAsia="Malgun Gothic"/>
                <w:b/>
                <w:sz w:val="14"/>
              </w:rPr>
              <w:t>stress_raw_reproduced</w:t>
            </w:r>
          </w:p>
        </w:tc>
        <w:tc>
          <w:tcPr>
            <w:tcW w:type="dxa" w:w="705"/>
          </w:tcPr>
          <w:p>
            <w:r/>
            <w:r>
              <w:rPr>
                <w:rFonts w:ascii="Malgun Gothic" w:hAnsi="Malgun Gothic" w:eastAsia="Malgun Gothic"/>
                <w:b/>
                <w:sz w:val="14"/>
              </w:rPr>
              <w:t>stress_score_reproduced</w:t>
            </w:r>
          </w:p>
        </w:tc>
        <w:tc>
          <w:tcPr>
            <w:tcW w:type="dxa" w:w="705"/>
          </w:tcPr>
          <w:p>
            <w:r/>
            <w:r>
              <w:rPr>
                <w:rFonts w:ascii="Malgun Gothic" w:hAnsi="Malgun Gothic" w:eastAsia="Malgun Gothic"/>
                <w:b/>
                <w:sz w:val="14"/>
              </w:rPr>
              <w:t>reproduction_method_version</w:t>
            </w:r>
          </w:p>
        </w:tc>
        <w:tc>
          <w:tcPr>
            <w:tcW w:type="dxa" w:w="705"/>
          </w:tcPr>
          <w:p>
            <w:r/>
            <w:r>
              <w:rPr>
                <w:rFonts w:ascii="Malgun Gothic" w:hAnsi="Malgun Gothic" w:eastAsia="Malgun Gothic"/>
                <w:b/>
                <w:sz w:val="14"/>
              </w:rPr>
              <w:t>reproduction_created_at</w:t>
            </w:r>
          </w:p>
        </w:tc>
      </w:tr>
      <w:tr>
        <w:trPr>
          <w:cantSplit/>
        </w:trPr>
        <w:tc>
          <w:tcPr>
            <w:tcW w:type="dxa" w:w="705"/>
            <w:vAlign w:val="center"/>
          </w:tcPr>
          <w:p>
            <w:r/>
            <w:r>
              <w:rPr>
                <w:rFonts w:ascii="Malgun Gothic" w:hAnsi="Malgun Gothic" w:eastAsia="Malgun Gothic"/>
                <w:b w:val="0"/>
                <w:sz w:val="14"/>
              </w:rPr>
              <w:t>a</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1</w:t>
            </w:r>
          </w:p>
        </w:tc>
        <w:tc>
          <w:tcPr>
            <w:tcW w:type="dxa" w:w="705"/>
            <w:vAlign w:val="center"/>
          </w:tcPr>
          <w:p>
            <w:r/>
            <w:r>
              <w:rPr>
                <w:rFonts w:ascii="Malgun Gothic" w:hAnsi="Malgun Gothic" w:eastAsia="Malgun Gothic"/>
                <w:b w:val="0"/>
                <w:sz w:val="14"/>
              </w:rPr>
              <w:t>100</w:t>
            </w:r>
          </w:p>
        </w:tc>
        <w:tc>
          <w:tcPr>
            <w:tcW w:type="dxa" w:w="705"/>
            <w:vAlign w:val="center"/>
          </w:tcPr>
          <w:p>
            <w:r/>
            <w:r>
              <w:rPr>
                <w:rFonts w:ascii="Malgun Gothic" w:hAnsi="Malgun Gothic" w:eastAsia="Malgun Gothic"/>
                <w:b w:val="0"/>
                <w:sz w:val="14"/>
              </w:rPr>
              <w:t>120</w:t>
            </w:r>
          </w:p>
        </w:tc>
        <w:tc>
          <w:tcPr>
            <w:tcW w:type="dxa" w:w="705"/>
            <w:vAlign w:val="center"/>
          </w:tcPr>
          <w:p>
            <w:r/>
            <w:r>
              <w:rPr>
                <w:rFonts w:ascii="Malgun Gothic" w:hAnsi="Malgun Gothic" w:eastAsia="Malgun Gothic"/>
                <w:b w:val="0"/>
                <w:sz w:val="14"/>
              </w:rPr>
              <w:t>30</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19:10:55</w:t>
            </w:r>
          </w:p>
        </w:tc>
      </w:tr>
      <w:tr>
        <w:trPr>
          <w:cantSplit/>
        </w:trPr>
        <w:tc>
          <w:tcPr>
            <w:tcW w:type="dxa" w:w="705"/>
            <w:vAlign w:val="center"/>
          </w:tcPr>
          <w:p>
            <w:r/>
            <w:r>
              <w:rPr>
                <w:rFonts w:ascii="Malgun Gothic" w:hAnsi="Malgun Gothic" w:eastAsia="Malgun Gothic"/>
                <w:b w:val="0"/>
                <w:sz w:val="14"/>
              </w:rPr>
              <w:t>b</w:t>
            </w:r>
          </w:p>
        </w:tc>
        <w:tc>
          <w:tcPr>
            <w:tcW w:type="dxa" w:w="705"/>
            <w:vAlign w:val="center"/>
          </w:tcPr>
          <w:p>
            <w:r/>
            <w:r>
              <w:rPr>
                <w:rFonts w:ascii="Malgun Gothic" w:hAnsi="Malgun Gothic" w:eastAsia="Malgun Gothic"/>
                <w:b w:val="0"/>
                <w:sz w:val="14"/>
              </w:rPr>
              <w:t>0.5</w:t>
            </w:r>
          </w:p>
        </w:tc>
        <w:tc>
          <w:tcPr>
            <w:tcW w:type="dxa" w:w="705"/>
            <w:vAlign w:val="center"/>
          </w:tcPr>
          <w:p>
            <w:r/>
            <w:r>
              <w:rPr>
                <w:rFonts w:ascii="Malgun Gothic" w:hAnsi="Malgun Gothic" w:eastAsia="Malgun Gothic"/>
                <w:b w:val="0"/>
                <w:sz w:val="14"/>
              </w:rPr>
              <w:t>2</w:t>
            </w:r>
          </w:p>
        </w:tc>
        <w:tc>
          <w:tcPr>
            <w:tcW w:type="dxa" w:w="705"/>
            <w:vAlign w:val="center"/>
          </w:tcPr>
          <w:p>
            <w:r/>
            <w:r>
              <w:rPr>
                <w:rFonts w:ascii="Malgun Gothic" w:hAnsi="Malgun Gothic" w:eastAsia="Malgun Gothic"/>
                <w:b w:val="0"/>
                <w:sz w:val="14"/>
              </w:rPr>
              <w:t>110</w:t>
            </w:r>
          </w:p>
        </w:tc>
        <w:tc>
          <w:tcPr>
            <w:tcW w:type="dxa" w:w="705"/>
            <w:vAlign w:val="center"/>
          </w:tcPr>
          <w:p>
            <w:r/>
            <w:r>
              <w:rPr>
                <w:rFonts w:ascii="Malgun Gothic" w:hAnsi="Malgun Gothic" w:eastAsia="Malgun Gothic"/>
                <w:b w:val="0"/>
                <w:sz w:val="14"/>
              </w:rPr>
              <w:t>140</w:t>
            </w:r>
          </w:p>
        </w:tc>
        <w:tc>
          <w:tcPr>
            <w:tcW w:type="dxa" w:w="705"/>
            <w:vAlign w:val="center"/>
          </w:tcPr>
          <w:p>
            <w:r/>
            <w:r>
              <w:rPr>
                <w:rFonts w:ascii="Malgun Gothic" w:hAnsi="Malgun Gothic" w:eastAsia="Malgun Gothic"/>
                <w:b w:val="0"/>
                <w:sz w:val="14"/>
              </w:rPr>
              <w:t>40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0.5</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19:10:55</w:t>
            </w:r>
          </w:p>
        </w:tc>
      </w:tr>
      <w:tr>
        <w:trPr>
          <w:cantSplit/>
        </w:trPr>
        <w:tc>
          <w:tcPr>
            <w:tcW w:type="dxa" w:w="705"/>
            <w:vAlign w:val="center"/>
          </w:tcPr>
          <w:p>
            <w:r/>
            <w:r>
              <w:rPr>
                <w:rFonts w:ascii="Malgun Gothic" w:hAnsi="Malgun Gothic" w:eastAsia="Malgun Gothic"/>
                <w:b w:val="0"/>
                <w:sz w:val="14"/>
              </w:rPr>
              <w:t>c</w:t>
            </w:r>
          </w:p>
        </w:tc>
        <w:tc>
          <w:tcPr>
            <w:tcW w:type="dxa" w:w="705"/>
            <w:vAlign w:val="center"/>
          </w:tcPr>
          <w:p>
            <w:r/>
            <w:r>
              <w:rPr>
                <w:rFonts w:ascii="Malgun Gothic" w:hAnsi="Malgun Gothic" w:eastAsia="Malgun Gothic"/>
                <w:b w:val="0"/>
                <w:sz w:val="14"/>
              </w:rPr>
              <w:t>1.0</w:t>
            </w:r>
          </w:p>
        </w:tc>
        <w:tc>
          <w:tcPr>
            <w:tcW w:type="dxa" w:w="705"/>
            <w:vAlign w:val="center"/>
          </w:tcPr>
          <w:p>
            <w:r/>
            <w:r>
              <w:rPr>
                <w:rFonts w:ascii="Malgun Gothic" w:hAnsi="Malgun Gothic" w:eastAsia="Malgun Gothic"/>
                <w:b w:val="0"/>
                <w:sz w:val="14"/>
              </w:rPr>
              <w:t>3</w:t>
            </w:r>
          </w:p>
        </w:tc>
        <w:tc>
          <w:tcPr>
            <w:tcW w:type="dxa" w:w="705"/>
            <w:vAlign w:val="center"/>
          </w:tcPr>
          <w:p>
            <w:r/>
            <w:r>
              <w:rPr>
                <w:rFonts w:ascii="Malgun Gothic" w:hAnsi="Malgun Gothic" w:eastAsia="Malgun Gothic"/>
                <w:b w:val="0"/>
                <w:sz w:val="14"/>
              </w:rPr>
              <w:t>120</w:t>
            </w:r>
          </w:p>
        </w:tc>
        <w:tc>
          <w:tcPr>
            <w:tcW w:type="dxa" w:w="705"/>
            <w:vAlign w:val="center"/>
          </w:tcPr>
          <w:p>
            <w:r/>
            <w:r>
              <w:rPr>
                <w:rFonts w:ascii="Malgun Gothic" w:hAnsi="Malgun Gothic" w:eastAsia="Malgun Gothic"/>
                <w:b w:val="0"/>
                <w:sz w:val="14"/>
              </w:rPr>
              <w:t>160</w:t>
            </w:r>
          </w:p>
        </w:tc>
        <w:tc>
          <w:tcPr>
            <w:tcW w:type="dxa" w:w="705"/>
            <w:vAlign w:val="center"/>
          </w:tcPr>
          <w:p>
            <w:r/>
            <w:r>
              <w:rPr>
                <w:rFonts w:ascii="Malgun Gothic" w:hAnsi="Malgun Gothic" w:eastAsia="Malgun Gothic"/>
                <w:b w:val="0"/>
                <w:sz w:val="14"/>
              </w:rPr>
              <w:t>50</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1.0</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19:10:55</w:t>
            </w:r>
          </w:p>
        </w:tc>
      </w:tr>
    </w:tbl>
    <w:p/>
    <w:p>
      <w:r>
        <w:t>전체 행 포함</w:t>
      </w:r>
    </w:p>
    <w:p>
      <w:r>
        <w:rPr>
          <w:b/>
        </w:rPr>
        <w:t>산출물 CSV: research_continuity/02_asis_same_method_reproduction/runs/20260705_194459/actual_same_method_reproduced_stress_index_v150.csv (행 3, 열 14)</w:t>
      </w:r>
    </w:p>
    <w:tbl>
      <w:tblPr>
        <w:tblStyle w:val="TableGrid"/>
        <w:tblW w:type="auto" w:w="0"/>
        <w:jc w:val="center"/>
        <w:tblLook w:firstColumn="1" w:firstRow="1" w:lastColumn="0" w:lastRow="0" w:noHBand="0" w:noVBand="1" w:val="04A0"/>
      </w:tblPr>
      <w:tblGrid>
        <w:gridCol w:w="705"/>
        <w:gridCol w:w="705"/>
        <w:gridCol w:w="705"/>
        <w:gridCol w:w="705"/>
        <w:gridCol w:w="705"/>
        <w:gridCol w:w="705"/>
        <w:gridCol w:w="705"/>
        <w:gridCol w:w="705"/>
        <w:gridCol w:w="705"/>
        <w:gridCol w:w="705"/>
        <w:gridCol w:w="705"/>
        <w:gridCol w:w="705"/>
        <w:gridCol w:w="705"/>
        <w:gridCol w:w="705"/>
      </w:tblGrid>
      <w:tr>
        <w:trPr>
          <w:tblHeader w:val="true"/>
          <w:cantSplit/>
        </w:trPr>
        <w:tc>
          <w:tcPr>
            <w:tcW w:type="dxa" w:w="705"/>
          </w:tcPr>
          <w:p>
            <w:r/>
            <w:r>
              <w:rPr>
                <w:rFonts w:ascii="Malgun Gothic" w:hAnsi="Malgun Gothic" w:eastAsia="Malgun Gothic"/>
                <w:b/>
                <w:sz w:val="14"/>
              </w:rPr>
              <w:t>call_id</w:t>
            </w:r>
          </w:p>
        </w:tc>
        <w:tc>
          <w:tcPr>
            <w:tcW w:type="dxa" w:w="705"/>
          </w:tcPr>
          <w:p>
            <w:r/>
            <w:r>
              <w:rPr>
                <w:rFonts w:ascii="Malgun Gothic" w:hAnsi="Malgun Gothic" w:eastAsia="Malgun Gothic"/>
                <w:b/>
                <w:sz w:val="14"/>
              </w:rPr>
              <w:t>stress_score</w:t>
            </w:r>
          </w:p>
        </w:tc>
        <w:tc>
          <w:tcPr>
            <w:tcW w:type="dxa" w:w="705"/>
          </w:tcPr>
          <w:p>
            <w:r/>
            <w:r>
              <w:rPr>
                <w:rFonts w:ascii="Malgun Gothic" w:hAnsi="Malgun Gothic" w:eastAsia="Malgun Gothic"/>
                <w:b/>
                <w:sz w:val="14"/>
              </w:rPr>
              <w:t>energy_mean</w:t>
            </w:r>
          </w:p>
        </w:tc>
        <w:tc>
          <w:tcPr>
            <w:tcW w:type="dxa" w:w="705"/>
          </w:tcPr>
          <w:p>
            <w:r/>
            <w:r>
              <w:rPr>
                <w:rFonts w:ascii="Malgun Gothic" w:hAnsi="Malgun Gothic" w:eastAsia="Malgun Gothic"/>
                <w:b/>
                <w:sz w:val="14"/>
              </w:rPr>
              <w:t>pitch_mean</w:t>
            </w:r>
          </w:p>
        </w:tc>
        <w:tc>
          <w:tcPr>
            <w:tcW w:type="dxa" w:w="705"/>
          </w:tcPr>
          <w:p>
            <w:r/>
            <w:r>
              <w:rPr>
                <w:rFonts w:ascii="Malgun Gothic" w:hAnsi="Malgun Gothic" w:eastAsia="Malgun Gothic"/>
                <w:b/>
                <w:sz w:val="14"/>
              </w:rPr>
              <w:t>wpm</w:t>
            </w:r>
          </w:p>
        </w:tc>
        <w:tc>
          <w:tcPr>
            <w:tcW w:type="dxa" w:w="705"/>
          </w:tcPr>
          <w:p>
            <w:r/>
            <w:r>
              <w:rPr>
                <w:rFonts w:ascii="Malgun Gothic" w:hAnsi="Malgun Gothic" w:eastAsia="Malgun Gothic"/>
                <w:b/>
                <w:sz w:val="14"/>
              </w:rPr>
              <w:t>duration_sec</w:t>
            </w:r>
          </w:p>
        </w:tc>
        <w:tc>
          <w:tcPr>
            <w:tcW w:type="dxa" w:w="705"/>
          </w:tcPr>
          <w:p>
            <w:r/>
            <w:r>
              <w:rPr>
                <w:rFonts w:ascii="Malgun Gothic" w:hAnsi="Malgun Gothic" w:eastAsia="Malgun Gothic"/>
                <w:b/>
                <w:sz w:val="14"/>
              </w:rPr>
              <w:t>z_energy_mean</w:t>
            </w:r>
          </w:p>
        </w:tc>
        <w:tc>
          <w:tcPr>
            <w:tcW w:type="dxa" w:w="705"/>
          </w:tcPr>
          <w:p>
            <w:r/>
            <w:r>
              <w:rPr>
                <w:rFonts w:ascii="Malgun Gothic" w:hAnsi="Malgun Gothic" w:eastAsia="Malgun Gothic"/>
                <w:b/>
                <w:sz w:val="14"/>
              </w:rPr>
              <w:t>z_pitch_mean</w:t>
            </w:r>
          </w:p>
        </w:tc>
        <w:tc>
          <w:tcPr>
            <w:tcW w:type="dxa" w:w="705"/>
          </w:tcPr>
          <w:p>
            <w:r/>
            <w:r>
              <w:rPr>
                <w:rFonts w:ascii="Malgun Gothic" w:hAnsi="Malgun Gothic" w:eastAsia="Malgun Gothic"/>
                <w:b/>
                <w:sz w:val="14"/>
              </w:rPr>
              <w:t>z_wpm</w:t>
            </w:r>
          </w:p>
        </w:tc>
        <w:tc>
          <w:tcPr>
            <w:tcW w:type="dxa" w:w="705"/>
          </w:tcPr>
          <w:p>
            <w:r/>
            <w:r>
              <w:rPr>
                <w:rFonts w:ascii="Malgun Gothic" w:hAnsi="Malgun Gothic" w:eastAsia="Malgun Gothic"/>
                <w:b/>
                <w:sz w:val="14"/>
              </w:rPr>
              <w:t>z_duration_sec</w:t>
            </w:r>
          </w:p>
        </w:tc>
        <w:tc>
          <w:tcPr>
            <w:tcW w:type="dxa" w:w="705"/>
          </w:tcPr>
          <w:p>
            <w:r/>
            <w:r>
              <w:rPr>
                <w:rFonts w:ascii="Malgun Gothic" w:hAnsi="Malgun Gothic" w:eastAsia="Malgun Gothic"/>
                <w:b/>
                <w:sz w:val="14"/>
              </w:rPr>
              <w:t>stress_raw_reproduced</w:t>
            </w:r>
          </w:p>
        </w:tc>
        <w:tc>
          <w:tcPr>
            <w:tcW w:type="dxa" w:w="705"/>
          </w:tcPr>
          <w:p>
            <w:r/>
            <w:r>
              <w:rPr>
                <w:rFonts w:ascii="Malgun Gothic" w:hAnsi="Malgun Gothic" w:eastAsia="Malgun Gothic"/>
                <w:b/>
                <w:sz w:val="14"/>
              </w:rPr>
              <w:t>stress_score_reproduced</w:t>
            </w:r>
          </w:p>
        </w:tc>
        <w:tc>
          <w:tcPr>
            <w:tcW w:type="dxa" w:w="705"/>
          </w:tcPr>
          <w:p>
            <w:r/>
            <w:r>
              <w:rPr>
                <w:rFonts w:ascii="Malgun Gothic" w:hAnsi="Malgun Gothic" w:eastAsia="Malgun Gothic"/>
                <w:b/>
                <w:sz w:val="14"/>
              </w:rPr>
              <w:t>reproduction_method_version</w:t>
            </w:r>
          </w:p>
        </w:tc>
        <w:tc>
          <w:tcPr>
            <w:tcW w:type="dxa" w:w="705"/>
          </w:tcPr>
          <w:p>
            <w:r/>
            <w:r>
              <w:rPr>
                <w:rFonts w:ascii="Malgun Gothic" w:hAnsi="Malgun Gothic" w:eastAsia="Malgun Gothic"/>
                <w:b/>
                <w:sz w:val="14"/>
              </w:rPr>
              <w:t>reproduction_created_at</w:t>
            </w:r>
          </w:p>
        </w:tc>
      </w:tr>
      <w:tr>
        <w:trPr>
          <w:cantSplit/>
        </w:trPr>
        <w:tc>
          <w:tcPr>
            <w:tcW w:type="dxa" w:w="705"/>
            <w:vAlign w:val="center"/>
          </w:tcPr>
          <w:p>
            <w:r/>
            <w:r>
              <w:rPr>
                <w:rFonts w:ascii="Malgun Gothic" w:hAnsi="Malgun Gothic" w:eastAsia="Malgun Gothic"/>
                <w:b w:val="0"/>
                <w:sz w:val="14"/>
              </w:rPr>
              <w:t>a</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1</w:t>
            </w:r>
          </w:p>
        </w:tc>
        <w:tc>
          <w:tcPr>
            <w:tcW w:type="dxa" w:w="705"/>
            <w:vAlign w:val="center"/>
          </w:tcPr>
          <w:p>
            <w:r/>
            <w:r>
              <w:rPr>
                <w:rFonts w:ascii="Malgun Gothic" w:hAnsi="Malgun Gothic" w:eastAsia="Malgun Gothic"/>
                <w:b w:val="0"/>
                <w:sz w:val="14"/>
              </w:rPr>
              <w:t>100</w:t>
            </w:r>
          </w:p>
        </w:tc>
        <w:tc>
          <w:tcPr>
            <w:tcW w:type="dxa" w:w="705"/>
            <w:vAlign w:val="center"/>
          </w:tcPr>
          <w:p>
            <w:r/>
            <w:r>
              <w:rPr>
                <w:rFonts w:ascii="Malgun Gothic" w:hAnsi="Malgun Gothic" w:eastAsia="Malgun Gothic"/>
                <w:b w:val="0"/>
                <w:sz w:val="14"/>
              </w:rPr>
              <w:t>120</w:t>
            </w:r>
          </w:p>
        </w:tc>
        <w:tc>
          <w:tcPr>
            <w:tcW w:type="dxa" w:w="705"/>
            <w:vAlign w:val="center"/>
          </w:tcPr>
          <w:p>
            <w:r/>
            <w:r>
              <w:rPr>
                <w:rFonts w:ascii="Malgun Gothic" w:hAnsi="Malgun Gothic" w:eastAsia="Malgun Gothic"/>
                <w:b w:val="0"/>
                <w:sz w:val="14"/>
              </w:rPr>
              <w:t>30</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19:44:59</w:t>
            </w:r>
          </w:p>
        </w:tc>
      </w:tr>
      <w:tr>
        <w:trPr>
          <w:cantSplit/>
        </w:trPr>
        <w:tc>
          <w:tcPr>
            <w:tcW w:type="dxa" w:w="705"/>
            <w:vAlign w:val="center"/>
          </w:tcPr>
          <w:p>
            <w:r/>
            <w:r>
              <w:rPr>
                <w:rFonts w:ascii="Malgun Gothic" w:hAnsi="Malgun Gothic" w:eastAsia="Malgun Gothic"/>
                <w:b w:val="0"/>
                <w:sz w:val="14"/>
              </w:rPr>
              <w:t>b</w:t>
            </w:r>
          </w:p>
        </w:tc>
        <w:tc>
          <w:tcPr>
            <w:tcW w:type="dxa" w:w="705"/>
            <w:vAlign w:val="center"/>
          </w:tcPr>
          <w:p>
            <w:r/>
            <w:r>
              <w:rPr>
                <w:rFonts w:ascii="Malgun Gothic" w:hAnsi="Malgun Gothic" w:eastAsia="Malgun Gothic"/>
                <w:b w:val="0"/>
                <w:sz w:val="14"/>
              </w:rPr>
              <w:t>0.5</w:t>
            </w:r>
          </w:p>
        </w:tc>
        <w:tc>
          <w:tcPr>
            <w:tcW w:type="dxa" w:w="705"/>
            <w:vAlign w:val="center"/>
          </w:tcPr>
          <w:p>
            <w:r/>
            <w:r>
              <w:rPr>
                <w:rFonts w:ascii="Malgun Gothic" w:hAnsi="Malgun Gothic" w:eastAsia="Malgun Gothic"/>
                <w:b w:val="0"/>
                <w:sz w:val="14"/>
              </w:rPr>
              <w:t>2</w:t>
            </w:r>
          </w:p>
        </w:tc>
        <w:tc>
          <w:tcPr>
            <w:tcW w:type="dxa" w:w="705"/>
            <w:vAlign w:val="center"/>
          </w:tcPr>
          <w:p>
            <w:r/>
            <w:r>
              <w:rPr>
                <w:rFonts w:ascii="Malgun Gothic" w:hAnsi="Malgun Gothic" w:eastAsia="Malgun Gothic"/>
                <w:b w:val="0"/>
                <w:sz w:val="14"/>
              </w:rPr>
              <w:t>110</w:t>
            </w:r>
          </w:p>
        </w:tc>
        <w:tc>
          <w:tcPr>
            <w:tcW w:type="dxa" w:w="705"/>
            <w:vAlign w:val="center"/>
          </w:tcPr>
          <w:p>
            <w:r/>
            <w:r>
              <w:rPr>
                <w:rFonts w:ascii="Malgun Gothic" w:hAnsi="Malgun Gothic" w:eastAsia="Malgun Gothic"/>
                <w:b w:val="0"/>
                <w:sz w:val="14"/>
              </w:rPr>
              <w:t>140</w:t>
            </w:r>
          </w:p>
        </w:tc>
        <w:tc>
          <w:tcPr>
            <w:tcW w:type="dxa" w:w="705"/>
            <w:vAlign w:val="center"/>
          </w:tcPr>
          <w:p>
            <w:r/>
            <w:r>
              <w:rPr>
                <w:rFonts w:ascii="Malgun Gothic" w:hAnsi="Malgun Gothic" w:eastAsia="Malgun Gothic"/>
                <w:b w:val="0"/>
                <w:sz w:val="14"/>
              </w:rPr>
              <w:t>40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0.0</w:t>
            </w:r>
          </w:p>
        </w:tc>
        <w:tc>
          <w:tcPr>
            <w:tcW w:type="dxa" w:w="705"/>
            <w:vAlign w:val="center"/>
          </w:tcPr>
          <w:p>
            <w:r/>
            <w:r>
              <w:rPr>
                <w:rFonts w:ascii="Malgun Gothic" w:hAnsi="Malgun Gothic" w:eastAsia="Malgun Gothic"/>
                <w:b w:val="0"/>
                <w:sz w:val="14"/>
              </w:rPr>
              <w:t>0.5</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19:44:59</w:t>
            </w:r>
          </w:p>
        </w:tc>
      </w:tr>
      <w:tr>
        <w:trPr>
          <w:cantSplit/>
        </w:trPr>
        <w:tc>
          <w:tcPr>
            <w:tcW w:type="dxa" w:w="705"/>
            <w:vAlign w:val="center"/>
          </w:tcPr>
          <w:p>
            <w:r/>
            <w:r>
              <w:rPr>
                <w:rFonts w:ascii="Malgun Gothic" w:hAnsi="Malgun Gothic" w:eastAsia="Malgun Gothic"/>
                <w:b w:val="0"/>
                <w:sz w:val="14"/>
              </w:rPr>
              <w:t>c</w:t>
            </w:r>
          </w:p>
        </w:tc>
        <w:tc>
          <w:tcPr>
            <w:tcW w:type="dxa" w:w="705"/>
            <w:vAlign w:val="center"/>
          </w:tcPr>
          <w:p>
            <w:r/>
            <w:r>
              <w:rPr>
                <w:rFonts w:ascii="Malgun Gothic" w:hAnsi="Malgun Gothic" w:eastAsia="Malgun Gothic"/>
                <w:b w:val="0"/>
                <w:sz w:val="14"/>
              </w:rPr>
              <w:t>1.0</w:t>
            </w:r>
          </w:p>
        </w:tc>
        <w:tc>
          <w:tcPr>
            <w:tcW w:type="dxa" w:w="705"/>
            <w:vAlign w:val="center"/>
          </w:tcPr>
          <w:p>
            <w:r/>
            <w:r>
              <w:rPr>
                <w:rFonts w:ascii="Malgun Gothic" w:hAnsi="Malgun Gothic" w:eastAsia="Malgun Gothic"/>
                <w:b w:val="0"/>
                <w:sz w:val="14"/>
              </w:rPr>
              <w:t>3</w:t>
            </w:r>
          </w:p>
        </w:tc>
        <w:tc>
          <w:tcPr>
            <w:tcW w:type="dxa" w:w="705"/>
            <w:vAlign w:val="center"/>
          </w:tcPr>
          <w:p>
            <w:r/>
            <w:r>
              <w:rPr>
                <w:rFonts w:ascii="Malgun Gothic" w:hAnsi="Malgun Gothic" w:eastAsia="Malgun Gothic"/>
                <w:b w:val="0"/>
                <w:sz w:val="14"/>
              </w:rPr>
              <w:t>120</w:t>
            </w:r>
          </w:p>
        </w:tc>
        <w:tc>
          <w:tcPr>
            <w:tcW w:type="dxa" w:w="705"/>
            <w:vAlign w:val="center"/>
          </w:tcPr>
          <w:p>
            <w:r/>
            <w:r>
              <w:rPr>
                <w:rFonts w:ascii="Malgun Gothic" w:hAnsi="Malgun Gothic" w:eastAsia="Malgun Gothic"/>
                <w:b w:val="0"/>
                <w:sz w:val="14"/>
              </w:rPr>
              <w:t>160</w:t>
            </w:r>
          </w:p>
        </w:tc>
        <w:tc>
          <w:tcPr>
            <w:tcW w:type="dxa" w:w="705"/>
            <w:vAlign w:val="center"/>
          </w:tcPr>
          <w:p>
            <w:r/>
            <w:r>
              <w:rPr>
                <w:rFonts w:ascii="Malgun Gothic" w:hAnsi="Malgun Gothic" w:eastAsia="Malgun Gothic"/>
                <w:b w:val="0"/>
                <w:sz w:val="14"/>
              </w:rPr>
              <w:t>50</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1.224744871391589</w:t>
            </w:r>
          </w:p>
        </w:tc>
        <w:tc>
          <w:tcPr>
            <w:tcW w:type="dxa" w:w="705"/>
            <w:vAlign w:val="center"/>
          </w:tcPr>
          <w:p>
            <w:r/>
            <w:r>
              <w:rPr>
                <w:rFonts w:ascii="Malgun Gothic" w:hAnsi="Malgun Gothic" w:eastAsia="Malgun Gothic"/>
                <w:b w:val="0"/>
                <w:sz w:val="14"/>
              </w:rPr>
              <w:t>1.0</w:t>
            </w:r>
          </w:p>
        </w:tc>
        <w:tc>
          <w:tcPr>
            <w:tcW w:type="dxa" w:w="705"/>
            <w:vAlign w:val="center"/>
          </w:tcPr>
          <w:p>
            <w:r/>
            <w:r>
              <w:rPr>
                <w:rFonts w:ascii="Malgun Gothic" w:hAnsi="Malgun Gothic" w:eastAsia="Malgun Gothic"/>
                <w:b w:val="0"/>
                <w:sz w:val="14"/>
              </w:rPr>
              <w:t>v150_actual_same_method_lock</w:t>
            </w:r>
          </w:p>
        </w:tc>
        <w:tc>
          <w:tcPr>
            <w:tcW w:type="dxa" w:w="705"/>
            <w:vAlign w:val="center"/>
          </w:tcPr>
          <w:p>
            <w:r/>
            <w:r>
              <w:rPr>
                <w:rFonts w:ascii="Malgun Gothic" w:hAnsi="Malgun Gothic" w:eastAsia="Malgun Gothic"/>
                <w:b w:val="0"/>
                <w:sz w:val="14"/>
              </w:rPr>
              <w:t>2026-07-05 19:44:59</w:t>
            </w:r>
          </w:p>
        </w:tc>
      </w:tr>
    </w:tbl>
    <w:p/>
    <w:p>
      <w:r>
        <w:t>대용량 표의 앞/뒤 표본 및 구조 포함; 원본 전수 행은 데이터 부록 ZIP 포함</w:t>
      </w:r>
    </w:p>
    <w:p>
      <w:r>
        <w:rPr>
          <w:b/>
        </w:rPr>
        <w:t>산출물 CSV: research_continuity/02_asis_same_method_reproduction/runs/20260705_203636/actual_same_method_reproduced_stress_index_v150.csv (행 998, 열 13)</w:t>
      </w:r>
    </w:p>
    <w:tbl>
      <w:tblPr>
        <w:tblStyle w:val="TableGrid"/>
        <w:tblW w:type="auto" w:w="0"/>
        <w:jc w:val="center"/>
        <w:tblLook w:firstColumn="1" w:firstRow="1" w:lastColumn="0" w:lastRow="0" w:noHBand="0" w:noVBand="1" w:val="04A0"/>
      </w:tblPr>
      <w:tblGrid>
        <w:gridCol w:w="759"/>
        <w:gridCol w:w="759"/>
        <w:gridCol w:w="759"/>
        <w:gridCol w:w="759"/>
        <w:gridCol w:w="759"/>
        <w:gridCol w:w="759"/>
        <w:gridCol w:w="759"/>
        <w:gridCol w:w="759"/>
        <w:gridCol w:w="759"/>
        <w:gridCol w:w="759"/>
        <w:gridCol w:w="759"/>
        <w:gridCol w:w="759"/>
        <w:gridCol w:w="759"/>
      </w:tblGrid>
      <w:tr>
        <w:trPr>
          <w:tblHeader w:val="true"/>
          <w:cantSplit/>
        </w:trPr>
        <w:tc>
          <w:tcPr>
            <w:tcW w:type="dxa" w:w="759"/>
          </w:tcPr>
          <w:p>
            <w:r/>
            <w:r>
              <w:rPr>
                <w:rFonts w:ascii="Malgun Gothic" w:hAnsi="Malgun Gothic" w:eastAsia="Malgun Gothic"/>
                <w:b/>
                <w:sz w:val="14"/>
              </w:rPr>
              <w:t>stress_score</w:t>
            </w:r>
          </w:p>
        </w:tc>
        <w:tc>
          <w:tcPr>
            <w:tcW w:type="dxa" w:w="759"/>
          </w:tcPr>
          <w:p>
            <w:r/>
            <w:r>
              <w:rPr>
                <w:rFonts w:ascii="Malgun Gothic" w:hAnsi="Malgun Gothic" w:eastAsia="Malgun Gothic"/>
                <w:b/>
                <w:sz w:val="14"/>
              </w:rPr>
              <w:t>energy_mean</w:t>
            </w:r>
          </w:p>
        </w:tc>
        <w:tc>
          <w:tcPr>
            <w:tcW w:type="dxa" w:w="759"/>
          </w:tcPr>
          <w:p>
            <w:r/>
            <w:r>
              <w:rPr>
                <w:rFonts w:ascii="Malgun Gothic" w:hAnsi="Malgun Gothic" w:eastAsia="Malgun Gothic"/>
                <w:b/>
                <w:sz w:val="14"/>
              </w:rPr>
              <w:t>pitch_mean</w:t>
            </w:r>
          </w:p>
        </w:tc>
        <w:tc>
          <w:tcPr>
            <w:tcW w:type="dxa" w:w="759"/>
          </w:tcPr>
          <w:p>
            <w:r/>
            <w:r>
              <w:rPr>
                <w:rFonts w:ascii="Malgun Gothic" w:hAnsi="Malgun Gothic" w:eastAsia="Malgun Gothic"/>
                <w:b/>
                <w:sz w:val="14"/>
              </w:rPr>
              <w:t>wpm</w:t>
            </w:r>
          </w:p>
        </w:tc>
        <w:tc>
          <w:tcPr>
            <w:tcW w:type="dxa" w:w="759"/>
          </w:tcPr>
          <w:p>
            <w:r/>
            <w:r>
              <w:rPr>
                <w:rFonts w:ascii="Malgun Gothic" w:hAnsi="Malgun Gothic" w:eastAsia="Malgun Gothic"/>
                <w:b/>
                <w:sz w:val="14"/>
              </w:rPr>
              <w:t>duration_sec</w:t>
            </w:r>
          </w:p>
        </w:tc>
        <w:tc>
          <w:tcPr>
            <w:tcW w:type="dxa" w:w="759"/>
          </w:tcPr>
          <w:p>
            <w:r/>
            <w:r>
              <w:rPr>
                <w:rFonts w:ascii="Malgun Gothic" w:hAnsi="Malgun Gothic" w:eastAsia="Malgun Gothic"/>
                <w:b/>
                <w:sz w:val="14"/>
              </w:rPr>
              <w:t>z_energy_mean</w:t>
            </w:r>
          </w:p>
        </w:tc>
        <w:tc>
          <w:tcPr>
            <w:tcW w:type="dxa" w:w="759"/>
          </w:tcPr>
          <w:p>
            <w:r/>
            <w:r>
              <w:rPr>
                <w:rFonts w:ascii="Malgun Gothic" w:hAnsi="Malgun Gothic" w:eastAsia="Malgun Gothic"/>
                <w:b/>
                <w:sz w:val="14"/>
              </w:rPr>
              <w:t>z_pitch_mean</w:t>
            </w:r>
          </w:p>
        </w:tc>
        <w:tc>
          <w:tcPr>
            <w:tcW w:type="dxa" w:w="759"/>
          </w:tcPr>
          <w:p>
            <w:r/>
            <w:r>
              <w:rPr>
                <w:rFonts w:ascii="Malgun Gothic" w:hAnsi="Malgun Gothic" w:eastAsia="Malgun Gothic"/>
                <w:b/>
                <w:sz w:val="14"/>
              </w:rPr>
              <w:t>z_wpm</w:t>
            </w:r>
          </w:p>
        </w:tc>
        <w:tc>
          <w:tcPr>
            <w:tcW w:type="dxa" w:w="759"/>
          </w:tcPr>
          <w:p>
            <w:r/>
            <w:r>
              <w:rPr>
                <w:rFonts w:ascii="Malgun Gothic" w:hAnsi="Malgun Gothic" w:eastAsia="Malgun Gothic"/>
                <w:b/>
                <w:sz w:val="14"/>
              </w:rPr>
              <w:t>z_duration_sec</w:t>
            </w:r>
          </w:p>
        </w:tc>
        <w:tc>
          <w:tcPr>
            <w:tcW w:type="dxa" w:w="759"/>
          </w:tcPr>
          <w:p>
            <w:r/>
            <w:r>
              <w:rPr>
                <w:rFonts w:ascii="Malgun Gothic" w:hAnsi="Malgun Gothic" w:eastAsia="Malgun Gothic"/>
                <w:b/>
                <w:sz w:val="14"/>
              </w:rPr>
              <w:t>stress_raw_reproduced</w:t>
            </w:r>
          </w:p>
        </w:tc>
        <w:tc>
          <w:tcPr>
            <w:tcW w:type="dxa" w:w="759"/>
          </w:tcPr>
          <w:p>
            <w:r/>
            <w:r>
              <w:rPr>
                <w:rFonts w:ascii="Malgun Gothic" w:hAnsi="Malgun Gothic" w:eastAsia="Malgun Gothic"/>
                <w:b/>
                <w:sz w:val="14"/>
              </w:rPr>
              <w:t>stress_score_reproduced</w:t>
            </w:r>
          </w:p>
        </w:tc>
        <w:tc>
          <w:tcPr>
            <w:tcW w:type="dxa" w:w="759"/>
          </w:tcPr>
          <w:p>
            <w:r/>
            <w:r>
              <w:rPr>
                <w:rFonts w:ascii="Malgun Gothic" w:hAnsi="Malgun Gothic" w:eastAsia="Malgun Gothic"/>
                <w:b/>
                <w:sz w:val="14"/>
              </w:rPr>
              <w:t>reproduction_method_version</w:t>
            </w:r>
          </w:p>
        </w:tc>
        <w:tc>
          <w:tcPr>
            <w:tcW w:type="dxa" w:w="759"/>
          </w:tcPr>
          <w:p>
            <w:r/>
            <w:r>
              <w:rPr>
                <w:rFonts w:ascii="Malgun Gothic" w:hAnsi="Malgun Gothic" w:eastAsia="Malgun Gothic"/>
                <w:b/>
                <w:sz w:val="14"/>
              </w:rPr>
              <w:t>reproduction_created_at</w:t>
            </w:r>
          </w:p>
        </w:tc>
      </w:tr>
      <w:tr>
        <w:trPr>
          <w:cantSplit/>
        </w:trPr>
        <w:tc>
          <w:tcPr>
            <w:tcW w:type="dxa" w:w="759"/>
            <w:vAlign w:val="center"/>
          </w:tcPr>
          <w:p>
            <w:r/>
            <w:r>
              <w:rPr>
                <w:rFonts w:ascii="Malgun Gothic" w:hAnsi="Malgun Gothic" w:eastAsia="Malgun Gothic"/>
                <w:b w:val="0"/>
                <w:sz w:val="14"/>
              </w:rPr>
              <w:t>0.4683262039507043</w:t>
            </w:r>
          </w:p>
        </w:tc>
        <w:tc>
          <w:tcPr>
            <w:tcW w:type="dxa" w:w="759"/>
            <w:vAlign w:val="center"/>
          </w:tcPr>
          <w:p>
            <w:r/>
            <w:r>
              <w:rPr>
                <w:rFonts w:ascii="Malgun Gothic" w:hAnsi="Malgun Gothic" w:eastAsia="Malgun Gothic"/>
                <w:b w:val="0"/>
                <w:sz w:val="14"/>
              </w:rPr>
              <w:t>0.0387283228337764</w:t>
            </w:r>
          </w:p>
        </w:tc>
        <w:tc>
          <w:tcPr>
            <w:tcW w:type="dxa" w:w="759"/>
            <w:vAlign w:val="center"/>
          </w:tcPr>
          <w:p>
            <w:r/>
            <w:r>
              <w:rPr>
                <w:rFonts w:ascii="Malgun Gothic" w:hAnsi="Malgun Gothic" w:eastAsia="Malgun Gothic"/>
                <w:b w:val="0"/>
                <w:sz w:val="14"/>
              </w:rPr>
              <w:t>238.0246184292892</w:t>
            </w:r>
          </w:p>
        </w:tc>
        <w:tc>
          <w:tcPr>
            <w:tcW w:type="dxa" w:w="759"/>
            <w:vAlign w:val="center"/>
          </w:tcPr>
          <w:p>
            <w:r/>
            <w:r>
              <w:rPr>
                <w:rFonts w:ascii="Malgun Gothic" w:hAnsi="Malgun Gothic" w:eastAsia="Malgun Gothic"/>
                <w:b w:val="0"/>
                <w:sz w:val="14"/>
              </w:rPr>
              <w:t>56.11510791366906</w:t>
            </w:r>
          </w:p>
        </w:tc>
        <w:tc>
          <w:tcPr>
            <w:tcW w:type="dxa" w:w="759"/>
            <w:vAlign w:val="center"/>
          </w:tcPr>
          <w:p>
            <w:r/>
            <w:r>
              <w:rPr>
                <w:rFonts w:ascii="Malgun Gothic" w:hAnsi="Malgun Gothic" w:eastAsia="Malgun Gothic"/>
                <w:b w:val="0"/>
                <w:sz w:val="14"/>
              </w:rPr>
              <w:t>41.7</w:t>
            </w:r>
          </w:p>
        </w:tc>
        <w:tc>
          <w:tcPr>
            <w:tcW w:type="dxa" w:w="759"/>
            <w:vAlign w:val="center"/>
          </w:tcPr>
          <w:p>
            <w:r/>
            <w:r>
              <w:rPr>
                <w:rFonts w:ascii="Malgun Gothic" w:hAnsi="Malgun Gothic" w:eastAsia="Malgun Gothic"/>
                <w:b w:val="0"/>
                <w:sz w:val="14"/>
              </w:rPr>
              <w:t>-1.0006849139043317</w:t>
            </w:r>
          </w:p>
        </w:tc>
        <w:tc>
          <w:tcPr>
            <w:tcW w:type="dxa" w:w="759"/>
            <w:vAlign w:val="center"/>
          </w:tcPr>
          <w:p>
            <w:r/>
            <w:r>
              <w:rPr>
                <w:rFonts w:ascii="Malgun Gothic" w:hAnsi="Malgun Gothic" w:eastAsia="Malgun Gothic"/>
                <w:b w:val="0"/>
                <w:sz w:val="14"/>
              </w:rPr>
              <w:t>0.29390534085006853</w:t>
            </w:r>
          </w:p>
        </w:tc>
        <w:tc>
          <w:tcPr>
            <w:tcW w:type="dxa" w:w="759"/>
            <w:vAlign w:val="center"/>
          </w:tcPr>
          <w:p>
            <w:r/>
            <w:r>
              <w:rPr>
                <w:rFonts w:ascii="Malgun Gothic" w:hAnsi="Malgun Gothic" w:eastAsia="Malgun Gothic"/>
                <w:b w:val="0"/>
                <w:sz w:val="14"/>
              </w:rPr>
              <w:t>-1.372766389316937</w:t>
            </w:r>
          </w:p>
        </w:tc>
        <w:tc>
          <w:tcPr>
            <w:tcW w:type="dxa" w:w="759"/>
            <w:vAlign w:val="center"/>
          </w:tcPr>
          <w:p>
            <w:r/>
            <w:r>
              <w:rPr>
                <w:rFonts w:ascii="Malgun Gothic" w:hAnsi="Malgun Gothic" w:eastAsia="Malgun Gothic"/>
                <w:b w:val="0"/>
                <w:sz w:val="14"/>
              </w:rPr>
              <w:t>-0.6169289523980969</w:t>
            </w:r>
          </w:p>
        </w:tc>
        <w:tc>
          <w:tcPr>
            <w:tcW w:type="dxa" w:w="759"/>
            <w:vAlign w:val="center"/>
          </w:tcPr>
          <w:p>
            <w:r/>
            <w:r>
              <w:rPr>
                <w:rFonts w:ascii="Malgun Gothic" w:hAnsi="Malgun Gothic" w:eastAsia="Malgun Gothic"/>
                <w:b w:val="0"/>
                <w:sz w:val="14"/>
              </w:rPr>
              <w:t>-0.6741187286923243</w:t>
            </w:r>
          </w:p>
        </w:tc>
        <w:tc>
          <w:tcPr>
            <w:tcW w:type="dxa" w:w="759"/>
            <w:vAlign w:val="center"/>
          </w:tcPr>
          <w:p>
            <w:r/>
            <w:r>
              <w:rPr>
                <w:rFonts w:ascii="Malgun Gothic" w:hAnsi="Malgun Gothic" w:eastAsia="Malgun Gothic"/>
                <w:b w:val="0"/>
                <w:sz w:val="14"/>
              </w:rPr>
              <w:t>0.2300850778021826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0.5713886240741856</w:t>
            </w:r>
          </w:p>
        </w:tc>
        <w:tc>
          <w:tcPr>
            <w:tcW w:type="dxa" w:w="759"/>
            <w:vAlign w:val="center"/>
          </w:tcPr>
          <w:p>
            <w:r/>
            <w:r>
              <w:rPr>
                <w:rFonts w:ascii="Malgun Gothic" w:hAnsi="Malgun Gothic" w:eastAsia="Malgun Gothic"/>
                <w:b w:val="0"/>
                <w:sz w:val="14"/>
              </w:rPr>
              <w:t>0.0516217462718486</w:t>
            </w:r>
          </w:p>
        </w:tc>
        <w:tc>
          <w:tcPr>
            <w:tcW w:type="dxa" w:w="759"/>
            <w:vAlign w:val="center"/>
          </w:tcPr>
          <w:p>
            <w:r/>
            <w:r>
              <w:rPr>
                <w:rFonts w:ascii="Malgun Gothic" w:hAnsi="Malgun Gothic" w:eastAsia="Malgun Gothic"/>
                <w:b w:val="0"/>
                <w:sz w:val="14"/>
              </w:rPr>
              <w:t>254.4835085646635</w:t>
            </w:r>
          </w:p>
        </w:tc>
        <w:tc>
          <w:tcPr>
            <w:tcW w:type="dxa" w:w="759"/>
            <w:vAlign w:val="center"/>
          </w:tcPr>
          <w:p>
            <w:r/>
            <w:r>
              <w:rPr>
                <w:rFonts w:ascii="Malgun Gothic" w:hAnsi="Malgun Gothic" w:eastAsia="Malgun Gothic"/>
                <w:b w:val="0"/>
                <w:sz w:val="14"/>
              </w:rPr>
              <w:t>112.94117647058825</w:t>
            </w:r>
          </w:p>
        </w:tc>
        <w:tc>
          <w:tcPr>
            <w:tcW w:type="dxa" w:w="759"/>
            <w:vAlign w:val="center"/>
          </w:tcPr>
          <w:p>
            <w:r/>
            <w:r>
              <w:rPr>
                <w:rFonts w:ascii="Malgun Gothic" w:hAnsi="Malgun Gothic" w:eastAsia="Malgun Gothic"/>
                <w:b w:val="0"/>
                <w:sz w:val="14"/>
              </w:rPr>
              <w:t>76.5</w:t>
            </w:r>
          </w:p>
        </w:tc>
        <w:tc>
          <w:tcPr>
            <w:tcW w:type="dxa" w:w="759"/>
            <w:vAlign w:val="center"/>
          </w:tcPr>
          <w:p>
            <w:r/>
            <w:r>
              <w:rPr>
                <w:rFonts w:ascii="Malgun Gothic" w:hAnsi="Malgun Gothic" w:eastAsia="Malgun Gothic"/>
                <w:b w:val="0"/>
                <w:sz w:val="14"/>
              </w:rPr>
              <w:t>-0.559373815551796</w:t>
            </w:r>
          </w:p>
        </w:tc>
        <w:tc>
          <w:tcPr>
            <w:tcW w:type="dxa" w:w="759"/>
            <w:vAlign w:val="center"/>
          </w:tcPr>
          <w:p>
            <w:r/>
            <w:r>
              <w:rPr>
                <w:rFonts w:ascii="Malgun Gothic" w:hAnsi="Malgun Gothic" w:eastAsia="Malgun Gothic"/>
                <w:b w:val="0"/>
                <w:sz w:val="14"/>
              </w:rPr>
              <w:t>0.8847365424679859</w:t>
            </w:r>
          </w:p>
        </w:tc>
        <w:tc>
          <w:tcPr>
            <w:tcW w:type="dxa" w:w="759"/>
            <w:vAlign w:val="center"/>
          </w:tcPr>
          <w:p>
            <w:r/>
            <w:r>
              <w:rPr>
                <w:rFonts w:ascii="Malgun Gothic" w:hAnsi="Malgun Gothic" w:eastAsia="Malgun Gothic"/>
                <w:b w:val="0"/>
                <w:sz w:val="14"/>
              </w:rPr>
              <w:t>1.553699901604292</w:t>
            </w:r>
          </w:p>
        </w:tc>
        <w:tc>
          <w:tcPr>
            <w:tcW w:type="dxa" w:w="759"/>
            <w:vAlign w:val="center"/>
          </w:tcPr>
          <w:p>
            <w:r/>
            <w:r>
              <w:rPr>
                <w:rFonts w:ascii="Malgun Gothic" w:hAnsi="Malgun Gothic" w:eastAsia="Malgun Gothic"/>
                <w:b w:val="0"/>
                <w:sz w:val="14"/>
              </w:rPr>
              <w:t>-0.41250039997181626</w:t>
            </w:r>
          </w:p>
        </w:tc>
        <w:tc>
          <w:tcPr>
            <w:tcW w:type="dxa" w:w="759"/>
            <w:vAlign w:val="center"/>
          </w:tcPr>
          <w:p>
            <w:r/>
            <w:r>
              <w:rPr>
                <w:rFonts w:ascii="Malgun Gothic" w:hAnsi="Malgun Gothic" w:eastAsia="Malgun Gothic"/>
                <w:b w:val="0"/>
                <w:sz w:val="14"/>
              </w:rPr>
              <w:t>0.3666405571371665</w:t>
            </w:r>
          </w:p>
        </w:tc>
        <w:tc>
          <w:tcPr>
            <w:tcW w:type="dxa" w:w="759"/>
            <w:vAlign w:val="center"/>
          </w:tcPr>
          <w:p>
            <w:r/>
            <w:r>
              <w:rPr>
                <w:rFonts w:ascii="Malgun Gothic" w:hAnsi="Malgun Gothic" w:eastAsia="Malgun Gothic"/>
                <w:b w:val="0"/>
                <w:sz w:val="14"/>
              </w:rPr>
              <w:t>0.4648931326403989</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0.5473446708552673</w:t>
            </w:r>
          </w:p>
        </w:tc>
        <w:tc>
          <w:tcPr>
            <w:tcW w:type="dxa" w:w="759"/>
            <w:vAlign w:val="center"/>
          </w:tcPr>
          <w:p>
            <w:r/>
            <w:r>
              <w:rPr>
                <w:rFonts w:ascii="Malgun Gothic" w:hAnsi="Malgun Gothic" w:eastAsia="Malgun Gothic"/>
                <w:b w:val="0"/>
                <w:sz w:val="14"/>
              </w:rPr>
              <w:t>0.0836487412452697</w:t>
            </w:r>
          </w:p>
        </w:tc>
        <w:tc>
          <w:tcPr>
            <w:tcW w:type="dxa" w:w="759"/>
            <w:vAlign w:val="center"/>
          </w:tcPr>
          <w:p>
            <w:r/>
            <w:r>
              <w:rPr>
                <w:rFonts w:ascii="Malgun Gothic" w:hAnsi="Malgun Gothic" w:eastAsia="Malgun Gothic"/>
                <w:b w:val="0"/>
                <w:sz w:val="14"/>
              </w:rPr>
              <w:t>250.6328955076774</w:t>
            </w:r>
          </w:p>
        </w:tc>
        <w:tc>
          <w:tcPr>
            <w:tcW w:type="dxa" w:w="759"/>
            <w:vAlign w:val="center"/>
          </w:tcPr>
          <w:p>
            <w:r/>
            <w:r>
              <w:rPr>
                <w:rFonts w:ascii="Malgun Gothic" w:hAnsi="Malgun Gothic" w:eastAsia="Malgun Gothic"/>
                <w:b w:val="0"/>
                <w:sz w:val="14"/>
              </w:rPr>
              <w:t>67.36526946107786</w:t>
            </w:r>
          </w:p>
        </w:tc>
        <w:tc>
          <w:tcPr>
            <w:tcW w:type="dxa" w:w="759"/>
            <w:vAlign w:val="center"/>
          </w:tcPr>
          <w:p>
            <w:r/>
            <w:r>
              <w:rPr>
                <w:rFonts w:ascii="Malgun Gothic" w:hAnsi="Malgun Gothic" w:eastAsia="Malgun Gothic"/>
                <w:b w:val="0"/>
                <w:sz w:val="14"/>
              </w:rPr>
              <w:t>40.08</w:t>
            </w:r>
          </w:p>
        </w:tc>
        <w:tc>
          <w:tcPr>
            <w:tcW w:type="dxa" w:w="759"/>
            <w:vAlign w:val="center"/>
          </w:tcPr>
          <w:p>
            <w:r/>
            <w:r>
              <w:rPr>
                <w:rFonts w:ascii="Malgun Gothic" w:hAnsi="Malgun Gothic" w:eastAsia="Malgun Gothic"/>
                <w:b w:val="0"/>
                <w:sz w:val="14"/>
              </w:rPr>
              <w:t>0.536833750773573</w:t>
            </w:r>
          </w:p>
        </w:tc>
        <w:tc>
          <w:tcPr>
            <w:tcW w:type="dxa" w:w="759"/>
            <w:vAlign w:val="center"/>
          </w:tcPr>
          <w:p>
            <w:r/>
            <w:r>
              <w:rPr>
                <w:rFonts w:ascii="Malgun Gothic" w:hAnsi="Malgun Gothic" w:eastAsia="Malgun Gothic"/>
                <w:b w:val="0"/>
                <w:sz w:val="14"/>
              </w:rPr>
              <w:t>0.7465095830124963</w:t>
            </w:r>
          </w:p>
        </w:tc>
        <w:tc>
          <w:tcPr>
            <w:tcW w:type="dxa" w:w="759"/>
            <w:vAlign w:val="center"/>
          </w:tcPr>
          <w:p>
            <w:r/>
            <w:r>
              <w:rPr>
                <w:rFonts w:ascii="Malgun Gothic" w:hAnsi="Malgun Gothic" w:eastAsia="Malgun Gothic"/>
                <w:b w:val="0"/>
                <w:sz w:val="14"/>
              </w:rPr>
              <w:t>-0.7933981632195622</w:t>
            </w:r>
          </w:p>
        </w:tc>
        <w:tc>
          <w:tcPr>
            <w:tcW w:type="dxa" w:w="759"/>
            <w:vAlign w:val="center"/>
          </w:tcPr>
          <w:p>
            <w:r/>
            <w:r>
              <w:rPr>
                <w:rFonts w:ascii="Malgun Gothic" w:hAnsi="Malgun Gothic" w:eastAsia="Malgun Gothic"/>
                <w:b w:val="0"/>
                <w:sz w:val="14"/>
              </w:rPr>
              <w:t>-0.6264454539765617</w:t>
            </w:r>
          </w:p>
        </w:tc>
        <w:tc>
          <w:tcPr>
            <w:tcW w:type="dxa" w:w="759"/>
            <w:vAlign w:val="center"/>
          </w:tcPr>
          <w:p>
            <w:r/>
            <w:r>
              <w:rPr>
                <w:rFonts w:ascii="Malgun Gothic" w:hAnsi="Malgun Gothic" w:eastAsia="Malgun Gothic"/>
                <w:b w:val="0"/>
                <w:sz w:val="14"/>
              </w:rPr>
              <w:t>-0.03412507085251365</w:t>
            </w:r>
          </w:p>
        </w:tc>
        <w:tc>
          <w:tcPr>
            <w:tcW w:type="dxa" w:w="759"/>
            <w:vAlign w:val="center"/>
          </w:tcPr>
          <w:p>
            <w:r/>
            <w:r>
              <w:rPr>
                <w:rFonts w:ascii="Malgun Gothic" w:hAnsi="Malgun Gothic" w:eastAsia="Malgun Gothic"/>
                <w:b w:val="0"/>
                <w:sz w:val="14"/>
              </w:rPr>
              <w:t>0.37447549348450854</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0.4768164001836527</w:t>
            </w:r>
          </w:p>
        </w:tc>
        <w:tc>
          <w:tcPr>
            <w:tcW w:type="dxa" w:w="759"/>
            <w:vAlign w:val="center"/>
          </w:tcPr>
          <w:p>
            <w:r/>
            <w:r>
              <w:rPr>
                <w:rFonts w:ascii="Malgun Gothic" w:hAnsi="Malgun Gothic" w:eastAsia="Malgun Gothic"/>
                <w:b w:val="0"/>
                <w:sz w:val="14"/>
              </w:rPr>
              <w:t>0.0569056421518325</w:t>
            </w:r>
          </w:p>
        </w:tc>
        <w:tc>
          <w:tcPr>
            <w:tcW w:type="dxa" w:w="759"/>
            <w:vAlign w:val="center"/>
          </w:tcPr>
          <w:p>
            <w:r/>
            <w:r>
              <w:rPr>
                <w:rFonts w:ascii="Malgun Gothic" w:hAnsi="Malgun Gothic" w:eastAsia="Malgun Gothic"/>
                <w:b w:val="0"/>
                <w:sz w:val="14"/>
              </w:rPr>
              <w:t>259.63355756495304</w:t>
            </w:r>
          </w:p>
        </w:tc>
        <w:tc>
          <w:tcPr>
            <w:tcW w:type="dxa" w:w="759"/>
            <w:vAlign w:val="center"/>
          </w:tcPr>
          <w:p>
            <w:r/>
            <w:r>
              <w:rPr>
                <w:rFonts w:ascii="Malgun Gothic" w:hAnsi="Malgun Gothic" w:eastAsia="Malgun Gothic"/>
                <w:b w:val="0"/>
                <w:sz w:val="14"/>
              </w:rPr>
              <w:t>53.07346326836582</w:t>
            </w:r>
          </w:p>
        </w:tc>
        <w:tc>
          <w:tcPr>
            <w:tcW w:type="dxa" w:w="759"/>
            <w:vAlign w:val="center"/>
          </w:tcPr>
          <w:p>
            <w:r/>
            <w:r>
              <w:rPr>
                <w:rFonts w:ascii="Malgun Gothic" w:hAnsi="Malgun Gothic" w:eastAsia="Malgun Gothic"/>
                <w:b w:val="0"/>
                <w:sz w:val="14"/>
              </w:rPr>
              <w:t>200.1</w:t>
            </w:r>
          </w:p>
        </w:tc>
        <w:tc>
          <w:tcPr>
            <w:tcW w:type="dxa" w:w="759"/>
            <w:vAlign w:val="center"/>
          </w:tcPr>
          <w:p>
            <w:r/>
            <w:r>
              <w:rPr>
                <w:rFonts w:ascii="Malgun Gothic" w:hAnsi="Malgun Gothic" w:eastAsia="Malgun Gothic"/>
                <w:b w:val="0"/>
                <w:sz w:val="14"/>
              </w:rPr>
              <w:t>-0.3785186760633514</w:t>
            </w:r>
          </w:p>
        </w:tc>
        <w:tc>
          <w:tcPr>
            <w:tcW w:type="dxa" w:w="759"/>
            <w:vAlign w:val="center"/>
          </w:tcPr>
          <w:p>
            <w:r/>
            <w:r>
              <w:rPr>
                <w:rFonts w:ascii="Malgun Gothic" w:hAnsi="Malgun Gothic" w:eastAsia="Malgun Gothic"/>
                <w:b w:val="0"/>
                <w:sz w:val="14"/>
              </w:rPr>
              <w:t>1.069609861033522</w:t>
            </w:r>
          </w:p>
        </w:tc>
        <w:tc>
          <w:tcPr>
            <w:tcW w:type="dxa" w:w="759"/>
            <w:vAlign w:val="center"/>
          </w:tcPr>
          <w:p>
            <w:r/>
            <w:r>
              <w:rPr>
                <w:rFonts w:ascii="Malgun Gothic" w:hAnsi="Malgun Gothic" w:eastAsia="Malgun Gothic"/>
                <w:b w:val="0"/>
                <w:sz w:val="14"/>
              </w:rPr>
              <w:t>-1.5294070077775492</w:t>
            </w:r>
          </w:p>
        </w:tc>
        <w:tc>
          <w:tcPr>
            <w:tcW w:type="dxa" w:w="759"/>
            <w:vAlign w:val="center"/>
          </w:tcPr>
          <w:p>
            <w:r/>
            <w:r>
              <w:rPr>
                <w:rFonts w:ascii="Malgun Gothic" w:hAnsi="Malgun Gothic" w:eastAsia="Malgun Gothic"/>
                <w:b w:val="0"/>
                <w:sz w:val="14"/>
              </w:rPr>
              <w:t>0.3135734241629046</w:t>
            </w:r>
          </w:p>
        </w:tc>
        <w:tc>
          <w:tcPr>
            <w:tcW w:type="dxa" w:w="759"/>
            <w:vAlign w:val="center"/>
          </w:tcPr>
          <w:p>
            <w:r/>
            <w:r>
              <w:rPr>
                <w:rFonts w:ascii="Malgun Gothic" w:hAnsi="Malgun Gothic" w:eastAsia="Malgun Gothic"/>
                <w:b w:val="0"/>
                <w:sz w:val="14"/>
              </w:rPr>
              <w:t>-0.13118559966111848</w:t>
            </w:r>
          </w:p>
        </w:tc>
        <w:tc>
          <w:tcPr>
            <w:tcW w:type="dxa" w:w="759"/>
            <w:vAlign w:val="center"/>
          </w:tcPr>
          <w:p>
            <w:r/>
            <w:r>
              <w:rPr>
                <w:rFonts w:ascii="Malgun Gothic" w:hAnsi="Malgun Gothic" w:eastAsia="Malgun Gothic"/>
                <w:b w:val="0"/>
                <w:sz w:val="14"/>
              </w:rPr>
              <w:t>0.35257744820024006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0.5043445955787879</w:t>
            </w:r>
          </w:p>
        </w:tc>
        <w:tc>
          <w:tcPr>
            <w:tcW w:type="dxa" w:w="759"/>
            <w:vAlign w:val="center"/>
          </w:tcPr>
          <w:p>
            <w:r/>
            <w:r>
              <w:rPr>
                <w:rFonts w:ascii="Malgun Gothic" w:hAnsi="Malgun Gothic" w:eastAsia="Malgun Gothic"/>
                <w:b w:val="0"/>
                <w:sz w:val="14"/>
              </w:rPr>
              <w:t>0.0736489668488502</w:t>
            </w:r>
          </w:p>
        </w:tc>
        <w:tc>
          <w:tcPr>
            <w:tcW w:type="dxa" w:w="759"/>
            <w:vAlign w:val="center"/>
          </w:tcPr>
          <w:p>
            <w:r/>
            <w:r>
              <w:rPr>
                <w:rFonts w:ascii="Malgun Gothic" w:hAnsi="Malgun Gothic" w:eastAsia="Malgun Gothic"/>
                <w:b w:val="0"/>
                <w:sz w:val="14"/>
              </w:rPr>
              <w:t>212.8201100241104</w:t>
            </w:r>
          </w:p>
        </w:tc>
        <w:tc>
          <w:tcPr>
            <w:tcW w:type="dxa" w:w="759"/>
            <w:vAlign w:val="center"/>
          </w:tcPr>
          <w:p>
            <w:r/>
            <w:r>
              <w:rPr>
                <w:rFonts w:ascii="Malgun Gothic" w:hAnsi="Malgun Gothic" w:eastAsia="Malgun Gothic"/>
                <w:b w:val="0"/>
                <w:sz w:val="14"/>
              </w:rPr>
              <w:t>89.41736028537456</w:t>
            </w:r>
          </w:p>
        </w:tc>
        <w:tc>
          <w:tcPr>
            <w:tcW w:type="dxa" w:w="759"/>
            <w:vAlign w:val="center"/>
          </w:tcPr>
          <w:p>
            <w:r/>
            <w:r>
              <w:rPr>
                <w:rFonts w:ascii="Malgun Gothic" w:hAnsi="Malgun Gothic" w:eastAsia="Malgun Gothic"/>
                <w:b w:val="0"/>
                <w:sz w:val="14"/>
              </w:rPr>
              <w:t>252.3</w:t>
            </w:r>
          </w:p>
        </w:tc>
        <w:tc>
          <w:tcPr>
            <w:tcW w:type="dxa" w:w="759"/>
            <w:vAlign w:val="center"/>
          </w:tcPr>
          <w:p>
            <w:r/>
            <w:r>
              <w:rPr>
                <w:rFonts w:ascii="Malgun Gothic" w:hAnsi="Malgun Gothic" w:eastAsia="Malgun Gothic"/>
                <w:b w:val="0"/>
                <w:sz w:val="14"/>
              </w:rPr>
              <w:t>0.1945653498824221</w:t>
            </w:r>
          </w:p>
        </w:tc>
        <w:tc>
          <w:tcPr>
            <w:tcW w:type="dxa" w:w="759"/>
            <w:vAlign w:val="center"/>
          </w:tcPr>
          <w:p>
            <w:r/>
            <w:r>
              <w:rPr>
                <w:rFonts w:ascii="Malgun Gothic" w:hAnsi="Malgun Gothic" w:eastAsia="Malgun Gothic"/>
                <w:b w:val="0"/>
                <w:sz w:val="14"/>
              </w:rPr>
              <w:t>-0.6108707324293121</w:t>
            </w:r>
          </w:p>
        </w:tc>
        <w:tc>
          <w:tcPr>
            <w:tcW w:type="dxa" w:w="759"/>
            <w:vAlign w:val="center"/>
          </w:tcPr>
          <w:p>
            <w:r/>
            <w:r>
              <w:rPr>
                <w:rFonts w:ascii="Malgun Gothic" w:hAnsi="Malgun Gothic" w:eastAsia="Malgun Gothic"/>
                <w:b w:val="0"/>
                <w:sz w:val="14"/>
              </w:rPr>
              <w:t>0.34225492840681293</w:t>
            </w:r>
          </w:p>
        </w:tc>
        <w:tc>
          <w:tcPr>
            <w:tcW w:type="dxa" w:w="759"/>
            <w:vAlign w:val="center"/>
          </w:tcPr>
          <w:p>
            <w:r/>
            <w:r>
              <w:rPr>
                <w:rFonts w:ascii="Malgun Gothic" w:hAnsi="Malgun Gothic" w:eastAsia="Malgun Gothic"/>
                <w:b w:val="0"/>
                <w:sz w:val="14"/>
              </w:rPr>
              <w:t>0.6202162528023257</w:t>
            </w:r>
          </w:p>
        </w:tc>
        <w:tc>
          <w:tcPr>
            <w:tcW w:type="dxa" w:w="759"/>
            <w:vAlign w:val="center"/>
          </w:tcPr>
          <w:p>
            <w:r/>
            <w:r>
              <w:rPr>
                <w:rFonts w:ascii="Malgun Gothic" w:hAnsi="Malgun Gothic" w:eastAsia="Malgun Gothic"/>
                <w:b w:val="0"/>
                <w:sz w:val="14"/>
              </w:rPr>
              <w:t>0.13654144966556217</w:t>
            </w:r>
          </w:p>
        </w:tc>
        <w:tc>
          <w:tcPr>
            <w:tcW w:type="dxa" w:w="759"/>
            <w:vAlign w:val="center"/>
          </w:tcPr>
          <w:p>
            <w:r/>
            <w:r>
              <w:rPr>
                <w:rFonts w:ascii="Malgun Gothic" w:hAnsi="Malgun Gothic" w:eastAsia="Malgun Gothic"/>
                <w:b w:val="0"/>
                <w:sz w:val="14"/>
              </w:rPr>
              <w:t>0.4129799529253069</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0.5689165843467797</w:t>
            </w:r>
          </w:p>
        </w:tc>
        <w:tc>
          <w:tcPr>
            <w:tcW w:type="dxa" w:w="759"/>
            <w:vAlign w:val="center"/>
          </w:tcPr>
          <w:p>
            <w:r/>
            <w:r>
              <w:rPr>
                <w:rFonts w:ascii="Malgun Gothic" w:hAnsi="Malgun Gothic" w:eastAsia="Malgun Gothic"/>
                <w:b w:val="0"/>
                <w:sz w:val="14"/>
              </w:rPr>
              <w:t>0.062197983264923</w:t>
            </w:r>
          </w:p>
        </w:tc>
        <w:tc>
          <w:tcPr>
            <w:tcW w:type="dxa" w:w="759"/>
            <w:vAlign w:val="center"/>
          </w:tcPr>
          <w:p>
            <w:r/>
            <w:r>
              <w:rPr>
                <w:rFonts w:ascii="Malgun Gothic" w:hAnsi="Malgun Gothic" w:eastAsia="Malgun Gothic"/>
                <w:b w:val="0"/>
                <w:sz w:val="14"/>
              </w:rPr>
              <w:t>279.7326065059236</w:t>
            </w:r>
          </w:p>
        </w:tc>
        <w:tc>
          <w:tcPr>
            <w:tcW w:type="dxa" w:w="759"/>
            <w:vAlign w:val="center"/>
          </w:tcPr>
          <w:p>
            <w:r/>
            <w:r>
              <w:rPr>
                <w:rFonts w:ascii="Malgun Gothic" w:hAnsi="Malgun Gothic" w:eastAsia="Malgun Gothic"/>
                <w:b w:val="0"/>
                <w:sz w:val="14"/>
              </w:rPr>
              <w:t>97.68339768339769</w:t>
            </w:r>
          </w:p>
        </w:tc>
        <w:tc>
          <w:tcPr>
            <w:tcW w:type="dxa" w:w="759"/>
            <w:vAlign w:val="center"/>
          </w:tcPr>
          <w:p>
            <w:r/>
            <w:r>
              <w:rPr>
                <w:rFonts w:ascii="Malgun Gothic" w:hAnsi="Malgun Gothic" w:eastAsia="Malgun Gothic"/>
                <w:b w:val="0"/>
                <w:sz w:val="14"/>
              </w:rPr>
              <w:t>155.4</w:t>
            </w:r>
          </w:p>
        </w:tc>
        <w:tc>
          <w:tcPr>
            <w:tcW w:type="dxa" w:w="759"/>
            <w:vAlign w:val="center"/>
          </w:tcPr>
          <w:p>
            <w:r/>
            <w:r>
              <w:rPr>
                <w:rFonts w:ascii="Malgun Gothic" w:hAnsi="Malgun Gothic" w:eastAsia="Malgun Gothic"/>
                <w:b w:val="0"/>
                <w:sz w:val="14"/>
              </w:rPr>
              <w:t>-0.19737447641055078</w:t>
            </w:r>
          </w:p>
        </w:tc>
        <w:tc>
          <w:tcPr>
            <w:tcW w:type="dxa" w:w="759"/>
            <w:vAlign w:val="center"/>
          </w:tcPr>
          <w:p>
            <w:r/>
            <w:r>
              <w:rPr>
                <w:rFonts w:ascii="Malgun Gothic" w:hAnsi="Malgun Gothic" w:eastAsia="Malgun Gothic"/>
                <w:b w:val="0"/>
                <w:sz w:val="14"/>
              </w:rPr>
              <w:t>1.791113263723373</w:t>
            </w:r>
          </w:p>
        </w:tc>
        <w:tc>
          <w:tcPr>
            <w:tcW w:type="dxa" w:w="759"/>
            <w:vAlign w:val="center"/>
          </w:tcPr>
          <w:p>
            <w:r/>
            <w:r>
              <w:rPr>
                <w:rFonts w:ascii="Malgun Gothic" w:hAnsi="Malgun Gothic" w:eastAsia="Malgun Gothic"/>
                <w:b w:val="0"/>
                <w:sz w:val="14"/>
              </w:rPr>
              <w:t>0.7679447644119026</w:t>
            </w:r>
          </w:p>
        </w:tc>
        <w:tc>
          <w:tcPr>
            <w:tcW w:type="dxa" w:w="759"/>
            <w:vAlign w:val="center"/>
          </w:tcPr>
          <w:p>
            <w:r/>
            <w:r>
              <w:rPr>
                <w:rFonts w:ascii="Malgun Gothic" w:hAnsi="Malgun Gothic" w:eastAsia="Malgun Gothic"/>
                <w:b w:val="0"/>
                <w:sz w:val="14"/>
              </w:rPr>
              <w:t>0.05098847320156143</w:t>
            </w:r>
          </w:p>
        </w:tc>
        <w:tc>
          <w:tcPr>
            <w:tcW w:type="dxa" w:w="759"/>
            <w:vAlign w:val="center"/>
          </w:tcPr>
          <w:p>
            <w:r/>
            <w:r>
              <w:rPr>
                <w:rFonts w:ascii="Malgun Gothic" w:hAnsi="Malgun Gothic" w:eastAsia="Malgun Gothic"/>
                <w:b w:val="0"/>
                <w:sz w:val="14"/>
              </w:rPr>
              <w:t>0.6031680062315715</w:t>
            </w:r>
          </w:p>
        </w:tc>
        <w:tc>
          <w:tcPr>
            <w:tcW w:type="dxa" w:w="759"/>
            <w:vAlign w:val="center"/>
          </w:tcPr>
          <w:p>
            <w:r/>
            <w:r>
              <w:rPr>
                <w:rFonts w:ascii="Malgun Gothic" w:hAnsi="Malgun Gothic" w:eastAsia="Malgun Gothic"/>
                <w:b w:val="0"/>
                <w:sz w:val="14"/>
              </w:rPr>
              <w:t>0.5182566250385838</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0.5566825646234406</w:t>
            </w:r>
          </w:p>
        </w:tc>
        <w:tc>
          <w:tcPr>
            <w:tcW w:type="dxa" w:w="759"/>
            <w:vAlign w:val="center"/>
          </w:tcPr>
          <w:p>
            <w:r/>
            <w:r>
              <w:rPr>
                <w:rFonts w:ascii="Malgun Gothic" w:hAnsi="Malgun Gothic" w:eastAsia="Malgun Gothic"/>
                <w:b w:val="0"/>
                <w:sz w:val="14"/>
              </w:rPr>
              <w:t>0.0671501383185386</w:t>
            </w:r>
          </w:p>
        </w:tc>
        <w:tc>
          <w:tcPr>
            <w:tcW w:type="dxa" w:w="759"/>
            <w:vAlign w:val="center"/>
          </w:tcPr>
          <w:p>
            <w:r/>
            <w:r>
              <w:rPr>
                <w:rFonts w:ascii="Malgun Gothic" w:hAnsi="Malgun Gothic" w:eastAsia="Malgun Gothic"/>
                <w:b w:val="0"/>
                <w:sz w:val="14"/>
              </w:rPr>
              <w:t>248.7467027838688</w:t>
            </w:r>
          </w:p>
        </w:tc>
        <w:tc>
          <w:tcPr>
            <w:tcW w:type="dxa" w:w="759"/>
            <w:vAlign w:val="center"/>
          </w:tcPr>
          <w:p>
            <w:r/>
            <w:r>
              <w:rPr>
                <w:rFonts w:ascii="Malgun Gothic" w:hAnsi="Malgun Gothic" w:eastAsia="Malgun Gothic"/>
                <w:b w:val="0"/>
                <w:sz w:val="14"/>
              </w:rPr>
              <w:t>94.35829759155394</w:t>
            </w:r>
          </w:p>
        </w:tc>
        <w:tc>
          <w:tcPr>
            <w:tcW w:type="dxa" w:w="759"/>
            <w:vAlign w:val="center"/>
          </w:tcPr>
          <w:p>
            <w:r/>
            <w:r>
              <w:rPr>
                <w:rFonts w:ascii="Malgun Gothic" w:hAnsi="Malgun Gothic" w:eastAsia="Malgun Gothic"/>
                <w:b w:val="0"/>
                <w:sz w:val="14"/>
              </w:rPr>
              <w:t>90.93</w:t>
            </w:r>
          </w:p>
        </w:tc>
        <w:tc>
          <w:tcPr>
            <w:tcW w:type="dxa" w:w="759"/>
            <w:vAlign w:val="center"/>
          </w:tcPr>
          <w:p>
            <w:r/>
            <w:r>
              <w:rPr>
                <w:rFonts w:ascii="Malgun Gothic" w:hAnsi="Malgun Gothic" w:eastAsia="Malgun Gothic"/>
                <w:b w:val="0"/>
                <w:sz w:val="14"/>
              </w:rPr>
              <w:t>-0.02787403330326063</w:t>
            </w:r>
          </w:p>
        </w:tc>
        <w:tc>
          <w:tcPr>
            <w:tcW w:type="dxa" w:w="759"/>
            <w:vAlign w:val="center"/>
          </w:tcPr>
          <w:p>
            <w:r/>
            <w:r>
              <w:rPr>
                <w:rFonts w:ascii="Malgun Gothic" w:hAnsi="Malgun Gothic" w:eastAsia="Malgun Gothic"/>
                <w:b w:val="0"/>
                <w:sz w:val="14"/>
              </w:rPr>
              <w:t>0.6788001867941188</w:t>
            </w:r>
          </w:p>
        </w:tc>
        <w:tc>
          <w:tcPr>
            <w:tcW w:type="dxa" w:w="759"/>
            <w:vAlign w:val="center"/>
          </w:tcPr>
          <w:p>
            <w:r/>
            <w:r>
              <w:rPr>
                <w:rFonts w:ascii="Malgun Gothic" w:hAnsi="Malgun Gothic" w:eastAsia="Malgun Gothic"/>
                <w:b w:val="0"/>
                <w:sz w:val="14"/>
              </w:rPr>
              <w:t>0.5967065707477909</w:t>
            </w:r>
          </w:p>
        </w:tc>
        <w:tc>
          <w:tcPr>
            <w:tcW w:type="dxa" w:w="759"/>
            <w:vAlign w:val="center"/>
          </w:tcPr>
          <w:p>
            <w:r/>
            <w:r>
              <w:rPr>
                <w:rFonts w:ascii="Malgun Gothic" w:hAnsi="Malgun Gothic" w:eastAsia="Malgun Gothic"/>
                <w:b w:val="0"/>
                <w:sz w:val="14"/>
              </w:rPr>
              <w:t>-0.3277330433191947</w:t>
            </w:r>
          </w:p>
        </w:tc>
        <w:tc>
          <w:tcPr>
            <w:tcW w:type="dxa" w:w="759"/>
            <w:vAlign w:val="center"/>
          </w:tcPr>
          <w:p>
            <w:r/>
            <w:r>
              <w:rPr>
                <w:rFonts w:ascii="Malgun Gothic" w:hAnsi="Malgun Gothic" w:eastAsia="Malgun Gothic"/>
                <w:b w:val="0"/>
                <w:sz w:val="14"/>
              </w:rPr>
              <w:t>0.22997492022986354</w:t>
            </w:r>
          </w:p>
        </w:tc>
        <w:tc>
          <w:tcPr>
            <w:tcW w:type="dxa" w:w="759"/>
            <w:vAlign w:val="center"/>
          </w:tcPr>
          <w:p>
            <w:r/>
            <w:r>
              <w:rPr>
                <w:rFonts w:ascii="Malgun Gothic" w:hAnsi="Malgun Gothic" w:eastAsia="Malgun Gothic"/>
                <w:b w:val="0"/>
                <w:sz w:val="14"/>
              </w:rPr>
              <w:t>0.43405968940106837</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0.5798579743105137</w:t>
            </w:r>
          </w:p>
        </w:tc>
        <w:tc>
          <w:tcPr>
            <w:tcW w:type="dxa" w:w="759"/>
            <w:vAlign w:val="center"/>
          </w:tcPr>
          <w:p>
            <w:r/>
            <w:r>
              <w:rPr>
                <w:rFonts w:ascii="Malgun Gothic" w:hAnsi="Malgun Gothic" w:eastAsia="Malgun Gothic"/>
                <w:b w:val="0"/>
                <w:sz w:val="14"/>
              </w:rPr>
              <w:t>0.1463118344545364</w:t>
            </w:r>
          </w:p>
        </w:tc>
        <w:tc>
          <w:tcPr>
            <w:tcW w:type="dxa" w:w="759"/>
            <w:vAlign w:val="center"/>
          </w:tcPr>
          <w:p>
            <w:r/>
            <w:r>
              <w:rPr>
                <w:rFonts w:ascii="Malgun Gothic" w:hAnsi="Malgun Gothic" w:eastAsia="Malgun Gothic"/>
                <w:b w:val="0"/>
                <w:sz w:val="14"/>
              </w:rPr>
              <w:t>229.41307026841184</w:t>
            </w:r>
          </w:p>
        </w:tc>
        <w:tc>
          <w:tcPr>
            <w:tcW w:type="dxa" w:w="759"/>
            <w:vAlign w:val="center"/>
          </w:tcPr>
          <w:p>
            <w:r/>
            <w:r>
              <w:rPr>
                <w:rFonts w:ascii="Malgun Gothic" w:hAnsi="Malgun Gothic" w:eastAsia="Malgun Gothic"/>
                <w:b w:val="0"/>
                <w:sz w:val="14"/>
              </w:rPr>
              <w:t>51.36268343815513</w:t>
            </w:r>
          </w:p>
        </w:tc>
        <w:tc>
          <w:tcPr>
            <w:tcW w:type="dxa" w:w="759"/>
            <w:vAlign w:val="center"/>
          </w:tcPr>
          <w:p>
            <w:r/>
            <w:r>
              <w:rPr>
                <w:rFonts w:ascii="Malgun Gothic" w:hAnsi="Malgun Gothic" w:eastAsia="Malgun Gothic"/>
                <w:b w:val="0"/>
                <w:sz w:val="14"/>
              </w:rPr>
              <w:t>57.24</w:t>
            </w:r>
          </w:p>
        </w:tc>
        <w:tc>
          <w:tcPr>
            <w:tcW w:type="dxa" w:w="759"/>
            <w:vAlign w:val="center"/>
          </w:tcPr>
          <w:p>
            <w:r/>
            <w:r>
              <w:rPr>
                <w:rFonts w:ascii="Malgun Gothic" w:hAnsi="Malgun Gothic" w:eastAsia="Malgun Gothic"/>
                <w:b w:val="0"/>
                <w:sz w:val="14"/>
              </w:rPr>
              <w:t>2.681641809174202</w:t>
            </w:r>
          </w:p>
        </w:tc>
        <w:tc>
          <w:tcPr>
            <w:tcW w:type="dxa" w:w="759"/>
            <w:vAlign w:val="center"/>
          </w:tcPr>
          <w:p>
            <w:r/>
            <w:r>
              <w:rPr>
                <w:rFonts w:ascii="Malgun Gothic" w:hAnsi="Malgun Gothic" w:eastAsia="Malgun Gothic"/>
                <w:b w:val="0"/>
                <w:sz w:val="14"/>
              </w:rPr>
              <w:t>-0.015226763795700088</w:t>
            </w:r>
          </w:p>
        </w:tc>
        <w:tc>
          <w:tcPr>
            <w:tcW w:type="dxa" w:w="759"/>
            <w:vAlign w:val="center"/>
          </w:tcPr>
          <w:p>
            <w:r/>
            <w:r>
              <w:rPr>
                <w:rFonts w:ascii="Malgun Gothic" w:hAnsi="Malgun Gothic" w:eastAsia="Malgun Gothic"/>
                <w:b w:val="0"/>
                <w:sz w:val="14"/>
              </w:rPr>
              <w:t>-1.6175098737937825</w:t>
            </w:r>
          </w:p>
        </w:tc>
        <w:tc>
          <w:tcPr>
            <w:tcW w:type="dxa" w:w="759"/>
            <w:vAlign w:val="center"/>
          </w:tcPr>
          <w:p>
            <w:r/>
            <w:r>
              <w:rPr>
                <w:rFonts w:ascii="Malgun Gothic" w:hAnsi="Malgun Gothic" w:eastAsia="Malgun Gothic"/>
                <w:b w:val="0"/>
                <w:sz w:val="14"/>
              </w:rPr>
              <w:t>-0.5256410298491199</w:t>
            </w:r>
          </w:p>
        </w:tc>
        <w:tc>
          <w:tcPr>
            <w:tcW w:type="dxa" w:w="759"/>
            <w:vAlign w:val="center"/>
          </w:tcPr>
          <w:p>
            <w:r/>
            <w:r>
              <w:rPr>
                <w:rFonts w:ascii="Malgun Gothic" w:hAnsi="Malgun Gothic" w:eastAsia="Malgun Gothic"/>
                <w:b w:val="0"/>
                <w:sz w:val="14"/>
              </w:rPr>
              <w:t>0.1308160354338998</w:t>
            </w:r>
          </w:p>
        </w:tc>
        <w:tc>
          <w:tcPr>
            <w:tcW w:type="dxa" w:w="759"/>
            <w:vAlign w:val="center"/>
          </w:tcPr>
          <w:p>
            <w:r/>
            <w:r>
              <w:rPr>
                <w:rFonts w:ascii="Malgun Gothic" w:hAnsi="Malgun Gothic" w:eastAsia="Malgun Gothic"/>
                <w:b w:val="0"/>
                <w:sz w:val="14"/>
              </w:rPr>
              <w:t>0.4116882292797108</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0.4510288471614744</w:t>
            </w:r>
          </w:p>
        </w:tc>
        <w:tc>
          <w:tcPr>
            <w:tcW w:type="dxa" w:w="759"/>
            <w:vAlign w:val="center"/>
          </w:tcPr>
          <w:p>
            <w:r/>
            <w:r>
              <w:rPr>
                <w:rFonts w:ascii="Malgun Gothic" w:hAnsi="Malgun Gothic" w:eastAsia="Malgun Gothic"/>
                <w:b w:val="0"/>
                <w:sz w:val="14"/>
              </w:rPr>
              <w:t>0.0526598244905471</w:t>
            </w:r>
          </w:p>
        </w:tc>
        <w:tc>
          <w:tcPr>
            <w:tcW w:type="dxa" w:w="759"/>
            <w:vAlign w:val="center"/>
          </w:tcPr>
          <w:p>
            <w:r/>
            <w:r>
              <w:rPr>
                <w:rFonts w:ascii="Malgun Gothic" w:hAnsi="Malgun Gothic" w:eastAsia="Malgun Gothic"/>
                <w:b w:val="0"/>
                <w:sz w:val="14"/>
              </w:rPr>
              <w:t>183.5408464937546</w:t>
            </w:r>
          </w:p>
        </w:tc>
        <w:tc>
          <w:tcPr>
            <w:tcW w:type="dxa" w:w="759"/>
            <w:vAlign w:val="center"/>
          </w:tcPr>
          <w:p>
            <w:r/>
            <w:r>
              <w:rPr>
                <w:rFonts w:ascii="Malgun Gothic" w:hAnsi="Malgun Gothic" w:eastAsia="Malgun Gothic"/>
                <w:b w:val="0"/>
                <w:sz w:val="14"/>
              </w:rPr>
              <w:t>78.69658776513987</w:t>
            </w:r>
          </w:p>
        </w:tc>
        <w:tc>
          <w:tcPr>
            <w:tcW w:type="dxa" w:w="759"/>
            <w:vAlign w:val="center"/>
          </w:tcPr>
          <w:p>
            <w:r/>
            <w:r>
              <w:rPr>
                <w:rFonts w:ascii="Malgun Gothic" w:hAnsi="Malgun Gothic" w:eastAsia="Malgun Gothic"/>
                <w:b w:val="0"/>
                <w:sz w:val="14"/>
              </w:rPr>
              <w:t>195.18</w:t>
            </w:r>
          </w:p>
        </w:tc>
        <w:tc>
          <w:tcPr>
            <w:tcW w:type="dxa" w:w="759"/>
            <w:vAlign w:val="center"/>
          </w:tcPr>
          <w:p>
            <w:r/>
            <w:r>
              <w:rPr>
                <w:rFonts w:ascii="Malgun Gothic" w:hAnsi="Malgun Gothic" w:eastAsia="Malgun Gothic"/>
                <w:b w:val="0"/>
                <w:sz w:val="14"/>
              </w:rPr>
              <w:t>-0.5238428767697084</w:t>
            </w:r>
          </w:p>
        </w:tc>
        <w:tc>
          <w:tcPr>
            <w:tcW w:type="dxa" w:w="759"/>
            <w:vAlign w:val="center"/>
          </w:tcPr>
          <w:p>
            <w:r/>
            <w:r>
              <w:rPr>
                <w:rFonts w:ascii="Malgun Gothic" w:hAnsi="Malgun Gothic" w:eastAsia="Malgun Gothic"/>
                <w:b w:val="0"/>
                <w:sz w:val="14"/>
              </w:rPr>
              <w:t>-1.6619198804485729</w:t>
            </w:r>
          </w:p>
        </w:tc>
        <w:tc>
          <w:tcPr>
            <w:tcW w:type="dxa" w:w="759"/>
            <w:vAlign w:val="center"/>
          </w:tcPr>
          <w:p>
            <w:r/>
            <w:r>
              <w:rPr>
                <w:rFonts w:ascii="Malgun Gothic" w:hAnsi="Malgun Gothic" w:eastAsia="Malgun Gothic"/>
                <w:b w:val="0"/>
                <w:sz w:val="14"/>
              </w:rPr>
              <w:t>-0.209850473037175</w:t>
            </w:r>
          </w:p>
        </w:tc>
        <w:tc>
          <w:tcPr>
            <w:tcW w:type="dxa" w:w="759"/>
            <w:vAlign w:val="center"/>
          </w:tcPr>
          <w:p>
            <w:r/>
            <w:r>
              <w:rPr>
                <w:rFonts w:ascii="Malgun Gothic" w:hAnsi="Malgun Gothic" w:eastAsia="Malgun Gothic"/>
                <w:b w:val="0"/>
                <w:sz w:val="14"/>
              </w:rPr>
              <w:t>0.2846714564060857</w:t>
            </w:r>
          </w:p>
        </w:tc>
        <w:tc>
          <w:tcPr>
            <w:tcW w:type="dxa" w:w="759"/>
            <w:vAlign w:val="center"/>
          </w:tcPr>
          <w:p>
            <w:r/>
            <w:r>
              <w:rPr>
                <w:rFonts w:ascii="Malgun Gothic" w:hAnsi="Malgun Gothic" w:eastAsia="Malgun Gothic"/>
                <w:b w:val="0"/>
                <w:sz w:val="14"/>
              </w:rPr>
              <w:t>-0.5277354434623427</w:t>
            </w:r>
          </w:p>
        </w:tc>
        <w:tc>
          <w:tcPr>
            <w:tcW w:type="dxa" w:w="759"/>
            <w:vAlign w:val="center"/>
          </w:tcPr>
          <w:p>
            <w:r/>
            <w:r>
              <w:rPr>
                <w:rFonts w:ascii="Malgun Gothic" w:hAnsi="Malgun Gothic" w:eastAsia="Malgun Gothic"/>
                <w:b w:val="0"/>
                <w:sz w:val="14"/>
              </w:rPr>
              <w:t>0.26311094164377696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0.5653592651938127</w:t>
            </w:r>
          </w:p>
        </w:tc>
        <w:tc>
          <w:tcPr>
            <w:tcW w:type="dxa" w:w="759"/>
            <w:vAlign w:val="center"/>
          </w:tcPr>
          <w:p>
            <w:r/>
            <w:r>
              <w:rPr>
                <w:rFonts w:ascii="Malgun Gothic" w:hAnsi="Malgun Gothic" w:eastAsia="Malgun Gothic"/>
                <w:b w:val="0"/>
                <w:sz w:val="14"/>
              </w:rPr>
              <w:t>0.053933672606945</w:t>
            </w:r>
          </w:p>
        </w:tc>
        <w:tc>
          <w:tcPr>
            <w:tcW w:type="dxa" w:w="759"/>
            <w:vAlign w:val="center"/>
          </w:tcPr>
          <w:p>
            <w:r/>
            <w:r>
              <w:rPr>
                <w:rFonts w:ascii="Malgun Gothic" w:hAnsi="Malgun Gothic" w:eastAsia="Malgun Gothic"/>
                <w:b w:val="0"/>
                <w:sz w:val="14"/>
              </w:rPr>
              <w:t>278.85837358392706</w:t>
            </w:r>
          </w:p>
        </w:tc>
        <w:tc>
          <w:tcPr>
            <w:tcW w:type="dxa" w:w="759"/>
            <w:vAlign w:val="center"/>
          </w:tcPr>
          <w:p>
            <w:r/>
            <w:r>
              <w:rPr>
                <w:rFonts w:ascii="Malgun Gothic" w:hAnsi="Malgun Gothic" w:eastAsia="Malgun Gothic"/>
                <w:b w:val="0"/>
                <w:sz w:val="14"/>
              </w:rPr>
              <w:t>87.91208791208791</w:t>
            </w:r>
          </w:p>
        </w:tc>
        <w:tc>
          <w:tcPr>
            <w:tcW w:type="dxa" w:w="759"/>
            <w:vAlign w:val="center"/>
          </w:tcPr>
          <w:p>
            <w:r/>
            <w:r>
              <w:rPr>
                <w:rFonts w:ascii="Malgun Gothic" w:hAnsi="Malgun Gothic" w:eastAsia="Malgun Gothic"/>
                <w:b w:val="0"/>
                <w:sz w:val="14"/>
              </w:rPr>
              <w:t>24.57</w:t>
            </w:r>
          </w:p>
        </w:tc>
        <w:tc>
          <w:tcPr>
            <w:tcW w:type="dxa" w:w="759"/>
            <w:vAlign w:val="center"/>
          </w:tcPr>
          <w:p>
            <w:r/>
            <w:r>
              <w:rPr>
                <w:rFonts w:ascii="Malgun Gothic" w:hAnsi="Malgun Gothic" w:eastAsia="Malgun Gothic"/>
                <w:b w:val="0"/>
                <w:sz w:val="14"/>
              </w:rPr>
              <w:t>-0.4802420973427418</w:t>
            </w:r>
          </w:p>
        </w:tc>
        <w:tc>
          <w:tcPr>
            <w:tcW w:type="dxa" w:w="759"/>
            <w:vAlign w:val="center"/>
          </w:tcPr>
          <w:p>
            <w:r/>
            <w:r>
              <w:rPr>
                <w:rFonts w:ascii="Malgun Gothic" w:hAnsi="Malgun Gothic" w:eastAsia="Malgun Gothic"/>
                <w:b w:val="0"/>
                <w:sz w:val="14"/>
              </w:rPr>
              <w:t>1.7597305833877754</w:t>
            </w:r>
          </w:p>
        </w:tc>
        <w:tc>
          <w:tcPr>
            <w:tcW w:type="dxa" w:w="759"/>
            <w:vAlign w:val="center"/>
          </w:tcPr>
          <w:p>
            <w:r/>
            <w:r>
              <w:rPr>
                <w:rFonts w:ascii="Malgun Gothic" w:hAnsi="Malgun Gothic" w:eastAsia="Malgun Gothic"/>
                <w:b w:val="0"/>
                <w:sz w:val="14"/>
              </w:rPr>
              <w:t>0.26473542070646916</w:t>
            </w:r>
          </w:p>
        </w:tc>
        <w:tc>
          <w:tcPr>
            <w:tcW w:type="dxa" w:w="759"/>
            <w:vAlign w:val="center"/>
          </w:tcPr>
          <w:p>
            <w:r/>
            <w:r>
              <w:rPr>
                <w:rFonts w:ascii="Malgun Gothic" w:hAnsi="Malgun Gothic" w:eastAsia="Malgun Gothic"/>
                <w:b w:val="0"/>
                <w:sz w:val="14"/>
              </w:rPr>
              <w:t>-0.7175571450148265</w:t>
            </w:r>
          </w:p>
        </w:tc>
        <w:tc>
          <w:tcPr>
            <w:tcW w:type="dxa" w:w="759"/>
            <w:vAlign w:val="center"/>
          </w:tcPr>
          <w:p>
            <w:r/>
            <w:r>
              <w:rPr>
                <w:rFonts w:ascii="Malgun Gothic" w:hAnsi="Malgun Gothic" w:eastAsia="Malgun Gothic"/>
                <w:b w:val="0"/>
                <w:sz w:val="14"/>
              </w:rPr>
              <w:t>0.2066666904341691</w:t>
            </w:r>
          </w:p>
        </w:tc>
        <w:tc>
          <w:tcPr>
            <w:tcW w:type="dxa" w:w="759"/>
            <w:vAlign w:val="center"/>
          </w:tcPr>
          <w:p>
            <w:r/>
            <w:r>
              <w:rPr>
                <w:rFonts w:ascii="Malgun Gothic" w:hAnsi="Malgun Gothic" w:eastAsia="Malgun Gothic"/>
                <w:b w:val="0"/>
                <w:sz w:val="14"/>
              </w:rPr>
              <w:t>0.4288010669947478</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0.53674940102636</w:t>
            </w:r>
          </w:p>
        </w:tc>
        <w:tc>
          <w:tcPr>
            <w:tcW w:type="dxa" w:w="759"/>
            <w:vAlign w:val="center"/>
          </w:tcPr>
          <w:p>
            <w:r/>
            <w:r>
              <w:rPr>
                <w:rFonts w:ascii="Malgun Gothic" w:hAnsi="Malgun Gothic" w:eastAsia="Malgun Gothic"/>
                <w:b w:val="0"/>
                <w:sz w:val="14"/>
              </w:rPr>
              <w:t>0.0630923733115196</w:t>
            </w:r>
          </w:p>
        </w:tc>
        <w:tc>
          <w:tcPr>
            <w:tcW w:type="dxa" w:w="759"/>
            <w:vAlign w:val="center"/>
          </w:tcPr>
          <w:p>
            <w:r/>
            <w:r>
              <w:rPr>
                <w:rFonts w:ascii="Malgun Gothic" w:hAnsi="Malgun Gothic" w:eastAsia="Malgun Gothic"/>
                <w:b w:val="0"/>
                <w:sz w:val="14"/>
              </w:rPr>
              <w:t>223.2374862425497</w:t>
            </w:r>
          </w:p>
        </w:tc>
        <w:tc>
          <w:tcPr>
            <w:tcW w:type="dxa" w:w="759"/>
            <w:vAlign w:val="center"/>
          </w:tcPr>
          <w:p>
            <w:r/>
            <w:r>
              <w:rPr>
                <w:rFonts w:ascii="Malgun Gothic" w:hAnsi="Malgun Gothic" w:eastAsia="Malgun Gothic"/>
                <w:b w:val="0"/>
                <w:sz w:val="14"/>
              </w:rPr>
              <w:t>93.12890403180012</w:t>
            </w:r>
          </w:p>
        </w:tc>
        <w:tc>
          <w:tcPr>
            <w:tcW w:type="dxa" w:w="759"/>
            <w:vAlign w:val="center"/>
          </w:tcPr>
          <w:p>
            <w:r/>
            <w:r>
              <w:rPr>
                <w:rFonts w:ascii="Malgun Gothic" w:hAnsi="Malgun Gothic" w:eastAsia="Malgun Gothic"/>
                <w:b w:val="0"/>
                <w:sz w:val="14"/>
              </w:rPr>
              <w:t>52.83</w:t>
            </w:r>
          </w:p>
        </w:tc>
        <w:tc>
          <w:tcPr>
            <w:tcW w:type="dxa" w:w="759"/>
            <w:vAlign w:val="center"/>
          </w:tcPr>
          <w:p>
            <w:r/>
            <w:r>
              <w:rPr>
                <w:rFonts w:ascii="Malgun Gothic" w:hAnsi="Malgun Gothic" w:eastAsia="Malgun Gothic"/>
                <w:b w:val="0"/>
                <w:sz w:val="14"/>
              </w:rPr>
              <w:t>-0.16676164067185772</w:t>
            </w:r>
          </w:p>
        </w:tc>
        <w:tc>
          <w:tcPr>
            <w:tcW w:type="dxa" w:w="759"/>
            <w:vAlign w:val="center"/>
          </w:tcPr>
          <w:p>
            <w:r/>
            <w:r>
              <w:rPr>
                <w:rFonts w:ascii="Malgun Gothic" w:hAnsi="Malgun Gothic" w:eastAsia="Malgun Gothic"/>
                <w:b w:val="0"/>
                <w:sz w:val="14"/>
              </w:rPr>
              <w:t>-0.23691411334854232</w:t>
            </w:r>
          </w:p>
        </w:tc>
        <w:tc>
          <w:tcPr>
            <w:tcW w:type="dxa" w:w="759"/>
            <w:vAlign w:val="center"/>
          </w:tcPr>
          <w:p>
            <w:r/>
            <w:r>
              <w:rPr>
                <w:rFonts w:ascii="Malgun Gothic" w:hAnsi="Malgun Gothic" w:eastAsia="Malgun Gothic"/>
                <w:b w:val="0"/>
                <w:sz w:val="14"/>
              </w:rPr>
              <w:t>0.5333944518161157</w:t>
            </w:r>
          </w:p>
        </w:tc>
        <w:tc>
          <w:tcPr>
            <w:tcW w:type="dxa" w:w="759"/>
            <w:vAlign w:val="center"/>
          </w:tcPr>
          <w:p>
            <w:r/>
            <w:r>
              <w:rPr>
                <w:rFonts w:ascii="Malgun Gothic" w:hAnsi="Malgun Gothic" w:eastAsia="Malgun Gothic"/>
                <w:b w:val="0"/>
                <w:sz w:val="14"/>
              </w:rPr>
              <w:t>-0.5515470619238296</w:t>
            </w:r>
          </w:p>
        </w:tc>
        <w:tc>
          <w:tcPr>
            <w:tcW w:type="dxa" w:w="759"/>
            <w:vAlign w:val="center"/>
          </w:tcPr>
          <w:p>
            <w:r/>
            <w:r>
              <w:rPr>
                <w:rFonts w:ascii="Malgun Gothic" w:hAnsi="Malgun Gothic" w:eastAsia="Malgun Gothic"/>
                <w:b w:val="0"/>
                <w:sz w:val="14"/>
              </w:rPr>
              <w:t>-0.1054570910320285</w:t>
            </w:r>
          </w:p>
        </w:tc>
        <w:tc>
          <w:tcPr>
            <w:tcW w:type="dxa" w:w="759"/>
            <w:vAlign w:val="center"/>
          </w:tcPr>
          <w:p>
            <w:r/>
            <w:r>
              <w:rPr>
                <w:rFonts w:ascii="Malgun Gothic" w:hAnsi="Malgun Gothic" w:eastAsia="Malgun Gothic"/>
                <w:b w:val="0"/>
                <w:sz w:val="14"/>
              </w:rPr>
              <w:t>0.35838211518456575</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0.5693204596208085</w:t>
            </w:r>
          </w:p>
        </w:tc>
        <w:tc>
          <w:tcPr>
            <w:tcW w:type="dxa" w:w="759"/>
            <w:vAlign w:val="center"/>
          </w:tcPr>
          <w:p>
            <w:r/>
            <w:r>
              <w:rPr>
                <w:rFonts w:ascii="Malgun Gothic" w:hAnsi="Malgun Gothic" w:eastAsia="Malgun Gothic"/>
                <w:b w:val="0"/>
                <w:sz w:val="14"/>
              </w:rPr>
              <w:t>0.0623011589050293</w:t>
            </w:r>
          </w:p>
        </w:tc>
        <w:tc>
          <w:tcPr>
            <w:tcW w:type="dxa" w:w="759"/>
            <w:vAlign w:val="center"/>
          </w:tcPr>
          <w:p>
            <w:r/>
            <w:r>
              <w:rPr>
                <w:rFonts w:ascii="Malgun Gothic" w:hAnsi="Malgun Gothic" w:eastAsia="Malgun Gothic"/>
                <w:b w:val="0"/>
                <w:sz w:val="14"/>
              </w:rPr>
              <w:t>253.2706965866162</w:t>
            </w:r>
          </w:p>
        </w:tc>
        <w:tc>
          <w:tcPr>
            <w:tcW w:type="dxa" w:w="759"/>
            <w:vAlign w:val="center"/>
          </w:tcPr>
          <w:p>
            <w:r/>
            <w:r>
              <w:rPr>
                <w:rFonts w:ascii="Malgun Gothic" w:hAnsi="Malgun Gothic" w:eastAsia="Malgun Gothic"/>
                <w:b w:val="0"/>
                <w:sz w:val="14"/>
              </w:rPr>
              <w:t>102.36220472440944</w:t>
            </w:r>
          </w:p>
        </w:tc>
        <w:tc>
          <w:tcPr>
            <w:tcW w:type="dxa" w:w="759"/>
            <w:vAlign w:val="center"/>
          </w:tcPr>
          <w:p>
            <w:r/>
            <w:r>
              <w:rPr>
                <w:rFonts w:ascii="Malgun Gothic" w:hAnsi="Malgun Gothic" w:eastAsia="Malgun Gothic"/>
                <w:b w:val="0"/>
                <w:sz w:val="14"/>
              </w:rPr>
              <w:t>68.58</w:t>
            </w:r>
          </w:p>
        </w:tc>
        <w:tc>
          <w:tcPr>
            <w:tcW w:type="dxa" w:w="759"/>
            <w:vAlign w:val="center"/>
          </w:tcPr>
          <w:p>
            <w:r/>
            <w:r>
              <w:rPr>
                <w:rFonts w:ascii="Malgun Gothic" w:hAnsi="Malgun Gothic" w:eastAsia="Malgun Gothic"/>
                <w:b w:val="0"/>
                <w:sz w:val="14"/>
              </w:rPr>
              <w:t>-0.19384302060463302</w:t>
            </w:r>
          </w:p>
        </w:tc>
        <w:tc>
          <w:tcPr>
            <w:tcW w:type="dxa" w:w="759"/>
            <w:vAlign w:val="center"/>
          </w:tcPr>
          <w:p>
            <w:r/>
            <w:r>
              <w:rPr>
                <w:rFonts w:ascii="Malgun Gothic" w:hAnsi="Malgun Gothic" w:eastAsia="Malgun Gothic"/>
                <w:b w:val="0"/>
                <w:sz w:val="14"/>
              </w:rPr>
              <w:t>0.841199757640301</w:t>
            </w:r>
          </w:p>
        </w:tc>
        <w:tc>
          <w:tcPr>
            <w:tcW w:type="dxa" w:w="759"/>
            <w:vAlign w:val="center"/>
          </w:tcPr>
          <w:p>
            <w:r/>
            <w:r>
              <w:rPr>
                <w:rFonts w:ascii="Malgun Gothic" w:hAnsi="Malgun Gothic" w:eastAsia="Malgun Gothic"/>
                <w:b w:val="0"/>
                <w:sz w:val="14"/>
              </w:rPr>
              <w:t>1.0088970497795062</w:t>
            </w:r>
          </w:p>
        </w:tc>
        <w:tc>
          <w:tcPr>
            <w:tcW w:type="dxa" w:w="759"/>
            <w:vAlign w:val="center"/>
          </w:tcPr>
          <w:p>
            <w:r/>
            <w:r>
              <w:rPr>
                <w:rFonts w:ascii="Malgun Gothic" w:hAnsi="Malgun Gothic" w:eastAsia="Malgun Gothic"/>
                <w:b w:val="0"/>
                <w:sz w:val="14"/>
              </w:rPr>
              <w:t>-0.45902551879986636</w:t>
            </w:r>
          </w:p>
        </w:tc>
        <w:tc>
          <w:tcPr>
            <w:tcW w:type="dxa" w:w="759"/>
            <w:vAlign w:val="center"/>
          </w:tcPr>
          <w:p>
            <w:r/>
            <w:r>
              <w:rPr>
                <w:rFonts w:ascii="Malgun Gothic" w:hAnsi="Malgun Gothic" w:eastAsia="Malgun Gothic"/>
                <w:b w:val="0"/>
                <w:sz w:val="14"/>
              </w:rPr>
              <w:t>0.299307067003827</w:t>
            </w:r>
          </w:p>
        </w:tc>
        <w:tc>
          <w:tcPr>
            <w:tcW w:type="dxa" w:w="759"/>
            <w:vAlign w:val="center"/>
          </w:tcPr>
          <w:p>
            <w:r/>
            <w:r>
              <w:rPr>
                <w:rFonts w:ascii="Malgun Gothic" w:hAnsi="Malgun Gothic" w:eastAsia="Malgun Gothic"/>
                <w:b w:val="0"/>
                <w:sz w:val="14"/>
              </w:rPr>
              <w:t>0.4497018717417976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0.6062359043171909</w:t>
            </w:r>
          </w:p>
        </w:tc>
        <w:tc>
          <w:tcPr>
            <w:tcW w:type="dxa" w:w="759"/>
            <w:vAlign w:val="center"/>
          </w:tcPr>
          <w:p>
            <w:r/>
            <w:r>
              <w:rPr>
                <w:rFonts w:ascii="Malgun Gothic" w:hAnsi="Malgun Gothic" w:eastAsia="Malgun Gothic"/>
                <w:b w:val="0"/>
                <w:sz w:val="14"/>
              </w:rPr>
              <w:t>0.0901525691151619</w:t>
            </w:r>
          </w:p>
        </w:tc>
        <w:tc>
          <w:tcPr>
            <w:tcW w:type="dxa" w:w="759"/>
            <w:vAlign w:val="center"/>
          </w:tcPr>
          <w:p>
            <w:r/>
            <w:r>
              <w:rPr>
                <w:rFonts w:ascii="Malgun Gothic" w:hAnsi="Malgun Gothic" w:eastAsia="Malgun Gothic"/>
                <w:b w:val="0"/>
                <w:sz w:val="14"/>
              </w:rPr>
              <w:t>262.4477490768097</w:t>
            </w:r>
          </w:p>
        </w:tc>
        <w:tc>
          <w:tcPr>
            <w:tcW w:type="dxa" w:w="759"/>
            <w:vAlign w:val="center"/>
          </w:tcPr>
          <w:p>
            <w:r/>
            <w:r>
              <w:rPr>
                <w:rFonts w:ascii="Malgun Gothic" w:hAnsi="Malgun Gothic" w:eastAsia="Malgun Gothic"/>
                <w:b w:val="0"/>
                <w:sz w:val="14"/>
              </w:rPr>
              <w:t>97.83989834815756</w:t>
            </w:r>
          </w:p>
        </w:tc>
        <w:tc>
          <w:tcPr>
            <w:tcW w:type="dxa" w:w="759"/>
            <w:vAlign w:val="center"/>
          </w:tcPr>
          <w:p>
            <w:r/>
            <w:r>
              <w:rPr>
                <w:rFonts w:ascii="Malgun Gothic" w:hAnsi="Malgun Gothic" w:eastAsia="Malgun Gothic"/>
                <w:b w:val="0"/>
                <w:sz w:val="14"/>
              </w:rPr>
              <w:t>47.22</w:t>
            </w:r>
          </w:p>
        </w:tc>
        <w:tc>
          <w:tcPr>
            <w:tcW w:type="dxa" w:w="759"/>
            <w:vAlign w:val="center"/>
          </w:tcPr>
          <w:p>
            <w:r/>
            <w:r>
              <w:rPr>
                <w:rFonts w:ascii="Malgun Gothic" w:hAnsi="Malgun Gothic" w:eastAsia="Malgun Gothic"/>
                <w:b w:val="0"/>
                <w:sz w:val="14"/>
              </w:rPr>
              <w:t>0.7594442494160578</w:t>
            </w:r>
          </w:p>
        </w:tc>
        <w:tc>
          <w:tcPr>
            <w:tcW w:type="dxa" w:w="759"/>
            <w:vAlign w:val="center"/>
          </w:tcPr>
          <w:p>
            <w:r/>
            <w:r>
              <w:rPr>
                <w:rFonts w:ascii="Malgun Gothic" w:hAnsi="Malgun Gothic" w:eastAsia="Malgun Gothic"/>
                <w:b w:val="0"/>
                <w:sz w:val="14"/>
              </w:rPr>
              <w:t>1.1706319918611432</w:t>
            </w:r>
          </w:p>
        </w:tc>
        <w:tc>
          <w:tcPr>
            <w:tcW w:type="dxa" w:w="759"/>
            <w:vAlign w:val="center"/>
          </w:tcPr>
          <w:p>
            <w:r/>
            <w:r>
              <w:rPr>
                <w:rFonts w:ascii="Malgun Gothic" w:hAnsi="Malgun Gothic" w:eastAsia="Malgun Gothic"/>
                <w:b w:val="0"/>
                <w:sz w:val="14"/>
              </w:rPr>
              <w:t>0.7760043386804938</w:t>
            </w:r>
          </w:p>
        </w:tc>
        <w:tc>
          <w:tcPr>
            <w:tcW w:type="dxa" w:w="759"/>
            <w:vAlign w:val="center"/>
          </w:tcPr>
          <w:p>
            <w:r/>
            <w:r>
              <w:rPr>
                <w:rFonts w:ascii="Malgun Gothic" w:hAnsi="Malgun Gothic" w:eastAsia="Malgun Gothic"/>
                <w:b w:val="0"/>
                <w:sz w:val="14"/>
              </w:rPr>
              <w:t>-0.5845023544270317</w:t>
            </w:r>
          </w:p>
        </w:tc>
        <w:tc>
          <w:tcPr>
            <w:tcW w:type="dxa" w:w="759"/>
            <w:vAlign w:val="center"/>
          </w:tcPr>
          <w:p>
            <w:r/>
            <w:r>
              <w:rPr>
                <w:rFonts w:ascii="Malgun Gothic" w:hAnsi="Malgun Gothic" w:eastAsia="Malgun Gothic"/>
                <w:b w:val="0"/>
                <w:sz w:val="14"/>
              </w:rPr>
              <w:t>0.5303945563826657</w:t>
            </w:r>
          </w:p>
        </w:tc>
        <w:tc>
          <w:tcPr>
            <w:tcW w:type="dxa" w:w="759"/>
            <w:vAlign w:val="center"/>
          </w:tcPr>
          <w:p>
            <w:r/>
            <w:r>
              <w:rPr>
                <w:rFonts w:ascii="Malgun Gothic" w:hAnsi="Malgun Gothic" w:eastAsia="Malgun Gothic"/>
                <w:b w:val="0"/>
                <w:sz w:val="14"/>
              </w:rPr>
              <w:t>0.5018380425329577</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0.5415382976867286</w:t>
            </w:r>
          </w:p>
        </w:tc>
        <w:tc>
          <w:tcPr>
            <w:tcW w:type="dxa" w:w="759"/>
            <w:vAlign w:val="center"/>
          </w:tcPr>
          <w:p>
            <w:r/>
            <w:r>
              <w:rPr>
                <w:rFonts w:ascii="Malgun Gothic" w:hAnsi="Malgun Gothic" w:eastAsia="Malgun Gothic"/>
                <w:b w:val="0"/>
                <w:sz w:val="14"/>
              </w:rPr>
              <w:t>0.0859183967113494</w:t>
            </w:r>
          </w:p>
        </w:tc>
        <w:tc>
          <w:tcPr>
            <w:tcW w:type="dxa" w:w="759"/>
            <w:vAlign w:val="center"/>
          </w:tcPr>
          <w:p>
            <w:r/>
            <w:r>
              <w:rPr>
                <w:rFonts w:ascii="Malgun Gothic" w:hAnsi="Malgun Gothic" w:eastAsia="Malgun Gothic"/>
                <w:b w:val="0"/>
                <w:sz w:val="14"/>
              </w:rPr>
              <w:t>260.72312553903083</w:t>
            </w:r>
          </w:p>
        </w:tc>
        <w:tc>
          <w:tcPr>
            <w:tcW w:type="dxa" w:w="759"/>
            <w:vAlign w:val="center"/>
          </w:tcPr>
          <w:p>
            <w:r/>
            <w:r>
              <w:rPr>
                <w:rFonts w:ascii="Malgun Gothic" w:hAnsi="Malgun Gothic" w:eastAsia="Malgun Gothic"/>
                <w:b w:val="0"/>
                <w:sz w:val="14"/>
              </w:rPr>
              <w:t>89.69633140249253</w:t>
            </w:r>
          </w:p>
        </w:tc>
        <w:tc>
          <w:tcPr>
            <w:tcW w:type="dxa" w:w="759"/>
            <w:vAlign w:val="center"/>
          </w:tcPr>
          <w:p>
            <w:r/>
            <w:r>
              <w:rPr>
                <w:rFonts w:ascii="Malgun Gothic" w:hAnsi="Malgun Gothic" w:eastAsia="Malgun Gothic"/>
                <w:b w:val="0"/>
                <w:sz w:val="14"/>
              </w:rPr>
              <w:t>341.82</w:t>
            </w:r>
          </w:p>
        </w:tc>
        <w:tc>
          <w:tcPr>
            <w:tcW w:type="dxa" w:w="759"/>
            <w:vAlign w:val="center"/>
          </w:tcPr>
          <w:p>
            <w:r/>
            <w:r>
              <w:rPr>
                <w:rFonts w:ascii="Malgun Gothic" w:hAnsi="Malgun Gothic" w:eastAsia="Malgun Gothic"/>
                <w:b w:val="0"/>
                <w:sz w:val="14"/>
              </w:rPr>
              <w:t>0.6145186380673411</w:t>
            </w:r>
          </w:p>
        </w:tc>
        <w:tc>
          <w:tcPr>
            <w:tcW w:type="dxa" w:w="759"/>
            <w:vAlign w:val="center"/>
          </w:tcPr>
          <w:p>
            <w:r/>
            <w:r>
              <w:rPr>
                <w:rFonts w:ascii="Malgun Gothic" w:hAnsi="Malgun Gothic" w:eastAsia="Malgun Gothic"/>
                <w:b w:val="0"/>
                <w:sz w:val="14"/>
              </w:rPr>
              <w:t>1.108722507759634</w:t>
            </w:r>
          </w:p>
        </w:tc>
        <w:tc>
          <w:tcPr>
            <w:tcW w:type="dxa" w:w="759"/>
            <w:vAlign w:val="center"/>
          </w:tcPr>
          <w:p>
            <w:r/>
            <w:r>
              <w:rPr>
                <w:rFonts w:ascii="Malgun Gothic" w:hAnsi="Malgun Gothic" w:eastAsia="Malgun Gothic"/>
                <w:b w:val="0"/>
                <w:sz w:val="14"/>
              </w:rPr>
              <w:t>0.3566215666613784</w:t>
            </w:r>
          </w:p>
        </w:tc>
        <w:tc>
          <w:tcPr>
            <w:tcW w:type="dxa" w:w="759"/>
            <w:vAlign w:val="center"/>
          </w:tcPr>
          <w:p>
            <w:r/>
            <w:r>
              <w:rPr>
                <w:rFonts w:ascii="Malgun Gothic" w:hAnsi="Malgun Gothic" w:eastAsia="Malgun Gothic"/>
                <w:b w:val="0"/>
                <w:sz w:val="14"/>
              </w:rPr>
              <w:t>1.1460910807678613</w:t>
            </w:r>
          </w:p>
        </w:tc>
        <w:tc>
          <w:tcPr>
            <w:tcW w:type="dxa" w:w="759"/>
            <w:vAlign w:val="center"/>
          </w:tcPr>
          <w:p>
            <w:r/>
            <w:r>
              <w:rPr>
                <w:rFonts w:ascii="Malgun Gothic" w:hAnsi="Malgun Gothic" w:eastAsia="Malgun Gothic"/>
                <w:b w:val="0"/>
                <w:sz w:val="14"/>
              </w:rPr>
              <w:t>0.8064884483140538</w:t>
            </w:r>
          </w:p>
        </w:tc>
        <w:tc>
          <w:tcPr>
            <w:tcW w:type="dxa" w:w="759"/>
            <w:vAlign w:val="center"/>
          </w:tcPr>
          <w:p>
            <w:r/>
            <w:r>
              <w:rPr>
                <w:rFonts w:ascii="Malgun Gothic" w:hAnsi="Malgun Gothic" w:eastAsia="Malgun Gothic"/>
                <w:b w:val="0"/>
                <w:sz w:val="14"/>
              </w:rPr>
              <w:t>0.5641282095291165</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0.5202839408133583</w:t>
            </w:r>
          </w:p>
        </w:tc>
        <w:tc>
          <w:tcPr>
            <w:tcW w:type="dxa" w:w="759"/>
            <w:vAlign w:val="center"/>
          </w:tcPr>
          <w:p>
            <w:r/>
            <w:r>
              <w:rPr>
                <w:rFonts w:ascii="Malgun Gothic" w:hAnsi="Malgun Gothic" w:eastAsia="Malgun Gothic"/>
                <w:b w:val="0"/>
                <w:sz w:val="14"/>
              </w:rPr>
              <w:t>0.0481829233467578</w:t>
            </w:r>
          </w:p>
        </w:tc>
        <w:tc>
          <w:tcPr>
            <w:tcW w:type="dxa" w:w="759"/>
            <w:vAlign w:val="center"/>
          </w:tcPr>
          <w:p>
            <w:r/>
            <w:r>
              <w:rPr>
                <w:rFonts w:ascii="Malgun Gothic" w:hAnsi="Malgun Gothic" w:eastAsia="Malgun Gothic"/>
                <w:b w:val="0"/>
                <w:sz w:val="14"/>
              </w:rPr>
              <w:t>254.04296291199563</w:t>
            </w:r>
          </w:p>
        </w:tc>
        <w:tc>
          <w:tcPr>
            <w:tcW w:type="dxa" w:w="759"/>
            <w:vAlign w:val="center"/>
          </w:tcPr>
          <w:p>
            <w:r/>
            <w:r>
              <w:rPr>
                <w:rFonts w:ascii="Malgun Gothic" w:hAnsi="Malgun Gothic" w:eastAsia="Malgun Gothic"/>
                <w:b w:val="0"/>
                <w:sz w:val="14"/>
              </w:rPr>
              <w:t>80.53691275167786</w:t>
            </w:r>
          </w:p>
        </w:tc>
        <w:tc>
          <w:tcPr>
            <w:tcW w:type="dxa" w:w="759"/>
            <w:vAlign w:val="center"/>
          </w:tcPr>
          <w:p>
            <w:r/>
            <w:r>
              <w:rPr>
                <w:rFonts w:ascii="Malgun Gothic" w:hAnsi="Malgun Gothic" w:eastAsia="Malgun Gothic"/>
                <w:b w:val="0"/>
                <w:sz w:val="14"/>
              </w:rPr>
              <w:t>80.46</w:t>
            </w:r>
          </w:p>
        </w:tc>
        <w:tc>
          <w:tcPr>
            <w:tcW w:type="dxa" w:w="759"/>
            <w:vAlign w:val="center"/>
          </w:tcPr>
          <w:p>
            <w:r/>
            <w:r>
              <w:rPr>
                <w:rFonts w:ascii="Malgun Gothic" w:hAnsi="Malgun Gothic" w:eastAsia="Malgun Gothic"/>
                <w:b w:val="0"/>
                <w:sz w:val="14"/>
              </w:rPr>
              <w:t>-0.6770765133186669</w:t>
            </w:r>
          </w:p>
        </w:tc>
        <w:tc>
          <w:tcPr>
            <w:tcW w:type="dxa" w:w="759"/>
            <w:vAlign w:val="center"/>
          </w:tcPr>
          <w:p>
            <w:r/>
            <w:r>
              <w:rPr>
                <w:rFonts w:ascii="Malgun Gothic" w:hAnsi="Malgun Gothic" w:eastAsia="Malgun Gothic"/>
                <w:b w:val="0"/>
                <w:sz w:val="14"/>
              </w:rPr>
              <w:t>0.8689221032687177</w:t>
            </w:r>
          </w:p>
        </w:tc>
        <w:tc>
          <w:tcPr>
            <w:tcW w:type="dxa" w:w="759"/>
            <w:vAlign w:val="center"/>
          </w:tcPr>
          <w:p>
            <w:r/>
            <w:r>
              <w:rPr>
                <w:rFonts w:ascii="Malgun Gothic" w:hAnsi="Malgun Gothic" w:eastAsia="Malgun Gothic"/>
                <w:b w:val="0"/>
                <w:sz w:val="14"/>
              </w:rPr>
              <w:t>-0.1150762052722138</w:t>
            </w:r>
          </w:p>
        </w:tc>
        <w:tc>
          <w:tcPr>
            <w:tcW w:type="dxa" w:w="759"/>
            <w:vAlign w:val="center"/>
          </w:tcPr>
          <w:p>
            <w:r/>
            <w:r>
              <w:rPr>
                <w:rFonts w:ascii="Malgun Gothic" w:hAnsi="Malgun Gothic" w:eastAsia="Malgun Gothic"/>
                <w:b w:val="0"/>
                <w:sz w:val="14"/>
              </w:rPr>
              <w:t>-0.38923784055779126</w:t>
            </w:r>
          </w:p>
        </w:tc>
        <w:tc>
          <w:tcPr>
            <w:tcW w:type="dxa" w:w="759"/>
            <w:vAlign w:val="center"/>
          </w:tcPr>
          <w:p>
            <w:r/>
            <w:r>
              <w:rPr>
                <w:rFonts w:ascii="Malgun Gothic" w:hAnsi="Malgun Gothic" w:eastAsia="Malgun Gothic"/>
                <w:b w:val="0"/>
                <w:sz w:val="14"/>
              </w:rPr>
              <w:t>-0.07811711396998858</w:t>
            </w:r>
          </w:p>
        </w:tc>
        <w:tc>
          <w:tcPr>
            <w:tcW w:type="dxa" w:w="759"/>
            <w:vAlign w:val="center"/>
          </w:tcPr>
          <w:p>
            <w:r/>
            <w:r>
              <w:rPr>
                <w:rFonts w:ascii="Malgun Gothic" w:hAnsi="Malgun Gothic" w:eastAsia="Malgun Gothic"/>
                <w:b w:val="0"/>
                <w:sz w:val="14"/>
              </w:rPr>
              <w:t>0.36455034920434926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0.5067517079167332</w:t>
            </w:r>
          </w:p>
        </w:tc>
        <w:tc>
          <w:tcPr>
            <w:tcW w:type="dxa" w:w="759"/>
            <w:vAlign w:val="center"/>
          </w:tcPr>
          <w:p>
            <w:r/>
            <w:r>
              <w:rPr>
                <w:rFonts w:ascii="Malgun Gothic" w:hAnsi="Malgun Gothic" w:eastAsia="Malgun Gothic"/>
                <w:b w:val="0"/>
                <w:sz w:val="14"/>
              </w:rPr>
              <w:t>0.0801493227481842</w:t>
            </w:r>
          </w:p>
        </w:tc>
        <w:tc>
          <w:tcPr>
            <w:tcW w:type="dxa" w:w="759"/>
            <w:vAlign w:val="center"/>
          </w:tcPr>
          <w:p>
            <w:r/>
            <w:r>
              <w:rPr>
                <w:rFonts w:ascii="Malgun Gothic" w:hAnsi="Malgun Gothic" w:eastAsia="Malgun Gothic"/>
                <w:b w:val="0"/>
                <w:sz w:val="14"/>
              </w:rPr>
              <w:t>254.9948376341844</w:t>
            </w:r>
          </w:p>
        </w:tc>
        <w:tc>
          <w:tcPr>
            <w:tcW w:type="dxa" w:w="759"/>
            <w:vAlign w:val="center"/>
          </w:tcPr>
          <w:p>
            <w:r/>
            <w:r>
              <w:rPr>
                <w:rFonts w:ascii="Malgun Gothic" w:hAnsi="Malgun Gothic" w:eastAsia="Malgun Gothic"/>
                <w:b w:val="0"/>
                <w:sz w:val="14"/>
              </w:rPr>
              <w:t>67.42268041237114</w:t>
            </w:r>
          </w:p>
        </w:tc>
        <w:tc>
          <w:tcPr>
            <w:tcW w:type="dxa" w:w="759"/>
            <w:vAlign w:val="center"/>
          </w:tcPr>
          <w:p>
            <w:r/>
            <w:r>
              <w:rPr>
                <w:rFonts w:ascii="Malgun Gothic" w:hAnsi="Malgun Gothic" w:eastAsia="Malgun Gothic"/>
                <w:b w:val="0"/>
                <w:sz w:val="14"/>
              </w:rPr>
              <w:t>291.0</w:t>
            </w:r>
          </w:p>
        </w:tc>
        <w:tc>
          <w:tcPr>
            <w:tcW w:type="dxa" w:w="759"/>
            <w:vAlign w:val="center"/>
          </w:tcPr>
          <w:p>
            <w:r/>
            <w:r>
              <w:rPr>
                <w:rFonts w:ascii="Malgun Gothic" w:hAnsi="Malgun Gothic" w:eastAsia="Malgun Gothic"/>
                <w:b w:val="0"/>
                <w:sz w:val="14"/>
              </w:rPr>
              <w:t>0.41705701126280675</w:t>
            </w:r>
          </w:p>
        </w:tc>
        <w:tc>
          <w:tcPr>
            <w:tcW w:type="dxa" w:w="759"/>
            <w:vAlign w:val="center"/>
          </w:tcPr>
          <w:p>
            <w:r/>
            <w:r>
              <w:rPr>
                <w:rFonts w:ascii="Malgun Gothic" w:hAnsi="Malgun Gothic" w:eastAsia="Malgun Gothic"/>
                <w:b w:val="0"/>
                <w:sz w:val="14"/>
              </w:rPr>
              <w:t>0.9030919216024444</w:t>
            </w:r>
          </w:p>
        </w:tc>
        <w:tc>
          <w:tcPr>
            <w:tcW w:type="dxa" w:w="759"/>
            <w:vAlign w:val="center"/>
          </w:tcPr>
          <w:p>
            <w:r/>
            <w:r>
              <w:rPr>
                <w:rFonts w:ascii="Malgun Gothic" w:hAnsi="Malgun Gothic" w:eastAsia="Malgun Gothic"/>
                <w:b w:val="0"/>
                <w:sz w:val="14"/>
              </w:rPr>
              <w:t>-0.7904415762524168</w:t>
            </w:r>
          </w:p>
        </w:tc>
        <w:tc>
          <w:tcPr>
            <w:tcW w:type="dxa" w:w="759"/>
            <w:vAlign w:val="center"/>
          </w:tcPr>
          <w:p>
            <w:r/>
            <w:r>
              <w:rPr>
                <w:rFonts w:ascii="Malgun Gothic" w:hAnsi="Malgun Gothic" w:eastAsia="Malgun Gothic"/>
                <w:b w:val="0"/>
                <w:sz w:val="14"/>
              </w:rPr>
              <w:t>0.8475549016212067</w:t>
            </w:r>
          </w:p>
        </w:tc>
        <w:tc>
          <w:tcPr>
            <w:tcW w:type="dxa" w:w="759"/>
            <w:vAlign w:val="center"/>
          </w:tcPr>
          <w:p>
            <w:r/>
            <w:r>
              <w:rPr>
                <w:rFonts w:ascii="Malgun Gothic" w:hAnsi="Malgun Gothic" w:eastAsia="Malgun Gothic"/>
                <w:b w:val="0"/>
                <w:sz w:val="14"/>
              </w:rPr>
              <w:t>0.34431556455851026</w:t>
            </w:r>
          </w:p>
        </w:tc>
        <w:tc>
          <w:tcPr>
            <w:tcW w:type="dxa" w:w="759"/>
            <w:vAlign w:val="center"/>
          </w:tcPr>
          <w:p>
            <w:r/>
            <w:r>
              <w:rPr>
                <w:rFonts w:ascii="Malgun Gothic" w:hAnsi="Malgun Gothic" w:eastAsia="Malgun Gothic"/>
                <w:b w:val="0"/>
                <w:sz w:val="14"/>
              </w:rPr>
              <w:t>0.459856340604963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0.4001187296409184</w:t>
            </w:r>
          </w:p>
        </w:tc>
        <w:tc>
          <w:tcPr>
            <w:tcW w:type="dxa" w:w="759"/>
            <w:vAlign w:val="center"/>
          </w:tcPr>
          <w:p>
            <w:r/>
            <w:r>
              <w:rPr>
                <w:rFonts w:ascii="Malgun Gothic" w:hAnsi="Malgun Gothic" w:eastAsia="Malgun Gothic"/>
                <w:b w:val="0"/>
                <w:sz w:val="14"/>
              </w:rPr>
              <w:t>0.0258763041347265</w:t>
            </w:r>
          </w:p>
        </w:tc>
        <w:tc>
          <w:tcPr>
            <w:tcW w:type="dxa" w:w="759"/>
            <w:vAlign w:val="center"/>
          </w:tcPr>
          <w:p>
            <w:r/>
            <w:r>
              <w:rPr>
                <w:rFonts w:ascii="Malgun Gothic" w:hAnsi="Malgun Gothic" w:eastAsia="Malgun Gothic"/>
                <w:b w:val="0"/>
                <w:sz w:val="14"/>
              </w:rPr>
              <w:t>236.3714352292384</w:t>
            </w:r>
          </w:p>
        </w:tc>
        <w:tc>
          <w:tcPr>
            <w:tcW w:type="dxa" w:w="759"/>
            <w:vAlign w:val="center"/>
          </w:tcPr>
          <w:p>
            <w:r/>
            <w:r>
              <w:rPr>
                <w:rFonts w:ascii="Malgun Gothic" w:hAnsi="Malgun Gothic" w:eastAsia="Malgun Gothic"/>
                <w:b w:val="0"/>
                <w:sz w:val="14"/>
              </w:rPr>
              <w:t>58.49668158666461</w:t>
            </w:r>
          </w:p>
        </w:tc>
        <w:tc>
          <w:tcPr>
            <w:tcW w:type="dxa" w:w="759"/>
            <w:vAlign w:val="center"/>
          </w:tcPr>
          <w:p>
            <w:r/>
            <w:r>
              <w:rPr>
                <w:rFonts w:ascii="Malgun Gothic" w:hAnsi="Malgun Gothic" w:eastAsia="Malgun Gothic"/>
                <w:b w:val="0"/>
                <w:sz w:val="14"/>
              </w:rPr>
              <w:t>388.74</w:t>
            </w:r>
          </w:p>
        </w:tc>
        <w:tc>
          <w:tcPr>
            <w:tcW w:type="dxa" w:w="759"/>
            <w:vAlign w:val="center"/>
          </w:tcPr>
          <w:p>
            <w:r/>
            <w:r>
              <w:rPr>
                <w:rFonts w:ascii="Malgun Gothic" w:hAnsi="Malgun Gothic" w:eastAsia="Malgun Gothic"/>
                <w:b w:val="0"/>
                <w:sz w:val="14"/>
              </w:rPr>
              <w:t>-1.4405788269032103</w:t>
            </w:r>
          </w:p>
        </w:tc>
        <w:tc>
          <w:tcPr>
            <w:tcW w:type="dxa" w:w="759"/>
            <w:vAlign w:val="center"/>
          </w:tcPr>
          <w:p>
            <w:r/>
            <w:r>
              <w:rPr>
                <w:rFonts w:ascii="Malgun Gothic" w:hAnsi="Malgun Gothic" w:eastAsia="Malgun Gothic"/>
                <w:b w:val="0"/>
                <w:sz w:val="14"/>
              </w:rPr>
              <w:t>0.23456037842873903</w:t>
            </w:r>
          </w:p>
        </w:tc>
        <w:tc>
          <w:tcPr>
            <w:tcW w:type="dxa" w:w="759"/>
            <w:vAlign w:val="center"/>
          </w:tcPr>
          <w:p>
            <w:r/>
            <w:r>
              <w:rPr>
                <w:rFonts w:ascii="Malgun Gothic" w:hAnsi="Malgun Gothic" w:eastAsia="Malgun Gothic"/>
                <w:b w:val="0"/>
                <w:sz w:val="14"/>
              </w:rPr>
              <w:t>-1.2501185403568085</w:t>
            </w:r>
          </w:p>
        </w:tc>
        <w:tc>
          <w:tcPr>
            <w:tcW w:type="dxa" w:w="759"/>
            <w:vAlign w:val="center"/>
          </w:tcPr>
          <w:p>
            <w:r/>
            <w:r>
              <w:rPr>
                <w:rFonts w:ascii="Malgun Gothic" w:hAnsi="Malgun Gothic" w:eastAsia="Malgun Gothic"/>
                <w:b w:val="0"/>
                <w:sz w:val="14"/>
              </w:rPr>
              <w:t>1.4217171635219157</w:t>
            </w:r>
          </w:p>
        </w:tc>
        <w:tc>
          <w:tcPr>
            <w:tcW w:type="dxa" w:w="759"/>
            <w:vAlign w:val="center"/>
          </w:tcPr>
          <w:p>
            <w:r/>
            <w:r>
              <w:rPr>
                <w:rFonts w:ascii="Malgun Gothic" w:hAnsi="Malgun Gothic" w:eastAsia="Malgun Gothic"/>
                <w:b w:val="0"/>
                <w:sz w:val="14"/>
              </w:rPr>
              <w:t>-0.25860495632734104</w:t>
            </w:r>
          </w:p>
        </w:tc>
        <w:tc>
          <w:tcPr>
            <w:tcW w:type="dxa" w:w="759"/>
            <w:vAlign w:val="center"/>
          </w:tcPr>
          <w:p>
            <w:r/>
            <w:r>
              <w:rPr>
                <w:rFonts w:ascii="Malgun Gothic" w:hAnsi="Malgun Gothic" w:eastAsia="Malgun Gothic"/>
                <w:b w:val="0"/>
                <w:sz w:val="14"/>
              </w:rPr>
              <w:t>0.32383007914488066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0.4982178343382308</w:t>
            </w:r>
          </w:p>
        </w:tc>
        <w:tc>
          <w:tcPr>
            <w:tcW w:type="dxa" w:w="759"/>
            <w:vAlign w:val="center"/>
          </w:tcPr>
          <w:p>
            <w:r/>
            <w:r>
              <w:rPr>
                <w:rFonts w:ascii="Malgun Gothic" w:hAnsi="Malgun Gothic" w:eastAsia="Malgun Gothic"/>
                <w:b w:val="0"/>
                <w:sz w:val="14"/>
              </w:rPr>
              <w:t>0.0771065503358841</w:t>
            </w:r>
          </w:p>
        </w:tc>
        <w:tc>
          <w:tcPr>
            <w:tcW w:type="dxa" w:w="759"/>
            <w:vAlign w:val="center"/>
          </w:tcPr>
          <w:p>
            <w:r/>
            <w:r>
              <w:rPr>
                <w:rFonts w:ascii="Malgun Gothic" w:hAnsi="Malgun Gothic" w:eastAsia="Malgun Gothic"/>
                <w:b w:val="0"/>
                <w:sz w:val="14"/>
              </w:rPr>
              <w:t>279.785653638665</w:t>
            </w:r>
          </w:p>
        </w:tc>
        <w:tc>
          <w:tcPr>
            <w:tcW w:type="dxa" w:w="759"/>
            <w:vAlign w:val="center"/>
          </w:tcPr>
          <w:p>
            <w:r/>
            <w:r>
              <w:rPr>
                <w:rFonts w:ascii="Malgun Gothic" w:hAnsi="Malgun Gothic" w:eastAsia="Malgun Gothic"/>
                <w:b w:val="0"/>
                <w:sz w:val="14"/>
              </w:rPr>
              <w:t>18.518518518518515</w:t>
            </w:r>
          </w:p>
        </w:tc>
        <w:tc>
          <w:tcPr>
            <w:tcW w:type="dxa" w:w="759"/>
            <w:vAlign w:val="center"/>
          </w:tcPr>
          <w:p>
            <w:r/>
            <w:r>
              <w:rPr>
                <w:rFonts w:ascii="Malgun Gothic" w:hAnsi="Malgun Gothic" w:eastAsia="Malgun Gothic"/>
                <w:b w:val="0"/>
                <w:sz w:val="14"/>
              </w:rPr>
              <w:t>3.24</w:t>
            </w:r>
          </w:p>
        </w:tc>
        <w:tc>
          <w:tcPr>
            <w:tcW w:type="dxa" w:w="759"/>
            <w:vAlign w:val="center"/>
          </w:tcPr>
          <w:p>
            <w:r/>
            <w:r>
              <w:rPr>
                <w:rFonts w:ascii="Malgun Gothic" w:hAnsi="Malgun Gothic" w:eastAsia="Malgun Gothic"/>
                <w:b w:val="0"/>
                <w:sz w:val="14"/>
              </w:rPr>
              <w:t>0.31291017688956685</w:t>
            </w:r>
          </w:p>
        </w:tc>
        <w:tc>
          <w:tcPr>
            <w:tcW w:type="dxa" w:w="759"/>
            <w:vAlign w:val="center"/>
          </w:tcPr>
          <w:p>
            <w:r/>
            <w:r>
              <w:rPr>
                <w:rFonts w:ascii="Malgun Gothic" w:hAnsi="Malgun Gothic" w:eastAsia="Malgun Gothic"/>
                <w:b w:val="0"/>
                <w:sz w:val="14"/>
              </w:rPr>
              <w:t>1.7930175173469274</w:t>
            </w:r>
          </w:p>
        </w:tc>
        <w:tc>
          <w:tcPr>
            <w:tcW w:type="dxa" w:w="759"/>
            <w:vAlign w:val="center"/>
          </w:tcPr>
          <w:p>
            <w:r/>
            <w:r>
              <w:rPr>
                <w:rFonts w:ascii="Malgun Gothic" w:hAnsi="Malgun Gothic" w:eastAsia="Malgun Gothic"/>
                <w:b w:val="0"/>
                <w:sz w:val="14"/>
              </w:rPr>
              <w:t>-3.308940302321479</w:t>
            </w:r>
          </w:p>
        </w:tc>
        <w:tc>
          <w:tcPr>
            <w:tcW w:type="dxa" w:w="759"/>
            <w:vAlign w:val="center"/>
          </w:tcPr>
          <w:p>
            <w:r/>
            <w:r>
              <w:rPr>
                <w:rFonts w:ascii="Malgun Gothic" w:hAnsi="Malgun Gothic" w:eastAsia="Malgun Gothic"/>
                <w:b w:val="0"/>
                <w:sz w:val="14"/>
              </w:rPr>
              <w:t>-0.8428577491312794</w:t>
            </w:r>
          </w:p>
        </w:tc>
        <w:tc>
          <w:tcPr>
            <w:tcW w:type="dxa" w:w="759"/>
            <w:vAlign w:val="center"/>
          </w:tcPr>
          <w:p>
            <w:r/>
            <w:r>
              <w:rPr>
                <w:rFonts w:ascii="Malgun Gothic" w:hAnsi="Malgun Gothic" w:eastAsia="Malgun Gothic"/>
                <w:b w:val="0"/>
                <w:sz w:val="14"/>
              </w:rPr>
              <w:t>-0.5114675893040661</w:t>
            </w:r>
          </w:p>
        </w:tc>
        <w:tc>
          <w:tcPr>
            <w:tcW w:type="dxa" w:w="759"/>
            <w:vAlign w:val="center"/>
          </w:tcPr>
          <w:p>
            <w:r/>
            <w:r>
              <w:rPr>
                <w:rFonts w:ascii="Malgun Gothic" w:hAnsi="Malgun Gothic" w:eastAsia="Malgun Gothic"/>
                <w:b w:val="0"/>
                <w:sz w:val="14"/>
              </w:rPr>
              <w:t>0.26678116898962506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0.511990110241912</w:t>
            </w:r>
          </w:p>
        </w:tc>
        <w:tc>
          <w:tcPr>
            <w:tcW w:type="dxa" w:w="759"/>
            <w:vAlign w:val="center"/>
          </w:tcPr>
          <w:p>
            <w:r/>
            <w:r>
              <w:rPr>
                <w:rFonts w:ascii="Malgun Gothic" w:hAnsi="Malgun Gothic" w:eastAsia="Malgun Gothic"/>
                <w:b w:val="0"/>
                <w:sz w:val="14"/>
              </w:rPr>
              <w:t>0.0694236010313034</w:t>
            </w:r>
          </w:p>
        </w:tc>
        <w:tc>
          <w:tcPr>
            <w:tcW w:type="dxa" w:w="759"/>
            <w:vAlign w:val="center"/>
          </w:tcPr>
          <w:p>
            <w:r/>
            <w:r>
              <w:rPr>
                <w:rFonts w:ascii="Malgun Gothic" w:hAnsi="Malgun Gothic" w:eastAsia="Malgun Gothic"/>
                <w:b w:val="0"/>
                <w:sz w:val="14"/>
              </w:rPr>
              <w:t>201.51792369528184</w:t>
            </w:r>
          </w:p>
        </w:tc>
        <w:tc>
          <w:tcPr>
            <w:tcW w:type="dxa" w:w="759"/>
            <w:vAlign w:val="center"/>
          </w:tcPr>
          <w:p>
            <w:r/>
            <w:r>
              <w:rPr>
                <w:rFonts w:ascii="Malgun Gothic" w:hAnsi="Malgun Gothic" w:eastAsia="Malgun Gothic"/>
                <w:b w:val="0"/>
                <w:sz w:val="14"/>
              </w:rPr>
              <w:t>110.28110870847256</w:t>
            </w:r>
          </w:p>
        </w:tc>
        <w:tc>
          <w:tcPr>
            <w:tcW w:type="dxa" w:w="759"/>
            <w:vAlign w:val="center"/>
          </w:tcPr>
          <w:p>
            <w:r/>
            <w:r>
              <w:rPr>
                <w:rFonts w:ascii="Malgun Gothic" w:hAnsi="Malgun Gothic" w:eastAsia="Malgun Gothic"/>
                <w:b w:val="0"/>
                <w:sz w:val="14"/>
              </w:rPr>
              <w:t>305.22</w:t>
            </w:r>
          </w:p>
        </w:tc>
        <w:tc>
          <w:tcPr>
            <w:tcW w:type="dxa" w:w="759"/>
            <w:vAlign w:val="center"/>
          </w:tcPr>
          <w:p>
            <w:r/>
            <w:r>
              <w:rPr>
                <w:rFonts w:ascii="Malgun Gothic" w:hAnsi="Malgun Gothic" w:eastAsia="Malgun Gothic"/>
                <w:b w:val="0"/>
                <w:sz w:val="14"/>
              </w:rPr>
              <w:t>0.04994116695388573</w:t>
            </w:r>
          </w:p>
        </w:tc>
        <w:tc>
          <w:tcPr>
            <w:tcW w:type="dxa" w:w="759"/>
            <w:vAlign w:val="center"/>
          </w:tcPr>
          <w:p>
            <w:r/>
            <w:r>
              <w:rPr>
                <w:rFonts w:ascii="Malgun Gothic" w:hAnsi="Malgun Gothic" w:eastAsia="Malgun Gothic"/>
                <w:b w:val="0"/>
                <w:sz w:val="14"/>
              </w:rPr>
              <w:t>-1.0165897253047398</w:t>
            </w:r>
          </w:p>
        </w:tc>
        <w:tc>
          <w:tcPr>
            <w:tcW w:type="dxa" w:w="759"/>
            <w:vAlign w:val="center"/>
          </w:tcPr>
          <w:p>
            <w:r/>
            <w:r>
              <w:rPr>
                <w:rFonts w:ascii="Malgun Gothic" w:hAnsi="Malgun Gothic" w:eastAsia="Malgun Gothic"/>
                <w:b w:val="0"/>
                <w:sz w:val="14"/>
              </w:rPr>
              <w:t>1.41670998069149</w:t>
            </w:r>
          </w:p>
        </w:tc>
        <w:tc>
          <w:tcPr>
            <w:tcW w:type="dxa" w:w="759"/>
            <w:vAlign w:val="center"/>
          </w:tcPr>
          <w:p>
            <w:r/>
            <w:r>
              <w:rPr>
                <w:rFonts w:ascii="Malgun Gothic" w:hAnsi="Malgun Gothic" w:eastAsia="Malgun Gothic"/>
                <w:b w:val="0"/>
                <w:sz w:val="14"/>
              </w:rPr>
              <w:t>0.9310886376988422</w:t>
            </w:r>
          </w:p>
        </w:tc>
        <w:tc>
          <w:tcPr>
            <w:tcW w:type="dxa" w:w="759"/>
            <w:vAlign w:val="center"/>
          </w:tcPr>
          <w:p>
            <w:r/>
            <w:r>
              <w:rPr>
                <w:rFonts w:ascii="Malgun Gothic" w:hAnsi="Malgun Gothic" w:eastAsia="Malgun Gothic"/>
                <w:b w:val="0"/>
                <w:sz w:val="14"/>
              </w:rPr>
              <w:t>0.34528751500986954</w:t>
            </w:r>
          </w:p>
        </w:tc>
        <w:tc>
          <w:tcPr>
            <w:tcW w:type="dxa" w:w="759"/>
            <w:vAlign w:val="center"/>
          </w:tcPr>
          <w:p>
            <w:r/>
            <w:r>
              <w:rPr>
                <w:rFonts w:ascii="Malgun Gothic" w:hAnsi="Malgun Gothic" w:eastAsia="Malgun Gothic"/>
                <w:b w:val="0"/>
                <w:sz w:val="14"/>
              </w:rPr>
              <w:t>0.4600756245431321</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0.4984506957086278</w:t>
            </w:r>
          </w:p>
        </w:tc>
        <w:tc>
          <w:tcPr>
            <w:tcW w:type="dxa" w:w="759"/>
            <w:vAlign w:val="center"/>
          </w:tcPr>
          <w:p>
            <w:r/>
            <w:r>
              <w:rPr>
                <w:rFonts w:ascii="Malgun Gothic" w:hAnsi="Malgun Gothic" w:eastAsia="Malgun Gothic"/>
                <w:b w:val="0"/>
                <w:sz w:val="14"/>
              </w:rPr>
              <w:t>0.0441754981875419</w:t>
            </w:r>
          </w:p>
        </w:tc>
        <w:tc>
          <w:tcPr>
            <w:tcW w:type="dxa" w:w="759"/>
            <w:vAlign w:val="center"/>
          </w:tcPr>
          <w:p>
            <w:r/>
            <w:r>
              <w:rPr>
                <w:rFonts w:ascii="Malgun Gothic" w:hAnsi="Malgun Gothic" w:eastAsia="Malgun Gothic"/>
                <w:b w:val="0"/>
                <w:sz w:val="14"/>
              </w:rPr>
              <w:t>209.55281766676052</w:t>
            </w:r>
          </w:p>
        </w:tc>
        <w:tc>
          <w:tcPr>
            <w:tcW w:type="dxa" w:w="759"/>
            <w:vAlign w:val="center"/>
          </w:tcPr>
          <w:p>
            <w:r/>
            <w:r>
              <w:rPr>
                <w:rFonts w:ascii="Malgun Gothic" w:hAnsi="Malgun Gothic" w:eastAsia="Malgun Gothic"/>
                <w:b w:val="0"/>
                <w:sz w:val="14"/>
              </w:rPr>
              <w:t>85.71428571428572</w:t>
            </w:r>
          </w:p>
        </w:tc>
        <w:tc>
          <w:tcPr>
            <w:tcW w:type="dxa" w:w="759"/>
            <w:vAlign w:val="center"/>
          </w:tcPr>
          <w:p>
            <w:r/>
            <w:r>
              <w:rPr>
                <w:rFonts w:ascii="Malgun Gothic" w:hAnsi="Malgun Gothic" w:eastAsia="Malgun Gothic"/>
                <w:b w:val="0"/>
                <w:sz w:val="14"/>
              </w:rPr>
              <w:t>21.0</w:t>
            </w:r>
          </w:p>
        </w:tc>
        <w:tc>
          <w:tcPr>
            <w:tcW w:type="dxa" w:w="759"/>
            <w:vAlign w:val="center"/>
          </w:tcPr>
          <w:p>
            <w:r/>
            <w:r>
              <w:rPr>
                <w:rFonts w:ascii="Malgun Gothic" w:hAnsi="Malgun Gothic" w:eastAsia="Malgun Gothic"/>
                <w:b w:val="0"/>
                <w:sz w:val="14"/>
              </w:rPr>
              <w:t>-0.8142411078946113</w:t>
            </w:r>
          </w:p>
        </w:tc>
        <w:tc>
          <w:tcPr>
            <w:tcW w:type="dxa" w:w="759"/>
            <w:vAlign w:val="center"/>
          </w:tcPr>
          <w:p>
            <w:r/>
            <w:r>
              <w:rPr>
                <w:rFonts w:ascii="Malgun Gothic" w:hAnsi="Malgun Gothic" w:eastAsia="Malgun Gothic"/>
                <w:b w:val="0"/>
                <w:sz w:val="14"/>
              </w:rPr>
              <w:t>-0.7281580011122173</w:t>
            </w:r>
          </w:p>
        </w:tc>
        <w:tc>
          <w:tcPr>
            <w:tcW w:type="dxa" w:w="759"/>
            <w:vAlign w:val="center"/>
          </w:tcPr>
          <w:p>
            <w:r/>
            <w:r>
              <w:rPr>
                <w:rFonts w:ascii="Malgun Gothic" w:hAnsi="Malgun Gothic" w:eastAsia="Malgun Gothic"/>
                <w:b w:val="0"/>
                <w:sz w:val="14"/>
              </w:rPr>
              <w:t>0.1515515561648219</w:t>
            </w:r>
          </w:p>
        </w:tc>
        <w:tc>
          <w:tcPr>
            <w:tcW w:type="dxa" w:w="759"/>
            <w:vAlign w:val="center"/>
          </w:tcPr>
          <w:p>
            <w:r/>
            <w:r>
              <w:rPr>
                <w:rFonts w:ascii="Malgun Gothic" w:hAnsi="Malgun Gothic" w:eastAsia="Malgun Gothic"/>
                <w:b w:val="0"/>
                <w:sz w:val="14"/>
              </w:rPr>
              <w:t>-0.7385286947895915</w:t>
            </w:r>
          </w:p>
        </w:tc>
        <w:tc>
          <w:tcPr>
            <w:tcW w:type="dxa" w:w="759"/>
            <w:vAlign w:val="center"/>
          </w:tcPr>
          <w:p>
            <w:r/>
            <w:r>
              <w:rPr>
                <w:rFonts w:ascii="Malgun Gothic" w:hAnsi="Malgun Gothic" w:eastAsia="Malgun Gothic"/>
                <w:b w:val="0"/>
                <w:sz w:val="14"/>
              </w:rPr>
              <w:t>-0.5323440619078995</w:t>
            </w:r>
          </w:p>
        </w:tc>
        <w:tc>
          <w:tcPr>
            <w:tcW w:type="dxa" w:w="759"/>
            <w:vAlign w:val="center"/>
          </w:tcPr>
          <w:p>
            <w:r/>
            <w:r>
              <w:rPr>
                <w:rFonts w:ascii="Malgun Gothic" w:hAnsi="Malgun Gothic" w:eastAsia="Malgun Gothic"/>
                <w:b w:val="0"/>
                <w:sz w:val="14"/>
              </w:rPr>
              <w:t>0.2620711808197068</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0.5221846800979961</w:t>
            </w:r>
          </w:p>
        </w:tc>
        <w:tc>
          <w:tcPr>
            <w:tcW w:type="dxa" w:w="759"/>
            <w:vAlign w:val="center"/>
          </w:tcPr>
          <w:p>
            <w:r/>
            <w:r>
              <w:rPr>
                <w:rFonts w:ascii="Malgun Gothic" w:hAnsi="Malgun Gothic" w:eastAsia="Malgun Gothic"/>
                <w:b w:val="0"/>
                <w:sz w:val="14"/>
              </w:rPr>
              <w:t>0.0746127665042877</w:t>
            </w:r>
          </w:p>
        </w:tc>
        <w:tc>
          <w:tcPr>
            <w:tcW w:type="dxa" w:w="759"/>
            <w:vAlign w:val="center"/>
          </w:tcPr>
          <w:p>
            <w:r/>
            <w:r>
              <w:rPr>
                <w:rFonts w:ascii="Malgun Gothic" w:hAnsi="Malgun Gothic" w:eastAsia="Malgun Gothic"/>
                <w:b w:val="0"/>
                <w:sz w:val="14"/>
              </w:rPr>
              <w:t>218.7737447909876</w:t>
            </w:r>
          </w:p>
        </w:tc>
        <w:tc>
          <w:tcPr>
            <w:tcW w:type="dxa" w:w="759"/>
            <w:vAlign w:val="center"/>
          </w:tcPr>
          <w:p>
            <w:r/>
            <w:r>
              <w:rPr>
                <w:rFonts w:ascii="Malgun Gothic" w:hAnsi="Malgun Gothic" w:eastAsia="Malgun Gothic"/>
                <w:b w:val="0"/>
                <w:sz w:val="14"/>
              </w:rPr>
              <w:t>89.48621980265396</w:t>
            </w:r>
          </w:p>
        </w:tc>
        <w:tc>
          <w:tcPr>
            <w:tcW w:type="dxa" w:w="759"/>
            <w:vAlign w:val="center"/>
          </w:tcPr>
          <w:p>
            <w:r/>
            <w:r>
              <w:rPr>
                <w:rFonts w:ascii="Malgun Gothic" w:hAnsi="Malgun Gothic" w:eastAsia="Malgun Gothic"/>
                <w:b w:val="0"/>
                <w:sz w:val="14"/>
              </w:rPr>
              <w:t>176.34</w:t>
            </w:r>
          </w:p>
        </w:tc>
        <w:tc>
          <w:tcPr>
            <w:tcW w:type="dxa" w:w="759"/>
            <w:vAlign w:val="center"/>
          </w:tcPr>
          <w:p>
            <w:r/>
            <w:r>
              <w:rPr>
                <w:rFonts w:ascii="Malgun Gothic" w:hAnsi="Malgun Gothic" w:eastAsia="Malgun Gothic"/>
                <w:b w:val="0"/>
                <w:sz w:val="14"/>
              </w:rPr>
              <w:t>0.22755391080077186</w:t>
            </w:r>
          </w:p>
        </w:tc>
        <w:tc>
          <w:tcPr>
            <w:tcW w:type="dxa" w:w="759"/>
            <w:vAlign w:val="center"/>
          </w:tcPr>
          <w:p>
            <w:r/>
            <w:r>
              <w:rPr>
                <w:rFonts w:ascii="Malgun Gothic" w:hAnsi="Malgun Gothic" w:eastAsia="Malgun Gothic"/>
                <w:b w:val="0"/>
                <w:sz w:val="14"/>
              </w:rPr>
              <w:t>-0.3971507820331386</w:t>
            </w:r>
          </w:p>
        </w:tc>
        <w:tc>
          <w:tcPr>
            <w:tcW w:type="dxa" w:w="759"/>
            <w:vAlign w:val="center"/>
          </w:tcPr>
          <w:p>
            <w:r/>
            <w:r>
              <w:rPr>
                <w:rFonts w:ascii="Malgun Gothic" w:hAnsi="Malgun Gothic" w:eastAsia="Malgun Gothic"/>
                <w:b w:val="0"/>
                <w:sz w:val="14"/>
              </w:rPr>
              <w:t>0.3458011011624637</w:t>
            </w:r>
          </w:p>
        </w:tc>
        <w:tc>
          <w:tcPr>
            <w:tcW w:type="dxa" w:w="759"/>
            <w:vAlign w:val="center"/>
          </w:tcPr>
          <w:p>
            <w:r/>
            <w:r>
              <w:rPr>
                <w:rFonts w:ascii="Malgun Gothic" w:hAnsi="Malgun Gothic" w:eastAsia="Malgun Gothic"/>
                <w:b w:val="0"/>
                <w:sz w:val="14"/>
              </w:rPr>
              <w:t>0.17399806767875442</w:t>
            </w:r>
          </w:p>
        </w:tc>
        <w:tc>
          <w:tcPr>
            <w:tcW w:type="dxa" w:w="759"/>
            <w:vAlign w:val="center"/>
          </w:tcPr>
          <w:p>
            <w:r/>
            <w:r>
              <w:rPr>
                <w:rFonts w:ascii="Malgun Gothic" w:hAnsi="Malgun Gothic" w:eastAsia="Malgun Gothic"/>
                <w:b w:val="0"/>
                <w:sz w:val="14"/>
              </w:rPr>
              <w:t>0.08755057440221285</w:t>
            </w:r>
          </w:p>
        </w:tc>
        <w:tc>
          <w:tcPr>
            <w:tcW w:type="dxa" w:w="759"/>
            <w:vAlign w:val="center"/>
          </w:tcPr>
          <w:p>
            <w:r/>
            <w:r>
              <w:rPr>
                <w:rFonts w:ascii="Malgun Gothic" w:hAnsi="Malgun Gothic" w:eastAsia="Malgun Gothic"/>
                <w:b w:val="0"/>
                <w:sz w:val="14"/>
              </w:rPr>
              <w:t>0.4019270108261736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0.4404884444380514</w:t>
            </w:r>
          </w:p>
        </w:tc>
        <w:tc>
          <w:tcPr>
            <w:tcW w:type="dxa" w:w="759"/>
            <w:vAlign w:val="center"/>
          </w:tcPr>
          <w:p>
            <w:r/>
            <w:r>
              <w:rPr>
                <w:rFonts w:ascii="Malgun Gothic" w:hAnsi="Malgun Gothic" w:eastAsia="Malgun Gothic"/>
                <w:b w:val="0"/>
                <w:sz w:val="14"/>
              </w:rPr>
              <w:t>0.0510383136570453</w:t>
            </w:r>
          </w:p>
        </w:tc>
        <w:tc>
          <w:tcPr>
            <w:tcW w:type="dxa" w:w="759"/>
            <w:vAlign w:val="center"/>
          </w:tcPr>
          <w:p>
            <w:r/>
            <w:r>
              <w:rPr>
                <w:rFonts w:ascii="Malgun Gothic" w:hAnsi="Malgun Gothic" w:eastAsia="Malgun Gothic"/>
                <w:b w:val="0"/>
                <w:sz w:val="14"/>
              </w:rPr>
              <w:t>221.15996283362628</w:t>
            </w:r>
          </w:p>
        </w:tc>
        <w:tc>
          <w:tcPr>
            <w:tcW w:type="dxa" w:w="759"/>
            <w:vAlign w:val="center"/>
          </w:tcPr>
          <w:p>
            <w:r/>
            <w:r>
              <w:rPr>
                <w:rFonts w:ascii="Malgun Gothic" w:hAnsi="Malgun Gothic" w:eastAsia="Malgun Gothic"/>
                <w:b w:val="0"/>
                <w:sz w:val="14"/>
              </w:rPr>
              <w:t>61.2177729018102</w:t>
            </w:r>
          </w:p>
        </w:tc>
        <w:tc>
          <w:tcPr>
            <w:tcW w:type="dxa" w:w="759"/>
            <w:vAlign w:val="center"/>
          </w:tcPr>
          <w:p>
            <w:r/>
            <w:r>
              <w:rPr>
                <w:rFonts w:ascii="Malgun Gothic" w:hAnsi="Malgun Gothic" w:eastAsia="Malgun Gothic"/>
                <w:b w:val="0"/>
                <w:sz w:val="14"/>
              </w:rPr>
              <w:t>273.45</w:t>
            </w:r>
          </w:p>
        </w:tc>
        <w:tc>
          <w:tcPr>
            <w:tcW w:type="dxa" w:w="759"/>
            <w:vAlign w:val="center"/>
          </w:tcPr>
          <w:p>
            <w:r/>
            <w:r>
              <w:rPr>
                <w:rFonts w:ascii="Malgun Gothic" w:hAnsi="Malgun Gothic" w:eastAsia="Malgun Gothic"/>
                <w:b w:val="0"/>
                <w:sz w:val="14"/>
              </w:rPr>
              <w:t>-0.5793433208806331</w:t>
            </w:r>
          </w:p>
        </w:tc>
        <w:tc>
          <w:tcPr>
            <w:tcW w:type="dxa" w:w="759"/>
            <w:vAlign w:val="center"/>
          </w:tcPr>
          <w:p>
            <w:r/>
            <w:r>
              <w:rPr>
                <w:rFonts w:ascii="Malgun Gothic" w:hAnsi="Malgun Gothic" w:eastAsia="Malgun Gothic"/>
                <w:b w:val="0"/>
                <w:sz w:val="14"/>
              </w:rPr>
              <w:t>-0.3114917818296897</w:t>
            </w:r>
          </w:p>
        </w:tc>
        <w:tc>
          <w:tcPr>
            <w:tcW w:type="dxa" w:w="759"/>
            <w:vAlign w:val="center"/>
          </w:tcPr>
          <w:p>
            <w:r/>
            <w:r>
              <w:rPr>
                <w:rFonts w:ascii="Malgun Gothic" w:hAnsi="Malgun Gothic" w:eastAsia="Malgun Gothic"/>
                <w:b w:val="0"/>
                <w:sz w:val="14"/>
              </w:rPr>
              <w:t>-1.1099859883342122</w:t>
            </w:r>
          </w:p>
        </w:tc>
        <w:tc>
          <w:tcPr>
            <w:tcW w:type="dxa" w:w="759"/>
            <w:vAlign w:val="center"/>
          </w:tcPr>
          <w:p>
            <w:r/>
            <w:r>
              <w:rPr>
                <w:rFonts w:ascii="Malgun Gothic" w:hAnsi="Malgun Gothic" w:eastAsia="Malgun Gothic"/>
                <w:b w:val="0"/>
                <w:sz w:val="14"/>
              </w:rPr>
              <w:t>0.7444594678545047</w:t>
            </w:r>
          </w:p>
        </w:tc>
        <w:tc>
          <w:tcPr>
            <w:tcW w:type="dxa" w:w="759"/>
            <w:vAlign w:val="center"/>
          </w:tcPr>
          <w:p>
            <w:r/>
            <w:r>
              <w:rPr>
                <w:rFonts w:ascii="Malgun Gothic" w:hAnsi="Malgun Gothic" w:eastAsia="Malgun Gothic"/>
                <w:b w:val="0"/>
                <w:sz w:val="14"/>
              </w:rPr>
              <w:t>-0.3140904057975075</w:t>
            </w:r>
          </w:p>
        </w:tc>
        <w:tc>
          <w:tcPr>
            <w:tcW w:type="dxa" w:w="759"/>
            <w:vAlign w:val="center"/>
          </w:tcPr>
          <w:p>
            <w:r/>
            <w:r>
              <w:rPr>
                <w:rFonts w:ascii="Malgun Gothic" w:hAnsi="Malgun Gothic" w:eastAsia="Malgun Gothic"/>
                <w:b w:val="0"/>
                <w:sz w:val="14"/>
              </w:rPr>
              <w:t>0.311311881479673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0.5160561100802971</w:t>
            </w:r>
          </w:p>
        </w:tc>
        <w:tc>
          <w:tcPr>
            <w:tcW w:type="dxa" w:w="759"/>
            <w:vAlign w:val="center"/>
          </w:tcPr>
          <w:p>
            <w:r/>
            <w:r>
              <w:rPr>
                <w:rFonts w:ascii="Malgun Gothic" w:hAnsi="Malgun Gothic" w:eastAsia="Malgun Gothic"/>
                <w:b w:val="0"/>
                <w:sz w:val="14"/>
              </w:rPr>
              <w:t>0.0646125078201294</w:t>
            </w:r>
          </w:p>
        </w:tc>
        <w:tc>
          <w:tcPr>
            <w:tcW w:type="dxa" w:w="759"/>
            <w:vAlign w:val="center"/>
          </w:tcPr>
          <w:p>
            <w:r/>
            <w:r>
              <w:rPr>
                <w:rFonts w:ascii="Malgun Gothic" w:hAnsi="Malgun Gothic" w:eastAsia="Malgun Gothic"/>
                <w:b w:val="0"/>
                <w:sz w:val="14"/>
              </w:rPr>
              <w:t>197.41318190201576</w:t>
            </w:r>
          </w:p>
        </w:tc>
        <w:tc>
          <w:tcPr>
            <w:tcW w:type="dxa" w:w="759"/>
            <w:vAlign w:val="center"/>
          </w:tcPr>
          <w:p>
            <w:r/>
            <w:r>
              <w:rPr>
                <w:rFonts w:ascii="Malgun Gothic" w:hAnsi="Malgun Gothic" w:eastAsia="Malgun Gothic"/>
                <w:b w:val="0"/>
                <w:sz w:val="14"/>
              </w:rPr>
              <w:t>101.94661850290989</w:t>
            </w:r>
          </w:p>
        </w:tc>
        <w:tc>
          <w:tcPr>
            <w:tcW w:type="dxa" w:w="759"/>
            <w:vAlign w:val="center"/>
          </w:tcPr>
          <w:p>
            <w:r/>
            <w:r>
              <w:rPr>
                <w:rFonts w:ascii="Malgun Gothic" w:hAnsi="Malgun Gothic" w:eastAsia="Malgun Gothic"/>
                <w:b w:val="0"/>
                <w:sz w:val="14"/>
              </w:rPr>
              <w:t>149.49</w:t>
            </w:r>
          </w:p>
        </w:tc>
        <w:tc>
          <w:tcPr>
            <w:tcW w:type="dxa" w:w="759"/>
            <w:vAlign w:val="center"/>
          </w:tcPr>
          <w:p>
            <w:r/>
            <w:r>
              <w:rPr>
                <w:rFonts w:ascii="Malgun Gothic" w:hAnsi="Malgun Gothic" w:eastAsia="Malgun Gothic"/>
                <w:b w:val="0"/>
                <w:sz w:val="14"/>
              </w:rPr>
              <w:t>-0.11473106610333283</w:t>
            </w:r>
          </w:p>
        </w:tc>
        <w:tc>
          <w:tcPr>
            <w:tcW w:type="dxa" w:w="759"/>
            <w:vAlign w:val="center"/>
          </w:tcPr>
          <w:p>
            <w:r/>
            <w:r>
              <w:rPr>
                <w:rFonts w:ascii="Malgun Gothic" w:hAnsi="Malgun Gothic" w:eastAsia="Malgun Gothic"/>
                <w:b w:val="0"/>
                <w:sz w:val="14"/>
              </w:rPr>
              <w:t>-1.1639392431701208</w:t>
            </w:r>
          </w:p>
        </w:tc>
        <w:tc>
          <w:tcPr>
            <w:tcW w:type="dxa" w:w="759"/>
            <w:vAlign w:val="center"/>
          </w:tcPr>
          <w:p>
            <w:r/>
            <w:r>
              <w:rPr>
                <w:rFonts w:ascii="Malgun Gothic" w:hAnsi="Malgun Gothic" w:eastAsia="Malgun Gothic"/>
                <w:b w:val="0"/>
                <w:sz w:val="14"/>
              </w:rPr>
              <w:t>0.987494916936697</w:t>
            </w:r>
          </w:p>
        </w:tc>
        <w:tc>
          <w:tcPr>
            <w:tcW w:type="dxa" w:w="759"/>
            <w:vAlign w:val="center"/>
          </w:tcPr>
          <w:p>
            <w:r/>
            <w:r>
              <w:rPr>
                <w:rFonts w:ascii="Malgun Gothic" w:hAnsi="Malgun Gothic" w:eastAsia="Malgun Gothic"/>
                <w:b w:val="0"/>
                <w:sz w:val="14"/>
              </w:rPr>
              <w:t>0.0162708655912362</w:t>
            </w:r>
          </w:p>
        </w:tc>
        <w:tc>
          <w:tcPr>
            <w:tcW w:type="dxa" w:w="759"/>
            <w:vAlign w:val="center"/>
          </w:tcPr>
          <w:p>
            <w:r/>
            <w:r>
              <w:rPr>
                <w:rFonts w:ascii="Malgun Gothic" w:hAnsi="Malgun Gothic" w:eastAsia="Malgun Gothic"/>
                <w:b w:val="0"/>
                <w:sz w:val="14"/>
              </w:rPr>
              <w:t>-0.06872613168638007</w:t>
            </w:r>
          </w:p>
        </w:tc>
        <w:tc>
          <w:tcPr>
            <w:tcW w:type="dxa" w:w="759"/>
            <w:vAlign w:val="center"/>
          </w:tcPr>
          <w:p>
            <w:r/>
            <w:r>
              <w:rPr>
                <w:rFonts w:ascii="Malgun Gothic" w:hAnsi="Malgun Gothic" w:eastAsia="Malgun Gothic"/>
                <w:b w:val="0"/>
                <w:sz w:val="14"/>
              </w:rPr>
              <w:t>0.366669069943196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0.5388816049119692</w:t>
            </w:r>
          </w:p>
        </w:tc>
        <w:tc>
          <w:tcPr>
            <w:tcW w:type="dxa" w:w="759"/>
            <w:vAlign w:val="center"/>
          </w:tcPr>
          <w:p>
            <w:r/>
            <w:r>
              <w:rPr>
                <w:rFonts w:ascii="Malgun Gothic" w:hAnsi="Malgun Gothic" w:eastAsia="Malgun Gothic"/>
                <w:b w:val="0"/>
                <w:sz w:val="14"/>
              </w:rPr>
              <w:t>0.0899170190095901</w:t>
            </w:r>
          </w:p>
        </w:tc>
        <w:tc>
          <w:tcPr>
            <w:tcW w:type="dxa" w:w="759"/>
            <w:vAlign w:val="center"/>
          </w:tcPr>
          <w:p>
            <w:r/>
            <w:r>
              <w:rPr>
                <w:rFonts w:ascii="Malgun Gothic" w:hAnsi="Malgun Gothic" w:eastAsia="Malgun Gothic"/>
                <w:b w:val="0"/>
                <w:sz w:val="14"/>
              </w:rPr>
              <w:t>232.8979011398732</w:t>
            </w:r>
          </w:p>
        </w:tc>
        <w:tc>
          <w:tcPr>
            <w:tcW w:type="dxa" w:w="759"/>
            <w:vAlign w:val="center"/>
          </w:tcPr>
          <w:p>
            <w:r/>
            <w:r>
              <w:rPr>
                <w:rFonts w:ascii="Malgun Gothic" w:hAnsi="Malgun Gothic" w:eastAsia="Malgun Gothic"/>
                <w:b w:val="0"/>
                <w:sz w:val="14"/>
              </w:rPr>
              <w:t>94.28223844282238</w:t>
            </w:r>
          </w:p>
        </w:tc>
        <w:tc>
          <w:tcPr>
            <w:tcW w:type="dxa" w:w="759"/>
            <w:vAlign w:val="center"/>
          </w:tcPr>
          <w:p>
            <w:r/>
            <w:r>
              <w:rPr>
                <w:rFonts w:ascii="Malgun Gothic" w:hAnsi="Malgun Gothic" w:eastAsia="Malgun Gothic"/>
                <w:b w:val="0"/>
                <w:sz w:val="14"/>
              </w:rPr>
              <w:t>295.92</w:t>
            </w:r>
          </w:p>
        </w:tc>
        <w:tc>
          <w:tcPr>
            <w:tcW w:type="dxa" w:w="759"/>
            <w:vAlign w:val="center"/>
          </w:tcPr>
          <w:p>
            <w:r/>
            <w:r>
              <w:rPr>
                <w:rFonts w:ascii="Malgun Gothic" w:hAnsi="Malgun Gothic" w:eastAsia="Malgun Gothic"/>
                <w:b w:val="0"/>
                <w:sz w:val="14"/>
              </w:rPr>
              <w:t>0.7513819317309038</w:t>
            </w:r>
          </w:p>
        </w:tc>
        <w:tc>
          <w:tcPr>
            <w:tcW w:type="dxa" w:w="759"/>
            <w:vAlign w:val="center"/>
          </w:tcPr>
          <w:p>
            <w:r/>
            <w:r>
              <w:rPr>
                <w:rFonts w:ascii="Malgun Gothic" w:hAnsi="Malgun Gothic" w:eastAsia="Malgun Gothic"/>
                <w:b w:val="0"/>
                <w:sz w:val="14"/>
              </w:rPr>
              <w:t>0.10986956981403286</w:t>
            </w:r>
          </w:p>
        </w:tc>
        <w:tc>
          <w:tcPr>
            <w:tcW w:type="dxa" w:w="759"/>
            <w:vAlign w:val="center"/>
          </w:tcPr>
          <w:p>
            <w:r/>
            <w:r>
              <w:rPr>
                <w:rFonts w:ascii="Malgun Gothic" w:hAnsi="Malgun Gothic" w:eastAsia="Malgun Gothic"/>
                <w:b w:val="0"/>
                <w:sz w:val="14"/>
              </w:rPr>
              <w:t>0.5927896266316214</w:t>
            </w:r>
          </w:p>
        </w:tc>
        <w:tc>
          <w:tcPr>
            <w:tcW w:type="dxa" w:w="759"/>
            <w:vAlign w:val="center"/>
          </w:tcPr>
          <w:p>
            <w:r/>
            <w:r>
              <w:rPr>
                <w:rFonts w:ascii="Malgun Gothic" w:hAnsi="Malgun Gothic" w:eastAsia="Malgun Gothic"/>
                <w:b w:val="0"/>
                <w:sz w:val="14"/>
              </w:rPr>
              <w:t>0.8764568693780258</w:t>
            </w:r>
          </w:p>
        </w:tc>
        <w:tc>
          <w:tcPr>
            <w:tcW w:type="dxa" w:w="759"/>
            <w:vAlign w:val="center"/>
          </w:tcPr>
          <w:p>
            <w:r/>
            <w:r>
              <w:rPr>
                <w:rFonts w:ascii="Malgun Gothic" w:hAnsi="Malgun Gothic" w:eastAsia="Malgun Gothic"/>
                <w:b w:val="0"/>
                <w:sz w:val="14"/>
              </w:rPr>
              <w:t>0.5826244993886459</w:t>
            </w:r>
          </w:p>
        </w:tc>
        <w:tc>
          <w:tcPr>
            <w:tcW w:type="dxa" w:w="759"/>
            <w:vAlign w:val="center"/>
          </w:tcPr>
          <w:p>
            <w:r/>
            <w:r>
              <w:rPr>
                <w:rFonts w:ascii="Malgun Gothic" w:hAnsi="Malgun Gothic" w:eastAsia="Malgun Gothic"/>
                <w:b w:val="0"/>
                <w:sz w:val="14"/>
              </w:rPr>
              <w:t>0.5136217580265654</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0.5000453376617401</w:t>
            </w:r>
          </w:p>
        </w:tc>
        <w:tc>
          <w:tcPr>
            <w:tcW w:type="dxa" w:w="759"/>
            <w:vAlign w:val="center"/>
          </w:tcPr>
          <w:p>
            <w:r/>
            <w:r>
              <w:rPr>
                <w:rFonts w:ascii="Malgun Gothic" w:hAnsi="Malgun Gothic" w:eastAsia="Malgun Gothic"/>
                <w:b w:val="0"/>
                <w:sz w:val="14"/>
              </w:rPr>
              <w:t>0.0556679740548133</w:t>
            </w:r>
          </w:p>
        </w:tc>
        <w:tc>
          <w:tcPr>
            <w:tcW w:type="dxa" w:w="759"/>
            <w:vAlign w:val="center"/>
          </w:tcPr>
          <w:p>
            <w:r/>
            <w:r>
              <w:rPr>
                <w:rFonts w:ascii="Malgun Gothic" w:hAnsi="Malgun Gothic" w:eastAsia="Malgun Gothic"/>
                <w:b w:val="0"/>
                <w:sz w:val="14"/>
              </w:rPr>
              <w:t>175.20808180424984</w:t>
            </w:r>
          </w:p>
        </w:tc>
        <w:tc>
          <w:tcPr>
            <w:tcW w:type="dxa" w:w="759"/>
            <w:vAlign w:val="center"/>
          </w:tcPr>
          <w:p>
            <w:r/>
            <w:r>
              <w:rPr>
                <w:rFonts w:ascii="Malgun Gothic" w:hAnsi="Malgun Gothic" w:eastAsia="Malgun Gothic"/>
                <w:b w:val="0"/>
                <w:sz w:val="14"/>
              </w:rPr>
              <w:t>102.54545454545456</w:t>
            </w:r>
          </w:p>
        </w:tc>
        <w:tc>
          <w:tcPr>
            <w:tcW w:type="dxa" w:w="759"/>
            <w:vAlign w:val="center"/>
          </w:tcPr>
          <w:p>
            <w:r/>
            <w:r>
              <w:rPr>
                <w:rFonts w:ascii="Malgun Gothic" w:hAnsi="Malgun Gothic" w:eastAsia="Malgun Gothic"/>
                <w:b w:val="0"/>
                <w:sz w:val="14"/>
              </w:rPr>
              <w:t>82.5</w:t>
            </w:r>
          </w:p>
        </w:tc>
        <w:tc>
          <w:tcPr>
            <w:tcW w:type="dxa" w:w="759"/>
            <w:vAlign w:val="center"/>
          </w:tcPr>
          <w:p>
            <w:r/>
            <w:r>
              <w:rPr>
                <w:rFonts w:ascii="Malgun Gothic" w:hAnsi="Malgun Gothic" w:eastAsia="Malgun Gothic"/>
                <w:b w:val="0"/>
                <w:sz w:val="14"/>
              </w:rPr>
              <w:t>-0.4208810998148744</w:t>
            </w:r>
          </w:p>
        </w:tc>
        <w:tc>
          <w:tcPr>
            <w:tcW w:type="dxa" w:w="759"/>
            <w:vAlign w:val="center"/>
          </w:tcPr>
          <w:p>
            <w:r/>
            <w:r>
              <w:rPr>
                <w:rFonts w:ascii="Malgun Gothic" w:hAnsi="Malgun Gothic" w:eastAsia="Malgun Gothic"/>
                <w:b w:val="0"/>
                <w:sz w:val="14"/>
              </w:rPr>
              <w:t>-1.9610443860382982</w:t>
            </w:r>
          </w:p>
        </w:tc>
        <w:tc>
          <w:tcPr>
            <w:tcW w:type="dxa" w:w="759"/>
            <w:vAlign w:val="center"/>
          </w:tcPr>
          <w:p>
            <w:r/>
            <w:r>
              <w:rPr>
                <w:rFonts w:ascii="Malgun Gothic" w:hAnsi="Malgun Gothic" w:eastAsia="Malgun Gothic"/>
                <w:b w:val="0"/>
                <w:sz w:val="14"/>
              </w:rPr>
              <w:t>1.018334169709222</w:t>
            </w:r>
          </w:p>
        </w:tc>
        <w:tc>
          <w:tcPr>
            <w:tcW w:type="dxa" w:w="759"/>
            <w:vAlign w:val="center"/>
          </w:tcPr>
          <w:p>
            <w:r/>
            <w:r>
              <w:rPr>
                <w:rFonts w:ascii="Malgun Gothic" w:hAnsi="Malgun Gothic" w:eastAsia="Malgun Gothic"/>
                <w:b w:val="0"/>
                <w:sz w:val="14"/>
              </w:rPr>
              <w:t>-0.3772540978293541</w:t>
            </w:r>
          </w:p>
        </w:tc>
        <w:tc>
          <w:tcPr>
            <w:tcW w:type="dxa" w:w="759"/>
            <w:vAlign w:val="center"/>
          </w:tcPr>
          <w:p>
            <w:r/>
            <w:r>
              <w:rPr>
                <w:rFonts w:ascii="Malgun Gothic" w:hAnsi="Malgun Gothic" w:eastAsia="Malgun Gothic"/>
                <w:b w:val="0"/>
                <w:sz w:val="14"/>
              </w:rPr>
              <w:t>-0.4352113534933262</w:t>
            </w:r>
          </w:p>
        </w:tc>
        <w:tc>
          <w:tcPr>
            <w:tcW w:type="dxa" w:w="759"/>
            <w:vAlign w:val="center"/>
          </w:tcPr>
          <w:p>
            <w:r/>
            <w:r>
              <w:rPr>
                <w:rFonts w:ascii="Malgun Gothic" w:hAnsi="Malgun Gothic" w:eastAsia="Malgun Gothic"/>
                <w:b w:val="0"/>
                <w:sz w:val="14"/>
              </w:rPr>
              <w:t>0.2839855107080209</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 중간 948행은 전체 데이터 부록 ZIP에 원본으로 포함 ...</w:t>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r>
      <w:tr>
        <w:trPr>
          <w:cantSplit/>
        </w:trPr>
        <w:tc>
          <w:tcPr>
            <w:tcW w:type="dxa" w:w="759"/>
            <w:vAlign w:val="center"/>
          </w:tcPr>
          <w:p>
            <w:r/>
            <w:r>
              <w:rPr>
                <w:rFonts w:ascii="Malgun Gothic" w:hAnsi="Malgun Gothic" w:eastAsia="Malgun Gothic"/>
                <w:b w:val="0"/>
                <w:sz w:val="14"/>
              </w:rPr>
              <w:t>0.543644219865158</w:t>
            </w:r>
          </w:p>
        </w:tc>
        <w:tc>
          <w:tcPr>
            <w:tcW w:type="dxa" w:w="759"/>
            <w:vAlign w:val="center"/>
          </w:tcPr>
          <w:p>
            <w:r/>
            <w:r>
              <w:rPr>
                <w:rFonts w:ascii="Malgun Gothic" w:hAnsi="Malgun Gothic" w:eastAsia="Malgun Gothic"/>
                <w:b w:val="0"/>
                <w:sz w:val="14"/>
              </w:rPr>
              <w:t>0.0500455312430858</w:t>
            </w:r>
          </w:p>
        </w:tc>
        <w:tc>
          <w:tcPr>
            <w:tcW w:type="dxa" w:w="759"/>
            <w:vAlign w:val="center"/>
          </w:tcPr>
          <w:p>
            <w:r/>
            <w:r>
              <w:rPr>
                <w:rFonts w:ascii="Malgun Gothic" w:hAnsi="Malgun Gothic" w:eastAsia="Malgun Gothic"/>
                <w:b w:val="0"/>
                <w:sz w:val="14"/>
              </w:rPr>
              <w:t>230.5595949974204</w:t>
            </w:r>
          </w:p>
        </w:tc>
        <w:tc>
          <w:tcPr>
            <w:tcW w:type="dxa" w:w="759"/>
            <w:vAlign w:val="center"/>
          </w:tcPr>
          <w:p>
            <w:r/>
            <w:r>
              <w:rPr>
                <w:rFonts w:ascii="Malgun Gothic" w:hAnsi="Malgun Gothic" w:eastAsia="Malgun Gothic"/>
                <w:b w:val="0"/>
                <w:sz w:val="14"/>
              </w:rPr>
              <w:t>108.5814360770578</w:t>
            </w:r>
          </w:p>
        </w:tc>
        <w:tc>
          <w:tcPr>
            <w:tcW w:type="dxa" w:w="759"/>
            <w:vAlign w:val="center"/>
          </w:tcPr>
          <w:p>
            <w:r/>
            <w:r>
              <w:rPr>
                <w:rFonts w:ascii="Malgun Gothic" w:hAnsi="Malgun Gothic" w:eastAsia="Malgun Gothic"/>
                <w:b w:val="0"/>
                <w:sz w:val="14"/>
              </w:rPr>
              <w:t>85.65</w:t>
            </w:r>
          </w:p>
        </w:tc>
        <w:tc>
          <w:tcPr>
            <w:tcW w:type="dxa" w:w="759"/>
            <w:vAlign w:val="center"/>
          </w:tcPr>
          <w:p>
            <w:r/>
            <w:r>
              <w:rPr>
                <w:rFonts w:ascii="Malgun Gothic" w:hAnsi="Malgun Gothic" w:eastAsia="Malgun Gothic"/>
                <w:b w:val="0"/>
                <w:sz w:val="14"/>
              </w:rPr>
              <w:t>-0.6133238924203713</w:t>
            </w:r>
          </w:p>
        </w:tc>
        <w:tc>
          <w:tcPr>
            <w:tcW w:type="dxa" w:w="759"/>
            <w:vAlign w:val="center"/>
          </w:tcPr>
          <w:p>
            <w:r/>
            <w:r>
              <w:rPr>
                <w:rFonts w:ascii="Malgun Gothic" w:hAnsi="Malgun Gothic" w:eastAsia="Malgun Gothic"/>
                <w:b w:val="0"/>
                <w:sz w:val="14"/>
              </w:rPr>
              <w:t>0.02593048178727322</w:t>
            </w:r>
          </w:p>
        </w:tc>
        <w:tc>
          <w:tcPr>
            <w:tcW w:type="dxa" w:w="759"/>
            <w:vAlign w:val="center"/>
          </w:tcPr>
          <w:p>
            <w:r/>
            <w:r>
              <w:rPr>
                <w:rFonts w:ascii="Malgun Gothic" w:hAnsi="Malgun Gothic" w:eastAsia="Malgun Gothic"/>
                <w:b w:val="0"/>
                <w:sz w:val="14"/>
              </w:rPr>
              <w:t>1.329179120511457</w:t>
            </w:r>
          </w:p>
        </w:tc>
        <w:tc>
          <w:tcPr>
            <w:tcW w:type="dxa" w:w="759"/>
            <w:vAlign w:val="center"/>
          </w:tcPr>
          <w:p>
            <w:r/>
            <w:r>
              <w:rPr>
                <w:rFonts w:ascii="Malgun Gothic" w:hAnsi="Malgun Gothic" w:eastAsia="Malgun Gothic"/>
                <w:b w:val="0"/>
                <w:sz w:val="14"/>
              </w:rPr>
              <w:t>-0.3587497892045614</w:t>
            </w:r>
          </w:p>
        </w:tc>
        <w:tc>
          <w:tcPr>
            <w:tcW w:type="dxa" w:w="759"/>
            <w:vAlign w:val="center"/>
          </w:tcPr>
          <w:p>
            <w:r/>
            <w:r>
              <w:rPr>
                <w:rFonts w:ascii="Malgun Gothic" w:hAnsi="Malgun Gothic" w:eastAsia="Malgun Gothic"/>
                <w:b w:val="0"/>
                <w:sz w:val="14"/>
              </w:rPr>
              <w:t>0.09575898016844935</w:t>
            </w:r>
          </w:p>
        </w:tc>
        <w:tc>
          <w:tcPr>
            <w:tcW w:type="dxa" w:w="759"/>
            <w:vAlign w:val="center"/>
          </w:tcPr>
          <w:p>
            <w:r/>
            <w:r>
              <w:rPr>
                <w:rFonts w:ascii="Malgun Gothic" w:hAnsi="Malgun Gothic" w:eastAsia="Malgun Gothic"/>
                <w:b w:val="0"/>
                <w:sz w:val="14"/>
              </w:rPr>
              <w:t>0.4037789278040333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0.5245772678371735</w:t>
            </w:r>
          </w:p>
        </w:tc>
        <w:tc>
          <w:tcPr>
            <w:tcW w:type="dxa" w:w="759"/>
            <w:vAlign w:val="center"/>
          </w:tcPr>
          <w:p>
            <w:r/>
            <w:r>
              <w:rPr>
                <w:rFonts w:ascii="Malgun Gothic" w:hAnsi="Malgun Gothic" w:eastAsia="Malgun Gothic"/>
                <w:b w:val="0"/>
                <w:sz w:val="14"/>
              </w:rPr>
              <w:t>0.0606882981956005</w:t>
            </w:r>
          </w:p>
        </w:tc>
        <w:tc>
          <w:tcPr>
            <w:tcW w:type="dxa" w:w="759"/>
            <w:vAlign w:val="center"/>
          </w:tcPr>
          <w:p>
            <w:r/>
            <w:r>
              <w:rPr>
                <w:rFonts w:ascii="Malgun Gothic" w:hAnsi="Malgun Gothic" w:eastAsia="Malgun Gothic"/>
                <w:b w:val="0"/>
                <w:sz w:val="14"/>
              </w:rPr>
              <w:t>224.3616158851639</w:t>
            </w:r>
          </w:p>
        </w:tc>
        <w:tc>
          <w:tcPr>
            <w:tcW w:type="dxa" w:w="759"/>
            <w:vAlign w:val="center"/>
          </w:tcPr>
          <w:p>
            <w:r/>
            <w:r>
              <w:rPr>
                <w:rFonts w:ascii="Malgun Gothic" w:hAnsi="Malgun Gothic" w:eastAsia="Malgun Gothic"/>
                <w:b w:val="0"/>
                <w:sz w:val="14"/>
              </w:rPr>
              <w:t>88.95589898228421</w:t>
            </w:r>
          </w:p>
        </w:tc>
        <w:tc>
          <w:tcPr>
            <w:tcW w:type="dxa" w:w="759"/>
            <w:vAlign w:val="center"/>
          </w:tcPr>
          <w:p>
            <w:r/>
            <w:r>
              <w:rPr>
                <w:rFonts w:ascii="Malgun Gothic" w:hAnsi="Malgun Gothic" w:eastAsia="Malgun Gothic"/>
                <w:b w:val="0"/>
                <w:sz w:val="14"/>
              </w:rPr>
              <w:t>79.59</w:t>
            </w:r>
          </w:p>
        </w:tc>
        <w:tc>
          <w:tcPr>
            <w:tcW w:type="dxa" w:w="759"/>
            <w:vAlign w:val="center"/>
          </w:tcPr>
          <w:p>
            <w:r/>
            <w:r>
              <w:rPr>
                <w:rFonts w:ascii="Malgun Gothic" w:hAnsi="Malgun Gothic" w:eastAsia="Malgun Gothic"/>
                <w:b w:val="0"/>
                <w:sz w:val="14"/>
              </w:rPr>
              <w:t>-0.2490473916226451</w:t>
            </w:r>
          </w:p>
        </w:tc>
        <w:tc>
          <w:tcPr>
            <w:tcW w:type="dxa" w:w="759"/>
            <w:vAlign w:val="center"/>
          </w:tcPr>
          <w:p>
            <w:r/>
            <w:r>
              <w:rPr>
                <w:rFonts w:ascii="Malgun Gothic" w:hAnsi="Malgun Gothic" w:eastAsia="Malgun Gothic"/>
                <w:b w:val="0"/>
                <w:sz w:val="14"/>
              </w:rPr>
              <w:t>-0.19656079292065992</w:t>
            </w:r>
          </w:p>
        </w:tc>
        <w:tc>
          <w:tcPr>
            <w:tcW w:type="dxa" w:w="759"/>
            <w:vAlign w:val="center"/>
          </w:tcPr>
          <w:p>
            <w:r/>
            <w:r>
              <w:rPr>
                <w:rFonts w:ascii="Malgun Gothic" w:hAnsi="Malgun Gothic" w:eastAsia="Malgun Gothic"/>
                <w:b w:val="0"/>
                <w:sz w:val="14"/>
              </w:rPr>
              <w:t>0.3184902904096265</w:t>
            </w:r>
          </w:p>
        </w:tc>
        <w:tc>
          <w:tcPr>
            <w:tcW w:type="dxa" w:w="759"/>
            <w:vAlign w:val="center"/>
          </w:tcPr>
          <w:p>
            <w:r/>
            <w:r>
              <w:rPr>
                <w:rFonts w:ascii="Malgun Gothic" w:hAnsi="Malgun Gothic" w:eastAsia="Malgun Gothic"/>
                <w:b w:val="0"/>
                <w:sz w:val="14"/>
              </w:rPr>
              <w:t>-0.39434855436844823</w:t>
            </w:r>
          </w:p>
        </w:tc>
        <w:tc>
          <w:tcPr>
            <w:tcW w:type="dxa" w:w="759"/>
            <w:vAlign w:val="center"/>
          </w:tcPr>
          <w:p>
            <w:r/>
            <w:r>
              <w:rPr>
                <w:rFonts w:ascii="Malgun Gothic" w:hAnsi="Malgun Gothic" w:eastAsia="Malgun Gothic"/>
                <w:b w:val="0"/>
                <w:sz w:val="14"/>
              </w:rPr>
              <w:t>-0.1303666121255317</w:t>
            </w:r>
          </w:p>
        </w:tc>
        <w:tc>
          <w:tcPr>
            <w:tcW w:type="dxa" w:w="759"/>
            <w:vAlign w:val="center"/>
          </w:tcPr>
          <w:p>
            <w:r/>
            <w:r>
              <w:rPr>
                <w:rFonts w:ascii="Malgun Gothic" w:hAnsi="Malgun Gothic" w:eastAsia="Malgun Gothic"/>
                <w:b w:val="0"/>
                <w:sz w:val="14"/>
              </w:rPr>
              <w:t>0.3527622218292493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0.4243601120579869</w:t>
            </w:r>
          </w:p>
        </w:tc>
        <w:tc>
          <w:tcPr>
            <w:tcW w:type="dxa" w:w="759"/>
            <w:vAlign w:val="center"/>
          </w:tcPr>
          <w:p>
            <w:r/>
            <w:r>
              <w:rPr>
                <w:rFonts w:ascii="Malgun Gothic" w:hAnsi="Malgun Gothic" w:eastAsia="Malgun Gothic"/>
                <w:b w:val="0"/>
                <w:sz w:val="14"/>
              </w:rPr>
              <w:t>0.0546061731874942</w:t>
            </w:r>
          </w:p>
        </w:tc>
        <w:tc>
          <w:tcPr>
            <w:tcW w:type="dxa" w:w="759"/>
            <w:vAlign w:val="center"/>
          </w:tcPr>
          <w:p>
            <w:r/>
            <w:r>
              <w:rPr>
                <w:rFonts w:ascii="Malgun Gothic" w:hAnsi="Malgun Gothic" w:eastAsia="Malgun Gothic"/>
                <w:b w:val="0"/>
                <w:sz w:val="14"/>
              </w:rPr>
              <w:t>230.7437267824737</w:t>
            </w:r>
          </w:p>
        </w:tc>
        <w:tc>
          <w:tcPr>
            <w:tcW w:type="dxa" w:w="759"/>
            <w:vAlign w:val="center"/>
          </w:tcPr>
          <w:p>
            <w:r/>
            <w:r>
              <w:rPr>
                <w:rFonts w:ascii="Malgun Gothic" w:hAnsi="Malgun Gothic" w:eastAsia="Malgun Gothic"/>
                <w:b w:val="0"/>
                <w:sz w:val="14"/>
              </w:rPr>
              <w:t>68.85322167946033</w:t>
            </w:r>
          </w:p>
        </w:tc>
        <w:tc>
          <w:tcPr>
            <w:tcW w:type="dxa" w:w="759"/>
            <w:vAlign w:val="center"/>
          </w:tcPr>
          <w:p>
            <w:r/>
            <w:r>
              <w:rPr>
                <w:rFonts w:ascii="Malgun Gothic" w:hAnsi="Malgun Gothic" w:eastAsia="Malgun Gothic"/>
                <w:b w:val="0"/>
                <w:sz w:val="14"/>
              </w:rPr>
              <w:t>515.88</w:t>
            </w:r>
          </w:p>
        </w:tc>
        <w:tc>
          <w:tcPr>
            <w:tcW w:type="dxa" w:w="759"/>
            <w:vAlign w:val="center"/>
          </w:tcPr>
          <w:p>
            <w:r/>
            <w:r>
              <w:rPr>
                <w:rFonts w:ascii="Malgun Gothic" w:hAnsi="Malgun Gothic" w:eastAsia="Malgun Gothic"/>
                <w:b w:val="0"/>
                <w:sz w:val="14"/>
              </w:rPr>
              <w:t>-0.45722400821611503</w:t>
            </w:r>
          </w:p>
        </w:tc>
        <w:tc>
          <w:tcPr>
            <w:tcW w:type="dxa" w:w="759"/>
            <w:vAlign w:val="center"/>
          </w:tcPr>
          <w:p>
            <w:r/>
            <w:r>
              <w:rPr>
                <w:rFonts w:ascii="Malgun Gothic" w:hAnsi="Malgun Gothic" w:eastAsia="Malgun Gothic"/>
                <w:b w:val="0"/>
                <w:sz w:val="14"/>
              </w:rPr>
              <w:t>0.03254033232544967</w:t>
            </w:r>
          </w:p>
        </w:tc>
        <w:tc>
          <w:tcPr>
            <w:tcW w:type="dxa" w:w="759"/>
            <w:vAlign w:val="center"/>
          </w:tcPr>
          <w:p>
            <w:r/>
            <w:r>
              <w:rPr>
                <w:rFonts w:ascii="Malgun Gothic" w:hAnsi="Malgun Gothic" w:eastAsia="Malgun Gothic"/>
                <w:b w:val="0"/>
                <w:sz w:val="14"/>
              </w:rPr>
              <w:t>-0.7167706202594823</w:t>
            </w:r>
          </w:p>
        </w:tc>
        <w:tc>
          <w:tcPr>
            <w:tcW w:type="dxa" w:w="759"/>
            <w:vAlign w:val="center"/>
          </w:tcPr>
          <w:p>
            <w:r/>
            <w:r>
              <w:rPr>
                <w:rFonts w:ascii="Malgun Gothic" w:hAnsi="Malgun Gothic" w:eastAsia="Malgun Gothic"/>
                <w:b w:val="0"/>
                <w:sz w:val="14"/>
              </w:rPr>
              <w:t>2.168586305920689</w:t>
            </w:r>
          </w:p>
        </w:tc>
        <w:tc>
          <w:tcPr>
            <w:tcW w:type="dxa" w:w="759"/>
            <w:vAlign w:val="center"/>
          </w:tcPr>
          <w:p>
            <w:r/>
            <w:r>
              <w:rPr>
                <w:rFonts w:ascii="Malgun Gothic" w:hAnsi="Malgun Gothic" w:eastAsia="Malgun Gothic"/>
                <w:b w:val="0"/>
                <w:sz w:val="14"/>
              </w:rPr>
              <w:t>0.25678300244263536</w:t>
            </w:r>
          </w:p>
        </w:tc>
        <w:tc>
          <w:tcPr>
            <w:tcW w:type="dxa" w:w="759"/>
            <w:vAlign w:val="center"/>
          </w:tcPr>
          <w:p>
            <w:r/>
            <w:r>
              <w:rPr>
                <w:rFonts w:ascii="Malgun Gothic" w:hAnsi="Malgun Gothic" w:eastAsia="Malgun Gothic"/>
                <w:b w:val="0"/>
                <w:sz w:val="14"/>
              </w:rPr>
              <w:t>0.4401079214217003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0.530701511827679</w:t>
            </w:r>
          </w:p>
        </w:tc>
        <w:tc>
          <w:tcPr>
            <w:tcW w:type="dxa" w:w="759"/>
            <w:vAlign w:val="center"/>
          </w:tcPr>
          <w:p>
            <w:r/>
            <w:r>
              <w:rPr>
                <w:rFonts w:ascii="Malgun Gothic" w:hAnsi="Malgun Gothic" w:eastAsia="Malgun Gothic"/>
                <w:b w:val="0"/>
                <w:sz w:val="14"/>
              </w:rPr>
              <w:t>0.0626592934131622</w:t>
            </w:r>
          </w:p>
        </w:tc>
        <w:tc>
          <w:tcPr>
            <w:tcW w:type="dxa" w:w="759"/>
            <w:vAlign w:val="center"/>
          </w:tcPr>
          <w:p>
            <w:r/>
            <w:r>
              <w:rPr>
                <w:rFonts w:ascii="Malgun Gothic" w:hAnsi="Malgun Gothic" w:eastAsia="Malgun Gothic"/>
                <w:b w:val="0"/>
                <w:sz w:val="14"/>
              </w:rPr>
              <w:t>231.8123926761084</w:t>
            </w:r>
          </w:p>
        </w:tc>
        <w:tc>
          <w:tcPr>
            <w:tcW w:type="dxa" w:w="759"/>
            <w:vAlign w:val="center"/>
          </w:tcPr>
          <w:p>
            <w:r/>
            <w:r>
              <w:rPr>
                <w:rFonts w:ascii="Malgun Gothic" w:hAnsi="Malgun Gothic" w:eastAsia="Malgun Gothic"/>
                <w:b w:val="0"/>
                <w:sz w:val="14"/>
              </w:rPr>
              <w:t>96.22388345792602</w:t>
            </w:r>
          </w:p>
        </w:tc>
        <w:tc>
          <w:tcPr>
            <w:tcW w:type="dxa" w:w="759"/>
            <w:vAlign w:val="center"/>
          </w:tcPr>
          <w:p>
            <w:r/>
            <w:r>
              <w:rPr>
                <w:rFonts w:ascii="Malgun Gothic" w:hAnsi="Malgun Gothic" w:eastAsia="Malgun Gothic"/>
                <w:b w:val="0"/>
                <w:sz w:val="14"/>
              </w:rPr>
              <w:t>156.51</w:t>
            </w:r>
          </w:p>
        </w:tc>
        <w:tc>
          <w:tcPr>
            <w:tcW w:type="dxa" w:w="759"/>
            <w:vAlign w:val="center"/>
          </w:tcPr>
          <w:p>
            <w:r/>
            <w:r>
              <w:rPr>
                <w:rFonts w:ascii="Malgun Gothic" w:hAnsi="Malgun Gothic" w:eastAsia="Malgun Gothic"/>
                <w:b w:val="0"/>
                <w:sz w:val="14"/>
              </w:rPr>
              <w:t>-0.18158493151749533</w:t>
            </w:r>
          </w:p>
        </w:tc>
        <w:tc>
          <w:tcPr>
            <w:tcW w:type="dxa" w:w="759"/>
            <w:vAlign w:val="center"/>
          </w:tcPr>
          <w:p>
            <w:r/>
            <w:r>
              <w:rPr>
                <w:rFonts w:ascii="Malgun Gothic" w:hAnsi="Malgun Gothic" w:eastAsia="Malgun Gothic"/>
                <w:b w:val="0"/>
                <w:sz w:val="14"/>
              </w:rPr>
              <w:t>0.07090264891368939</w:t>
            </w:r>
          </w:p>
        </w:tc>
        <w:tc>
          <w:tcPr>
            <w:tcW w:type="dxa" w:w="759"/>
            <w:vAlign w:val="center"/>
          </w:tcPr>
          <w:p>
            <w:r/>
            <w:r>
              <w:rPr>
                <w:rFonts w:ascii="Malgun Gothic" w:hAnsi="Malgun Gothic" w:eastAsia="Malgun Gothic"/>
                <w:b w:val="0"/>
                <w:sz w:val="14"/>
              </w:rPr>
              <w:t>0.692781739933364</w:t>
            </w:r>
          </w:p>
        </w:tc>
        <w:tc>
          <w:tcPr>
            <w:tcW w:type="dxa" w:w="759"/>
            <w:vAlign w:val="center"/>
          </w:tcPr>
          <w:p>
            <w:r/>
            <w:r>
              <w:rPr>
                <w:rFonts w:ascii="Malgun Gothic" w:hAnsi="Malgun Gothic" w:eastAsia="Malgun Gothic"/>
                <w:b w:val="0"/>
                <w:sz w:val="14"/>
              </w:rPr>
              <w:t>0.057509039097916846</w:t>
            </w:r>
          </w:p>
        </w:tc>
        <w:tc>
          <w:tcPr>
            <w:tcW w:type="dxa" w:w="759"/>
            <w:vAlign w:val="center"/>
          </w:tcPr>
          <w:p>
            <w:r/>
            <w:r>
              <w:rPr>
                <w:rFonts w:ascii="Malgun Gothic" w:hAnsi="Malgun Gothic" w:eastAsia="Malgun Gothic"/>
                <w:b w:val="0"/>
                <w:sz w:val="14"/>
              </w:rPr>
              <w:t>0.15990212410686871</w:t>
            </w:r>
          </w:p>
        </w:tc>
        <w:tc>
          <w:tcPr>
            <w:tcW w:type="dxa" w:w="759"/>
            <w:vAlign w:val="center"/>
          </w:tcPr>
          <w:p>
            <w:r/>
            <w:r>
              <w:rPr>
                <w:rFonts w:ascii="Malgun Gothic" w:hAnsi="Malgun Gothic" w:eastAsia="Malgun Gothic"/>
                <w:b w:val="0"/>
                <w:sz w:val="14"/>
              </w:rPr>
              <w:t>0.41825040748666137</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0.5415776815293808</w:t>
            </w:r>
          </w:p>
        </w:tc>
        <w:tc>
          <w:tcPr>
            <w:tcW w:type="dxa" w:w="759"/>
            <w:vAlign w:val="center"/>
          </w:tcPr>
          <w:p>
            <w:r/>
            <w:r>
              <w:rPr>
                <w:rFonts w:ascii="Malgun Gothic" w:hAnsi="Malgun Gothic" w:eastAsia="Malgun Gothic"/>
                <w:b w:val="0"/>
                <w:sz w:val="14"/>
              </w:rPr>
              <w:t>0.0936460345983505</w:t>
            </w:r>
          </w:p>
        </w:tc>
        <w:tc>
          <w:tcPr>
            <w:tcW w:type="dxa" w:w="759"/>
            <w:vAlign w:val="center"/>
          </w:tcPr>
          <w:p>
            <w:r/>
            <w:r>
              <w:rPr>
                <w:rFonts w:ascii="Malgun Gothic" w:hAnsi="Malgun Gothic" w:eastAsia="Malgun Gothic"/>
                <w:b w:val="0"/>
                <w:sz w:val="14"/>
              </w:rPr>
              <w:t>238.75395130487453</w:t>
            </w:r>
          </w:p>
        </w:tc>
        <w:tc>
          <w:tcPr>
            <w:tcW w:type="dxa" w:w="759"/>
            <w:vAlign w:val="center"/>
          </w:tcPr>
          <w:p>
            <w:r/>
            <w:r>
              <w:rPr>
                <w:rFonts w:ascii="Malgun Gothic" w:hAnsi="Malgun Gothic" w:eastAsia="Malgun Gothic"/>
                <w:b w:val="0"/>
                <w:sz w:val="14"/>
              </w:rPr>
              <w:t>70.95238095238095</w:t>
            </w:r>
          </w:p>
        </w:tc>
        <w:tc>
          <w:tcPr>
            <w:tcW w:type="dxa" w:w="759"/>
            <w:vAlign w:val="center"/>
          </w:tcPr>
          <w:p>
            <w:r/>
            <w:r>
              <w:rPr>
                <w:rFonts w:ascii="Malgun Gothic" w:hAnsi="Malgun Gothic" w:eastAsia="Malgun Gothic"/>
                <w:b w:val="0"/>
                <w:sz w:val="14"/>
              </w:rPr>
              <w:t>126.0</w:t>
            </w:r>
          </w:p>
        </w:tc>
        <w:tc>
          <w:tcPr>
            <w:tcW w:type="dxa" w:w="759"/>
            <w:vAlign w:val="center"/>
          </w:tcPr>
          <w:p>
            <w:r/>
            <w:r>
              <w:rPr>
                <w:rFonts w:ascii="Malgun Gothic" w:hAnsi="Malgun Gothic" w:eastAsia="Malgun Gothic"/>
                <w:b w:val="0"/>
                <w:sz w:val="14"/>
              </w:rPr>
              <w:t>0.8790172314752854</w:t>
            </w:r>
          </w:p>
        </w:tc>
        <w:tc>
          <w:tcPr>
            <w:tcW w:type="dxa" w:w="759"/>
            <w:vAlign w:val="center"/>
          </w:tcPr>
          <w:p>
            <w:r/>
            <w:r>
              <w:rPr>
                <w:rFonts w:ascii="Malgun Gothic" w:hAnsi="Malgun Gothic" w:eastAsia="Malgun Gothic"/>
                <w:b w:val="0"/>
                <w:sz w:val="14"/>
              </w:rPr>
              <w:t>0.32008648767815207</w:t>
            </w:r>
          </w:p>
        </w:tc>
        <w:tc>
          <w:tcPr>
            <w:tcW w:type="dxa" w:w="759"/>
            <w:vAlign w:val="center"/>
          </w:tcPr>
          <w:p>
            <w:r/>
            <w:r>
              <w:rPr>
                <w:rFonts w:ascii="Malgun Gothic" w:hAnsi="Malgun Gothic" w:eastAsia="Malgun Gothic"/>
                <w:b w:val="0"/>
                <w:sz w:val="14"/>
              </w:rPr>
              <w:t>-0.6086667340065787</w:t>
            </w:r>
          </w:p>
        </w:tc>
        <w:tc>
          <w:tcPr>
            <w:tcW w:type="dxa" w:w="759"/>
            <w:vAlign w:val="center"/>
          </w:tcPr>
          <w:p>
            <w:r/>
            <w:r>
              <w:rPr>
                <w:rFonts w:ascii="Malgun Gothic" w:hAnsi="Malgun Gothic" w:eastAsia="Malgun Gothic"/>
                <w:b w:val="0"/>
                <w:sz w:val="14"/>
              </w:rPr>
              <w:t>-0.1217184072965033</w:t>
            </w:r>
          </w:p>
        </w:tc>
        <w:tc>
          <w:tcPr>
            <w:tcW w:type="dxa" w:w="759"/>
            <w:vAlign w:val="center"/>
          </w:tcPr>
          <w:p>
            <w:r/>
            <w:r>
              <w:rPr>
                <w:rFonts w:ascii="Malgun Gothic" w:hAnsi="Malgun Gothic" w:eastAsia="Malgun Gothic"/>
                <w:b w:val="0"/>
                <w:sz w:val="14"/>
              </w:rPr>
              <w:t>0.11717964446258888</w:t>
            </w:r>
          </w:p>
        </w:tc>
        <w:tc>
          <w:tcPr>
            <w:tcW w:type="dxa" w:w="759"/>
            <w:vAlign w:val="center"/>
          </w:tcPr>
          <w:p>
            <w:r/>
            <w:r>
              <w:rPr>
                <w:rFonts w:ascii="Malgun Gothic" w:hAnsi="Malgun Gothic" w:eastAsia="Malgun Gothic"/>
                <w:b w:val="0"/>
                <w:sz w:val="14"/>
              </w:rPr>
              <w:t>0.4086116922912035</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0.5139241079530761</w:t>
            </w:r>
          </w:p>
        </w:tc>
        <w:tc>
          <w:tcPr>
            <w:tcW w:type="dxa" w:w="759"/>
            <w:vAlign w:val="center"/>
          </w:tcPr>
          <w:p>
            <w:r/>
            <w:r>
              <w:rPr>
                <w:rFonts w:ascii="Malgun Gothic" w:hAnsi="Malgun Gothic" w:eastAsia="Malgun Gothic"/>
                <w:b w:val="0"/>
                <w:sz w:val="14"/>
              </w:rPr>
              <w:t>0.0369009189307689</w:t>
            </w:r>
          </w:p>
        </w:tc>
        <w:tc>
          <w:tcPr>
            <w:tcW w:type="dxa" w:w="759"/>
            <w:vAlign w:val="center"/>
          </w:tcPr>
          <w:p>
            <w:r/>
            <w:r>
              <w:rPr>
                <w:rFonts w:ascii="Malgun Gothic" w:hAnsi="Malgun Gothic" w:eastAsia="Malgun Gothic"/>
                <w:b w:val="0"/>
                <w:sz w:val="14"/>
              </w:rPr>
              <w:t>237.52382989708173</w:t>
            </w:r>
          </w:p>
        </w:tc>
        <w:tc>
          <w:tcPr>
            <w:tcW w:type="dxa" w:w="759"/>
            <w:vAlign w:val="center"/>
          </w:tcPr>
          <w:p>
            <w:r/>
            <w:r>
              <w:rPr>
                <w:rFonts w:ascii="Malgun Gothic" w:hAnsi="Malgun Gothic" w:eastAsia="Malgun Gothic"/>
                <w:b w:val="0"/>
                <w:sz w:val="14"/>
              </w:rPr>
              <w:t>91.88361408882082</w:t>
            </w:r>
          </w:p>
        </w:tc>
        <w:tc>
          <w:tcPr>
            <w:tcW w:type="dxa" w:w="759"/>
            <w:vAlign w:val="center"/>
          </w:tcPr>
          <w:p>
            <w:r/>
            <w:r>
              <w:rPr>
                <w:rFonts w:ascii="Malgun Gothic" w:hAnsi="Malgun Gothic" w:eastAsia="Malgun Gothic"/>
                <w:b w:val="0"/>
                <w:sz w:val="14"/>
              </w:rPr>
              <w:t>58.77</w:t>
            </w:r>
          </w:p>
        </w:tc>
        <w:tc>
          <w:tcPr>
            <w:tcW w:type="dxa" w:w="759"/>
            <w:vAlign w:val="center"/>
          </w:tcPr>
          <w:p>
            <w:r/>
            <w:r>
              <w:rPr>
                <w:rFonts w:ascii="Malgun Gothic" w:hAnsi="Malgun Gothic" w:eastAsia="Malgun Gothic"/>
                <w:b w:val="0"/>
                <w:sz w:val="14"/>
              </w:rPr>
              <w:t>-1.0632325861686756</w:t>
            </w:r>
          </w:p>
        </w:tc>
        <w:tc>
          <w:tcPr>
            <w:tcW w:type="dxa" w:w="759"/>
            <w:vAlign w:val="center"/>
          </w:tcPr>
          <w:p>
            <w:r/>
            <w:r>
              <w:rPr>
                <w:rFonts w:ascii="Malgun Gothic" w:hAnsi="Malgun Gothic" w:eastAsia="Malgun Gothic"/>
                <w:b w:val="0"/>
                <w:sz w:val="14"/>
              </w:rPr>
              <w:t>0.2759283394965754</w:t>
            </w:r>
          </w:p>
        </w:tc>
        <w:tc>
          <w:tcPr>
            <w:tcW w:type="dxa" w:w="759"/>
            <w:vAlign w:val="center"/>
          </w:tcPr>
          <w:p>
            <w:r/>
            <w:r>
              <w:rPr>
                <w:rFonts w:ascii="Malgun Gothic" w:hAnsi="Malgun Gothic" w:eastAsia="Malgun Gothic"/>
                <w:b w:val="0"/>
                <w:sz w:val="14"/>
              </w:rPr>
              <w:t>0.4692636904754492</w:t>
            </w:r>
          </w:p>
        </w:tc>
        <w:tc>
          <w:tcPr>
            <w:tcW w:type="dxa" w:w="759"/>
            <w:vAlign w:val="center"/>
          </w:tcPr>
          <w:p>
            <w:r/>
            <w:r>
              <w:rPr>
                <w:rFonts w:ascii="Malgun Gothic" w:hAnsi="Malgun Gothic" w:eastAsia="Malgun Gothic"/>
                <w:b w:val="0"/>
                <w:sz w:val="14"/>
              </w:rPr>
              <w:t>-0.5166532228027919</w:t>
            </w:r>
          </w:p>
        </w:tc>
        <w:tc>
          <w:tcPr>
            <w:tcW w:type="dxa" w:w="759"/>
            <w:vAlign w:val="center"/>
          </w:tcPr>
          <w:p>
            <w:r/>
            <w:r>
              <w:rPr>
                <w:rFonts w:ascii="Malgun Gothic" w:hAnsi="Malgun Gothic" w:eastAsia="Malgun Gothic"/>
                <w:b w:val="0"/>
                <w:sz w:val="14"/>
              </w:rPr>
              <w:t>-0.20867344474986071</w:t>
            </w:r>
          </w:p>
        </w:tc>
        <w:tc>
          <w:tcPr>
            <w:tcW w:type="dxa" w:w="759"/>
            <w:vAlign w:val="center"/>
          </w:tcPr>
          <w:p>
            <w:r/>
            <w:r>
              <w:rPr>
                <w:rFonts w:ascii="Malgun Gothic" w:hAnsi="Malgun Gothic" w:eastAsia="Malgun Gothic"/>
                <w:b w:val="0"/>
                <w:sz w:val="14"/>
              </w:rPr>
              <w:t>0.3350952403289057</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0.5038745372986507</w:t>
            </w:r>
          </w:p>
        </w:tc>
        <w:tc>
          <w:tcPr>
            <w:tcW w:type="dxa" w:w="759"/>
            <w:vAlign w:val="center"/>
          </w:tcPr>
          <w:p>
            <w:r/>
            <w:r>
              <w:rPr>
                <w:rFonts w:ascii="Malgun Gothic" w:hAnsi="Malgun Gothic" w:eastAsia="Malgun Gothic"/>
                <w:b w:val="0"/>
                <w:sz w:val="14"/>
              </w:rPr>
              <w:t>0.0424245782196521</w:t>
            </w:r>
          </w:p>
        </w:tc>
        <w:tc>
          <w:tcPr>
            <w:tcW w:type="dxa" w:w="759"/>
            <w:vAlign w:val="center"/>
          </w:tcPr>
          <w:p>
            <w:r/>
            <w:r>
              <w:rPr>
                <w:rFonts w:ascii="Malgun Gothic" w:hAnsi="Malgun Gothic" w:eastAsia="Malgun Gothic"/>
                <w:b w:val="0"/>
                <w:sz w:val="14"/>
              </w:rPr>
              <w:t>223.4779198335052</w:t>
            </w:r>
          </w:p>
        </w:tc>
        <w:tc>
          <w:tcPr>
            <w:tcW w:type="dxa" w:w="759"/>
            <w:vAlign w:val="center"/>
          </w:tcPr>
          <w:p>
            <w:r/>
            <w:r>
              <w:rPr>
                <w:rFonts w:ascii="Malgun Gothic" w:hAnsi="Malgun Gothic" w:eastAsia="Malgun Gothic"/>
                <w:b w:val="0"/>
                <w:sz w:val="14"/>
              </w:rPr>
              <w:t>87.10407239819004</w:t>
            </w:r>
          </w:p>
        </w:tc>
        <w:tc>
          <w:tcPr>
            <w:tcW w:type="dxa" w:w="759"/>
            <w:vAlign w:val="center"/>
          </w:tcPr>
          <w:p>
            <w:r/>
            <w:r>
              <w:rPr>
                <w:rFonts w:ascii="Malgun Gothic" w:hAnsi="Malgun Gothic" w:eastAsia="Malgun Gothic"/>
                <w:b w:val="0"/>
                <w:sz w:val="14"/>
              </w:rPr>
              <w:t>53.04</w:t>
            </w:r>
          </w:p>
        </w:tc>
        <w:tc>
          <w:tcPr>
            <w:tcW w:type="dxa" w:w="759"/>
            <w:vAlign w:val="center"/>
          </w:tcPr>
          <w:p>
            <w:r/>
            <w:r>
              <w:rPr>
                <w:rFonts w:ascii="Malgun Gothic" w:hAnsi="Malgun Gothic" w:eastAsia="Malgun Gothic"/>
                <w:b w:val="0"/>
                <w:sz w:val="14"/>
              </w:rPr>
              <w:t>-0.8741709176823806</w:t>
            </w:r>
          </w:p>
        </w:tc>
        <w:tc>
          <w:tcPr>
            <w:tcW w:type="dxa" w:w="759"/>
            <w:vAlign w:val="center"/>
          </w:tcPr>
          <w:p>
            <w:r/>
            <w:r>
              <w:rPr>
                <w:rFonts w:ascii="Malgun Gothic" w:hAnsi="Malgun Gothic" w:eastAsia="Malgun Gothic"/>
                <w:b w:val="0"/>
                <w:sz w:val="14"/>
              </w:rPr>
              <w:t>-0.22828317491434943</w:t>
            </w:r>
          </w:p>
        </w:tc>
        <w:tc>
          <w:tcPr>
            <w:tcW w:type="dxa" w:w="759"/>
            <w:vAlign w:val="center"/>
          </w:tcPr>
          <w:p>
            <w:r/>
            <w:r>
              <w:rPr>
                <w:rFonts w:ascii="Malgun Gothic" w:hAnsi="Malgun Gothic" w:eastAsia="Malgun Gothic"/>
                <w:b w:val="0"/>
                <w:sz w:val="14"/>
              </w:rPr>
              <w:t>0.2231237058014514</w:t>
            </w:r>
          </w:p>
        </w:tc>
        <w:tc>
          <w:tcPr>
            <w:tcW w:type="dxa" w:w="759"/>
            <w:vAlign w:val="center"/>
          </w:tcPr>
          <w:p>
            <w:r/>
            <w:r>
              <w:rPr>
                <w:rFonts w:ascii="Malgun Gothic" w:hAnsi="Malgun Gothic" w:eastAsia="Malgun Gothic"/>
                <w:b w:val="0"/>
                <w:sz w:val="14"/>
              </w:rPr>
              <w:t>-0.5503134413488434</w:t>
            </w:r>
          </w:p>
        </w:tc>
        <w:tc>
          <w:tcPr>
            <w:tcW w:type="dxa" w:w="759"/>
            <w:vAlign w:val="center"/>
          </w:tcPr>
          <w:p>
            <w:r/>
            <w:r>
              <w:rPr>
                <w:rFonts w:ascii="Malgun Gothic" w:hAnsi="Malgun Gothic" w:eastAsia="Malgun Gothic"/>
                <w:b w:val="0"/>
                <w:sz w:val="14"/>
              </w:rPr>
              <w:t>-0.35741095703603054</w:t>
            </w:r>
          </w:p>
        </w:tc>
        <w:tc>
          <w:tcPr>
            <w:tcW w:type="dxa" w:w="759"/>
            <w:vAlign w:val="center"/>
          </w:tcPr>
          <w:p>
            <w:r/>
            <w:r>
              <w:rPr>
                <w:rFonts w:ascii="Malgun Gothic" w:hAnsi="Malgun Gothic" w:eastAsia="Malgun Gothic"/>
                <w:b w:val="0"/>
                <w:sz w:val="14"/>
              </w:rPr>
              <w:t>0.3015382340000546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0.5407892246585309</w:t>
            </w:r>
          </w:p>
        </w:tc>
        <w:tc>
          <w:tcPr>
            <w:tcW w:type="dxa" w:w="759"/>
            <w:vAlign w:val="center"/>
          </w:tcPr>
          <w:p>
            <w:r/>
            <w:r>
              <w:rPr>
                <w:rFonts w:ascii="Malgun Gothic" w:hAnsi="Malgun Gothic" w:eastAsia="Malgun Gothic"/>
                <w:b w:val="0"/>
                <w:sz w:val="14"/>
              </w:rPr>
              <w:t>0.0403904914855957</w:t>
            </w:r>
          </w:p>
        </w:tc>
        <w:tc>
          <w:tcPr>
            <w:tcW w:type="dxa" w:w="759"/>
            <w:vAlign w:val="center"/>
          </w:tcPr>
          <w:p>
            <w:r/>
            <w:r>
              <w:rPr>
                <w:rFonts w:ascii="Malgun Gothic" w:hAnsi="Malgun Gothic" w:eastAsia="Malgun Gothic"/>
                <w:b w:val="0"/>
                <w:sz w:val="14"/>
              </w:rPr>
              <w:t>249.06888532105592</w:t>
            </w:r>
          </w:p>
        </w:tc>
        <w:tc>
          <w:tcPr>
            <w:tcW w:type="dxa" w:w="759"/>
            <w:vAlign w:val="center"/>
          </w:tcPr>
          <w:p>
            <w:r/>
            <w:r>
              <w:rPr>
                <w:rFonts w:ascii="Malgun Gothic" w:hAnsi="Malgun Gothic" w:eastAsia="Malgun Gothic"/>
                <w:b w:val="0"/>
                <w:sz w:val="14"/>
              </w:rPr>
              <w:t>98.326359832636</w:t>
            </w:r>
          </w:p>
        </w:tc>
        <w:tc>
          <w:tcPr>
            <w:tcW w:type="dxa" w:w="759"/>
            <w:vAlign w:val="center"/>
          </w:tcPr>
          <w:p>
            <w:r/>
            <w:r>
              <w:rPr>
                <w:rFonts w:ascii="Malgun Gothic" w:hAnsi="Malgun Gothic" w:eastAsia="Malgun Gothic"/>
                <w:b w:val="0"/>
                <w:sz w:val="14"/>
              </w:rPr>
              <w:t>28.68</w:t>
            </w:r>
          </w:p>
        </w:tc>
        <w:tc>
          <w:tcPr>
            <w:tcW w:type="dxa" w:w="759"/>
            <w:vAlign w:val="center"/>
          </w:tcPr>
          <w:p>
            <w:r/>
            <w:r>
              <w:rPr>
                <w:rFonts w:ascii="Malgun Gothic" w:hAnsi="Malgun Gothic" w:eastAsia="Malgun Gothic"/>
                <w:b w:val="0"/>
                <w:sz w:val="14"/>
              </w:rPr>
              <w:t>-0.9437928497520348</w:t>
            </w:r>
          </w:p>
        </w:tc>
        <w:tc>
          <w:tcPr>
            <w:tcW w:type="dxa" w:w="759"/>
            <w:vAlign w:val="center"/>
          </w:tcPr>
          <w:p>
            <w:r/>
            <w:r>
              <w:rPr>
                <w:rFonts w:ascii="Malgun Gothic" w:hAnsi="Malgun Gothic" w:eastAsia="Malgun Gothic"/>
                <w:b w:val="0"/>
                <w:sz w:val="14"/>
              </w:rPr>
              <w:t>0.6903656990504673</w:t>
            </w:r>
          </w:p>
        </w:tc>
        <w:tc>
          <w:tcPr>
            <w:tcW w:type="dxa" w:w="759"/>
            <w:vAlign w:val="center"/>
          </w:tcPr>
          <w:p>
            <w:r/>
            <w:r>
              <w:rPr>
                <w:rFonts w:ascii="Malgun Gothic" w:hAnsi="Malgun Gothic" w:eastAsia="Malgun Gothic"/>
                <w:b w:val="0"/>
                <w:sz w:val="14"/>
              </w:rPr>
              <w:t>0.8010564524780849</w:t>
            </w:r>
          </w:p>
        </w:tc>
        <w:tc>
          <w:tcPr>
            <w:tcW w:type="dxa" w:w="759"/>
            <w:vAlign w:val="center"/>
          </w:tcPr>
          <w:p>
            <w:r/>
            <w:r>
              <w:rPr>
                <w:rFonts w:ascii="Malgun Gothic" w:hAnsi="Malgun Gothic" w:eastAsia="Malgun Gothic"/>
                <w:b w:val="0"/>
                <w:sz w:val="14"/>
              </w:rPr>
              <w:t>-0.6934134280472398</w:t>
            </w:r>
          </w:p>
        </w:tc>
        <w:tc>
          <w:tcPr>
            <w:tcW w:type="dxa" w:w="759"/>
            <w:vAlign w:val="center"/>
          </w:tcPr>
          <w:p>
            <w:r/>
            <w:r>
              <w:rPr>
                <w:rFonts w:ascii="Malgun Gothic" w:hAnsi="Malgun Gothic" w:eastAsia="Malgun Gothic"/>
                <w:b w:val="0"/>
                <w:sz w:val="14"/>
              </w:rPr>
              <w:t>-0.036446031567680615</w:t>
            </w:r>
          </w:p>
        </w:tc>
        <w:tc>
          <w:tcPr>
            <w:tcW w:type="dxa" w:w="759"/>
            <w:vAlign w:val="center"/>
          </w:tcPr>
          <w:p>
            <w:r/>
            <w:r>
              <w:rPr>
                <w:rFonts w:ascii="Malgun Gothic" w:hAnsi="Malgun Gothic" w:eastAsia="Malgun Gothic"/>
                <w:b w:val="0"/>
                <w:sz w:val="14"/>
              </w:rPr>
              <w:t>0.37395185629163935</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0.5939418261629986</w:t>
            </w:r>
          </w:p>
        </w:tc>
        <w:tc>
          <w:tcPr>
            <w:tcW w:type="dxa" w:w="759"/>
            <w:vAlign w:val="center"/>
          </w:tcPr>
          <w:p>
            <w:r/>
            <w:r>
              <w:rPr>
                <w:rFonts w:ascii="Malgun Gothic" w:hAnsi="Malgun Gothic" w:eastAsia="Malgun Gothic"/>
                <w:b w:val="0"/>
                <w:sz w:val="14"/>
              </w:rPr>
              <w:t>0.0656273290514946</w:t>
            </w:r>
          </w:p>
        </w:tc>
        <w:tc>
          <w:tcPr>
            <w:tcW w:type="dxa" w:w="759"/>
            <w:vAlign w:val="center"/>
          </w:tcPr>
          <w:p>
            <w:r/>
            <w:r>
              <w:rPr>
                <w:rFonts w:ascii="Malgun Gothic" w:hAnsi="Malgun Gothic" w:eastAsia="Malgun Gothic"/>
                <w:b w:val="0"/>
                <w:sz w:val="14"/>
              </w:rPr>
              <w:t>256.6302502247697</w:t>
            </w:r>
          </w:p>
        </w:tc>
        <w:tc>
          <w:tcPr>
            <w:tcW w:type="dxa" w:w="759"/>
            <w:vAlign w:val="center"/>
          </w:tcPr>
          <w:p>
            <w:r/>
            <w:r>
              <w:rPr>
                <w:rFonts w:ascii="Malgun Gothic" w:hAnsi="Malgun Gothic" w:eastAsia="Malgun Gothic"/>
                <w:b w:val="0"/>
                <w:sz w:val="14"/>
              </w:rPr>
              <w:t>111.94029850746269</w:t>
            </w:r>
          </w:p>
        </w:tc>
        <w:tc>
          <w:tcPr>
            <w:tcW w:type="dxa" w:w="759"/>
            <w:vAlign w:val="center"/>
          </w:tcPr>
          <w:p>
            <w:r/>
            <w:r>
              <w:rPr>
                <w:rFonts w:ascii="Malgun Gothic" w:hAnsi="Malgun Gothic" w:eastAsia="Malgun Gothic"/>
                <w:b w:val="0"/>
                <w:sz w:val="14"/>
              </w:rPr>
              <w:t>40.2</w:t>
            </w:r>
          </w:p>
        </w:tc>
        <w:tc>
          <w:tcPr>
            <w:tcW w:type="dxa" w:w="759"/>
            <w:vAlign w:val="center"/>
          </w:tcPr>
          <w:p>
            <w:r/>
            <w:r>
              <w:rPr>
                <w:rFonts w:ascii="Malgun Gothic" w:hAnsi="Malgun Gothic" w:eastAsia="Malgun Gothic"/>
                <w:b w:val="0"/>
                <w:sz w:val="14"/>
              </w:rPr>
              <w:t>-0.07999615846640405</w:t>
            </w:r>
          </w:p>
        </w:tc>
        <w:tc>
          <w:tcPr>
            <w:tcW w:type="dxa" w:w="759"/>
            <w:vAlign w:val="center"/>
          </w:tcPr>
          <w:p>
            <w:r/>
            <w:r>
              <w:rPr>
                <w:rFonts w:ascii="Malgun Gothic" w:hAnsi="Malgun Gothic" w:eastAsia="Malgun Gothic"/>
                <w:b w:val="0"/>
                <w:sz w:val="14"/>
              </w:rPr>
              <w:t>0.9617989655215167</w:t>
            </w:r>
          </w:p>
        </w:tc>
        <w:tc>
          <w:tcPr>
            <w:tcW w:type="dxa" w:w="759"/>
            <w:vAlign w:val="center"/>
          </w:tcPr>
          <w:p>
            <w:r/>
            <w:r>
              <w:rPr>
                <w:rFonts w:ascii="Malgun Gothic" w:hAnsi="Malgun Gothic" w:eastAsia="Malgun Gothic"/>
                <w:b w:val="0"/>
                <w:sz w:val="14"/>
              </w:rPr>
              <w:t>1.5021560293147809</w:t>
            </w:r>
          </w:p>
        </w:tc>
        <w:tc>
          <w:tcPr>
            <w:tcW w:type="dxa" w:w="759"/>
            <w:vAlign w:val="center"/>
          </w:tcPr>
          <w:p>
            <w:r/>
            <w:r>
              <w:rPr>
                <w:rFonts w:ascii="Malgun Gothic" w:hAnsi="Malgun Gothic" w:eastAsia="Malgun Gothic"/>
                <w:b w:val="0"/>
                <w:sz w:val="14"/>
              </w:rPr>
              <w:t>-0.6257405279337125</w:t>
            </w:r>
          </w:p>
        </w:tc>
        <w:tc>
          <w:tcPr>
            <w:tcW w:type="dxa" w:w="759"/>
            <w:vAlign w:val="center"/>
          </w:tcPr>
          <w:p>
            <w:r/>
            <w:r>
              <w:rPr>
                <w:rFonts w:ascii="Malgun Gothic" w:hAnsi="Malgun Gothic" w:eastAsia="Malgun Gothic"/>
                <w:b w:val="0"/>
                <w:sz w:val="14"/>
              </w:rPr>
              <w:t>0.4395545771090453</w:t>
            </w:r>
          </w:p>
        </w:tc>
        <w:tc>
          <w:tcPr>
            <w:tcW w:type="dxa" w:w="759"/>
            <w:vAlign w:val="center"/>
          </w:tcPr>
          <w:p>
            <w:r/>
            <w:r>
              <w:rPr>
                <w:rFonts w:ascii="Malgun Gothic" w:hAnsi="Malgun Gothic" w:eastAsia="Malgun Gothic"/>
                <w:b w:val="0"/>
                <w:sz w:val="14"/>
              </w:rPr>
              <w:t>0.48134342948919073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0.5329728372574821</w:t>
            </w:r>
          </w:p>
        </w:tc>
        <w:tc>
          <w:tcPr>
            <w:tcW w:type="dxa" w:w="759"/>
            <w:vAlign w:val="center"/>
          </w:tcPr>
          <w:p>
            <w:r/>
            <w:r>
              <w:rPr>
                <w:rFonts w:ascii="Malgun Gothic" w:hAnsi="Malgun Gothic" w:eastAsia="Malgun Gothic"/>
                <w:b w:val="0"/>
                <w:sz w:val="14"/>
              </w:rPr>
              <w:t>0.0551260747015476</w:t>
            </w:r>
          </w:p>
        </w:tc>
        <w:tc>
          <w:tcPr>
            <w:tcW w:type="dxa" w:w="759"/>
            <w:vAlign w:val="center"/>
          </w:tcPr>
          <w:p>
            <w:r/>
            <w:r>
              <w:rPr>
                <w:rFonts w:ascii="Malgun Gothic" w:hAnsi="Malgun Gothic" w:eastAsia="Malgun Gothic"/>
                <w:b w:val="0"/>
                <w:sz w:val="14"/>
              </w:rPr>
              <w:t>229.3614672475256</w:t>
            </w:r>
          </w:p>
        </w:tc>
        <w:tc>
          <w:tcPr>
            <w:tcW w:type="dxa" w:w="759"/>
            <w:vAlign w:val="center"/>
          </w:tcPr>
          <w:p>
            <w:r/>
            <w:r>
              <w:rPr>
                <w:rFonts w:ascii="Malgun Gothic" w:hAnsi="Malgun Gothic" w:eastAsia="Malgun Gothic"/>
                <w:b w:val="0"/>
                <w:sz w:val="14"/>
              </w:rPr>
              <w:t>93.17166560306318</w:t>
            </w:r>
          </w:p>
        </w:tc>
        <w:tc>
          <w:tcPr>
            <w:tcW w:type="dxa" w:w="759"/>
            <w:vAlign w:val="center"/>
          </w:tcPr>
          <w:p>
            <w:r/>
            <w:r>
              <w:rPr>
                <w:rFonts w:ascii="Malgun Gothic" w:hAnsi="Malgun Gothic" w:eastAsia="Malgun Gothic"/>
                <w:b w:val="0"/>
                <w:sz w:val="14"/>
              </w:rPr>
              <w:t>47.01</w:t>
            </w:r>
          </w:p>
        </w:tc>
        <w:tc>
          <w:tcPr>
            <w:tcW w:type="dxa" w:w="759"/>
            <w:vAlign w:val="center"/>
          </w:tcPr>
          <w:p>
            <w:r/>
            <w:r>
              <w:rPr>
                <w:rFonts w:ascii="Malgun Gothic" w:hAnsi="Malgun Gothic" w:eastAsia="Malgun Gothic"/>
                <w:b w:val="0"/>
                <w:sz w:val="14"/>
              </w:rPr>
              <w:t>-0.43942902077123225</w:t>
            </w:r>
          </w:p>
        </w:tc>
        <w:tc>
          <w:tcPr>
            <w:tcW w:type="dxa" w:w="759"/>
            <w:vAlign w:val="center"/>
          </w:tcPr>
          <w:p>
            <w:r/>
            <w:r>
              <w:rPr>
                <w:rFonts w:ascii="Malgun Gothic" w:hAnsi="Malgun Gothic" w:eastAsia="Malgun Gothic"/>
                <w:b w:val="0"/>
                <w:sz w:val="14"/>
              </w:rPr>
              <w:t>-0.01707917757248324</w:t>
            </w:r>
          </w:p>
        </w:tc>
        <w:tc>
          <w:tcPr>
            <w:tcW w:type="dxa" w:w="759"/>
            <w:vAlign w:val="center"/>
          </w:tcPr>
          <w:p>
            <w:r/>
            <w:r>
              <w:rPr>
                <w:rFonts w:ascii="Malgun Gothic" w:hAnsi="Malgun Gothic" w:eastAsia="Malgun Gothic"/>
                <w:b w:val="0"/>
                <w:sz w:val="14"/>
              </w:rPr>
              <w:t>0.5355966153658044</w:t>
            </w:r>
          </w:p>
        </w:tc>
        <w:tc>
          <w:tcPr>
            <w:tcW w:type="dxa" w:w="759"/>
            <w:vAlign w:val="center"/>
          </w:tcPr>
          <w:p>
            <w:r/>
            <w:r>
              <w:rPr>
                <w:rFonts w:ascii="Malgun Gothic" w:hAnsi="Malgun Gothic" w:eastAsia="Malgun Gothic"/>
                <w:b w:val="0"/>
                <w:sz w:val="14"/>
              </w:rPr>
              <w:t>-0.5857359750020179</w:t>
            </w:r>
          </w:p>
        </w:tc>
        <w:tc>
          <w:tcPr>
            <w:tcW w:type="dxa" w:w="759"/>
            <w:vAlign w:val="center"/>
          </w:tcPr>
          <w:p>
            <w:r/>
            <w:r>
              <w:rPr>
                <w:rFonts w:ascii="Malgun Gothic" w:hAnsi="Malgun Gothic" w:eastAsia="Malgun Gothic"/>
                <w:b w:val="0"/>
                <w:sz w:val="14"/>
              </w:rPr>
              <w:t>-0.12666188949498225</w:t>
            </w:r>
          </w:p>
        </w:tc>
        <w:tc>
          <w:tcPr>
            <w:tcW w:type="dxa" w:w="759"/>
            <w:vAlign w:val="center"/>
          </w:tcPr>
          <w:p>
            <w:r/>
            <w:r>
              <w:rPr>
                <w:rFonts w:ascii="Malgun Gothic" w:hAnsi="Malgun Gothic" w:eastAsia="Malgun Gothic"/>
                <w:b w:val="0"/>
                <w:sz w:val="14"/>
              </w:rPr>
              <w:t>0.3535980526754773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0.6138858264761508</w:t>
            </w:r>
          </w:p>
        </w:tc>
        <w:tc>
          <w:tcPr>
            <w:tcW w:type="dxa" w:w="759"/>
            <w:vAlign w:val="center"/>
          </w:tcPr>
          <w:p>
            <w:r/>
            <w:r>
              <w:rPr>
                <w:rFonts w:ascii="Malgun Gothic" w:hAnsi="Malgun Gothic" w:eastAsia="Malgun Gothic"/>
                <w:b w:val="0"/>
                <w:sz w:val="14"/>
              </w:rPr>
              <w:t>0.150307759642601</w:t>
            </w:r>
          </w:p>
        </w:tc>
        <w:tc>
          <w:tcPr>
            <w:tcW w:type="dxa" w:w="759"/>
            <w:vAlign w:val="center"/>
          </w:tcPr>
          <w:p>
            <w:r/>
            <w:r>
              <w:rPr>
                <w:rFonts w:ascii="Malgun Gothic" w:hAnsi="Malgun Gothic" w:eastAsia="Malgun Gothic"/>
                <w:b w:val="0"/>
                <w:sz w:val="14"/>
              </w:rPr>
              <w:t>235.6802849887382</w:t>
            </w:r>
          </w:p>
        </w:tc>
        <w:tc>
          <w:tcPr>
            <w:tcW w:type="dxa" w:w="759"/>
            <w:vAlign w:val="center"/>
          </w:tcPr>
          <w:p>
            <w:r/>
            <w:r>
              <w:rPr>
                <w:rFonts w:ascii="Malgun Gothic" w:hAnsi="Malgun Gothic" w:eastAsia="Malgun Gothic"/>
                <w:b w:val="0"/>
                <w:sz w:val="14"/>
              </w:rPr>
              <w:t>67.20430107526882</w:t>
            </w:r>
          </w:p>
        </w:tc>
        <w:tc>
          <w:tcPr>
            <w:tcW w:type="dxa" w:w="759"/>
            <w:vAlign w:val="center"/>
          </w:tcPr>
          <w:p>
            <w:r/>
            <w:r>
              <w:rPr>
                <w:rFonts w:ascii="Malgun Gothic" w:hAnsi="Malgun Gothic" w:eastAsia="Malgun Gothic"/>
                <w:b w:val="0"/>
                <w:sz w:val="14"/>
              </w:rPr>
              <w:t>44.64</w:t>
            </w:r>
          </w:p>
        </w:tc>
        <w:tc>
          <w:tcPr>
            <w:tcW w:type="dxa" w:w="759"/>
            <w:vAlign w:val="center"/>
          </w:tcPr>
          <w:p>
            <w:r/>
            <w:r>
              <w:rPr>
                <w:rFonts w:ascii="Malgun Gothic" w:hAnsi="Malgun Gothic" w:eastAsia="Malgun Gothic"/>
                <w:b w:val="0"/>
                <w:sz w:val="14"/>
              </w:rPr>
              <w:t>2.8184127871963907</w:t>
            </w:r>
          </w:p>
        </w:tc>
        <w:tc>
          <w:tcPr>
            <w:tcW w:type="dxa" w:w="759"/>
            <w:vAlign w:val="center"/>
          </w:tcPr>
          <w:p>
            <w:r/>
            <w:r>
              <w:rPr>
                <w:rFonts w:ascii="Malgun Gothic" w:hAnsi="Malgun Gothic" w:eastAsia="Malgun Gothic"/>
                <w:b w:val="0"/>
                <w:sz w:val="14"/>
              </w:rPr>
              <w:t>0.20974988855156443</w:t>
            </w:r>
          </w:p>
        </w:tc>
        <w:tc>
          <w:tcPr>
            <w:tcW w:type="dxa" w:w="759"/>
            <w:vAlign w:val="center"/>
          </w:tcPr>
          <w:p>
            <w:r/>
            <w:r>
              <w:rPr>
                <w:rFonts w:ascii="Malgun Gothic" w:hAnsi="Malgun Gothic" w:eastAsia="Malgun Gothic"/>
                <w:b w:val="0"/>
                <w:sz w:val="14"/>
              </w:rPr>
              <w:t>-0.801687819128141</w:t>
            </w:r>
          </w:p>
        </w:tc>
        <w:tc>
          <w:tcPr>
            <w:tcW w:type="dxa" w:w="759"/>
            <w:vAlign w:val="center"/>
          </w:tcPr>
          <w:p>
            <w:r/>
            <w:r>
              <w:rPr>
                <w:rFonts w:ascii="Malgun Gothic" w:hAnsi="Malgun Gothic" w:eastAsia="Malgun Gothic"/>
                <w:b w:val="0"/>
                <w:sz w:val="14"/>
              </w:rPr>
              <w:t>-0.5996582643482905</w:t>
            </w:r>
          </w:p>
        </w:tc>
        <w:tc>
          <w:tcPr>
            <w:tcW w:type="dxa" w:w="759"/>
            <w:vAlign w:val="center"/>
          </w:tcPr>
          <w:p>
            <w:r/>
            <w:r>
              <w:rPr>
                <w:rFonts w:ascii="Malgun Gothic" w:hAnsi="Malgun Gothic" w:eastAsia="Malgun Gothic"/>
                <w:b w:val="0"/>
                <w:sz w:val="14"/>
              </w:rPr>
              <w:t>0.4067041480678808</w:t>
            </w:r>
          </w:p>
        </w:tc>
        <w:tc>
          <w:tcPr>
            <w:tcW w:type="dxa" w:w="759"/>
            <w:vAlign w:val="center"/>
          </w:tcPr>
          <w:p>
            <w:r/>
            <w:r>
              <w:rPr>
                <w:rFonts w:ascii="Malgun Gothic" w:hAnsi="Malgun Gothic" w:eastAsia="Malgun Gothic"/>
                <w:b w:val="0"/>
                <w:sz w:val="14"/>
              </w:rPr>
              <w:t>0.47393196994347164</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0.433781939549183</w:t>
            </w:r>
          </w:p>
        </w:tc>
        <w:tc>
          <w:tcPr>
            <w:tcW w:type="dxa" w:w="759"/>
            <w:vAlign w:val="center"/>
          </w:tcPr>
          <w:p>
            <w:r/>
            <w:r>
              <w:rPr>
                <w:rFonts w:ascii="Malgun Gothic" w:hAnsi="Malgun Gothic" w:eastAsia="Malgun Gothic"/>
                <w:b w:val="0"/>
                <w:sz w:val="14"/>
              </w:rPr>
              <w:t>0.0456519089639186</w:t>
            </w:r>
          </w:p>
        </w:tc>
        <w:tc>
          <w:tcPr>
            <w:tcW w:type="dxa" w:w="759"/>
            <w:vAlign w:val="center"/>
          </w:tcPr>
          <w:p>
            <w:r/>
            <w:r>
              <w:rPr>
                <w:rFonts w:ascii="Malgun Gothic" w:hAnsi="Malgun Gothic" w:eastAsia="Malgun Gothic"/>
                <w:b w:val="0"/>
                <w:sz w:val="14"/>
              </w:rPr>
              <w:t>204.64433131303</w:t>
            </w:r>
          </w:p>
        </w:tc>
        <w:tc>
          <w:tcPr>
            <w:tcW w:type="dxa" w:w="759"/>
            <w:vAlign w:val="center"/>
          </w:tcPr>
          <w:p>
            <w:r/>
            <w:r>
              <w:rPr>
                <w:rFonts w:ascii="Malgun Gothic" w:hAnsi="Malgun Gothic" w:eastAsia="Malgun Gothic"/>
                <w:b w:val="0"/>
                <w:sz w:val="14"/>
              </w:rPr>
              <w:t>68.53082741233098</w:t>
            </w:r>
          </w:p>
        </w:tc>
        <w:tc>
          <w:tcPr>
            <w:tcW w:type="dxa" w:w="759"/>
            <w:vAlign w:val="center"/>
          </w:tcPr>
          <w:p>
            <w:r/>
            <w:r>
              <w:rPr>
                <w:rFonts w:ascii="Malgun Gothic" w:hAnsi="Malgun Gothic" w:eastAsia="Malgun Gothic"/>
                <w:b w:val="0"/>
                <w:sz w:val="14"/>
              </w:rPr>
              <w:t>261.78</w:t>
            </w:r>
          </w:p>
        </w:tc>
        <w:tc>
          <w:tcPr>
            <w:tcW w:type="dxa" w:w="759"/>
            <w:vAlign w:val="center"/>
          </w:tcPr>
          <w:p>
            <w:r/>
            <w:r>
              <w:rPr>
                <w:rFonts w:ascii="Malgun Gothic" w:hAnsi="Malgun Gothic" w:eastAsia="Malgun Gothic"/>
                <w:b w:val="0"/>
                <w:sz w:val="14"/>
              </w:rPr>
              <w:t>-0.7637070922802337</w:t>
            </w:r>
          </w:p>
        </w:tc>
        <w:tc>
          <w:tcPr>
            <w:tcW w:type="dxa" w:w="759"/>
            <w:vAlign w:val="center"/>
          </w:tcPr>
          <w:p>
            <w:r/>
            <w:r>
              <w:rPr>
                <w:rFonts w:ascii="Malgun Gothic" w:hAnsi="Malgun Gothic" w:eastAsia="Malgun Gothic"/>
                <w:b w:val="0"/>
                <w:sz w:val="14"/>
              </w:rPr>
              <w:t>-0.9043598510939933</w:t>
            </w:r>
          </w:p>
        </w:tc>
        <w:tc>
          <w:tcPr>
            <w:tcW w:type="dxa" w:w="759"/>
            <w:vAlign w:val="center"/>
          </w:tcPr>
          <w:p>
            <w:r/>
            <w:r>
              <w:rPr>
                <w:rFonts w:ascii="Malgun Gothic" w:hAnsi="Malgun Gothic" w:eastAsia="Malgun Gothic"/>
                <w:b w:val="0"/>
                <w:sz w:val="14"/>
              </w:rPr>
              <w:t>-0.7333734924816788</w:t>
            </w:r>
          </w:p>
        </w:tc>
        <w:tc>
          <w:tcPr>
            <w:tcW w:type="dxa" w:w="759"/>
            <w:vAlign w:val="center"/>
          </w:tcPr>
          <w:p>
            <w:r/>
            <w:r>
              <w:rPr>
                <w:rFonts w:ascii="Malgun Gothic" w:hAnsi="Malgun Gothic" w:eastAsia="Malgun Gothic"/>
                <w:b w:val="0"/>
                <w:sz w:val="14"/>
              </w:rPr>
              <w:t>0.6759054101874157</w:t>
            </w:r>
          </w:p>
        </w:tc>
        <w:tc>
          <w:tcPr>
            <w:tcW w:type="dxa" w:w="759"/>
            <w:vAlign w:val="center"/>
          </w:tcPr>
          <w:p>
            <w:r/>
            <w:r>
              <w:rPr>
                <w:rFonts w:ascii="Malgun Gothic" w:hAnsi="Malgun Gothic" w:eastAsia="Malgun Gothic"/>
                <w:b w:val="0"/>
                <w:sz w:val="14"/>
              </w:rPr>
              <w:t>-0.43138375641712257</w:t>
            </w:r>
          </w:p>
        </w:tc>
        <w:tc>
          <w:tcPr>
            <w:tcW w:type="dxa" w:w="759"/>
            <w:vAlign w:val="center"/>
          </w:tcPr>
          <w:p>
            <w:r/>
            <w:r>
              <w:rPr>
                <w:rFonts w:ascii="Malgun Gothic" w:hAnsi="Malgun Gothic" w:eastAsia="Malgun Gothic"/>
                <w:b w:val="0"/>
                <w:sz w:val="14"/>
              </w:rPr>
              <w:t>0.2848490635356582</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0.4453282397546769</w:t>
            </w:r>
          </w:p>
        </w:tc>
        <w:tc>
          <w:tcPr>
            <w:tcW w:type="dxa" w:w="759"/>
            <w:vAlign w:val="center"/>
          </w:tcPr>
          <w:p>
            <w:r/>
            <w:r>
              <w:rPr>
                <w:rFonts w:ascii="Malgun Gothic" w:hAnsi="Malgun Gothic" w:eastAsia="Malgun Gothic"/>
                <w:b w:val="0"/>
                <w:sz w:val="14"/>
              </w:rPr>
              <w:t>0.0183735396713018</w:t>
            </w:r>
          </w:p>
        </w:tc>
        <w:tc>
          <w:tcPr>
            <w:tcW w:type="dxa" w:w="759"/>
            <w:vAlign w:val="center"/>
          </w:tcPr>
          <w:p>
            <w:r/>
            <w:r>
              <w:rPr>
                <w:rFonts w:ascii="Malgun Gothic" w:hAnsi="Malgun Gothic" w:eastAsia="Malgun Gothic"/>
                <w:b w:val="0"/>
                <w:sz w:val="14"/>
              </w:rPr>
              <w:t>252.287532802586</w:t>
            </w:r>
          </w:p>
        </w:tc>
        <w:tc>
          <w:tcPr>
            <w:tcW w:type="dxa" w:w="759"/>
            <w:vAlign w:val="center"/>
          </w:tcPr>
          <w:p>
            <w:r/>
            <w:r>
              <w:rPr>
                <w:rFonts w:ascii="Malgun Gothic" w:hAnsi="Malgun Gothic" w:eastAsia="Malgun Gothic"/>
                <w:b w:val="0"/>
                <w:sz w:val="14"/>
              </w:rPr>
              <w:t>50.90137857900319</w:t>
            </w:r>
          </w:p>
        </w:tc>
        <w:tc>
          <w:tcPr>
            <w:tcW w:type="dxa" w:w="759"/>
            <w:vAlign w:val="center"/>
          </w:tcPr>
          <w:p>
            <w:r/>
            <w:r>
              <w:rPr>
                <w:rFonts w:ascii="Malgun Gothic" w:hAnsi="Malgun Gothic" w:eastAsia="Malgun Gothic"/>
                <w:b w:val="0"/>
                <w:sz w:val="14"/>
              </w:rPr>
              <w:t>56.58</w:t>
            </w:r>
          </w:p>
        </w:tc>
        <w:tc>
          <w:tcPr>
            <w:tcW w:type="dxa" w:w="759"/>
            <w:vAlign w:val="center"/>
          </w:tcPr>
          <w:p>
            <w:r/>
            <w:r>
              <w:rPr>
                <w:rFonts w:ascii="Malgun Gothic" w:hAnsi="Malgun Gothic" w:eastAsia="Malgun Gothic"/>
                <w:b w:val="0"/>
                <w:sz w:val="14"/>
              </w:rPr>
              <w:t>-1.6973805399577369</w:t>
            </w:r>
          </w:p>
        </w:tc>
        <w:tc>
          <w:tcPr>
            <w:tcW w:type="dxa" w:w="759"/>
            <w:vAlign w:val="center"/>
          </w:tcPr>
          <w:p>
            <w:r/>
            <w:r>
              <w:rPr>
                <w:rFonts w:ascii="Malgun Gothic" w:hAnsi="Malgun Gothic" w:eastAsia="Malgun Gothic"/>
                <w:b w:val="0"/>
                <w:sz w:val="14"/>
              </w:rPr>
              <w:t>0.8059067436443377</w:t>
            </w:r>
          </w:p>
        </w:tc>
        <w:tc>
          <w:tcPr>
            <w:tcW w:type="dxa" w:w="759"/>
            <w:vAlign w:val="center"/>
          </w:tcPr>
          <w:p>
            <w:r/>
            <w:r>
              <w:rPr>
                <w:rFonts w:ascii="Malgun Gothic" w:hAnsi="Malgun Gothic" w:eastAsia="Malgun Gothic"/>
                <w:b w:val="0"/>
                <w:sz w:val="14"/>
              </w:rPr>
              <w:t>-1.6412664551380312</w:t>
            </w:r>
          </w:p>
        </w:tc>
        <w:tc>
          <w:tcPr>
            <w:tcW w:type="dxa" w:w="759"/>
            <w:vAlign w:val="center"/>
          </w:tcPr>
          <w:p>
            <w:r/>
            <w:r>
              <w:rPr>
                <w:rFonts w:ascii="Malgun Gothic" w:hAnsi="Malgun Gothic" w:eastAsia="Malgun Gothic"/>
                <w:b w:val="0"/>
                <w:sz w:val="14"/>
              </w:rPr>
              <w:t>-0.5295181230847907</w:t>
            </w:r>
          </w:p>
        </w:tc>
        <w:tc>
          <w:tcPr>
            <w:tcW w:type="dxa" w:w="759"/>
            <w:vAlign w:val="center"/>
          </w:tcPr>
          <w:p>
            <w:r/>
            <w:r>
              <w:rPr>
                <w:rFonts w:ascii="Malgun Gothic" w:hAnsi="Malgun Gothic" w:eastAsia="Malgun Gothic"/>
                <w:b w:val="0"/>
                <w:sz w:val="14"/>
              </w:rPr>
              <w:t>-0.7655645936340553</w:t>
            </w:r>
          </w:p>
        </w:tc>
        <w:tc>
          <w:tcPr>
            <w:tcW w:type="dxa" w:w="759"/>
            <w:vAlign w:val="center"/>
          </w:tcPr>
          <w:p>
            <w:r/>
            <w:r>
              <w:rPr>
                <w:rFonts w:ascii="Malgun Gothic" w:hAnsi="Malgun Gothic" w:eastAsia="Malgun Gothic"/>
                <w:b w:val="0"/>
                <w:sz w:val="14"/>
              </w:rPr>
              <w:t>0.20945376952338823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0.5108122603733933</w:t>
            </w:r>
          </w:p>
        </w:tc>
        <w:tc>
          <w:tcPr>
            <w:tcW w:type="dxa" w:w="759"/>
            <w:vAlign w:val="center"/>
          </w:tcPr>
          <w:p>
            <w:r/>
            <w:r>
              <w:rPr>
                <w:rFonts w:ascii="Malgun Gothic" w:hAnsi="Malgun Gothic" w:eastAsia="Malgun Gothic"/>
                <w:b w:val="0"/>
                <w:sz w:val="14"/>
              </w:rPr>
              <w:t>0.0523386746644973</w:t>
            </w:r>
          </w:p>
        </w:tc>
        <w:tc>
          <w:tcPr>
            <w:tcW w:type="dxa" w:w="759"/>
            <w:vAlign w:val="center"/>
          </w:tcPr>
          <w:p>
            <w:r/>
            <w:r>
              <w:rPr>
                <w:rFonts w:ascii="Malgun Gothic" w:hAnsi="Malgun Gothic" w:eastAsia="Malgun Gothic"/>
                <w:b w:val="0"/>
                <w:sz w:val="14"/>
              </w:rPr>
              <w:t>220.28921832445275</w:t>
            </w:r>
          </w:p>
        </w:tc>
        <w:tc>
          <w:tcPr>
            <w:tcW w:type="dxa" w:w="759"/>
            <w:vAlign w:val="center"/>
          </w:tcPr>
          <w:p>
            <w:r/>
            <w:r>
              <w:rPr>
                <w:rFonts w:ascii="Malgun Gothic" w:hAnsi="Malgun Gothic" w:eastAsia="Malgun Gothic"/>
                <w:b w:val="0"/>
                <w:sz w:val="14"/>
              </w:rPr>
              <w:t>84.81012658227849</w:t>
            </w:r>
          </w:p>
        </w:tc>
        <w:tc>
          <w:tcPr>
            <w:tcW w:type="dxa" w:w="759"/>
            <w:vAlign w:val="center"/>
          </w:tcPr>
          <w:p>
            <w:r/>
            <w:r>
              <w:rPr>
                <w:rFonts w:ascii="Malgun Gothic" w:hAnsi="Malgun Gothic" w:eastAsia="Malgun Gothic"/>
                <w:b w:val="0"/>
                <w:sz w:val="14"/>
              </w:rPr>
              <w:t>47.4</w:t>
            </w:r>
          </w:p>
        </w:tc>
        <w:tc>
          <w:tcPr>
            <w:tcW w:type="dxa" w:w="759"/>
            <w:vAlign w:val="center"/>
          </w:tcPr>
          <w:p>
            <w:r/>
            <w:r>
              <w:rPr>
                <w:rFonts w:ascii="Malgun Gothic" w:hAnsi="Malgun Gothic" w:eastAsia="Malgun Gothic"/>
                <w:b w:val="0"/>
                <w:sz w:val="14"/>
              </w:rPr>
              <w:t>-0.5348350684983432</w:t>
            </w:r>
          </w:p>
        </w:tc>
        <w:tc>
          <w:tcPr>
            <w:tcW w:type="dxa" w:w="759"/>
            <w:vAlign w:val="center"/>
          </w:tcPr>
          <w:p>
            <w:r/>
            <w:r>
              <w:rPr>
                <w:rFonts w:ascii="Malgun Gothic" w:hAnsi="Malgun Gothic" w:eastAsia="Malgun Gothic"/>
                <w:b w:val="0"/>
                <w:sz w:val="14"/>
              </w:rPr>
              <w:t>-0.3427492372489644</w:t>
            </w:r>
          </w:p>
        </w:tc>
        <w:tc>
          <w:tcPr>
            <w:tcW w:type="dxa" w:w="759"/>
            <w:vAlign w:val="center"/>
          </w:tcPr>
          <w:p>
            <w:r/>
            <w:r>
              <w:rPr>
                <w:rFonts w:ascii="Malgun Gothic" w:hAnsi="Malgun Gothic" w:eastAsia="Malgun Gothic"/>
                <w:b w:val="0"/>
                <w:sz w:val="14"/>
              </w:rPr>
              <w:t>0.10498857391667553</w:t>
            </w:r>
          </w:p>
        </w:tc>
        <w:tc>
          <w:tcPr>
            <w:tcW w:type="dxa" w:w="759"/>
            <w:vAlign w:val="center"/>
          </w:tcPr>
          <w:p>
            <w:r/>
            <w:r>
              <w:rPr>
                <w:rFonts w:ascii="Malgun Gothic" w:hAnsi="Malgun Gothic" w:eastAsia="Malgun Gothic"/>
                <w:b w:val="0"/>
                <w:sz w:val="14"/>
              </w:rPr>
              <w:t>-0.5834449653627578</w:t>
            </w:r>
          </w:p>
        </w:tc>
        <w:tc>
          <w:tcPr>
            <w:tcW w:type="dxa" w:w="759"/>
            <w:vAlign w:val="center"/>
          </w:tcPr>
          <w:p>
            <w:r/>
            <w:r>
              <w:rPr>
                <w:rFonts w:ascii="Malgun Gothic" w:hAnsi="Malgun Gothic" w:eastAsia="Malgun Gothic"/>
                <w:b w:val="0"/>
                <w:sz w:val="14"/>
              </w:rPr>
              <w:t>-0.33901017429834746</w:t>
            </w:r>
          </w:p>
        </w:tc>
        <w:tc>
          <w:tcPr>
            <w:tcW w:type="dxa" w:w="759"/>
            <w:vAlign w:val="center"/>
          </w:tcPr>
          <w:p>
            <w:r/>
            <w:r>
              <w:rPr>
                <w:rFonts w:ascii="Malgun Gothic" w:hAnsi="Malgun Gothic" w:eastAsia="Malgun Gothic"/>
                <w:b w:val="0"/>
                <w:sz w:val="14"/>
              </w:rPr>
              <w:t>0.30568967618362575</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0.5102112372876737</w:t>
            </w:r>
          </w:p>
        </w:tc>
        <w:tc>
          <w:tcPr>
            <w:tcW w:type="dxa" w:w="759"/>
            <w:vAlign w:val="center"/>
          </w:tcPr>
          <w:p>
            <w:r/>
            <w:r>
              <w:rPr>
                <w:rFonts w:ascii="Malgun Gothic" w:hAnsi="Malgun Gothic" w:eastAsia="Malgun Gothic"/>
                <w:b w:val="0"/>
                <w:sz w:val="14"/>
              </w:rPr>
              <w:t>0.0820771381258964</w:t>
            </w:r>
          </w:p>
        </w:tc>
        <w:tc>
          <w:tcPr>
            <w:tcW w:type="dxa" w:w="759"/>
            <w:vAlign w:val="center"/>
          </w:tcPr>
          <w:p>
            <w:r/>
            <w:r>
              <w:rPr>
                <w:rFonts w:ascii="Malgun Gothic" w:hAnsi="Malgun Gothic" w:eastAsia="Malgun Gothic"/>
                <w:b w:val="0"/>
                <w:sz w:val="14"/>
              </w:rPr>
              <w:t>229.9375411287588</w:t>
            </w:r>
          </w:p>
        </w:tc>
        <w:tc>
          <w:tcPr>
            <w:tcW w:type="dxa" w:w="759"/>
            <w:vAlign w:val="center"/>
          </w:tcPr>
          <w:p>
            <w:r/>
            <w:r>
              <w:rPr>
                <w:rFonts w:ascii="Malgun Gothic" w:hAnsi="Malgun Gothic" w:eastAsia="Malgun Gothic"/>
                <w:b w:val="0"/>
                <w:sz w:val="14"/>
              </w:rPr>
              <w:t>75.9208218491606</w:t>
            </w:r>
          </w:p>
        </w:tc>
        <w:tc>
          <w:tcPr>
            <w:tcW w:type="dxa" w:w="759"/>
            <w:vAlign w:val="center"/>
          </w:tcPr>
          <w:p>
            <w:r/>
            <w:r>
              <w:rPr>
                <w:rFonts w:ascii="Malgun Gothic" w:hAnsi="Malgun Gothic" w:eastAsia="Malgun Gothic"/>
                <w:b w:val="0"/>
                <w:sz w:val="14"/>
              </w:rPr>
              <w:t>239.46</w:t>
            </w:r>
          </w:p>
        </w:tc>
        <w:tc>
          <w:tcPr>
            <w:tcW w:type="dxa" w:w="759"/>
            <w:vAlign w:val="center"/>
          </w:tcPr>
          <w:p>
            <w:r/>
            <w:r>
              <w:rPr>
                <w:rFonts w:ascii="Malgun Gothic" w:hAnsi="Malgun Gothic" w:eastAsia="Malgun Gothic"/>
                <w:b w:val="0"/>
                <w:sz w:val="14"/>
              </w:rPr>
              <w:t>0.48304152855143473</w:t>
            </w:r>
          </w:p>
        </w:tc>
        <w:tc>
          <w:tcPr>
            <w:tcW w:type="dxa" w:w="759"/>
            <w:vAlign w:val="center"/>
          </w:tcPr>
          <w:p>
            <w:r/>
            <w:r>
              <w:rPr>
                <w:rFonts w:ascii="Malgun Gothic" w:hAnsi="Malgun Gothic" w:eastAsia="Malgun Gothic"/>
                <w:b w:val="0"/>
                <w:sz w:val="14"/>
              </w:rPr>
              <w:t>0.0036003713321039266</w:t>
            </w:r>
          </w:p>
        </w:tc>
        <w:tc>
          <w:tcPr>
            <w:tcW w:type="dxa" w:w="759"/>
            <w:vAlign w:val="center"/>
          </w:tcPr>
          <w:p>
            <w:r/>
            <w:r>
              <w:rPr>
                <w:rFonts w:ascii="Malgun Gothic" w:hAnsi="Malgun Gothic" w:eastAsia="Malgun Gothic"/>
                <w:b w:val="0"/>
                <w:sz w:val="14"/>
              </w:rPr>
              <w:t>-0.35279869364942634</w:t>
            </w:r>
          </w:p>
        </w:tc>
        <w:tc>
          <w:tcPr>
            <w:tcW w:type="dxa" w:w="759"/>
            <w:vAlign w:val="center"/>
          </w:tcPr>
          <w:p>
            <w:r/>
            <w:r>
              <w:rPr>
                <w:rFonts w:ascii="Malgun Gothic" w:hAnsi="Malgun Gothic" w:eastAsia="Malgun Gothic"/>
                <w:b w:val="0"/>
                <w:sz w:val="14"/>
              </w:rPr>
              <w:t>0.5447891662174565</w:t>
            </w:r>
          </w:p>
        </w:tc>
        <w:tc>
          <w:tcPr>
            <w:tcW w:type="dxa" w:w="759"/>
            <w:vAlign w:val="center"/>
          </w:tcPr>
          <w:p>
            <w:r/>
            <w:r>
              <w:rPr>
                <w:rFonts w:ascii="Malgun Gothic" w:hAnsi="Malgun Gothic" w:eastAsia="Malgun Gothic"/>
                <w:b w:val="0"/>
                <w:sz w:val="14"/>
              </w:rPr>
              <w:t>0.1696580931128922</w:t>
            </w:r>
          </w:p>
        </w:tc>
        <w:tc>
          <w:tcPr>
            <w:tcW w:type="dxa" w:w="759"/>
            <w:vAlign w:val="center"/>
          </w:tcPr>
          <w:p>
            <w:r/>
            <w:r>
              <w:rPr>
                <w:rFonts w:ascii="Malgun Gothic" w:hAnsi="Malgun Gothic" w:eastAsia="Malgun Gothic"/>
                <w:b w:val="0"/>
                <w:sz w:val="14"/>
              </w:rPr>
              <w:t>0.4204514737049085</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0.3544683315640783</w:t>
            </w:r>
          </w:p>
        </w:tc>
        <w:tc>
          <w:tcPr>
            <w:tcW w:type="dxa" w:w="759"/>
            <w:vAlign w:val="center"/>
          </w:tcPr>
          <w:p>
            <w:r/>
            <w:r>
              <w:rPr>
                <w:rFonts w:ascii="Malgun Gothic" w:hAnsi="Malgun Gothic" w:eastAsia="Malgun Gothic"/>
                <w:b w:val="0"/>
                <w:sz w:val="14"/>
              </w:rPr>
              <w:t>0.0604709573090076</w:t>
            </w:r>
          </w:p>
        </w:tc>
        <w:tc>
          <w:tcPr>
            <w:tcW w:type="dxa" w:w="759"/>
            <w:vAlign w:val="center"/>
          </w:tcPr>
          <w:p>
            <w:r/>
            <w:r>
              <w:rPr>
                <w:rFonts w:ascii="Malgun Gothic" w:hAnsi="Malgun Gothic" w:eastAsia="Malgun Gothic"/>
                <w:b w:val="0"/>
                <w:sz w:val="14"/>
              </w:rPr>
              <w:t>205.1170476207177</w:t>
            </w:r>
          </w:p>
        </w:tc>
        <w:tc>
          <w:tcPr>
            <w:tcW w:type="dxa" w:w="759"/>
            <w:vAlign w:val="center"/>
          </w:tcPr>
          <w:p>
            <w:r/>
            <w:r>
              <w:rPr>
                <w:rFonts w:ascii="Malgun Gothic" w:hAnsi="Malgun Gothic" w:eastAsia="Malgun Gothic"/>
                <w:b w:val="0"/>
                <w:sz w:val="14"/>
              </w:rPr>
              <w:t>87.30707210320205</w:t>
            </w:r>
          </w:p>
        </w:tc>
        <w:tc>
          <w:tcPr>
            <w:tcW w:type="dxa" w:w="759"/>
            <w:vAlign w:val="center"/>
          </w:tcPr>
          <w:p>
            <w:r/>
            <w:r>
              <w:rPr>
                <w:rFonts w:ascii="Malgun Gothic" w:hAnsi="Malgun Gothic" w:eastAsia="Malgun Gothic"/>
                <w:b w:val="0"/>
                <w:sz w:val="14"/>
              </w:rPr>
              <w:t>1041.84</w:t>
            </w:r>
          </w:p>
        </w:tc>
        <w:tc>
          <w:tcPr>
            <w:tcW w:type="dxa" w:w="759"/>
            <w:vAlign w:val="center"/>
          </w:tcPr>
          <w:p>
            <w:r/>
            <w:r>
              <w:rPr>
                <w:rFonts w:ascii="Malgun Gothic" w:hAnsi="Malgun Gothic" w:eastAsia="Malgun Gothic"/>
                <w:b w:val="0"/>
                <w:sz w:val="14"/>
              </w:rPr>
              <w:t>-0.2564864512207348</w:t>
            </w:r>
          </w:p>
        </w:tc>
        <w:tc>
          <w:tcPr>
            <w:tcW w:type="dxa" w:w="759"/>
            <w:vAlign w:val="center"/>
          </w:tcPr>
          <w:p>
            <w:r/>
            <w:r>
              <w:rPr>
                <w:rFonts w:ascii="Malgun Gothic" w:hAnsi="Malgun Gothic" w:eastAsia="Malgun Gothic"/>
                <w:b w:val="0"/>
                <w:sz w:val="14"/>
              </w:rPr>
              <w:t>-0.8873905693381575</w:t>
            </w:r>
          </w:p>
        </w:tc>
        <w:tc>
          <w:tcPr>
            <w:tcW w:type="dxa" w:w="759"/>
            <w:vAlign w:val="center"/>
          </w:tcPr>
          <w:p>
            <w:r/>
            <w:r>
              <w:rPr>
                <w:rFonts w:ascii="Malgun Gothic" w:hAnsi="Malgun Gothic" w:eastAsia="Malgun Gothic"/>
                <w:b w:val="0"/>
                <w:sz w:val="14"/>
              </w:rPr>
              <w:t>0.2335779182583547</w:t>
            </w:r>
          </w:p>
        </w:tc>
        <w:tc>
          <w:tcPr>
            <w:tcW w:type="dxa" w:w="759"/>
            <w:vAlign w:val="center"/>
          </w:tcPr>
          <w:p>
            <w:r/>
            <w:r>
              <w:rPr>
                <w:rFonts w:ascii="Malgun Gothic" w:hAnsi="Malgun Gothic" w:eastAsia="Malgun Gothic"/>
                <w:b w:val="0"/>
                <w:sz w:val="14"/>
              </w:rPr>
              <w:t>5.258277151728924</w:t>
            </w:r>
          </w:p>
        </w:tc>
        <w:tc>
          <w:tcPr>
            <w:tcW w:type="dxa" w:w="759"/>
            <w:vAlign w:val="center"/>
          </w:tcPr>
          <w:p>
            <w:r/>
            <w:r>
              <w:rPr>
                <w:rFonts w:ascii="Malgun Gothic" w:hAnsi="Malgun Gothic" w:eastAsia="Malgun Gothic"/>
                <w:b w:val="0"/>
                <w:sz w:val="14"/>
              </w:rPr>
              <w:t>1.0869945123570965</w:t>
            </w:r>
          </w:p>
        </w:tc>
        <w:tc>
          <w:tcPr>
            <w:tcW w:type="dxa" w:w="759"/>
            <w:vAlign w:val="center"/>
          </w:tcPr>
          <w:p>
            <w:r/>
            <w:r>
              <w:rPr>
                <w:rFonts w:ascii="Malgun Gothic" w:hAnsi="Malgun Gothic" w:eastAsia="Malgun Gothic"/>
                <w:b w:val="0"/>
                <w:sz w:val="14"/>
              </w:rPr>
              <w:t>0.6274138166479385</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0.4852647247734645</w:t>
            </w:r>
          </w:p>
        </w:tc>
        <w:tc>
          <w:tcPr>
            <w:tcW w:type="dxa" w:w="759"/>
            <w:vAlign w:val="center"/>
          </w:tcPr>
          <w:p>
            <w:r/>
            <w:r>
              <w:rPr>
                <w:rFonts w:ascii="Malgun Gothic" w:hAnsi="Malgun Gothic" w:eastAsia="Malgun Gothic"/>
                <w:b w:val="0"/>
                <w:sz w:val="14"/>
              </w:rPr>
              <w:t>0.0225888956338167</w:t>
            </w:r>
          </w:p>
        </w:tc>
        <w:tc>
          <w:tcPr>
            <w:tcW w:type="dxa" w:w="759"/>
            <w:vAlign w:val="center"/>
          </w:tcPr>
          <w:p>
            <w:r/>
            <w:r>
              <w:rPr>
                <w:rFonts w:ascii="Malgun Gothic" w:hAnsi="Malgun Gothic" w:eastAsia="Malgun Gothic"/>
                <w:b w:val="0"/>
                <w:sz w:val="14"/>
              </w:rPr>
              <w:t>214.67391456875907</w:t>
            </w:r>
          </w:p>
        </w:tc>
        <w:tc>
          <w:tcPr>
            <w:tcW w:type="dxa" w:w="759"/>
            <w:vAlign w:val="center"/>
          </w:tcPr>
          <w:p>
            <w:r/>
            <w:r>
              <w:rPr>
                <w:rFonts w:ascii="Malgun Gothic" w:hAnsi="Malgun Gothic" w:eastAsia="Malgun Gothic"/>
                <w:b w:val="0"/>
                <w:sz w:val="14"/>
              </w:rPr>
              <w:t>91.2280701754386</w:t>
            </w:r>
          </w:p>
        </w:tc>
        <w:tc>
          <w:tcPr>
            <w:tcW w:type="dxa" w:w="759"/>
            <w:vAlign w:val="center"/>
          </w:tcPr>
          <w:p>
            <w:r/>
            <w:r>
              <w:rPr>
                <w:rFonts w:ascii="Malgun Gothic" w:hAnsi="Malgun Gothic" w:eastAsia="Malgun Gothic"/>
                <w:b w:val="0"/>
                <w:sz w:val="14"/>
              </w:rPr>
              <w:t>17.1</w:t>
            </w:r>
          </w:p>
        </w:tc>
        <w:tc>
          <w:tcPr>
            <w:tcW w:type="dxa" w:w="759"/>
            <w:vAlign w:val="center"/>
          </w:tcPr>
          <w:p>
            <w:r/>
            <w:r>
              <w:rPr>
                <w:rFonts w:ascii="Malgun Gothic" w:hAnsi="Malgun Gothic" w:eastAsia="Malgun Gothic"/>
                <w:b w:val="0"/>
                <w:sz w:val="14"/>
              </w:rPr>
              <w:t>-1.5530989704661737</w:t>
            </w:r>
          </w:p>
        </w:tc>
        <w:tc>
          <w:tcPr>
            <w:tcW w:type="dxa" w:w="759"/>
            <w:vAlign w:val="center"/>
          </w:tcPr>
          <w:p>
            <w:r/>
            <w:r>
              <w:rPr>
                <w:rFonts w:ascii="Malgun Gothic" w:hAnsi="Malgun Gothic" w:eastAsia="Malgun Gothic"/>
                <w:b w:val="0"/>
                <w:sz w:val="14"/>
              </w:rPr>
              <w:t>-0.5443239873164389</w:t>
            </w:r>
          </w:p>
        </w:tc>
        <w:tc>
          <w:tcPr>
            <w:tcW w:type="dxa" w:w="759"/>
            <w:vAlign w:val="center"/>
          </w:tcPr>
          <w:p>
            <w:r/>
            <w:r>
              <w:rPr>
                <w:rFonts w:ascii="Malgun Gothic" w:hAnsi="Malgun Gothic" w:eastAsia="Malgun Gothic"/>
                <w:b w:val="0"/>
                <w:sz w:val="14"/>
              </w:rPr>
              <w:t>0.4355040584359729</w:t>
            </w:r>
          </w:p>
        </w:tc>
        <w:tc>
          <w:tcPr>
            <w:tcW w:type="dxa" w:w="759"/>
            <w:vAlign w:val="center"/>
          </w:tcPr>
          <w:p>
            <w:r/>
            <w:r>
              <w:rPr>
                <w:rFonts w:ascii="Malgun Gothic" w:hAnsi="Malgun Gothic" w:eastAsia="Malgun Gothic"/>
                <w:b w:val="0"/>
                <w:sz w:val="14"/>
              </w:rPr>
              <w:t>-0.7614387911821919</w:t>
            </w:r>
          </w:p>
        </w:tc>
        <w:tc>
          <w:tcPr>
            <w:tcW w:type="dxa" w:w="759"/>
            <w:vAlign w:val="center"/>
          </w:tcPr>
          <w:p>
            <w:r/>
            <w:r>
              <w:rPr>
                <w:rFonts w:ascii="Malgun Gothic" w:hAnsi="Malgun Gothic" w:eastAsia="Malgun Gothic"/>
                <w:b w:val="0"/>
                <w:sz w:val="14"/>
              </w:rPr>
              <w:t>-0.6058394226322079</w:t>
            </w:r>
          </w:p>
        </w:tc>
        <w:tc>
          <w:tcPr>
            <w:tcW w:type="dxa" w:w="759"/>
            <w:vAlign w:val="center"/>
          </w:tcPr>
          <w:p>
            <w:r/>
            <w:r>
              <w:rPr>
                <w:rFonts w:ascii="Malgun Gothic" w:hAnsi="Malgun Gothic" w:eastAsia="Malgun Gothic"/>
                <w:b w:val="0"/>
                <w:sz w:val="14"/>
              </w:rPr>
              <w:t>0.24548972636979172</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0.572468879818421</w:t>
            </w:r>
          </w:p>
        </w:tc>
        <w:tc>
          <w:tcPr>
            <w:tcW w:type="dxa" w:w="759"/>
            <w:vAlign w:val="center"/>
          </w:tcPr>
          <w:p>
            <w:r/>
            <w:r>
              <w:rPr>
                <w:rFonts w:ascii="Malgun Gothic" w:hAnsi="Malgun Gothic" w:eastAsia="Malgun Gothic"/>
                <w:b w:val="0"/>
                <w:sz w:val="14"/>
              </w:rPr>
              <w:t>0.0605529174208641</w:t>
            </w:r>
          </w:p>
        </w:tc>
        <w:tc>
          <w:tcPr>
            <w:tcW w:type="dxa" w:w="759"/>
            <w:vAlign w:val="center"/>
          </w:tcPr>
          <w:p>
            <w:r/>
            <w:r>
              <w:rPr>
                <w:rFonts w:ascii="Malgun Gothic" w:hAnsi="Malgun Gothic" w:eastAsia="Malgun Gothic"/>
                <w:b w:val="0"/>
                <w:sz w:val="14"/>
              </w:rPr>
              <w:t>287.84437392619867</w:t>
            </w:r>
          </w:p>
        </w:tc>
        <w:tc>
          <w:tcPr>
            <w:tcW w:type="dxa" w:w="759"/>
            <w:vAlign w:val="center"/>
          </w:tcPr>
          <w:p>
            <w:r/>
            <w:r>
              <w:rPr>
                <w:rFonts w:ascii="Malgun Gothic" w:hAnsi="Malgun Gothic" w:eastAsia="Malgun Gothic"/>
                <w:b w:val="0"/>
                <w:sz w:val="14"/>
              </w:rPr>
              <w:t>88.61726508785331</w:t>
            </w:r>
          </w:p>
        </w:tc>
        <w:tc>
          <w:tcPr>
            <w:tcW w:type="dxa" w:w="759"/>
            <w:vAlign w:val="center"/>
          </w:tcPr>
          <w:p>
            <w:r/>
            <w:r>
              <w:rPr>
                <w:rFonts w:ascii="Malgun Gothic" w:hAnsi="Malgun Gothic" w:eastAsia="Malgun Gothic"/>
                <w:b w:val="0"/>
                <w:sz w:val="14"/>
              </w:rPr>
              <w:t>78.54</w:t>
            </w:r>
          </w:p>
        </w:tc>
        <w:tc>
          <w:tcPr>
            <w:tcW w:type="dxa" w:w="759"/>
            <w:vAlign w:val="center"/>
          </w:tcPr>
          <w:p>
            <w:r/>
            <w:r>
              <w:rPr>
                <w:rFonts w:ascii="Malgun Gothic" w:hAnsi="Malgun Gothic" w:eastAsia="Malgun Gothic"/>
                <w:b w:val="0"/>
                <w:sz w:val="14"/>
              </w:rPr>
              <w:t>-0.2536811522899883</w:t>
            </w:r>
          </w:p>
        </w:tc>
        <w:tc>
          <w:tcPr>
            <w:tcW w:type="dxa" w:w="759"/>
            <w:vAlign w:val="center"/>
          </w:tcPr>
          <w:p>
            <w:r/>
            <w:r>
              <w:rPr>
                <w:rFonts w:ascii="Malgun Gothic" w:hAnsi="Malgun Gothic" w:eastAsia="Malgun Gothic"/>
                <w:b w:val="0"/>
                <w:sz w:val="14"/>
              </w:rPr>
              <w:t>2.08230454410415</w:t>
            </w:r>
          </w:p>
        </w:tc>
        <w:tc>
          <w:tcPr>
            <w:tcW w:type="dxa" w:w="759"/>
            <w:vAlign w:val="center"/>
          </w:tcPr>
          <w:p>
            <w:r/>
            <w:r>
              <w:rPr>
                <w:rFonts w:ascii="Malgun Gothic" w:hAnsi="Malgun Gothic" w:eastAsia="Malgun Gothic"/>
                <w:b w:val="0"/>
                <w:sz w:val="14"/>
              </w:rPr>
              <w:t>0.3010510991690293</w:t>
            </w:r>
          </w:p>
        </w:tc>
        <w:tc>
          <w:tcPr>
            <w:tcW w:type="dxa" w:w="759"/>
            <w:vAlign w:val="center"/>
          </w:tcPr>
          <w:p>
            <w:r/>
            <w:r>
              <w:rPr>
                <w:rFonts w:ascii="Malgun Gothic" w:hAnsi="Malgun Gothic" w:eastAsia="Malgun Gothic"/>
                <w:b w:val="0"/>
                <w:sz w:val="14"/>
              </w:rPr>
              <w:t>-0.4005166572433791</w:t>
            </w:r>
          </w:p>
        </w:tc>
        <w:tc>
          <w:tcPr>
            <w:tcW w:type="dxa" w:w="759"/>
            <w:vAlign w:val="center"/>
          </w:tcPr>
          <w:p>
            <w:r/>
            <w:r>
              <w:rPr>
                <w:rFonts w:ascii="Malgun Gothic" w:hAnsi="Malgun Gothic" w:eastAsia="Malgun Gothic"/>
                <w:b w:val="0"/>
                <w:sz w:val="14"/>
              </w:rPr>
              <w:t>0.432289458434953</w:t>
            </w:r>
          </w:p>
        </w:tc>
        <w:tc>
          <w:tcPr>
            <w:tcW w:type="dxa" w:w="759"/>
            <w:vAlign w:val="center"/>
          </w:tcPr>
          <w:p>
            <w:r/>
            <w:r>
              <w:rPr>
                <w:rFonts w:ascii="Malgun Gothic" w:hAnsi="Malgun Gothic" w:eastAsia="Malgun Gothic"/>
                <w:b w:val="0"/>
                <w:sz w:val="14"/>
              </w:rPr>
              <w:t>0.4797043296442416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0.4660105335178995</w:t>
            </w:r>
          </w:p>
        </w:tc>
        <w:tc>
          <w:tcPr>
            <w:tcW w:type="dxa" w:w="759"/>
            <w:vAlign w:val="center"/>
          </w:tcPr>
          <w:p>
            <w:r/>
            <w:r>
              <w:rPr>
                <w:rFonts w:ascii="Malgun Gothic" w:hAnsi="Malgun Gothic" w:eastAsia="Malgun Gothic"/>
                <w:b w:val="0"/>
                <w:sz w:val="14"/>
              </w:rPr>
              <w:t>0.0469783395528793</w:t>
            </w:r>
          </w:p>
        </w:tc>
        <w:tc>
          <w:tcPr>
            <w:tcW w:type="dxa" w:w="759"/>
            <w:vAlign w:val="center"/>
          </w:tcPr>
          <w:p>
            <w:r/>
            <w:r>
              <w:rPr>
                <w:rFonts w:ascii="Malgun Gothic" w:hAnsi="Malgun Gothic" w:eastAsia="Malgun Gothic"/>
                <w:b w:val="0"/>
                <w:sz w:val="14"/>
              </w:rPr>
              <w:t>256.5968057657951</w:t>
            </w:r>
          </w:p>
        </w:tc>
        <w:tc>
          <w:tcPr>
            <w:tcW w:type="dxa" w:w="759"/>
            <w:vAlign w:val="center"/>
          </w:tcPr>
          <w:p>
            <w:r/>
            <w:r>
              <w:rPr>
                <w:rFonts w:ascii="Malgun Gothic" w:hAnsi="Malgun Gothic" w:eastAsia="Malgun Gothic"/>
                <w:b w:val="0"/>
                <w:sz w:val="14"/>
              </w:rPr>
              <w:t>55.48098434004474</w:t>
            </w:r>
          </w:p>
        </w:tc>
        <w:tc>
          <w:tcPr>
            <w:tcW w:type="dxa" w:w="759"/>
            <w:vAlign w:val="center"/>
          </w:tcPr>
          <w:p>
            <w:r/>
            <w:r>
              <w:rPr>
                <w:rFonts w:ascii="Malgun Gothic" w:hAnsi="Malgun Gothic" w:eastAsia="Malgun Gothic"/>
                <w:b w:val="0"/>
                <w:sz w:val="14"/>
              </w:rPr>
              <w:t>201.15</w:t>
            </w:r>
          </w:p>
        </w:tc>
        <w:tc>
          <w:tcPr>
            <w:tcW w:type="dxa" w:w="759"/>
            <w:vAlign w:val="center"/>
          </w:tcPr>
          <w:p>
            <w:r/>
            <w:r>
              <w:rPr>
                <w:rFonts w:ascii="Malgun Gothic" w:hAnsi="Malgun Gothic" w:eastAsia="Malgun Gothic"/>
                <w:b w:val="0"/>
                <w:sz w:val="14"/>
              </w:rPr>
              <w:t>-0.7183065403698585</w:t>
            </w:r>
          </w:p>
        </w:tc>
        <w:tc>
          <w:tcPr>
            <w:tcW w:type="dxa" w:w="759"/>
            <w:vAlign w:val="center"/>
          </w:tcPr>
          <w:p>
            <w:r/>
            <w:r>
              <w:rPr>
                <w:rFonts w:ascii="Malgun Gothic" w:hAnsi="Malgun Gothic" w:eastAsia="Malgun Gothic"/>
                <w:b w:val="0"/>
                <w:sz w:val="14"/>
              </w:rPr>
              <w:t>0.9605983967273332</w:t>
            </w:r>
          </w:p>
        </w:tc>
        <w:tc>
          <w:tcPr>
            <w:tcW w:type="dxa" w:w="759"/>
            <w:vAlign w:val="center"/>
          </w:tcPr>
          <w:p>
            <w:r/>
            <w:r>
              <w:rPr>
                <w:rFonts w:ascii="Malgun Gothic" w:hAnsi="Malgun Gothic" w:eastAsia="Malgun Gothic"/>
                <w:b w:val="0"/>
                <w:sz w:val="14"/>
              </w:rPr>
              <w:t>-1.4054229025971277</w:t>
            </w:r>
          </w:p>
        </w:tc>
        <w:tc>
          <w:tcPr>
            <w:tcW w:type="dxa" w:w="759"/>
            <w:vAlign w:val="center"/>
          </w:tcPr>
          <w:p>
            <w:r/>
            <w:r>
              <w:rPr>
                <w:rFonts w:ascii="Malgun Gothic" w:hAnsi="Malgun Gothic" w:eastAsia="Malgun Gothic"/>
                <w:b w:val="0"/>
                <w:sz w:val="14"/>
              </w:rPr>
              <w:t>0.31974152703783554</w:t>
            </w:r>
          </w:p>
        </w:tc>
        <w:tc>
          <w:tcPr>
            <w:tcW w:type="dxa" w:w="759"/>
            <w:vAlign w:val="center"/>
          </w:tcPr>
          <w:p>
            <w:r/>
            <w:r>
              <w:rPr>
                <w:rFonts w:ascii="Malgun Gothic" w:hAnsi="Malgun Gothic" w:eastAsia="Malgun Gothic"/>
                <w:b w:val="0"/>
                <w:sz w:val="14"/>
              </w:rPr>
              <w:t>-0.21084737980045434</w:t>
            </w:r>
          </w:p>
        </w:tc>
        <w:tc>
          <w:tcPr>
            <w:tcW w:type="dxa" w:w="759"/>
            <w:vAlign w:val="center"/>
          </w:tcPr>
          <w:p>
            <w:r/>
            <w:r>
              <w:rPr>
                <w:rFonts w:ascii="Malgun Gothic" w:hAnsi="Malgun Gothic" w:eastAsia="Malgun Gothic"/>
                <w:b w:val="0"/>
                <w:sz w:val="14"/>
              </w:rPr>
              <w:t>0.3346047739285337</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0.4927156239377252</w:t>
            </w:r>
          </w:p>
        </w:tc>
        <w:tc>
          <w:tcPr>
            <w:tcW w:type="dxa" w:w="759"/>
            <w:vAlign w:val="center"/>
          </w:tcPr>
          <w:p>
            <w:r/>
            <w:r>
              <w:rPr>
                <w:rFonts w:ascii="Malgun Gothic" w:hAnsi="Malgun Gothic" w:eastAsia="Malgun Gothic"/>
                <w:b w:val="0"/>
                <w:sz w:val="14"/>
              </w:rPr>
              <w:t>0.034574244171381</w:t>
            </w:r>
          </w:p>
        </w:tc>
        <w:tc>
          <w:tcPr>
            <w:tcW w:type="dxa" w:w="759"/>
            <w:vAlign w:val="center"/>
          </w:tcPr>
          <w:p>
            <w:r/>
            <w:r>
              <w:rPr>
                <w:rFonts w:ascii="Malgun Gothic" w:hAnsi="Malgun Gothic" w:eastAsia="Malgun Gothic"/>
                <w:b w:val="0"/>
                <w:sz w:val="14"/>
              </w:rPr>
              <w:t>212.6149382327445</w:t>
            </w:r>
          </w:p>
        </w:tc>
        <w:tc>
          <w:tcPr>
            <w:tcW w:type="dxa" w:w="759"/>
            <w:vAlign w:val="center"/>
          </w:tcPr>
          <w:p>
            <w:r/>
            <w:r>
              <w:rPr>
                <w:rFonts w:ascii="Malgun Gothic" w:hAnsi="Malgun Gothic" w:eastAsia="Malgun Gothic"/>
                <w:b w:val="0"/>
                <w:sz w:val="14"/>
              </w:rPr>
              <w:t>110.1996171725458</w:t>
            </w:r>
          </w:p>
        </w:tc>
        <w:tc>
          <w:tcPr>
            <w:tcW w:type="dxa" w:w="759"/>
            <w:vAlign w:val="center"/>
          </w:tcPr>
          <w:p>
            <w:r/>
            <w:r>
              <w:rPr>
                <w:rFonts w:ascii="Malgun Gothic" w:hAnsi="Malgun Gothic" w:eastAsia="Malgun Gothic"/>
                <w:b w:val="0"/>
                <w:sz w:val="14"/>
              </w:rPr>
              <w:t>219.42</w:t>
            </w:r>
          </w:p>
        </w:tc>
        <w:tc>
          <w:tcPr>
            <w:tcW w:type="dxa" w:w="759"/>
            <w:vAlign w:val="center"/>
          </w:tcPr>
          <w:p>
            <w:r/>
            <w:r>
              <w:rPr>
                <w:rFonts w:ascii="Malgun Gothic" w:hAnsi="Malgun Gothic" w:eastAsia="Malgun Gothic"/>
                <w:b w:val="0"/>
                <w:sz w:val="14"/>
              </w:rPr>
              <w:t>-1.1428691077260655</w:t>
            </w:r>
          </w:p>
        </w:tc>
        <w:tc>
          <w:tcPr>
            <w:tcW w:type="dxa" w:w="759"/>
            <w:vAlign w:val="center"/>
          </w:tcPr>
          <w:p>
            <w:r/>
            <w:r>
              <w:rPr>
                <w:rFonts w:ascii="Malgun Gothic" w:hAnsi="Malgun Gothic" w:eastAsia="Malgun Gothic"/>
                <w:b w:val="0"/>
                <w:sz w:val="14"/>
              </w:rPr>
              <w:t>-0.6182358642841191</w:t>
            </w:r>
          </w:p>
        </w:tc>
        <w:tc>
          <w:tcPr>
            <w:tcW w:type="dxa" w:w="759"/>
            <w:vAlign w:val="center"/>
          </w:tcPr>
          <w:p>
            <w:r/>
            <w:r>
              <w:rPr>
                <w:rFonts w:ascii="Malgun Gothic" w:hAnsi="Malgun Gothic" w:eastAsia="Malgun Gothic"/>
                <w:b w:val="0"/>
                <w:sz w:val="14"/>
              </w:rPr>
              <w:t>1.4125132759230405</w:t>
            </w:r>
          </w:p>
        </w:tc>
        <w:tc>
          <w:tcPr>
            <w:tcW w:type="dxa" w:w="759"/>
            <w:vAlign w:val="center"/>
          </w:tcPr>
          <w:p>
            <w:r/>
            <w:r>
              <w:rPr>
                <w:rFonts w:ascii="Malgun Gothic" w:hAnsi="Malgun Gothic" w:eastAsia="Malgun Gothic"/>
                <w:b w:val="0"/>
                <w:sz w:val="14"/>
              </w:rPr>
              <w:t>0.4270665170616328</w:t>
            </w:r>
          </w:p>
        </w:tc>
        <w:tc>
          <w:tcPr>
            <w:tcW w:type="dxa" w:w="759"/>
            <w:vAlign w:val="center"/>
          </w:tcPr>
          <w:p>
            <w:r/>
            <w:r>
              <w:rPr>
                <w:rFonts w:ascii="Malgun Gothic" w:hAnsi="Malgun Gothic" w:eastAsia="Malgun Gothic"/>
                <w:b w:val="0"/>
                <w:sz w:val="14"/>
              </w:rPr>
              <w:t>0.019618705243622137</w:t>
            </w:r>
          </w:p>
        </w:tc>
        <w:tc>
          <w:tcPr>
            <w:tcW w:type="dxa" w:w="759"/>
            <w:vAlign w:val="center"/>
          </w:tcPr>
          <w:p>
            <w:r/>
            <w:r>
              <w:rPr>
                <w:rFonts w:ascii="Malgun Gothic" w:hAnsi="Malgun Gothic" w:eastAsia="Malgun Gothic"/>
                <w:b w:val="0"/>
                <w:sz w:val="14"/>
              </w:rPr>
              <w:t>0.38660074828320723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0.6253112537239026</w:t>
            </w:r>
          </w:p>
        </w:tc>
        <w:tc>
          <w:tcPr>
            <w:tcW w:type="dxa" w:w="759"/>
            <w:vAlign w:val="center"/>
          </w:tcPr>
          <w:p>
            <w:r/>
            <w:r>
              <w:rPr>
                <w:rFonts w:ascii="Malgun Gothic" w:hAnsi="Malgun Gothic" w:eastAsia="Malgun Gothic"/>
                <w:b w:val="0"/>
                <w:sz w:val="14"/>
              </w:rPr>
              <w:t>0.1157152205705642</w:t>
            </w:r>
          </w:p>
        </w:tc>
        <w:tc>
          <w:tcPr>
            <w:tcW w:type="dxa" w:w="759"/>
            <w:vAlign w:val="center"/>
          </w:tcPr>
          <w:p>
            <w:r/>
            <w:r>
              <w:rPr>
                <w:rFonts w:ascii="Malgun Gothic" w:hAnsi="Malgun Gothic" w:eastAsia="Malgun Gothic"/>
                <w:b w:val="0"/>
                <w:sz w:val="14"/>
              </w:rPr>
              <w:t>277.45412075667286</w:t>
            </w:r>
          </w:p>
        </w:tc>
        <w:tc>
          <w:tcPr>
            <w:tcW w:type="dxa" w:w="759"/>
            <w:vAlign w:val="center"/>
          </w:tcPr>
          <w:p>
            <w:r/>
            <w:r>
              <w:rPr>
                <w:rFonts w:ascii="Malgun Gothic" w:hAnsi="Malgun Gothic" w:eastAsia="Malgun Gothic"/>
                <w:b w:val="0"/>
                <w:sz w:val="14"/>
              </w:rPr>
              <w:t>76.92307692307692</w:t>
            </w:r>
          </w:p>
        </w:tc>
        <w:tc>
          <w:tcPr>
            <w:tcW w:type="dxa" w:w="759"/>
            <w:vAlign w:val="center"/>
          </w:tcPr>
          <w:p>
            <w:r/>
            <w:r>
              <w:rPr>
                <w:rFonts w:ascii="Malgun Gothic" w:hAnsi="Malgun Gothic" w:eastAsia="Malgun Gothic"/>
                <w:b w:val="0"/>
                <w:sz w:val="14"/>
              </w:rPr>
              <w:t>2.34</w:t>
            </w:r>
          </w:p>
        </w:tc>
        <w:tc>
          <w:tcPr>
            <w:tcW w:type="dxa" w:w="759"/>
            <w:vAlign w:val="center"/>
          </w:tcPr>
          <w:p>
            <w:r/>
            <w:r>
              <w:rPr>
                <w:rFonts w:ascii="Malgun Gothic" w:hAnsi="Malgun Gothic" w:eastAsia="Malgun Gothic"/>
                <w:b w:val="0"/>
                <w:sz w:val="14"/>
              </w:rPr>
              <w:t>1.6343927721858456</w:t>
            </w:r>
          </w:p>
        </w:tc>
        <w:tc>
          <w:tcPr>
            <w:tcW w:type="dxa" w:w="759"/>
            <w:vAlign w:val="center"/>
          </w:tcPr>
          <w:p>
            <w:r/>
            <w:r>
              <w:rPr>
                <w:rFonts w:ascii="Malgun Gothic" w:hAnsi="Malgun Gothic" w:eastAsia="Malgun Gothic"/>
                <w:b w:val="0"/>
                <w:sz w:val="14"/>
              </w:rPr>
              <w:t>1.7093215716939207</w:t>
            </w:r>
          </w:p>
        </w:tc>
        <w:tc>
          <w:tcPr>
            <w:tcW w:type="dxa" w:w="759"/>
            <w:vAlign w:val="center"/>
          </w:tcPr>
          <w:p>
            <w:r/>
            <w:r>
              <w:rPr>
                <w:rFonts w:ascii="Malgun Gothic" w:hAnsi="Malgun Gothic" w:eastAsia="Malgun Gothic"/>
                <w:b w:val="0"/>
                <w:sz w:val="14"/>
              </w:rPr>
              <w:t>-0.3011839020017692</w:t>
            </w:r>
          </w:p>
        </w:tc>
        <w:tc>
          <w:tcPr>
            <w:tcW w:type="dxa" w:w="759"/>
            <w:vAlign w:val="center"/>
          </w:tcPr>
          <w:p>
            <w:r/>
            <w:r>
              <w:rPr>
                <w:rFonts w:ascii="Malgun Gothic" w:hAnsi="Malgun Gothic" w:eastAsia="Malgun Gothic"/>
                <w:b w:val="0"/>
                <w:sz w:val="14"/>
              </w:rPr>
              <w:t>-0.8481446944526488</w:t>
            </w:r>
          </w:p>
        </w:tc>
        <w:tc>
          <w:tcPr>
            <w:tcW w:type="dxa" w:w="759"/>
            <w:vAlign w:val="center"/>
          </w:tcPr>
          <w:p>
            <w:r/>
            <w:r>
              <w:rPr>
                <w:rFonts w:ascii="Malgun Gothic" w:hAnsi="Malgun Gothic" w:eastAsia="Malgun Gothic"/>
                <w:b w:val="0"/>
                <w:sz w:val="14"/>
              </w:rPr>
              <w:t>0.5485964368563371</w:t>
            </w:r>
          </w:p>
        </w:tc>
        <w:tc>
          <w:tcPr>
            <w:tcW w:type="dxa" w:w="759"/>
            <w:vAlign w:val="center"/>
          </w:tcPr>
          <w:p>
            <w:r/>
            <w:r>
              <w:rPr>
                <w:rFonts w:ascii="Malgun Gothic" w:hAnsi="Malgun Gothic" w:eastAsia="Malgun Gothic"/>
                <w:b w:val="0"/>
                <w:sz w:val="14"/>
              </w:rPr>
              <w:t>0.5059446099271789</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0.4999538676729493</w:t>
            </w:r>
          </w:p>
        </w:tc>
        <w:tc>
          <w:tcPr>
            <w:tcW w:type="dxa" w:w="759"/>
            <w:vAlign w:val="center"/>
          </w:tcPr>
          <w:p>
            <w:r/>
            <w:r>
              <w:rPr>
                <w:rFonts w:ascii="Malgun Gothic" w:hAnsi="Malgun Gothic" w:eastAsia="Malgun Gothic"/>
                <w:b w:val="0"/>
                <w:sz w:val="14"/>
              </w:rPr>
              <w:t>0.0352397561073303</w:t>
            </w:r>
          </w:p>
        </w:tc>
        <w:tc>
          <w:tcPr>
            <w:tcW w:type="dxa" w:w="759"/>
            <w:vAlign w:val="center"/>
          </w:tcPr>
          <w:p>
            <w:r/>
            <w:r>
              <w:rPr>
                <w:rFonts w:ascii="Malgun Gothic" w:hAnsi="Malgun Gothic" w:eastAsia="Malgun Gothic"/>
                <w:b w:val="0"/>
                <w:sz w:val="14"/>
              </w:rPr>
              <w:t>235.9310813929666</w:t>
            </w:r>
          </w:p>
        </w:tc>
        <w:tc>
          <w:tcPr>
            <w:tcW w:type="dxa" w:w="759"/>
            <w:vAlign w:val="center"/>
          </w:tcPr>
          <w:p>
            <w:r/>
            <w:r>
              <w:rPr>
                <w:rFonts w:ascii="Malgun Gothic" w:hAnsi="Malgun Gothic" w:eastAsia="Malgun Gothic"/>
                <w:b w:val="0"/>
                <w:sz w:val="14"/>
              </w:rPr>
              <w:t>88.88888888888889</w:t>
            </w:r>
          </w:p>
        </w:tc>
        <w:tc>
          <w:tcPr>
            <w:tcW w:type="dxa" w:w="759"/>
            <w:vAlign w:val="center"/>
          </w:tcPr>
          <w:p>
            <w:r/>
            <w:r>
              <w:rPr>
                <w:rFonts w:ascii="Malgun Gothic" w:hAnsi="Malgun Gothic" w:eastAsia="Malgun Gothic"/>
                <w:b w:val="0"/>
                <w:sz w:val="14"/>
              </w:rPr>
              <w:t>99.9</w:t>
            </w:r>
          </w:p>
        </w:tc>
        <w:tc>
          <w:tcPr>
            <w:tcW w:type="dxa" w:w="759"/>
            <w:vAlign w:val="center"/>
          </w:tcPr>
          <w:p>
            <w:r/>
            <w:r>
              <w:rPr>
                <w:rFonts w:ascii="Malgun Gothic" w:hAnsi="Malgun Gothic" w:eastAsia="Malgun Gothic"/>
                <w:b w:val="0"/>
                <w:sz w:val="14"/>
              </w:rPr>
              <w:t>-1.1200902232171408</w:t>
            </w:r>
          </w:p>
        </w:tc>
        <w:tc>
          <w:tcPr>
            <w:tcW w:type="dxa" w:w="759"/>
            <w:vAlign w:val="center"/>
          </w:tcPr>
          <w:p>
            <w:r/>
            <w:r>
              <w:rPr>
                <w:rFonts w:ascii="Malgun Gothic" w:hAnsi="Malgun Gothic" w:eastAsia="Malgun Gothic"/>
                <w:b w:val="0"/>
                <w:sz w:val="14"/>
              </w:rPr>
              <w:t>0.2187528249374902</w:t>
            </w:r>
          </w:p>
        </w:tc>
        <w:tc>
          <w:tcPr>
            <w:tcW w:type="dxa" w:w="759"/>
            <w:vAlign w:val="center"/>
          </w:tcPr>
          <w:p>
            <w:r/>
            <w:r>
              <w:rPr>
                <w:rFonts w:ascii="Malgun Gothic" w:hAnsi="Malgun Gothic" w:eastAsia="Malgun Gothic"/>
                <w:b w:val="0"/>
                <w:sz w:val="14"/>
              </w:rPr>
              <w:t>0.31503936050275677</w:t>
            </w:r>
          </w:p>
        </w:tc>
        <w:tc>
          <w:tcPr>
            <w:tcW w:type="dxa" w:w="759"/>
            <w:vAlign w:val="center"/>
          </w:tcPr>
          <w:p>
            <w:r/>
            <w:r>
              <w:rPr>
                <w:rFonts w:ascii="Malgun Gothic" w:hAnsi="Malgun Gothic" w:eastAsia="Malgun Gothic"/>
                <w:b w:val="0"/>
                <w:sz w:val="14"/>
              </w:rPr>
              <w:t>-0.27503982161621376</w:t>
            </w:r>
          </w:p>
        </w:tc>
        <w:tc>
          <w:tcPr>
            <w:tcW w:type="dxa" w:w="759"/>
            <w:vAlign w:val="center"/>
          </w:tcPr>
          <w:p>
            <w:r/>
            <w:r>
              <w:rPr>
                <w:rFonts w:ascii="Malgun Gothic" w:hAnsi="Malgun Gothic" w:eastAsia="Malgun Gothic"/>
                <w:b w:val="0"/>
                <w:sz w:val="14"/>
              </w:rPr>
              <w:t>-0.2153344648482769</w:t>
            </w:r>
          </w:p>
        </w:tc>
        <w:tc>
          <w:tcPr>
            <w:tcW w:type="dxa" w:w="759"/>
            <w:vAlign w:val="center"/>
          </w:tcPr>
          <w:p>
            <w:r/>
            <w:r>
              <w:rPr>
                <w:rFonts w:ascii="Malgun Gothic" w:hAnsi="Malgun Gothic" w:eastAsia="Malgun Gothic"/>
                <w:b w:val="0"/>
                <w:sz w:val="14"/>
              </w:rPr>
              <w:t>0.33359243252902065</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0.5000426253707321</w:t>
            </w:r>
          </w:p>
        </w:tc>
        <w:tc>
          <w:tcPr>
            <w:tcW w:type="dxa" w:w="759"/>
            <w:vAlign w:val="center"/>
          </w:tcPr>
          <w:p>
            <w:r/>
            <w:r>
              <w:rPr>
                <w:rFonts w:ascii="Malgun Gothic" w:hAnsi="Malgun Gothic" w:eastAsia="Malgun Gothic"/>
                <w:b w:val="0"/>
                <w:sz w:val="14"/>
              </w:rPr>
              <w:t>0.0401565991342067</w:t>
            </w:r>
          </w:p>
        </w:tc>
        <w:tc>
          <w:tcPr>
            <w:tcW w:type="dxa" w:w="759"/>
            <w:vAlign w:val="center"/>
          </w:tcPr>
          <w:p>
            <w:r/>
            <w:r>
              <w:rPr>
                <w:rFonts w:ascii="Malgun Gothic" w:hAnsi="Malgun Gothic" w:eastAsia="Malgun Gothic"/>
                <w:b w:val="0"/>
                <w:sz w:val="14"/>
              </w:rPr>
              <w:t>238.82405754514843</w:t>
            </w:r>
          </w:p>
        </w:tc>
        <w:tc>
          <w:tcPr>
            <w:tcW w:type="dxa" w:w="759"/>
            <w:vAlign w:val="center"/>
          </w:tcPr>
          <w:p>
            <w:r/>
            <w:r>
              <w:rPr>
                <w:rFonts w:ascii="Malgun Gothic" w:hAnsi="Malgun Gothic" w:eastAsia="Malgun Gothic"/>
                <w:b w:val="0"/>
                <w:sz w:val="14"/>
              </w:rPr>
              <w:t>77.75119617224881</w:t>
            </w:r>
          </w:p>
        </w:tc>
        <w:tc>
          <w:tcPr>
            <w:tcW w:type="dxa" w:w="759"/>
            <w:vAlign w:val="center"/>
          </w:tcPr>
          <w:p>
            <w:r/>
            <w:r>
              <w:rPr>
                <w:rFonts w:ascii="Malgun Gothic" w:hAnsi="Malgun Gothic" w:eastAsia="Malgun Gothic"/>
                <w:b w:val="0"/>
                <w:sz w:val="14"/>
              </w:rPr>
              <w:t>50.16</w:t>
            </w:r>
          </w:p>
        </w:tc>
        <w:tc>
          <w:tcPr>
            <w:tcW w:type="dxa" w:w="759"/>
            <w:vAlign w:val="center"/>
          </w:tcPr>
          <w:p>
            <w:r/>
            <w:r>
              <w:rPr>
                <w:rFonts w:ascii="Malgun Gothic" w:hAnsi="Malgun Gothic" w:eastAsia="Malgun Gothic"/>
                <w:b w:val="0"/>
                <w:sz w:val="14"/>
              </w:rPr>
              <w:t>-0.9517984264697704</w:t>
            </w:r>
          </w:p>
        </w:tc>
        <w:tc>
          <w:tcPr>
            <w:tcW w:type="dxa" w:w="759"/>
            <w:vAlign w:val="center"/>
          </w:tcPr>
          <w:p>
            <w:r/>
            <w:r>
              <w:rPr>
                <w:rFonts w:ascii="Malgun Gothic" w:hAnsi="Malgun Gothic" w:eastAsia="Malgun Gothic"/>
                <w:b w:val="0"/>
                <w:sz w:val="14"/>
              </w:rPr>
              <w:t>0.32260311874144104</w:t>
            </w:r>
          </w:p>
        </w:tc>
        <w:tc>
          <w:tcPr>
            <w:tcW w:type="dxa" w:w="759"/>
            <w:vAlign w:val="center"/>
          </w:tcPr>
          <w:p>
            <w:r/>
            <w:r>
              <w:rPr>
                <w:rFonts w:ascii="Malgun Gothic" w:hAnsi="Malgun Gothic" w:eastAsia="Malgun Gothic"/>
                <w:b w:val="0"/>
                <w:sz w:val="14"/>
              </w:rPr>
              <w:t>-0.2585368717019852</w:t>
            </w:r>
          </w:p>
        </w:tc>
        <w:tc>
          <w:tcPr>
            <w:tcW w:type="dxa" w:w="759"/>
            <w:vAlign w:val="center"/>
          </w:tcPr>
          <w:p>
            <w:r/>
            <w:r>
              <w:rPr>
                <w:rFonts w:ascii="Malgun Gothic" w:hAnsi="Malgun Gothic" w:eastAsia="Malgun Gothic"/>
                <w:b w:val="0"/>
                <w:sz w:val="14"/>
              </w:rPr>
              <w:t>-0.5672316663772252</w:t>
            </w:r>
          </w:p>
        </w:tc>
        <w:tc>
          <w:tcPr>
            <w:tcW w:type="dxa" w:w="759"/>
            <w:vAlign w:val="center"/>
          </w:tcPr>
          <w:p>
            <w:r/>
            <w:r>
              <w:rPr>
                <w:rFonts w:ascii="Malgun Gothic" w:hAnsi="Malgun Gothic" w:eastAsia="Malgun Gothic"/>
                <w:b w:val="0"/>
                <w:sz w:val="14"/>
              </w:rPr>
              <w:t>-0.36374096145188495</w:t>
            </w:r>
          </w:p>
        </w:tc>
        <w:tc>
          <w:tcPr>
            <w:tcW w:type="dxa" w:w="759"/>
            <w:vAlign w:val="center"/>
          </w:tcPr>
          <w:p>
            <w:r/>
            <w:r>
              <w:rPr>
                <w:rFonts w:ascii="Malgun Gothic" w:hAnsi="Malgun Gothic" w:eastAsia="Malgun Gothic"/>
                <w:b w:val="0"/>
                <w:sz w:val="14"/>
              </w:rPr>
              <w:t>0.300110107396486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0.4682132030090882</w:t>
            </w:r>
          </w:p>
        </w:tc>
        <w:tc>
          <w:tcPr>
            <w:tcW w:type="dxa" w:w="759"/>
            <w:vAlign w:val="center"/>
          </w:tcPr>
          <w:p>
            <w:r/>
            <w:r>
              <w:rPr>
                <w:rFonts w:ascii="Malgun Gothic" w:hAnsi="Malgun Gothic" w:eastAsia="Malgun Gothic"/>
                <w:b w:val="0"/>
                <w:sz w:val="14"/>
              </w:rPr>
              <w:t>0.0239846743643283</w:t>
            </w:r>
          </w:p>
        </w:tc>
        <w:tc>
          <w:tcPr>
            <w:tcW w:type="dxa" w:w="759"/>
            <w:vAlign w:val="center"/>
          </w:tcPr>
          <w:p>
            <w:r/>
            <w:r>
              <w:rPr>
                <w:rFonts w:ascii="Malgun Gothic" w:hAnsi="Malgun Gothic" w:eastAsia="Malgun Gothic"/>
                <w:b w:val="0"/>
                <w:sz w:val="14"/>
              </w:rPr>
              <w:t>263.0961897956945</w:t>
            </w:r>
          </w:p>
        </w:tc>
        <w:tc>
          <w:tcPr>
            <w:tcW w:type="dxa" w:w="759"/>
            <w:vAlign w:val="center"/>
          </w:tcPr>
          <w:p>
            <w:r/>
            <w:r>
              <w:rPr>
                <w:rFonts w:ascii="Malgun Gothic" w:hAnsi="Malgun Gothic" w:eastAsia="Malgun Gothic"/>
                <w:b w:val="0"/>
                <w:sz w:val="14"/>
              </w:rPr>
              <w:t>56.17977528089887</w:t>
            </w:r>
          </w:p>
        </w:tc>
        <w:tc>
          <w:tcPr>
            <w:tcW w:type="dxa" w:w="759"/>
            <w:vAlign w:val="center"/>
          </w:tcPr>
          <w:p>
            <w:r/>
            <w:r>
              <w:rPr>
                <w:rFonts w:ascii="Malgun Gothic" w:hAnsi="Malgun Gothic" w:eastAsia="Malgun Gothic"/>
                <w:b w:val="0"/>
                <w:sz w:val="14"/>
              </w:rPr>
              <w:t>53.4</w:t>
            </w:r>
          </w:p>
        </w:tc>
        <w:tc>
          <w:tcPr>
            <w:tcW w:type="dxa" w:w="759"/>
            <w:vAlign w:val="center"/>
          </w:tcPr>
          <w:p>
            <w:r/>
            <w:r>
              <w:rPr>
                <w:rFonts w:ascii="Malgun Gothic" w:hAnsi="Malgun Gothic" w:eastAsia="Malgun Gothic"/>
                <w:b w:val="0"/>
                <w:sz w:val="14"/>
              </w:rPr>
              <w:t>-1.5053247972547121</w:t>
            </w:r>
          </w:p>
        </w:tc>
        <w:tc>
          <w:tcPr>
            <w:tcW w:type="dxa" w:w="759"/>
            <w:vAlign w:val="center"/>
          </w:tcPr>
          <w:p>
            <w:r/>
            <w:r>
              <w:rPr>
                <w:rFonts w:ascii="Malgun Gothic" w:hAnsi="Malgun Gothic" w:eastAsia="Malgun Gothic"/>
                <w:b w:val="0"/>
                <w:sz w:val="14"/>
              </w:rPr>
              <w:t>1.193909321375195</w:t>
            </w:r>
          </w:p>
        </w:tc>
        <w:tc>
          <w:tcPr>
            <w:tcW w:type="dxa" w:w="759"/>
            <w:vAlign w:val="center"/>
          </w:tcPr>
          <w:p>
            <w:r/>
            <w:r>
              <w:rPr>
                <w:rFonts w:ascii="Malgun Gothic" w:hAnsi="Malgun Gothic" w:eastAsia="Malgun Gothic"/>
                <w:b w:val="0"/>
                <w:sz w:val="14"/>
              </w:rPr>
              <w:t>-1.3694361066645109</w:t>
            </w:r>
          </w:p>
        </w:tc>
        <w:tc>
          <w:tcPr>
            <w:tcW w:type="dxa" w:w="759"/>
            <w:vAlign w:val="center"/>
          </w:tcPr>
          <w:p>
            <w:r/>
            <w:r>
              <w:rPr>
                <w:rFonts w:ascii="Malgun Gothic" w:hAnsi="Malgun Gothic" w:eastAsia="Malgun Gothic"/>
                <w:b w:val="0"/>
                <w:sz w:val="14"/>
              </w:rPr>
              <w:t>-0.5481986632202956</w:t>
            </w:r>
          </w:p>
        </w:tc>
        <w:tc>
          <w:tcPr>
            <w:tcW w:type="dxa" w:w="759"/>
            <w:vAlign w:val="center"/>
          </w:tcPr>
          <w:p>
            <w:r/>
            <w:r>
              <w:rPr>
                <w:rFonts w:ascii="Malgun Gothic" w:hAnsi="Malgun Gothic" w:eastAsia="Malgun Gothic"/>
                <w:b w:val="0"/>
                <w:sz w:val="14"/>
              </w:rPr>
              <w:t>-0.5572625614410809</w:t>
            </w:r>
          </w:p>
        </w:tc>
        <w:tc>
          <w:tcPr>
            <w:tcW w:type="dxa" w:w="759"/>
            <w:vAlign w:val="center"/>
          </w:tcPr>
          <w:p>
            <w:r/>
            <w:r>
              <w:rPr>
                <w:rFonts w:ascii="Malgun Gothic" w:hAnsi="Malgun Gothic" w:eastAsia="Malgun Gothic"/>
                <w:b w:val="0"/>
                <w:sz w:val="14"/>
              </w:rPr>
              <w:t>0.25644926181832123</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r>
        <w:trPr>
          <w:cantSplit/>
        </w:trPr>
        <w:tc>
          <w:tcPr>
            <w:tcW w:type="dxa" w:w="759"/>
            <w:vAlign w:val="center"/>
          </w:tcPr>
          <w:p>
            <w:r/>
            <w:r>
              <w:rPr>
                <w:rFonts w:ascii="Malgun Gothic" w:hAnsi="Malgun Gothic" w:eastAsia="Malgun Gothic"/>
                <w:b w:val="0"/>
                <w:sz w:val="14"/>
              </w:rPr>
              <w:t>0.4250258089988344</w:t>
            </w:r>
          </w:p>
        </w:tc>
        <w:tc>
          <w:tcPr>
            <w:tcW w:type="dxa" w:w="759"/>
            <w:vAlign w:val="center"/>
          </w:tcPr>
          <w:p>
            <w:r/>
            <w:r>
              <w:rPr>
                <w:rFonts w:ascii="Malgun Gothic" w:hAnsi="Malgun Gothic" w:eastAsia="Malgun Gothic"/>
                <w:b w:val="0"/>
                <w:sz w:val="14"/>
              </w:rPr>
              <w:t>0.03632278367877</w:t>
            </w:r>
          </w:p>
        </w:tc>
        <w:tc>
          <w:tcPr>
            <w:tcW w:type="dxa" w:w="759"/>
            <w:vAlign w:val="center"/>
          </w:tcPr>
          <w:p>
            <w:r/>
            <w:r>
              <w:rPr>
                <w:rFonts w:ascii="Malgun Gothic" w:hAnsi="Malgun Gothic" w:eastAsia="Malgun Gothic"/>
                <w:b w:val="0"/>
                <w:sz w:val="14"/>
              </w:rPr>
              <w:t>215.6394287252864</w:t>
            </w:r>
          </w:p>
        </w:tc>
        <w:tc>
          <w:tcPr>
            <w:tcW w:type="dxa" w:w="759"/>
            <w:vAlign w:val="center"/>
          </w:tcPr>
          <w:p>
            <w:r/>
            <w:r>
              <w:rPr>
                <w:rFonts w:ascii="Malgun Gothic" w:hAnsi="Malgun Gothic" w:eastAsia="Malgun Gothic"/>
                <w:b w:val="0"/>
                <w:sz w:val="14"/>
              </w:rPr>
              <w:t>43.47826086956521</w:t>
            </w:r>
          </w:p>
        </w:tc>
        <w:tc>
          <w:tcPr>
            <w:tcW w:type="dxa" w:w="759"/>
            <w:vAlign w:val="center"/>
          </w:tcPr>
          <w:p>
            <w:r/>
            <w:r>
              <w:rPr>
                <w:rFonts w:ascii="Malgun Gothic" w:hAnsi="Malgun Gothic" w:eastAsia="Malgun Gothic"/>
                <w:b w:val="0"/>
                <w:sz w:val="14"/>
              </w:rPr>
              <w:t>75.9</w:t>
            </w:r>
          </w:p>
        </w:tc>
        <w:tc>
          <w:tcPr>
            <w:tcW w:type="dxa" w:w="759"/>
            <w:vAlign w:val="center"/>
          </w:tcPr>
          <w:p>
            <w:r/>
            <w:r>
              <w:rPr>
                <w:rFonts w:ascii="Malgun Gothic" w:hAnsi="Malgun Gothic" w:eastAsia="Malgun Gothic"/>
                <w:b w:val="0"/>
                <w:sz w:val="14"/>
              </w:rPr>
              <w:t>-1.0830207754173564</w:t>
            </w:r>
          </w:p>
        </w:tc>
        <w:tc>
          <w:tcPr>
            <w:tcW w:type="dxa" w:w="759"/>
            <w:vAlign w:val="center"/>
          </w:tcPr>
          <w:p>
            <w:r/>
            <w:r>
              <w:rPr>
                <w:rFonts w:ascii="Malgun Gothic" w:hAnsi="Malgun Gothic" w:eastAsia="Malgun Gothic"/>
                <w:b w:val="0"/>
                <w:sz w:val="14"/>
              </w:rPr>
              <w:t>-0.5096645488860132</w:t>
            </w:r>
          </w:p>
        </w:tc>
        <w:tc>
          <w:tcPr>
            <w:tcW w:type="dxa" w:w="759"/>
            <w:vAlign w:val="center"/>
          </w:tcPr>
          <w:p>
            <w:r/>
            <w:r>
              <w:rPr>
                <w:rFonts w:ascii="Malgun Gothic" w:hAnsi="Malgun Gothic" w:eastAsia="Malgun Gothic"/>
                <w:b w:val="0"/>
                <w:sz w:val="14"/>
              </w:rPr>
              <w:t>-2.0235470580703203</w:t>
            </w:r>
          </w:p>
        </w:tc>
        <w:tc>
          <w:tcPr>
            <w:tcW w:type="dxa" w:w="759"/>
            <w:vAlign w:val="center"/>
          </w:tcPr>
          <w:p>
            <w:r/>
            <w:r>
              <w:rPr>
                <w:rFonts w:ascii="Malgun Gothic" w:hAnsi="Malgun Gothic" w:eastAsia="Malgun Gothic"/>
                <w:b w:val="0"/>
                <w:sz w:val="14"/>
              </w:rPr>
              <w:t>-0.41602503018606246</w:t>
            </w:r>
          </w:p>
        </w:tc>
        <w:tc>
          <w:tcPr>
            <w:tcW w:type="dxa" w:w="759"/>
            <w:vAlign w:val="center"/>
          </w:tcPr>
          <w:p>
            <w:r/>
            <w:r>
              <w:rPr>
                <w:rFonts w:ascii="Malgun Gothic" w:hAnsi="Malgun Gothic" w:eastAsia="Malgun Gothic"/>
                <w:b w:val="0"/>
                <w:sz w:val="14"/>
              </w:rPr>
              <w:t>-1.0080643531399383</w:t>
            </w:r>
          </w:p>
        </w:tc>
        <w:tc>
          <w:tcPr>
            <w:tcW w:type="dxa" w:w="759"/>
            <w:vAlign w:val="center"/>
          </w:tcPr>
          <w:p>
            <w:r/>
            <w:r>
              <w:rPr>
                <w:rFonts w:ascii="Malgun Gothic" w:hAnsi="Malgun Gothic" w:eastAsia="Malgun Gothic"/>
                <w:b w:val="0"/>
                <w:sz w:val="14"/>
              </w:rPr>
              <w:t>0.15474285067443516</w:t>
            </w:r>
          </w:p>
        </w:tc>
        <w:tc>
          <w:tcPr>
            <w:tcW w:type="dxa" w:w="759"/>
            <w:vAlign w:val="center"/>
          </w:tcPr>
          <w:p>
            <w:r/>
            <w:r>
              <w:rPr>
                <w:rFonts w:ascii="Malgun Gothic" w:hAnsi="Malgun Gothic" w:eastAsia="Malgun Gothic"/>
                <w:b w:val="0"/>
                <w:sz w:val="14"/>
              </w:rPr>
              <w:t>v150_actual_same_method_lock</w:t>
            </w:r>
          </w:p>
        </w:tc>
        <w:tc>
          <w:tcPr>
            <w:tcW w:type="dxa" w:w="759"/>
            <w:vAlign w:val="center"/>
          </w:tcPr>
          <w:p>
            <w:r/>
            <w:r>
              <w:rPr>
                <w:rFonts w:ascii="Malgun Gothic" w:hAnsi="Malgun Gothic" w:eastAsia="Malgun Gothic"/>
                <w:b w:val="0"/>
                <w:sz w:val="14"/>
              </w:rPr>
              <w:t>2026-07-05 20:36:36</w:t>
            </w:r>
          </w:p>
        </w:tc>
      </w:tr>
    </w:tbl>
    <w:p/>
    <w:p>
      <w:r>
        <w:t>대용량 표의 앞/뒤 표본 및 구조 포함; 원본 전수 행은 데이터 부록 ZIP 포함</w:t>
      </w:r>
    </w:p>
    <w:p>
      <w:r>
        <w:rPr>
          <w:b/>
        </w:rPr>
        <w:t>산출물 CSV: research_continuity/02_asis_same_method_reproduction/runs/20260705_213459/actual_same_method_reproduced_stress_index_v153.csv (행 998, 열 19)</w:t>
      </w:r>
    </w:p>
    <w:tbl>
      <w:tblPr>
        <w:tblStyle w:val="TableGrid"/>
        <w:tblW w:type="auto" w:w="0"/>
        <w:jc w:val="center"/>
        <w:tblLook w:firstColumn="1" w:firstRow="1" w:lastColumn="0" w:lastRow="0" w:noHBand="0" w:noVBand="1" w:val="04A0"/>
      </w:tblPr>
      <w:tblGrid>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519"/>
      </w:tblGrid>
      <w:tr>
        <w:trPr>
          <w:tblHeader w:val="true"/>
          <w:cantSplit/>
        </w:trPr>
        <w:tc>
          <w:tcPr>
            <w:tcW w:type="dxa" w:w="519"/>
          </w:tcPr>
          <w:p>
            <w:r/>
            <w:r>
              <w:rPr>
                <w:rFonts w:ascii="Malgun Gothic" w:hAnsi="Malgun Gothic" w:eastAsia="Malgun Gothic"/>
                <w:b/>
                <w:sz w:val="14"/>
              </w:rPr>
              <w:t>stress_score</w:t>
            </w:r>
          </w:p>
        </w:tc>
        <w:tc>
          <w:tcPr>
            <w:tcW w:type="dxa" w:w="519"/>
          </w:tcPr>
          <w:p>
            <w:r/>
            <w:r>
              <w:rPr>
                <w:rFonts w:ascii="Malgun Gothic" w:hAnsi="Malgun Gothic" w:eastAsia="Malgun Gothic"/>
                <w:b/>
                <w:sz w:val="14"/>
              </w:rPr>
              <w:t>energy_mean</w:t>
            </w:r>
          </w:p>
        </w:tc>
        <w:tc>
          <w:tcPr>
            <w:tcW w:type="dxa" w:w="519"/>
          </w:tcPr>
          <w:p>
            <w:r/>
            <w:r>
              <w:rPr>
                <w:rFonts w:ascii="Malgun Gothic" w:hAnsi="Malgun Gothic" w:eastAsia="Malgun Gothic"/>
                <w:b/>
                <w:sz w:val="14"/>
              </w:rPr>
              <w:t>pitch_mean</w:t>
            </w:r>
          </w:p>
        </w:tc>
        <w:tc>
          <w:tcPr>
            <w:tcW w:type="dxa" w:w="519"/>
          </w:tcPr>
          <w:p>
            <w:r/>
            <w:r>
              <w:rPr>
                <w:rFonts w:ascii="Malgun Gothic" w:hAnsi="Malgun Gothic" w:eastAsia="Malgun Gothic"/>
                <w:b/>
                <w:sz w:val="14"/>
              </w:rPr>
              <w:t>wpm</w:t>
            </w:r>
          </w:p>
        </w:tc>
        <w:tc>
          <w:tcPr>
            <w:tcW w:type="dxa" w:w="519"/>
          </w:tcPr>
          <w:p>
            <w:r/>
            <w:r>
              <w:rPr>
                <w:rFonts w:ascii="Malgun Gothic" w:hAnsi="Malgun Gothic" w:eastAsia="Malgun Gothic"/>
                <w:b/>
                <w:sz w:val="14"/>
              </w:rPr>
              <w:t>duration_sec</w:t>
            </w:r>
          </w:p>
        </w:tc>
        <w:tc>
          <w:tcPr>
            <w:tcW w:type="dxa" w:w="519"/>
          </w:tcPr>
          <w:p>
            <w:r/>
            <w:r>
              <w:rPr>
                <w:rFonts w:ascii="Malgun Gothic" w:hAnsi="Malgun Gothic" w:eastAsia="Malgun Gothic"/>
                <w:b/>
                <w:sz w:val="14"/>
              </w:rPr>
              <w:t>z_energy_mean</w:t>
            </w:r>
          </w:p>
        </w:tc>
        <w:tc>
          <w:tcPr>
            <w:tcW w:type="dxa" w:w="519"/>
          </w:tcPr>
          <w:p>
            <w:r/>
            <w:r>
              <w:rPr>
                <w:rFonts w:ascii="Malgun Gothic" w:hAnsi="Malgun Gothic" w:eastAsia="Malgun Gothic"/>
                <w:b/>
                <w:sz w:val="14"/>
              </w:rPr>
              <w:t>z_pitch_mean</w:t>
            </w:r>
          </w:p>
        </w:tc>
        <w:tc>
          <w:tcPr>
            <w:tcW w:type="dxa" w:w="519"/>
          </w:tcPr>
          <w:p>
            <w:r/>
            <w:r>
              <w:rPr>
                <w:rFonts w:ascii="Malgun Gothic" w:hAnsi="Malgun Gothic" w:eastAsia="Malgun Gothic"/>
                <w:b/>
                <w:sz w:val="14"/>
              </w:rPr>
              <w:t>z_wpm</w:t>
            </w:r>
          </w:p>
        </w:tc>
        <w:tc>
          <w:tcPr>
            <w:tcW w:type="dxa" w:w="519"/>
          </w:tcPr>
          <w:p>
            <w:r/>
            <w:r>
              <w:rPr>
                <w:rFonts w:ascii="Malgun Gothic" w:hAnsi="Malgun Gothic" w:eastAsia="Malgun Gothic"/>
                <w:b/>
                <w:sz w:val="14"/>
              </w:rPr>
              <w:t>z_duration_sec</w:t>
            </w:r>
          </w:p>
        </w:tc>
        <w:tc>
          <w:tcPr>
            <w:tcW w:type="dxa" w:w="519"/>
          </w:tcPr>
          <w:p>
            <w:r/>
            <w:r>
              <w:rPr>
                <w:rFonts w:ascii="Malgun Gothic" w:hAnsi="Malgun Gothic" w:eastAsia="Malgun Gothic"/>
                <w:b/>
                <w:sz w:val="14"/>
              </w:rPr>
              <w:t>stress_raw_formula_candidate</w:t>
            </w:r>
          </w:p>
        </w:tc>
        <w:tc>
          <w:tcPr>
            <w:tcW w:type="dxa" w:w="519"/>
          </w:tcPr>
          <w:p>
            <w:r/>
            <w:r>
              <w:rPr>
                <w:rFonts w:ascii="Malgun Gothic" w:hAnsi="Malgun Gothic" w:eastAsia="Malgun Gothic"/>
                <w:b/>
                <w:sz w:val="14"/>
              </w:rPr>
              <w:t>stress_score_formula_candidate</w:t>
            </w:r>
          </w:p>
        </w:tc>
        <w:tc>
          <w:tcPr>
            <w:tcW w:type="dxa" w:w="519"/>
          </w:tcPr>
          <w:p>
            <w:r/>
            <w:r>
              <w:rPr>
                <w:rFonts w:ascii="Malgun Gothic" w:hAnsi="Malgun Gothic" w:eastAsia="Malgun Gothic"/>
                <w:b/>
                <w:sz w:val="14"/>
              </w:rPr>
              <w:t>stress_score_reproduced</w:t>
            </w:r>
          </w:p>
        </w:tc>
        <w:tc>
          <w:tcPr>
            <w:tcW w:type="dxa" w:w="519"/>
          </w:tcPr>
          <w:p>
            <w:r/>
            <w:r>
              <w:rPr>
                <w:rFonts w:ascii="Malgun Gothic" w:hAnsi="Malgun Gothic" w:eastAsia="Malgun Gothic"/>
                <w:b/>
                <w:sz w:val="14"/>
              </w:rPr>
              <w:t>stress_score_asis_reference</w:t>
            </w:r>
          </w:p>
        </w:tc>
        <w:tc>
          <w:tcPr>
            <w:tcW w:type="dxa" w:w="519"/>
          </w:tcPr>
          <w:p>
            <w:r/>
            <w:r>
              <w:rPr>
                <w:rFonts w:ascii="Malgun Gothic" w:hAnsi="Malgun Gothic" w:eastAsia="Malgun Gothic"/>
                <w:b/>
                <w:sz w:val="14"/>
              </w:rPr>
              <w:t>stress_score_reproduced_reference_locked</w:t>
            </w:r>
          </w:p>
        </w:tc>
        <w:tc>
          <w:tcPr>
            <w:tcW w:type="dxa" w:w="519"/>
          </w:tcPr>
          <w:p>
            <w:r/>
            <w:r>
              <w:rPr>
                <w:rFonts w:ascii="Malgun Gothic" w:hAnsi="Malgun Gothic" w:eastAsia="Malgun Gothic"/>
                <w:b/>
                <w:sz w:val="14"/>
              </w:rPr>
              <w:t>stress_formula_candidate_minus_asis</w:t>
            </w:r>
          </w:p>
        </w:tc>
        <w:tc>
          <w:tcPr>
            <w:tcW w:type="dxa" w:w="519"/>
          </w:tcPr>
          <w:p>
            <w:r/>
            <w:r>
              <w:rPr>
                <w:rFonts w:ascii="Malgun Gothic" w:hAnsi="Malgun Gothic" w:eastAsia="Malgun Gothic"/>
                <w:b/>
                <w:sz w:val="14"/>
              </w:rPr>
              <w:t>reproduction_method_version</w:t>
            </w:r>
          </w:p>
        </w:tc>
        <w:tc>
          <w:tcPr>
            <w:tcW w:type="dxa" w:w="519"/>
          </w:tcPr>
          <w:p>
            <w:r/>
            <w:r>
              <w:rPr>
                <w:rFonts w:ascii="Malgun Gothic" w:hAnsi="Malgun Gothic" w:eastAsia="Malgun Gothic"/>
                <w:b/>
                <w:sz w:val="14"/>
              </w:rPr>
              <w:t>reproduction_mode</w:t>
            </w:r>
          </w:p>
        </w:tc>
        <w:tc>
          <w:tcPr>
            <w:tcW w:type="dxa" w:w="519"/>
          </w:tcPr>
          <w:p>
            <w:r/>
            <w:r>
              <w:rPr>
                <w:rFonts w:ascii="Malgun Gothic" w:hAnsi="Malgun Gothic" w:eastAsia="Malgun Gothic"/>
                <w:b/>
                <w:sz w:val="14"/>
              </w:rPr>
              <w:t>reproduction_created_at</w:t>
            </w:r>
          </w:p>
        </w:tc>
        <w:tc>
          <w:tcPr>
            <w:tcW w:type="dxa" w:w="519"/>
          </w:tcPr>
          <w:p>
            <w:r/>
            <w:r>
              <w:rPr>
                <w:rFonts w:ascii="Malgun Gothic" w:hAnsi="Malgun Gothic" w:eastAsia="Malgun Gothic"/>
                <w:b/>
                <w:sz w:val="14"/>
              </w:rPr>
              <w:t>original_data_policy</w:t>
            </w:r>
          </w:p>
        </w:tc>
      </w:tr>
      <w:tr>
        <w:trPr>
          <w:cantSplit/>
        </w:trPr>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0.0387283228337764</w:t>
            </w:r>
          </w:p>
        </w:tc>
        <w:tc>
          <w:tcPr>
            <w:tcW w:type="dxa" w:w="519"/>
            <w:vAlign w:val="center"/>
          </w:tcPr>
          <w:p>
            <w:r/>
            <w:r>
              <w:rPr>
                <w:rFonts w:ascii="Malgun Gothic" w:hAnsi="Malgun Gothic" w:eastAsia="Malgun Gothic"/>
                <w:b w:val="0"/>
                <w:sz w:val="14"/>
              </w:rPr>
              <w:t>238.0246184292892</w:t>
            </w:r>
          </w:p>
        </w:tc>
        <w:tc>
          <w:tcPr>
            <w:tcW w:type="dxa" w:w="519"/>
            <w:vAlign w:val="center"/>
          </w:tcPr>
          <w:p>
            <w:r/>
            <w:r>
              <w:rPr>
                <w:rFonts w:ascii="Malgun Gothic" w:hAnsi="Malgun Gothic" w:eastAsia="Malgun Gothic"/>
                <w:b w:val="0"/>
                <w:sz w:val="14"/>
              </w:rPr>
              <w:t>56.11510791366906</w:t>
            </w:r>
          </w:p>
        </w:tc>
        <w:tc>
          <w:tcPr>
            <w:tcW w:type="dxa" w:w="519"/>
            <w:vAlign w:val="center"/>
          </w:tcPr>
          <w:p>
            <w:r/>
            <w:r>
              <w:rPr>
                <w:rFonts w:ascii="Malgun Gothic" w:hAnsi="Malgun Gothic" w:eastAsia="Malgun Gothic"/>
                <w:b w:val="0"/>
                <w:sz w:val="14"/>
              </w:rPr>
              <w:t>41.7</w:t>
            </w:r>
          </w:p>
        </w:tc>
        <w:tc>
          <w:tcPr>
            <w:tcW w:type="dxa" w:w="519"/>
            <w:vAlign w:val="center"/>
          </w:tcPr>
          <w:p>
            <w:r/>
            <w:r>
              <w:rPr>
                <w:rFonts w:ascii="Malgun Gothic" w:hAnsi="Malgun Gothic" w:eastAsia="Malgun Gothic"/>
                <w:b w:val="0"/>
                <w:sz w:val="14"/>
              </w:rPr>
              <w:t>-1.0006849139043317</w:t>
            </w:r>
          </w:p>
        </w:tc>
        <w:tc>
          <w:tcPr>
            <w:tcW w:type="dxa" w:w="519"/>
            <w:vAlign w:val="center"/>
          </w:tcPr>
          <w:p>
            <w:r/>
            <w:r>
              <w:rPr>
                <w:rFonts w:ascii="Malgun Gothic" w:hAnsi="Malgun Gothic" w:eastAsia="Malgun Gothic"/>
                <w:b w:val="0"/>
                <w:sz w:val="14"/>
              </w:rPr>
              <w:t>0.29390534085006853</w:t>
            </w:r>
          </w:p>
        </w:tc>
        <w:tc>
          <w:tcPr>
            <w:tcW w:type="dxa" w:w="519"/>
            <w:vAlign w:val="center"/>
          </w:tcPr>
          <w:p>
            <w:r/>
            <w:r>
              <w:rPr>
                <w:rFonts w:ascii="Malgun Gothic" w:hAnsi="Malgun Gothic" w:eastAsia="Malgun Gothic"/>
                <w:b w:val="0"/>
                <w:sz w:val="14"/>
              </w:rPr>
              <w:t>-1.372766389316937</w:t>
            </w:r>
          </w:p>
        </w:tc>
        <w:tc>
          <w:tcPr>
            <w:tcW w:type="dxa" w:w="519"/>
            <w:vAlign w:val="center"/>
          </w:tcPr>
          <w:p>
            <w:r/>
            <w:r>
              <w:rPr>
                <w:rFonts w:ascii="Malgun Gothic" w:hAnsi="Malgun Gothic" w:eastAsia="Malgun Gothic"/>
                <w:b w:val="0"/>
                <w:sz w:val="14"/>
              </w:rPr>
              <w:t>-0.6169289523980969</w:t>
            </w:r>
          </w:p>
        </w:tc>
        <w:tc>
          <w:tcPr>
            <w:tcW w:type="dxa" w:w="519"/>
            <w:vAlign w:val="center"/>
          </w:tcPr>
          <w:p>
            <w:r/>
            <w:r>
              <w:rPr>
                <w:rFonts w:ascii="Malgun Gothic" w:hAnsi="Malgun Gothic" w:eastAsia="Malgun Gothic"/>
                <w:b w:val="0"/>
                <w:sz w:val="14"/>
              </w:rPr>
              <w:t>-0.6741187286923243</w:t>
            </w:r>
          </w:p>
        </w:tc>
        <w:tc>
          <w:tcPr>
            <w:tcW w:type="dxa" w:w="519"/>
            <w:vAlign w:val="center"/>
          </w:tcPr>
          <w:p>
            <w:r/>
            <w:r>
              <w:rPr>
                <w:rFonts w:ascii="Malgun Gothic" w:hAnsi="Malgun Gothic" w:eastAsia="Malgun Gothic"/>
                <w:b w:val="0"/>
                <w:sz w:val="14"/>
              </w:rPr>
              <w:t>0.2300850778021826</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-0.2382411261485217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0.0516217462718486</w:t>
            </w:r>
          </w:p>
        </w:tc>
        <w:tc>
          <w:tcPr>
            <w:tcW w:type="dxa" w:w="519"/>
            <w:vAlign w:val="center"/>
          </w:tcPr>
          <w:p>
            <w:r/>
            <w:r>
              <w:rPr>
                <w:rFonts w:ascii="Malgun Gothic" w:hAnsi="Malgun Gothic" w:eastAsia="Malgun Gothic"/>
                <w:b w:val="0"/>
                <w:sz w:val="14"/>
              </w:rPr>
              <w:t>254.4835085646635</w:t>
            </w:r>
          </w:p>
        </w:tc>
        <w:tc>
          <w:tcPr>
            <w:tcW w:type="dxa" w:w="519"/>
            <w:vAlign w:val="center"/>
          </w:tcPr>
          <w:p>
            <w:r/>
            <w:r>
              <w:rPr>
                <w:rFonts w:ascii="Malgun Gothic" w:hAnsi="Malgun Gothic" w:eastAsia="Malgun Gothic"/>
                <w:b w:val="0"/>
                <w:sz w:val="14"/>
              </w:rPr>
              <w:t>112.94117647058825</w:t>
            </w:r>
          </w:p>
        </w:tc>
        <w:tc>
          <w:tcPr>
            <w:tcW w:type="dxa" w:w="519"/>
            <w:vAlign w:val="center"/>
          </w:tcPr>
          <w:p>
            <w:r/>
            <w:r>
              <w:rPr>
                <w:rFonts w:ascii="Malgun Gothic" w:hAnsi="Malgun Gothic" w:eastAsia="Malgun Gothic"/>
                <w:b w:val="0"/>
                <w:sz w:val="14"/>
              </w:rPr>
              <w:t>76.5</w:t>
            </w:r>
          </w:p>
        </w:tc>
        <w:tc>
          <w:tcPr>
            <w:tcW w:type="dxa" w:w="519"/>
            <w:vAlign w:val="center"/>
          </w:tcPr>
          <w:p>
            <w:r/>
            <w:r>
              <w:rPr>
                <w:rFonts w:ascii="Malgun Gothic" w:hAnsi="Malgun Gothic" w:eastAsia="Malgun Gothic"/>
                <w:b w:val="0"/>
                <w:sz w:val="14"/>
              </w:rPr>
              <w:t>-0.559373815551796</w:t>
            </w:r>
          </w:p>
        </w:tc>
        <w:tc>
          <w:tcPr>
            <w:tcW w:type="dxa" w:w="519"/>
            <w:vAlign w:val="center"/>
          </w:tcPr>
          <w:p>
            <w:r/>
            <w:r>
              <w:rPr>
                <w:rFonts w:ascii="Malgun Gothic" w:hAnsi="Malgun Gothic" w:eastAsia="Malgun Gothic"/>
                <w:b w:val="0"/>
                <w:sz w:val="14"/>
              </w:rPr>
              <w:t>0.8847365424679859</w:t>
            </w:r>
          </w:p>
        </w:tc>
        <w:tc>
          <w:tcPr>
            <w:tcW w:type="dxa" w:w="519"/>
            <w:vAlign w:val="center"/>
          </w:tcPr>
          <w:p>
            <w:r/>
            <w:r>
              <w:rPr>
                <w:rFonts w:ascii="Malgun Gothic" w:hAnsi="Malgun Gothic" w:eastAsia="Malgun Gothic"/>
                <w:b w:val="0"/>
                <w:sz w:val="14"/>
              </w:rPr>
              <w:t>1.553699901604292</w:t>
            </w:r>
          </w:p>
        </w:tc>
        <w:tc>
          <w:tcPr>
            <w:tcW w:type="dxa" w:w="519"/>
            <w:vAlign w:val="center"/>
          </w:tcPr>
          <w:p>
            <w:r/>
            <w:r>
              <w:rPr>
                <w:rFonts w:ascii="Malgun Gothic" w:hAnsi="Malgun Gothic" w:eastAsia="Malgun Gothic"/>
                <w:b w:val="0"/>
                <w:sz w:val="14"/>
              </w:rPr>
              <w:t>-0.41250039997181626</w:t>
            </w:r>
          </w:p>
        </w:tc>
        <w:tc>
          <w:tcPr>
            <w:tcW w:type="dxa" w:w="519"/>
            <w:vAlign w:val="center"/>
          </w:tcPr>
          <w:p>
            <w:r/>
            <w:r>
              <w:rPr>
                <w:rFonts w:ascii="Malgun Gothic" w:hAnsi="Malgun Gothic" w:eastAsia="Malgun Gothic"/>
                <w:b w:val="0"/>
                <w:sz w:val="14"/>
              </w:rPr>
              <w:t>0.3666405571371665</w:t>
            </w:r>
          </w:p>
        </w:tc>
        <w:tc>
          <w:tcPr>
            <w:tcW w:type="dxa" w:w="519"/>
            <w:vAlign w:val="center"/>
          </w:tcPr>
          <w:p>
            <w:r/>
            <w:r>
              <w:rPr>
                <w:rFonts w:ascii="Malgun Gothic" w:hAnsi="Malgun Gothic" w:eastAsia="Malgun Gothic"/>
                <w:b w:val="0"/>
                <w:sz w:val="14"/>
              </w:rPr>
              <w:t>0.4648931326403989</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-0.10649549143378667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0.0836487412452697</w:t>
            </w:r>
          </w:p>
        </w:tc>
        <w:tc>
          <w:tcPr>
            <w:tcW w:type="dxa" w:w="519"/>
            <w:vAlign w:val="center"/>
          </w:tcPr>
          <w:p>
            <w:r/>
            <w:r>
              <w:rPr>
                <w:rFonts w:ascii="Malgun Gothic" w:hAnsi="Malgun Gothic" w:eastAsia="Malgun Gothic"/>
                <w:b w:val="0"/>
                <w:sz w:val="14"/>
              </w:rPr>
              <w:t>250.6328955076774</w:t>
            </w:r>
          </w:p>
        </w:tc>
        <w:tc>
          <w:tcPr>
            <w:tcW w:type="dxa" w:w="519"/>
            <w:vAlign w:val="center"/>
          </w:tcPr>
          <w:p>
            <w:r/>
            <w:r>
              <w:rPr>
                <w:rFonts w:ascii="Malgun Gothic" w:hAnsi="Malgun Gothic" w:eastAsia="Malgun Gothic"/>
                <w:b w:val="0"/>
                <w:sz w:val="14"/>
              </w:rPr>
              <w:t>67.36526946107786</w:t>
            </w:r>
          </w:p>
        </w:tc>
        <w:tc>
          <w:tcPr>
            <w:tcW w:type="dxa" w:w="519"/>
            <w:vAlign w:val="center"/>
          </w:tcPr>
          <w:p>
            <w:r/>
            <w:r>
              <w:rPr>
                <w:rFonts w:ascii="Malgun Gothic" w:hAnsi="Malgun Gothic" w:eastAsia="Malgun Gothic"/>
                <w:b w:val="0"/>
                <w:sz w:val="14"/>
              </w:rPr>
              <w:t>40.08</w:t>
            </w:r>
          </w:p>
        </w:tc>
        <w:tc>
          <w:tcPr>
            <w:tcW w:type="dxa" w:w="519"/>
            <w:vAlign w:val="center"/>
          </w:tcPr>
          <w:p>
            <w:r/>
            <w:r>
              <w:rPr>
                <w:rFonts w:ascii="Malgun Gothic" w:hAnsi="Malgun Gothic" w:eastAsia="Malgun Gothic"/>
                <w:b w:val="0"/>
                <w:sz w:val="14"/>
              </w:rPr>
              <w:t>0.536833750773573</w:t>
            </w:r>
          </w:p>
        </w:tc>
        <w:tc>
          <w:tcPr>
            <w:tcW w:type="dxa" w:w="519"/>
            <w:vAlign w:val="center"/>
          </w:tcPr>
          <w:p>
            <w:r/>
            <w:r>
              <w:rPr>
                <w:rFonts w:ascii="Malgun Gothic" w:hAnsi="Malgun Gothic" w:eastAsia="Malgun Gothic"/>
                <w:b w:val="0"/>
                <w:sz w:val="14"/>
              </w:rPr>
              <w:t>0.7465095830124963</w:t>
            </w:r>
          </w:p>
        </w:tc>
        <w:tc>
          <w:tcPr>
            <w:tcW w:type="dxa" w:w="519"/>
            <w:vAlign w:val="center"/>
          </w:tcPr>
          <w:p>
            <w:r/>
            <w:r>
              <w:rPr>
                <w:rFonts w:ascii="Malgun Gothic" w:hAnsi="Malgun Gothic" w:eastAsia="Malgun Gothic"/>
                <w:b w:val="0"/>
                <w:sz w:val="14"/>
              </w:rPr>
              <w:t>-0.7933981632195622</w:t>
            </w:r>
          </w:p>
        </w:tc>
        <w:tc>
          <w:tcPr>
            <w:tcW w:type="dxa" w:w="519"/>
            <w:vAlign w:val="center"/>
          </w:tcPr>
          <w:p>
            <w:r/>
            <w:r>
              <w:rPr>
                <w:rFonts w:ascii="Malgun Gothic" w:hAnsi="Malgun Gothic" w:eastAsia="Malgun Gothic"/>
                <w:b w:val="0"/>
                <w:sz w:val="14"/>
              </w:rPr>
              <w:t>-0.6264454539765617</w:t>
            </w:r>
          </w:p>
        </w:tc>
        <w:tc>
          <w:tcPr>
            <w:tcW w:type="dxa" w:w="519"/>
            <w:vAlign w:val="center"/>
          </w:tcPr>
          <w:p>
            <w:r/>
            <w:r>
              <w:rPr>
                <w:rFonts w:ascii="Malgun Gothic" w:hAnsi="Malgun Gothic" w:eastAsia="Malgun Gothic"/>
                <w:b w:val="0"/>
                <w:sz w:val="14"/>
              </w:rPr>
              <w:t>-0.03412507085251365</w:t>
            </w:r>
          </w:p>
        </w:tc>
        <w:tc>
          <w:tcPr>
            <w:tcW w:type="dxa" w:w="519"/>
            <w:vAlign w:val="center"/>
          </w:tcPr>
          <w:p>
            <w:r/>
            <w:r>
              <w:rPr>
                <w:rFonts w:ascii="Malgun Gothic" w:hAnsi="Malgun Gothic" w:eastAsia="Malgun Gothic"/>
                <w:b w:val="0"/>
                <w:sz w:val="14"/>
              </w:rPr>
              <w:t>0.37447549348450854</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-0.17286917737075874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0.0569056421518325</w:t>
            </w:r>
          </w:p>
        </w:tc>
        <w:tc>
          <w:tcPr>
            <w:tcW w:type="dxa" w:w="519"/>
            <w:vAlign w:val="center"/>
          </w:tcPr>
          <w:p>
            <w:r/>
            <w:r>
              <w:rPr>
                <w:rFonts w:ascii="Malgun Gothic" w:hAnsi="Malgun Gothic" w:eastAsia="Malgun Gothic"/>
                <w:b w:val="0"/>
                <w:sz w:val="14"/>
              </w:rPr>
              <w:t>259.63355756495304</w:t>
            </w:r>
          </w:p>
        </w:tc>
        <w:tc>
          <w:tcPr>
            <w:tcW w:type="dxa" w:w="519"/>
            <w:vAlign w:val="center"/>
          </w:tcPr>
          <w:p>
            <w:r/>
            <w:r>
              <w:rPr>
                <w:rFonts w:ascii="Malgun Gothic" w:hAnsi="Malgun Gothic" w:eastAsia="Malgun Gothic"/>
                <w:b w:val="0"/>
                <w:sz w:val="14"/>
              </w:rPr>
              <w:t>53.07346326836582</w:t>
            </w:r>
          </w:p>
        </w:tc>
        <w:tc>
          <w:tcPr>
            <w:tcW w:type="dxa" w:w="519"/>
            <w:vAlign w:val="center"/>
          </w:tcPr>
          <w:p>
            <w:r/>
            <w:r>
              <w:rPr>
                <w:rFonts w:ascii="Malgun Gothic" w:hAnsi="Malgun Gothic" w:eastAsia="Malgun Gothic"/>
                <w:b w:val="0"/>
                <w:sz w:val="14"/>
              </w:rPr>
              <w:t>200.1</w:t>
            </w:r>
          </w:p>
        </w:tc>
        <w:tc>
          <w:tcPr>
            <w:tcW w:type="dxa" w:w="519"/>
            <w:vAlign w:val="center"/>
          </w:tcPr>
          <w:p>
            <w:r/>
            <w:r>
              <w:rPr>
                <w:rFonts w:ascii="Malgun Gothic" w:hAnsi="Malgun Gothic" w:eastAsia="Malgun Gothic"/>
                <w:b w:val="0"/>
                <w:sz w:val="14"/>
              </w:rPr>
              <w:t>-0.3785186760633514</w:t>
            </w:r>
          </w:p>
        </w:tc>
        <w:tc>
          <w:tcPr>
            <w:tcW w:type="dxa" w:w="519"/>
            <w:vAlign w:val="center"/>
          </w:tcPr>
          <w:p>
            <w:r/>
            <w:r>
              <w:rPr>
                <w:rFonts w:ascii="Malgun Gothic" w:hAnsi="Malgun Gothic" w:eastAsia="Malgun Gothic"/>
                <w:b w:val="0"/>
                <w:sz w:val="14"/>
              </w:rPr>
              <w:t>1.069609861033522</w:t>
            </w:r>
          </w:p>
        </w:tc>
        <w:tc>
          <w:tcPr>
            <w:tcW w:type="dxa" w:w="519"/>
            <w:vAlign w:val="center"/>
          </w:tcPr>
          <w:p>
            <w:r/>
            <w:r>
              <w:rPr>
                <w:rFonts w:ascii="Malgun Gothic" w:hAnsi="Malgun Gothic" w:eastAsia="Malgun Gothic"/>
                <w:b w:val="0"/>
                <w:sz w:val="14"/>
              </w:rPr>
              <w:t>-1.5294070077775492</w:t>
            </w:r>
          </w:p>
        </w:tc>
        <w:tc>
          <w:tcPr>
            <w:tcW w:type="dxa" w:w="519"/>
            <w:vAlign w:val="center"/>
          </w:tcPr>
          <w:p>
            <w:r/>
            <w:r>
              <w:rPr>
                <w:rFonts w:ascii="Malgun Gothic" w:hAnsi="Malgun Gothic" w:eastAsia="Malgun Gothic"/>
                <w:b w:val="0"/>
                <w:sz w:val="14"/>
              </w:rPr>
              <w:t>0.3135734241629046</w:t>
            </w:r>
          </w:p>
        </w:tc>
        <w:tc>
          <w:tcPr>
            <w:tcW w:type="dxa" w:w="519"/>
            <w:vAlign w:val="center"/>
          </w:tcPr>
          <w:p>
            <w:r/>
            <w:r>
              <w:rPr>
                <w:rFonts w:ascii="Malgun Gothic" w:hAnsi="Malgun Gothic" w:eastAsia="Malgun Gothic"/>
                <w:b w:val="0"/>
                <w:sz w:val="14"/>
              </w:rPr>
              <w:t>-0.13118559966111848</w:t>
            </w:r>
          </w:p>
        </w:tc>
        <w:tc>
          <w:tcPr>
            <w:tcW w:type="dxa" w:w="519"/>
            <w:vAlign w:val="center"/>
          </w:tcPr>
          <w:p>
            <w:r/>
            <w:r>
              <w:rPr>
                <w:rFonts w:ascii="Malgun Gothic" w:hAnsi="Malgun Gothic" w:eastAsia="Malgun Gothic"/>
                <w:b w:val="0"/>
                <w:sz w:val="14"/>
              </w:rPr>
              <w:t>0.35257744820024006</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-0.12423895198341262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0.0736489668488502</w:t>
            </w:r>
          </w:p>
        </w:tc>
        <w:tc>
          <w:tcPr>
            <w:tcW w:type="dxa" w:w="519"/>
            <w:vAlign w:val="center"/>
          </w:tcPr>
          <w:p>
            <w:r/>
            <w:r>
              <w:rPr>
                <w:rFonts w:ascii="Malgun Gothic" w:hAnsi="Malgun Gothic" w:eastAsia="Malgun Gothic"/>
                <w:b w:val="0"/>
                <w:sz w:val="14"/>
              </w:rPr>
              <w:t>212.8201100241104</w:t>
            </w:r>
          </w:p>
        </w:tc>
        <w:tc>
          <w:tcPr>
            <w:tcW w:type="dxa" w:w="519"/>
            <w:vAlign w:val="center"/>
          </w:tcPr>
          <w:p>
            <w:r/>
            <w:r>
              <w:rPr>
                <w:rFonts w:ascii="Malgun Gothic" w:hAnsi="Malgun Gothic" w:eastAsia="Malgun Gothic"/>
                <w:b w:val="0"/>
                <w:sz w:val="14"/>
              </w:rPr>
              <w:t>89.41736028537456</w:t>
            </w:r>
          </w:p>
        </w:tc>
        <w:tc>
          <w:tcPr>
            <w:tcW w:type="dxa" w:w="519"/>
            <w:vAlign w:val="center"/>
          </w:tcPr>
          <w:p>
            <w:r/>
            <w:r>
              <w:rPr>
                <w:rFonts w:ascii="Malgun Gothic" w:hAnsi="Malgun Gothic" w:eastAsia="Malgun Gothic"/>
                <w:b w:val="0"/>
                <w:sz w:val="14"/>
              </w:rPr>
              <w:t>252.3</w:t>
            </w:r>
          </w:p>
        </w:tc>
        <w:tc>
          <w:tcPr>
            <w:tcW w:type="dxa" w:w="519"/>
            <w:vAlign w:val="center"/>
          </w:tcPr>
          <w:p>
            <w:r/>
            <w:r>
              <w:rPr>
                <w:rFonts w:ascii="Malgun Gothic" w:hAnsi="Malgun Gothic" w:eastAsia="Malgun Gothic"/>
                <w:b w:val="0"/>
                <w:sz w:val="14"/>
              </w:rPr>
              <w:t>0.1945653498824221</w:t>
            </w:r>
          </w:p>
        </w:tc>
        <w:tc>
          <w:tcPr>
            <w:tcW w:type="dxa" w:w="519"/>
            <w:vAlign w:val="center"/>
          </w:tcPr>
          <w:p>
            <w:r/>
            <w:r>
              <w:rPr>
                <w:rFonts w:ascii="Malgun Gothic" w:hAnsi="Malgun Gothic" w:eastAsia="Malgun Gothic"/>
                <w:b w:val="0"/>
                <w:sz w:val="14"/>
              </w:rPr>
              <w:t>-0.6108707324293121</w:t>
            </w:r>
          </w:p>
        </w:tc>
        <w:tc>
          <w:tcPr>
            <w:tcW w:type="dxa" w:w="519"/>
            <w:vAlign w:val="center"/>
          </w:tcPr>
          <w:p>
            <w:r/>
            <w:r>
              <w:rPr>
                <w:rFonts w:ascii="Malgun Gothic" w:hAnsi="Malgun Gothic" w:eastAsia="Malgun Gothic"/>
                <w:b w:val="0"/>
                <w:sz w:val="14"/>
              </w:rPr>
              <w:t>0.34225492840681293</w:t>
            </w:r>
          </w:p>
        </w:tc>
        <w:tc>
          <w:tcPr>
            <w:tcW w:type="dxa" w:w="519"/>
            <w:vAlign w:val="center"/>
          </w:tcPr>
          <w:p>
            <w:r/>
            <w:r>
              <w:rPr>
                <w:rFonts w:ascii="Malgun Gothic" w:hAnsi="Malgun Gothic" w:eastAsia="Malgun Gothic"/>
                <w:b w:val="0"/>
                <w:sz w:val="14"/>
              </w:rPr>
              <w:t>0.6202162528023257</w:t>
            </w:r>
          </w:p>
        </w:tc>
        <w:tc>
          <w:tcPr>
            <w:tcW w:type="dxa" w:w="519"/>
            <w:vAlign w:val="center"/>
          </w:tcPr>
          <w:p>
            <w:r/>
            <w:r>
              <w:rPr>
                <w:rFonts w:ascii="Malgun Gothic" w:hAnsi="Malgun Gothic" w:eastAsia="Malgun Gothic"/>
                <w:b w:val="0"/>
                <w:sz w:val="14"/>
              </w:rPr>
              <w:t>0.13654144966556217</w:t>
            </w:r>
          </w:p>
        </w:tc>
        <w:tc>
          <w:tcPr>
            <w:tcW w:type="dxa" w:w="519"/>
            <w:vAlign w:val="center"/>
          </w:tcPr>
          <w:p>
            <w:r/>
            <w:r>
              <w:rPr>
                <w:rFonts w:ascii="Malgun Gothic" w:hAnsi="Malgun Gothic" w:eastAsia="Malgun Gothic"/>
                <w:b w:val="0"/>
                <w:sz w:val="14"/>
              </w:rPr>
              <w:t>0.4129799529253069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-0.09136464265348093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0.062197983264923</w:t>
            </w:r>
          </w:p>
        </w:tc>
        <w:tc>
          <w:tcPr>
            <w:tcW w:type="dxa" w:w="519"/>
            <w:vAlign w:val="center"/>
          </w:tcPr>
          <w:p>
            <w:r/>
            <w:r>
              <w:rPr>
                <w:rFonts w:ascii="Malgun Gothic" w:hAnsi="Malgun Gothic" w:eastAsia="Malgun Gothic"/>
                <w:b w:val="0"/>
                <w:sz w:val="14"/>
              </w:rPr>
              <w:t>279.7326065059236</w:t>
            </w:r>
          </w:p>
        </w:tc>
        <w:tc>
          <w:tcPr>
            <w:tcW w:type="dxa" w:w="519"/>
            <w:vAlign w:val="center"/>
          </w:tcPr>
          <w:p>
            <w:r/>
            <w:r>
              <w:rPr>
                <w:rFonts w:ascii="Malgun Gothic" w:hAnsi="Malgun Gothic" w:eastAsia="Malgun Gothic"/>
                <w:b w:val="0"/>
                <w:sz w:val="14"/>
              </w:rPr>
              <w:t>97.68339768339769</w:t>
            </w:r>
          </w:p>
        </w:tc>
        <w:tc>
          <w:tcPr>
            <w:tcW w:type="dxa" w:w="519"/>
            <w:vAlign w:val="center"/>
          </w:tcPr>
          <w:p>
            <w:r/>
            <w:r>
              <w:rPr>
                <w:rFonts w:ascii="Malgun Gothic" w:hAnsi="Malgun Gothic" w:eastAsia="Malgun Gothic"/>
                <w:b w:val="0"/>
                <w:sz w:val="14"/>
              </w:rPr>
              <w:t>155.4</w:t>
            </w:r>
          </w:p>
        </w:tc>
        <w:tc>
          <w:tcPr>
            <w:tcW w:type="dxa" w:w="519"/>
            <w:vAlign w:val="center"/>
          </w:tcPr>
          <w:p>
            <w:r/>
            <w:r>
              <w:rPr>
                <w:rFonts w:ascii="Malgun Gothic" w:hAnsi="Malgun Gothic" w:eastAsia="Malgun Gothic"/>
                <w:b w:val="0"/>
                <w:sz w:val="14"/>
              </w:rPr>
              <w:t>-0.19737447641055078</w:t>
            </w:r>
          </w:p>
        </w:tc>
        <w:tc>
          <w:tcPr>
            <w:tcW w:type="dxa" w:w="519"/>
            <w:vAlign w:val="center"/>
          </w:tcPr>
          <w:p>
            <w:r/>
            <w:r>
              <w:rPr>
                <w:rFonts w:ascii="Malgun Gothic" w:hAnsi="Malgun Gothic" w:eastAsia="Malgun Gothic"/>
                <w:b w:val="0"/>
                <w:sz w:val="14"/>
              </w:rPr>
              <w:t>1.791113263723373</w:t>
            </w:r>
          </w:p>
        </w:tc>
        <w:tc>
          <w:tcPr>
            <w:tcW w:type="dxa" w:w="519"/>
            <w:vAlign w:val="center"/>
          </w:tcPr>
          <w:p>
            <w:r/>
            <w:r>
              <w:rPr>
                <w:rFonts w:ascii="Malgun Gothic" w:hAnsi="Malgun Gothic" w:eastAsia="Malgun Gothic"/>
                <w:b w:val="0"/>
                <w:sz w:val="14"/>
              </w:rPr>
              <w:t>0.7679447644119026</w:t>
            </w:r>
          </w:p>
        </w:tc>
        <w:tc>
          <w:tcPr>
            <w:tcW w:type="dxa" w:w="519"/>
            <w:vAlign w:val="center"/>
          </w:tcPr>
          <w:p>
            <w:r/>
            <w:r>
              <w:rPr>
                <w:rFonts w:ascii="Malgun Gothic" w:hAnsi="Malgun Gothic" w:eastAsia="Malgun Gothic"/>
                <w:b w:val="0"/>
                <w:sz w:val="14"/>
              </w:rPr>
              <w:t>0.05098847320156143</w:t>
            </w:r>
          </w:p>
        </w:tc>
        <w:tc>
          <w:tcPr>
            <w:tcW w:type="dxa" w:w="519"/>
            <w:vAlign w:val="center"/>
          </w:tcPr>
          <w:p>
            <w:r/>
            <w:r>
              <w:rPr>
                <w:rFonts w:ascii="Malgun Gothic" w:hAnsi="Malgun Gothic" w:eastAsia="Malgun Gothic"/>
                <w:b w:val="0"/>
                <w:sz w:val="14"/>
              </w:rPr>
              <w:t>0.6031680062315715</w:t>
            </w:r>
          </w:p>
        </w:tc>
        <w:tc>
          <w:tcPr>
            <w:tcW w:type="dxa" w:w="519"/>
            <w:vAlign w:val="center"/>
          </w:tcPr>
          <w:p>
            <w:r/>
            <w:r>
              <w:rPr>
                <w:rFonts w:ascii="Malgun Gothic" w:hAnsi="Malgun Gothic" w:eastAsia="Malgun Gothic"/>
                <w:b w:val="0"/>
                <w:sz w:val="14"/>
              </w:rPr>
              <w:t>0.5182566250385838</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-0.05065995930819589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0.0671501383185386</w:t>
            </w:r>
          </w:p>
        </w:tc>
        <w:tc>
          <w:tcPr>
            <w:tcW w:type="dxa" w:w="519"/>
            <w:vAlign w:val="center"/>
          </w:tcPr>
          <w:p>
            <w:r/>
            <w:r>
              <w:rPr>
                <w:rFonts w:ascii="Malgun Gothic" w:hAnsi="Malgun Gothic" w:eastAsia="Malgun Gothic"/>
                <w:b w:val="0"/>
                <w:sz w:val="14"/>
              </w:rPr>
              <w:t>248.7467027838688</w:t>
            </w:r>
          </w:p>
        </w:tc>
        <w:tc>
          <w:tcPr>
            <w:tcW w:type="dxa" w:w="519"/>
            <w:vAlign w:val="center"/>
          </w:tcPr>
          <w:p>
            <w:r/>
            <w:r>
              <w:rPr>
                <w:rFonts w:ascii="Malgun Gothic" w:hAnsi="Malgun Gothic" w:eastAsia="Malgun Gothic"/>
                <w:b w:val="0"/>
                <w:sz w:val="14"/>
              </w:rPr>
              <w:t>94.35829759155394</w:t>
            </w:r>
          </w:p>
        </w:tc>
        <w:tc>
          <w:tcPr>
            <w:tcW w:type="dxa" w:w="519"/>
            <w:vAlign w:val="center"/>
          </w:tcPr>
          <w:p>
            <w:r/>
            <w:r>
              <w:rPr>
                <w:rFonts w:ascii="Malgun Gothic" w:hAnsi="Malgun Gothic" w:eastAsia="Malgun Gothic"/>
                <w:b w:val="0"/>
                <w:sz w:val="14"/>
              </w:rPr>
              <w:t>90.93</w:t>
            </w:r>
          </w:p>
        </w:tc>
        <w:tc>
          <w:tcPr>
            <w:tcW w:type="dxa" w:w="519"/>
            <w:vAlign w:val="center"/>
          </w:tcPr>
          <w:p>
            <w:r/>
            <w:r>
              <w:rPr>
                <w:rFonts w:ascii="Malgun Gothic" w:hAnsi="Malgun Gothic" w:eastAsia="Malgun Gothic"/>
                <w:b w:val="0"/>
                <w:sz w:val="14"/>
              </w:rPr>
              <w:t>-0.02787403330326063</w:t>
            </w:r>
          </w:p>
        </w:tc>
        <w:tc>
          <w:tcPr>
            <w:tcW w:type="dxa" w:w="519"/>
            <w:vAlign w:val="center"/>
          </w:tcPr>
          <w:p>
            <w:r/>
            <w:r>
              <w:rPr>
                <w:rFonts w:ascii="Malgun Gothic" w:hAnsi="Malgun Gothic" w:eastAsia="Malgun Gothic"/>
                <w:b w:val="0"/>
                <w:sz w:val="14"/>
              </w:rPr>
              <w:t>0.6788001867941188</w:t>
            </w:r>
          </w:p>
        </w:tc>
        <w:tc>
          <w:tcPr>
            <w:tcW w:type="dxa" w:w="519"/>
            <w:vAlign w:val="center"/>
          </w:tcPr>
          <w:p>
            <w:r/>
            <w:r>
              <w:rPr>
                <w:rFonts w:ascii="Malgun Gothic" w:hAnsi="Malgun Gothic" w:eastAsia="Malgun Gothic"/>
                <w:b w:val="0"/>
                <w:sz w:val="14"/>
              </w:rPr>
              <w:t>0.5967065707477909</w:t>
            </w:r>
          </w:p>
        </w:tc>
        <w:tc>
          <w:tcPr>
            <w:tcW w:type="dxa" w:w="519"/>
            <w:vAlign w:val="center"/>
          </w:tcPr>
          <w:p>
            <w:r/>
            <w:r>
              <w:rPr>
                <w:rFonts w:ascii="Malgun Gothic" w:hAnsi="Malgun Gothic" w:eastAsia="Malgun Gothic"/>
                <w:b w:val="0"/>
                <w:sz w:val="14"/>
              </w:rPr>
              <w:t>-0.3277330433191947</w:t>
            </w:r>
          </w:p>
        </w:tc>
        <w:tc>
          <w:tcPr>
            <w:tcW w:type="dxa" w:w="519"/>
            <w:vAlign w:val="center"/>
          </w:tcPr>
          <w:p>
            <w:r/>
            <w:r>
              <w:rPr>
                <w:rFonts w:ascii="Malgun Gothic" w:hAnsi="Malgun Gothic" w:eastAsia="Malgun Gothic"/>
                <w:b w:val="0"/>
                <w:sz w:val="14"/>
              </w:rPr>
              <w:t>0.22997492022986354</w:t>
            </w:r>
          </w:p>
        </w:tc>
        <w:tc>
          <w:tcPr>
            <w:tcW w:type="dxa" w:w="519"/>
            <w:vAlign w:val="center"/>
          </w:tcPr>
          <w:p>
            <w:r/>
            <w:r>
              <w:rPr>
                <w:rFonts w:ascii="Malgun Gothic" w:hAnsi="Malgun Gothic" w:eastAsia="Malgun Gothic"/>
                <w:b w:val="0"/>
                <w:sz w:val="14"/>
              </w:rPr>
              <w:t>0.43405968940106837</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-0.1226228752223722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0.1463118344545364</w:t>
            </w:r>
          </w:p>
        </w:tc>
        <w:tc>
          <w:tcPr>
            <w:tcW w:type="dxa" w:w="519"/>
            <w:vAlign w:val="center"/>
          </w:tcPr>
          <w:p>
            <w:r/>
            <w:r>
              <w:rPr>
                <w:rFonts w:ascii="Malgun Gothic" w:hAnsi="Malgun Gothic" w:eastAsia="Malgun Gothic"/>
                <w:b w:val="0"/>
                <w:sz w:val="14"/>
              </w:rPr>
              <w:t>229.41307026841184</w:t>
            </w:r>
          </w:p>
        </w:tc>
        <w:tc>
          <w:tcPr>
            <w:tcW w:type="dxa" w:w="519"/>
            <w:vAlign w:val="center"/>
          </w:tcPr>
          <w:p>
            <w:r/>
            <w:r>
              <w:rPr>
                <w:rFonts w:ascii="Malgun Gothic" w:hAnsi="Malgun Gothic" w:eastAsia="Malgun Gothic"/>
                <w:b w:val="0"/>
                <w:sz w:val="14"/>
              </w:rPr>
              <w:t>51.36268343815513</w:t>
            </w:r>
          </w:p>
        </w:tc>
        <w:tc>
          <w:tcPr>
            <w:tcW w:type="dxa" w:w="519"/>
            <w:vAlign w:val="center"/>
          </w:tcPr>
          <w:p>
            <w:r/>
            <w:r>
              <w:rPr>
                <w:rFonts w:ascii="Malgun Gothic" w:hAnsi="Malgun Gothic" w:eastAsia="Malgun Gothic"/>
                <w:b w:val="0"/>
                <w:sz w:val="14"/>
              </w:rPr>
              <w:t>57.24</w:t>
            </w:r>
          </w:p>
        </w:tc>
        <w:tc>
          <w:tcPr>
            <w:tcW w:type="dxa" w:w="519"/>
            <w:vAlign w:val="center"/>
          </w:tcPr>
          <w:p>
            <w:r/>
            <w:r>
              <w:rPr>
                <w:rFonts w:ascii="Malgun Gothic" w:hAnsi="Malgun Gothic" w:eastAsia="Malgun Gothic"/>
                <w:b w:val="0"/>
                <w:sz w:val="14"/>
              </w:rPr>
              <w:t>2.681641809174202</w:t>
            </w:r>
          </w:p>
        </w:tc>
        <w:tc>
          <w:tcPr>
            <w:tcW w:type="dxa" w:w="519"/>
            <w:vAlign w:val="center"/>
          </w:tcPr>
          <w:p>
            <w:r/>
            <w:r>
              <w:rPr>
                <w:rFonts w:ascii="Malgun Gothic" w:hAnsi="Malgun Gothic" w:eastAsia="Malgun Gothic"/>
                <w:b w:val="0"/>
                <w:sz w:val="14"/>
              </w:rPr>
              <w:t>-0.015226763795700088</w:t>
            </w:r>
          </w:p>
        </w:tc>
        <w:tc>
          <w:tcPr>
            <w:tcW w:type="dxa" w:w="519"/>
            <w:vAlign w:val="center"/>
          </w:tcPr>
          <w:p>
            <w:r/>
            <w:r>
              <w:rPr>
                <w:rFonts w:ascii="Malgun Gothic" w:hAnsi="Malgun Gothic" w:eastAsia="Malgun Gothic"/>
                <w:b w:val="0"/>
                <w:sz w:val="14"/>
              </w:rPr>
              <w:t>-1.6175098737937825</w:t>
            </w:r>
          </w:p>
        </w:tc>
        <w:tc>
          <w:tcPr>
            <w:tcW w:type="dxa" w:w="519"/>
            <w:vAlign w:val="center"/>
          </w:tcPr>
          <w:p>
            <w:r/>
            <w:r>
              <w:rPr>
                <w:rFonts w:ascii="Malgun Gothic" w:hAnsi="Malgun Gothic" w:eastAsia="Malgun Gothic"/>
                <w:b w:val="0"/>
                <w:sz w:val="14"/>
              </w:rPr>
              <w:t>-0.5256410298491199</w:t>
            </w:r>
          </w:p>
        </w:tc>
        <w:tc>
          <w:tcPr>
            <w:tcW w:type="dxa" w:w="519"/>
            <w:vAlign w:val="center"/>
          </w:tcPr>
          <w:p>
            <w:r/>
            <w:r>
              <w:rPr>
                <w:rFonts w:ascii="Malgun Gothic" w:hAnsi="Malgun Gothic" w:eastAsia="Malgun Gothic"/>
                <w:b w:val="0"/>
                <w:sz w:val="14"/>
              </w:rPr>
              <w:t>0.1308160354338998</w:t>
            </w:r>
          </w:p>
        </w:tc>
        <w:tc>
          <w:tcPr>
            <w:tcW w:type="dxa" w:w="519"/>
            <w:vAlign w:val="center"/>
          </w:tcPr>
          <w:p>
            <w:r/>
            <w:r>
              <w:rPr>
                <w:rFonts w:ascii="Malgun Gothic" w:hAnsi="Malgun Gothic" w:eastAsia="Malgun Gothic"/>
                <w:b w:val="0"/>
                <w:sz w:val="14"/>
              </w:rPr>
              <w:t>0.4116882292797108</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-0.16816974503080284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0.0526598244905471</w:t>
            </w:r>
          </w:p>
        </w:tc>
        <w:tc>
          <w:tcPr>
            <w:tcW w:type="dxa" w:w="519"/>
            <w:vAlign w:val="center"/>
          </w:tcPr>
          <w:p>
            <w:r/>
            <w:r>
              <w:rPr>
                <w:rFonts w:ascii="Malgun Gothic" w:hAnsi="Malgun Gothic" w:eastAsia="Malgun Gothic"/>
                <w:b w:val="0"/>
                <w:sz w:val="14"/>
              </w:rPr>
              <w:t>183.5408464937546</w:t>
            </w:r>
          </w:p>
        </w:tc>
        <w:tc>
          <w:tcPr>
            <w:tcW w:type="dxa" w:w="519"/>
            <w:vAlign w:val="center"/>
          </w:tcPr>
          <w:p>
            <w:r/>
            <w:r>
              <w:rPr>
                <w:rFonts w:ascii="Malgun Gothic" w:hAnsi="Malgun Gothic" w:eastAsia="Malgun Gothic"/>
                <w:b w:val="0"/>
                <w:sz w:val="14"/>
              </w:rPr>
              <w:t>78.69658776513987</w:t>
            </w:r>
          </w:p>
        </w:tc>
        <w:tc>
          <w:tcPr>
            <w:tcW w:type="dxa" w:w="519"/>
            <w:vAlign w:val="center"/>
          </w:tcPr>
          <w:p>
            <w:r/>
            <w:r>
              <w:rPr>
                <w:rFonts w:ascii="Malgun Gothic" w:hAnsi="Malgun Gothic" w:eastAsia="Malgun Gothic"/>
                <w:b w:val="0"/>
                <w:sz w:val="14"/>
              </w:rPr>
              <w:t>195.18</w:t>
            </w:r>
          </w:p>
        </w:tc>
        <w:tc>
          <w:tcPr>
            <w:tcW w:type="dxa" w:w="519"/>
            <w:vAlign w:val="center"/>
          </w:tcPr>
          <w:p>
            <w:r/>
            <w:r>
              <w:rPr>
                <w:rFonts w:ascii="Malgun Gothic" w:hAnsi="Malgun Gothic" w:eastAsia="Malgun Gothic"/>
                <w:b w:val="0"/>
                <w:sz w:val="14"/>
              </w:rPr>
              <w:t>-0.5238428767697084</w:t>
            </w:r>
          </w:p>
        </w:tc>
        <w:tc>
          <w:tcPr>
            <w:tcW w:type="dxa" w:w="519"/>
            <w:vAlign w:val="center"/>
          </w:tcPr>
          <w:p>
            <w:r/>
            <w:r>
              <w:rPr>
                <w:rFonts w:ascii="Malgun Gothic" w:hAnsi="Malgun Gothic" w:eastAsia="Malgun Gothic"/>
                <w:b w:val="0"/>
                <w:sz w:val="14"/>
              </w:rPr>
              <w:t>-1.6619198804485729</w:t>
            </w:r>
          </w:p>
        </w:tc>
        <w:tc>
          <w:tcPr>
            <w:tcW w:type="dxa" w:w="519"/>
            <w:vAlign w:val="center"/>
          </w:tcPr>
          <w:p>
            <w:r/>
            <w:r>
              <w:rPr>
                <w:rFonts w:ascii="Malgun Gothic" w:hAnsi="Malgun Gothic" w:eastAsia="Malgun Gothic"/>
                <w:b w:val="0"/>
                <w:sz w:val="14"/>
              </w:rPr>
              <w:t>-0.209850473037175</w:t>
            </w:r>
          </w:p>
        </w:tc>
        <w:tc>
          <w:tcPr>
            <w:tcW w:type="dxa" w:w="519"/>
            <w:vAlign w:val="center"/>
          </w:tcPr>
          <w:p>
            <w:r/>
            <w:r>
              <w:rPr>
                <w:rFonts w:ascii="Malgun Gothic" w:hAnsi="Malgun Gothic" w:eastAsia="Malgun Gothic"/>
                <w:b w:val="0"/>
                <w:sz w:val="14"/>
              </w:rPr>
              <w:t>0.2846714564060857</w:t>
            </w:r>
          </w:p>
        </w:tc>
        <w:tc>
          <w:tcPr>
            <w:tcW w:type="dxa" w:w="519"/>
            <w:vAlign w:val="center"/>
          </w:tcPr>
          <w:p>
            <w:r/>
            <w:r>
              <w:rPr>
                <w:rFonts w:ascii="Malgun Gothic" w:hAnsi="Malgun Gothic" w:eastAsia="Malgun Gothic"/>
                <w:b w:val="0"/>
                <w:sz w:val="14"/>
              </w:rPr>
              <w:t>-0.5277354434623427</w:t>
            </w:r>
          </w:p>
        </w:tc>
        <w:tc>
          <w:tcPr>
            <w:tcW w:type="dxa" w:w="519"/>
            <w:vAlign w:val="center"/>
          </w:tcPr>
          <w:p>
            <w:r/>
            <w:r>
              <w:rPr>
                <w:rFonts w:ascii="Malgun Gothic" w:hAnsi="Malgun Gothic" w:eastAsia="Malgun Gothic"/>
                <w:b w:val="0"/>
                <w:sz w:val="14"/>
              </w:rPr>
              <w:t>0.26311094164377696</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-0.18791790551769744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0.053933672606945</w:t>
            </w:r>
          </w:p>
        </w:tc>
        <w:tc>
          <w:tcPr>
            <w:tcW w:type="dxa" w:w="519"/>
            <w:vAlign w:val="center"/>
          </w:tcPr>
          <w:p>
            <w:r/>
            <w:r>
              <w:rPr>
                <w:rFonts w:ascii="Malgun Gothic" w:hAnsi="Malgun Gothic" w:eastAsia="Malgun Gothic"/>
                <w:b w:val="0"/>
                <w:sz w:val="14"/>
              </w:rPr>
              <w:t>278.85837358392706</w:t>
            </w:r>
          </w:p>
        </w:tc>
        <w:tc>
          <w:tcPr>
            <w:tcW w:type="dxa" w:w="519"/>
            <w:vAlign w:val="center"/>
          </w:tcPr>
          <w:p>
            <w:r/>
            <w:r>
              <w:rPr>
                <w:rFonts w:ascii="Malgun Gothic" w:hAnsi="Malgun Gothic" w:eastAsia="Malgun Gothic"/>
                <w:b w:val="0"/>
                <w:sz w:val="14"/>
              </w:rPr>
              <w:t>87.91208791208791</w:t>
            </w:r>
          </w:p>
        </w:tc>
        <w:tc>
          <w:tcPr>
            <w:tcW w:type="dxa" w:w="519"/>
            <w:vAlign w:val="center"/>
          </w:tcPr>
          <w:p>
            <w:r/>
            <w:r>
              <w:rPr>
                <w:rFonts w:ascii="Malgun Gothic" w:hAnsi="Malgun Gothic" w:eastAsia="Malgun Gothic"/>
                <w:b w:val="0"/>
                <w:sz w:val="14"/>
              </w:rPr>
              <w:t>24.57</w:t>
            </w:r>
          </w:p>
        </w:tc>
        <w:tc>
          <w:tcPr>
            <w:tcW w:type="dxa" w:w="519"/>
            <w:vAlign w:val="center"/>
          </w:tcPr>
          <w:p>
            <w:r/>
            <w:r>
              <w:rPr>
                <w:rFonts w:ascii="Malgun Gothic" w:hAnsi="Malgun Gothic" w:eastAsia="Malgun Gothic"/>
                <w:b w:val="0"/>
                <w:sz w:val="14"/>
              </w:rPr>
              <w:t>-0.4802420973427418</w:t>
            </w:r>
          </w:p>
        </w:tc>
        <w:tc>
          <w:tcPr>
            <w:tcW w:type="dxa" w:w="519"/>
            <w:vAlign w:val="center"/>
          </w:tcPr>
          <w:p>
            <w:r/>
            <w:r>
              <w:rPr>
                <w:rFonts w:ascii="Malgun Gothic" w:hAnsi="Malgun Gothic" w:eastAsia="Malgun Gothic"/>
                <w:b w:val="0"/>
                <w:sz w:val="14"/>
              </w:rPr>
              <w:t>1.7597305833877754</w:t>
            </w:r>
          </w:p>
        </w:tc>
        <w:tc>
          <w:tcPr>
            <w:tcW w:type="dxa" w:w="519"/>
            <w:vAlign w:val="center"/>
          </w:tcPr>
          <w:p>
            <w:r/>
            <w:r>
              <w:rPr>
                <w:rFonts w:ascii="Malgun Gothic" w:hAnsi="Malgun Gothic" w:eastAsia="Malgun Gothic"/>
                <w:b w:val="0"/>
                <w:sz w:val="14"/>
              </w:rPr>
              <w:t>0.26473542070646916</w:t>
            </w:r>
          </w:p>
        </w:tc>
        <w:tc>
          <w:tcPr>
            <w:tcW w:type="dxa" w:w="519"/>
            <w:vAlign w:val="center"/>
          </w:tcPr>
          <w:p>
            <w:r/>
            <w:r>
              <w:rPr>
                <w:rFonts w:ascii="Malgun Gothic" w:hAnsi="Malgun Gothic" w:eastAsia="Malgun Gothic"/>
                <w:b w:val="0"/>
                <w:sz w:val="14"/>
              </w:rPr>
              <w:t>-0.7175571450148265</w:t>
            </w:r>
          </w:p>
        </w:tc>
        <w:tc>
          <w:tcPr>
            <w:tcW w:type="dxa" w:w="519"/>
            <w:vAlign w:val="center"/>
          </w:tcPr>
          <w:p>
            <w:r/>
            <w:r>
              <w:rPr>
                <w:rFonts w:ascii="Malgun Gothic" w:hAnsi="Malgun Gothic" w:eastAsia="Malgun Gothic"/>
                <w:b w:val="0"/>
                <w:sz w:val="14"/>
              </w:rPr>
              <w:t>0.2066666904341691</w:t>
            </w:r>
          </w:p>
        </w:tc>
        <w:tc>
          <w:tcPr>
            <w:tcW w:type="dxa" w:w="519"/>
            <w:vAlign w:val="center"/>
          </w:tcPr>
          <w:p>
            <w:r/>
            <w:r>
              <w:rPr>
                <w:rFonts w:ascii="Malgun Gothic" w:hAnsi="Malgun Gothic" w:eastAsia="Malgun Gothic"/>
                <w:b w:val="0"/>
                <w:sz w:val="14"/>
              </w:rPr>
              <w:t>0.4288010669947478</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-0.13655819819906495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0.0630923733115196</w:t>
            </w:r>
          </w:p>
        </w:tc>
        <w:tc>
          <w:tcPr>
            <w:tcW w:type="dxa" w:w="519"/>
            <w:vAlign w:val="center"/>
          </w:tcPr>
          <w:p>
            <w:r/>
            <w:r>
              <w:rPr>
                <w:rFonts w:ascii="Malgun Gothic" w:hAnsi="Malgun Gothic" w:eastAsia="Malgun Gothic"/>
                <w:b w:val="0"/>
                <w:sz w:val="14"/>
              </w:rPr>
              <w:t>223.2374862425497</w:t>
            </w:r>
          </w:p>
        </w:tc>
        <w:tc>
          <w:tcPr>
            <w:tcW w:type="dxa" w:w="519"/>
            <w:vAlign w:val="center"/>
          </w:tcPr>
          <w:p>
            <w:r/>
            <w:r>
              <w:rPr>
                <w:rFonts w:ascii="Malgun Gothic" w:hAnsi="Malgun Gothic" w:eastAsia="Malgun Gothic"/>
                <w:b w:val="0"/>
                <w:sz w:val="14"/>
              </w:rPr>
              <w:t>93.12890403180012</w:t>
            </w:r>
          </w:p>
        </w:tc>
        <w:tc>
          <w:tcPr>
            <w:tcW w:type="dxa" w:w="519"/>
            <w:vAlign w:val="center"/>
          </w:tcPr>
          <w:p>
            <w:r/>
            <w:r>
              <w:rPr>
                <w:rFonts w:ascii="Malgun Gothic" w:hAnsi="Malgun Gothic" w:eastAsia="Malgun Gothic"/>
                <w:b w:val="0"/>
                <w:sz w:val="14"/>
              </w:rPr>
              <w:t>52.83</w:t>
            </w:r>
          </w:p>
        </w:tc>
        <w:tc>
          <w:tcPr>
            <w:tcW w:type="dxa" w:w="519"/>
            <w:vAlign w:val="center"/>
          </w:tcPr>
          <w:p>
            <w:r/>
            <w:r>
              <w:rPr>
                <w:rFonts w:ascii="Malgun Gothic" w:hAnsi="Malgun Gothic" w:eastAsia="Malgun Gothic"/>
                <w:b w:val="0"/>
                <w:sz w:val="14"/>
              </w:rPr>
              <w:t>-0.16676164067185772</w:t>
            </w:r>
          </w:p>
        </w:tc>
        <w:tc>
          <w:tcPr>
            <w:tcW w:type="dxa" w:w="519"/>
            <w:vAlign w:val="center"/>
          </w:tcPr>
          <w:p>
            <w:r/>
            <w:r>
              <w:rPr>
                <w:rFonts w:ascii="Malgun Gothic" w:hAnsi="Malgun Gothic" w:eastAsia="Malgun Gothic"/>
                <w:b w:val="0"/>
                <w:sz w:val="14"/>
              </w:rPr>
              <w:t>-0.23691411334854232</w:t>
            </w:r>
          </w:p>
        </w:tc>
        <w:tc>
          <w:tcPr>
            <w:tcW w:type="dxa" w:w="519"/>
            <w:vAlign w:val="center"/>
          </w:tcPr>
          <w:p>
            <w:r/>
            <w:r>
              <w:rPr>
                <w:rFonts w:ascii="Malgun Gothic" w:hAnsi="Malgun Gothic" w:eastAsia="Malgun Gothic"/>
                <w:b w:val="0"/>
                <w:sz w:val="14"/>
              </w:rPr>
              <w:t>0.5333944518161157</w:t>
            </w:r>
          </w:p>
        </w:tc>
        <w:tc>
          <w:tcPr>
            <w:tcW w:type="dxa" w:w="519"/>
            <w:vAlign w:val="center"/>
          </w:tcPr>
          <w:p>
            <w:r/>
            <w:r>
              <w:rPr>
                <w:rFonts w:ascii="Malgun Gothic" w:hAnsi="Malgun Gothic" w:eastAsia="Malgun Gothic"/>
                <w:b w:val="0"/>
                <w:sz w:val="14"/>
              </w:rPr>
              <w:t>-0.5515470619238296</w:t>
            </w:r>
          </w:p>
        </w:tc>
        <w:tc>
          <w:tcPr>
            <w:tcW w:type="dxa" w:w="519"/>
            <w:vAlign w:val="center"/>
          </w:tcPr>
          <w:p>
            <w:r/>
            <w:r>
              <w:rPr>
                <w:rFonts w:ascii="Malgun Gothic" w:hAnsi="Malgun Gothic" w:eastAsia="Malgun Gothic"/>
                <w:b w:val="0"/>
                <w:sz w:val="14"/>
              </w:rPr>
              <w:t>-0.1054570910320285</w:t>
            </w:r>
          </w:p>
        </w:tc>
        <w:tc>
          <w:tcPr>
            <w:tcW w:type="dxa" w:w="519"/>
            <w:vAlign w:val="center"/>
          </w:tcPr>
          <w:p>
            <w:r/>
            <w:r>
              <w:rPr>
                <w:rFonts w:ascii="Malgun Gothic" w:hAnsi="Malgun Gothic" w:eastAsia="Malgun Gothic"/>
                <w:b w:val="0"/>
                <w:sz w:val="14"/>
              </w:rPr>
              <w:t>0.35838211518456575</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-0.1783672858417943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0.0623011589050293</w:t>
            </w:r>
          </w:p>
        </w:tc>
        <w:tc>
          <w:tcPr>
            <w:tcW w:type="dxa" w:w="519"/>
            <w:vAlign w:val="center"/>
          </w:tcPr>
          <w:p>
            <w:r/>
            <w:r>
              <w:rPr>
                <w:rFonts w:ascii="Malgun Gothic" w:hAnsi="Malgun Gothic" w:eastAsia="Malgun Gothic"/>
                <w:b w:val="0"/>
                <w:sz w:val="14"/>
              </w:rPr>
              <w:t>253.2706965866162</w:t>
            </w:r>
          </w:p>
        </w:tc>
        <w:tc>
          <w:tcPr>
            <w:tcW w:type="dxa" w:w="519"/>
            <w:vAlign w:val="center"/>
          </w:tcPr>
          <w:p>
            <w:r/>
            <w:r>
              <w:rPr>
                <w:rFonts w:ascii="Malgun Gothic" w:hAnsi="Malgun Gothic" w:eastAsia="Malgun Gothic"/>
                <w:b w:val="0"/>
                <w:sz w:val="14"/>
              </w:rPr>
              <w:t>102.36220472440944</w:t>
            </w:r>
          </w:p>
        </w:tc>
        <w:tc>
          <w:tcPr>
            <w:tcW w:type="dxa" w:w="519"/>
            <w:vAlign w:val="center"/>
          </w:tcPr>
          <w:p>
            <w:r/>
            <w:r>
              <w:rPr>
                <w:rFonts w:ascii="Malgun Gothic" w:hAnsi="Malgun Gothic" w:eastAsia="Malgun Gothic"/>
                <w:b w:val="0"/>
                <w:sz w:val="14"/>
              </w:rPr>
              <w:t>68.58</w:t>
            </w:r>
          </w:p>
        </w:tc>
        <w:tc>
          <w:tcPr>
            <w:tcW w:type="dxa" w:w="519"/>
            <w:vAlign w:val="center"/>
          </w:tcPr>
          <w:p>
            <w:r/>
            <w:r>
              <w:rPr>
                <w:rFonts w:ascii="Malgun Gothic" w:hAnsi="Malgun Gothic" w:eastAsia="Malgun Gothic"/>
                <w:b w:val="0"/>
                <w:sz w:val="14"/>
              </w:rPr>
              <w:t>-0.19384302060463302</w:t>
            </w:r>
          </w:p>
        </w:tc>
        <w:tc>
          <w:tcPr>
            <w:tcW w:type="dxa" w:w="519"/>
            <w:vAlign w:val="center"/>
          </w:tcPr>
          <w:p>
            <w:r/>
            <w:r>
              <w:rPr>
                <w:rFonts w:ascii="Malgun Gothic" w:hAnsi="Malgun Gothic" w:eastAsia="Malgun Gothic"/>
                <w:b w:val="0"/>
                <w:sz w:val="14"/>
              </w:rPr>
              <w:t>0.841199757640301</w:t>
            </w:r>
          </w:p>
        </w:tc>
        <w:tc>
          <w:tcPr>
            <w:tcW w:type="dxa" w:w="519"/>
            <w:vAlign w:val="center"/>
          </w:tcPr>
          <w:p>
            <w:r/>
            <w:r>
              <w:rPr>
                <w:rFonts w:ascii="Malgun Gothic" w:hAnsi="Malgun Gothic" w:eastAsia="Malgun Gothic"/>
                <w:b w:val="0"/>
                <w:sz w:val="14"/>
              </w:rPr>
              <w:t>1.0088970497795062</w:t>
            </w:r>
          </w:p>
        </w:tc>
        <w:tc>
          <w:tcPr>
            <w:tcW w:type="dxa" w:w="519"/>
            <w:vAlign w:val="center"/>
          </w:tcPr>
          <w:p>
            <w:r/>
            <w:r>
              <w:rPr>
                <w:rFonts w:ascii="Malgun Gothic" w:hAnsi="Malgun Gothic" w:eastAsia="Malgun Gothic"/>
                <w:b w:val="0"/>
                <w:sz w:val="14"/>
              </w:rPr>
              <w:t>-0.45902551879986636</w:t>
            </w:r>
          </w:p>
        </w:tc>
        <w:tc>
          <w:tcPr>
            <w:tcW w:type="dxa" w:w="519"/>
            <w:vAlign w:val="center"/>
          </w:tcPr>
          <w:p>
            <w:r/>
            <w:r>
              <w:rPr>
                <w:rFonts w:ascii="Malgun Gothic" w:hAnsi="Malgun Gothic" w:eastAsia="Malgun Gothic"/>
                <w:b w:val="0"/>
                <w:sz w:val="14"/>
              </w:rPr>
              <w:t>0.299307067003827</w:t>
            </w:r>
          </w:p>
        </w:tc>
        <w:tc>
          <w:tcPr>
            <w:tcW w:type="dxa" w:w="519"/>
            <w:vAlign w:val="center"/>
          </w:tcPr>
          <w:p>
            <w:r/>
            <w:r>
              <w:rPr>
                <w:rFonts w:ascii="Malgun Gothic" w:hAnsi="Malgun Gothic" w:eastAsia="Malgun Gothic"/>
                <w:b w:val="0"/>
                <w:sz w:val="14"/>
              </w:rPr>
              <w:t>0.4497018717417976</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-0.11961858787901086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0.0901525691151619</w:t>
            </w:r>
          </w:p>
        </w:tc>
        <w:tc>
          <w:tcPr>
            <w:tcW w:type="dxa" w:w="519"/>
            <w:vAlign w:val="center"/>
          </w:tcPr>
          <w:p>
            <w:r/>
            <w:r>
              <w:rPr>
                <w:rFonts w:ascii="Malgun Gothic" w:hAnsi="Malgun Gothic" w:eastAsia="Malgun Gothic"/>
                <w:b w:val="0"/>
                <w:sz w:val="14"/>
              </w:rPr>
              <w:t>262.4477490768097</w:t>
            </w:r>
          </w:p>
        </w:tc>
        <w:tc>
          <w:tcPr>
            <w:tcW w:type="dxa" w:w="519"/>
            <w:vAlign w:val="center"/>
          </w:tcPr>
          <w:p>
            <w:r/>
            <w:r>
              <w:rPr>
                <w:rFonts w:ascii="Malgun Gothic" w:hAnsi="Malgun Gothic" w:eastAsia="Malgun Gothic"/>
                <w:b w:val="0"/>
                <w:sz w:val="14"/>
              </w:rPr>
              <w:t>97.83989834815756</w:t>
            </w:r>
          </w:p>
        </w:tc>
        <w:tc>
          <w:tcPr>
            <w:tcW w:type="dxa" w:w="519"/>
            <w:vAlign w:val="center"/>
          </w:tcPr>
          <w:p>
            <w:r/>
            <w:r>
              <w:rPr>
                <w:rFonts w:ascii="Malgun Gothic" w:hAnsi="Malgun Gothic" w:eastAsia="Malgun Gothic"/>
                <w:b w:val="0"/>
                <w:sz w:val="14"/>
              </w:rPr>
              <w:t>47.22</w:t>
            </w:r>
          </w:p>
        </w:tc>
        <w:tc>
          <w:tcPr>
            <w:tcW w:type="dxa" w:w="519"/>
            <w:vAlign w:val="center"/>
          </w:tcPr>
          <w:p>
            <w:r/>
            <w:r>
              <w:rPr>
                <w:rFonts w:ascii="Malgun Gothic" w:hAnsi="Malgun Gothic" w:eastAsia="Malgun Gothic"/>
                <w:b w:val="0"/>
                <w:sz w:val="14"/>
              </w:rPr>
              <w:t>0.7594442494160578</w:t>
            </w:r>
          </w:p>
        </w:tc>
        <w:tc>
          <w:tcPr>
            <w:tcW w:type="dxa" w:w="519"/>
            <w:vAlign w:val="center"/>
          </w:tcPr>
          <w:p>
            <w:r/>
            <w:r>
              <w:rPr>
                <w:rFonts w:ascii="Malgun Gothic" w:hAnsi="Malgun Gothic" w:eastAsia="Malgun Gothic"/>
                <w:b w:val="0"/>
                <w:sz w:val="14"/>
              </w:rPr>
              <w:t>1.1706319918611432</w:t>
            </w:r>
          </w:p>
        </w:tc>
        <w:tc>
          <w:tcPr>
            <w:tcW w:type="dxa" w:w="519"/>
            <w:vAlign w:val="center"/>
          </w:tcPr>
          <w:p>
            <w:r/>
            <w:r>
              <w:rPr>
                <w:rFonts w:ascii="Malgun Gothic" w:hAnsi="Malgun Gothic" w:eastAsia="Malgun Gothic"/>
                <w:b w:val="0"/>
                <w:sz w:val="14"/>
              </w:rPr>
              <w:t>0.7760043386804938</w:t>
            </w:r>
          </w:p>
        </w:tc>
        <w:tc>
          <w:tcPr>
            <w:tcW w:type="dxa" w:w="519"/>
            <w:vAlign w:val="center"/>
          </w:tcPr>
          <w:p>
            <w:r/>
            <w:r>
              <w:rPr>
                <w:rFonts w:ascii="Malgun Gothic" w:hAnsi="Malgun Gothic" w:eastAsia="Malgun Gothic"/>
                <w:b w:val="0"/>
                <w:sz w:val="14"/>
              </w:rPr>
              <w:t>-0.5845023544270317</w:t>
            </w:r>
          </w:p>
        </w:tc>
        <w:tc>
          <w:tcPr>
            <w:tcW w:type="dxa" w:w="519"/>
            <w:vAlign w:val="center"/>
          </w:tcPr>
          <w:p>
            <w:r/>
            <w:r>
              <w:rPr>
                <w:rFonts w:ascii="Malgun Gothic" w:hAnsi="Malgun Gothic" w:eastAsia="Malgun Gothic"/>
                <w:b w:val="0"/>
                <w:sz w:val="14"/>
              </w:rPr>
              <w:t>0.5303945563826657</w:t>
            </w:r>
          </w:p>
        </w:tc>
        <w:tc>
          <w:tcPr>
            <w:tcW w:type="dxa" w:w="519"/>
            <w:vAlign w:val="center"/>
          </w:tcPr>
          <w:p>
            <w:r/>
            <w:r>
              <w:rPr>
                <w:rFonts w:ascii="Malgun Gothic" w:hAnsi="Malgun Gothic" w:eastAsia="Malgun Gothic"/>
                <w:b w:val="0"/>
                <w:sz w:val="14"/>
              </w:rPr>
              <w:t>0.5018380425329577</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-0.10439786178423316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0.0859183967113494</w:t>
            </w:r>
          </w:p>
        </w:tc>
        <w:tc>
          <w:tcPr>
            <w:tcW w:type="dxa" w:w="519"/>
            <w:vAlign w:val="center"/>
          </w:tcPr>
          <w:p>
            <w:r/>
            <w:r>
              <w:rPr>
                <w:rFonts w:ascii="Malgun Gothic" w:hAnsi="Malgun Gothic" w:eastAsia="Malgun Gothic"/>
                <w:b w:val="0"/>
                <w:sz w:val="14"/>
              </w:rPr>
              <w:t>260.72312553903083</w:t>
            </w:r>
          </w:p>
        </w:tc>
        <w:tc>
          <w:tcPr>
            <w:tcW w:type="dxa" w:w="519"/>
            <w:vAlign w:val="center"/>
          </w:tcPr>
          <w:p>
            <w:r/>
            <w:r>
              <w:rPr>
                <w:rFonts w:ascii="Malgun Gothic" w:hAnsi="Malgun Gothic" w:eastAsia="Malgun Gothic"/>
                <w:b w:val="0"/>
                <w:sz w:val="14"/>
              </w:rPr>
              <w:t>89.69633140249253</w:t>
            </w:r>
          </w:p>
        </w:tc>
        <w:tc>
          <w:tcPr>
            <w:tcW w:type="dxa" w:w="519"/>
            <w:vAlign w:val="center"/>
          </w:tcPr>
          <w:p>
            <w:r/>
            <w:r>
              <w:rPr>
                <w:rFonts w:ascii="Malgun Gothic" w:hAnsi="Malgun Gothic" w:eastAsia="Malgun Gothic"/>
                <w:b w:val="0"/>
                <w:sz w:val="14"/>
              </w:rPr>
              <w:t>341.82</w:t>
            </w:r>
          </w:p>
        </w:tc>
        <w:tc>
          <w:tcPr>
            <w:tcW w:type="dxa" w:w="519"/>
            <w:vAlign w:val="center"/>
          </w:tcPr>
          <w:p>
            <w:r/>
            <w:r>
              <w:rPr>
                <w:rFonts w:ascii="Malgun Gothic" w:hAnsi="Malgun Gothic" w:eastAsia="Malgun Gothic"/>
                <w:b w:val="0"/>
                <w:sz w:val="14"/>
              </w:rPr>
              <w:t>0.6145186380673411</w:t>
            </w:r>
          </w:p>
        </w:tc>
        <w:tc>
          <w:tcPr>
            <w:tcW w:type="dxa" w:w="519"/>
            <w:vAlign w:val="center"/>
          </w:tcPr>
          <w:p>
            <w:r/>
            <w:r>
              <w:rPr>
                <w:rFonts w:ascii="Malgun Gothic" w:hAnsi="Malgun Gothic" w:eastAsia="Malgun Gothic"/>
                <w:b w:val="0"/>
                <w:sz w:val="14"/>
              </w:rPr>
              <w:t>1.108722507759634</w:t>
            </w:r>
          </w:p>
        </w:tc>
        <w:tc>
          <w:tcPr>
            <w:tcW w:type="dxa" w:w="519"/>
            <w:vAlign w:val="center"/>
          </w:tcPr>
          <w:p>
            <w:r/>
            <w:r>
              <w:rPr>
                <w:rFonts w:ascii="Malgun Gothic" w:hAnsi="Malgun Gothic" w:eastAsia="Malgun Gothic"/>
                <w:b w:val="0"/>
                <w:sz w:val="14"/>
              </w:rPr>
              <w:t>0.3566215666613784</w:t>
            </w:r>
          </w:p>
        </w:tc>
        <w:tc>
          <w:tcPr>
            <w:tcW w:type="dxa" w:w="519"/>
            <w:vAlign w:val="center"/>
          </w:tcPr>
          <w:p>
            <w:r/>
            <w:r>
              <w:rPr>
                <w:rFonts w:ascii="Malgun Gothic" w:hAnsi="Malgun Gothic" w:eastAsia="Malgun Gothic"/>
                <w:b w:val="0"/>
                <w:sz w:val="14"/>
              </w:rPr>
              <w:t>1.1460910807678613</w:t>
            </w:r>
          </w:p>
        </w:tc>
        <w:tc>
          <w:tcPr>
            <w:tcW w:type="dxa" w:w="519"/>
            <w:vAlign w:val="center"/>
          </w:tcPr>
          <w:p>
            <w:r/>
            <w:r>
              <w:rPr>
                <w:rFonts w:ascii="Malgun Gothic" w:hAnsi="Malgun Gothic" w:eastAsia="Malgun Gothic"/>
                <w:b w:val="0"/>
                <w:sz w:val="14"/>
              </w:rPr>
              <w:t>0.8064884483140538</w:t>
            </w:r>
          </w:p>
        </w:tc>
        <w:tc>
          <w:tcPr>
            <w:tcW w:type="dxa" w:w="519"/>
            <w:vAlign w:val="center"/>
          </w:tcPr>
          <w:p>
            <w:r/>
            <w:r>
              <w:rPr>
                <w:rFonts w:ascii="Malgun Gothic" w:hAnsi="Malgun Gothic" w:eastAsia="Malgun Gothic"/>
                <w:b w:val="0"/>
                <w:sz w:val="14"/>
              </w:rPr>
              <w:t>0.5641282095291165</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0.0225899118423879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0.0481829233467578</w:t>
            </w:r>
          </w:p>
        </w:tc>
        <w:tc>
          <w:tcPr>
            <w:tcW w:type="dxa" w:w="519"/>
            <w:vAlign w:val="center"/>
          </w:tcPr>
          <w:p>
            <w:r/>
            <w:r>
              <w:rPr>
                <w:rFonts w:ascii="Malgun Gothic" w:hAnsi="Malgun Gothic" w:eastAsia="Malgun Gothic"/>
                <w:b w:val="0"/>
                <w:sz w:val="14"/>
              </w:rPr>
              <w:t>254.04296291199563</w:t>
            </w:r>
          </w:p>
        </w:tc>
        <w:tc>
          <w:tcPr>
            <w:tcW w:type="dxa" w:w="519"/>
            <w:vAlign w:val="center"/>
          </w:tcPr>
          <w:p>
            <w:r/>
            <w:r>
              <w:rPr>
                <w:rFonts w:ascii="Malgun Gothic" w:hAnsi="Malgun Gothic" w:eastAsia="Malgun Gothic"/>
                <w:b w:val="0"/>
                <w:sz w:val="14"/>
              </w:rPr>
              <w:t>80.53691275167786</w:t>
            </w:r>
          </w:p>
        </w:tc>
        <w:tc>
          <w:tcPr>
            <w:tcW w:type="dxa" w:w="519"/>
            <w:vAlign w:val="center"/>
          </w:tcPr>
          <w:p>
            <w:r/>
            <w:r>
              <w:rPr>
                <w:rFonts w:ascii="Malgun Gothic" w:hAnsi="Malgun Gothic" w:eastAsia="Malgun Gothic"/>
                <w:b w:val="0"/>
                <w:sz w:val="14"/>
              </w:rPr>
              <w:t>80.46</w:t>
            </w:r>
          </w:p>
        </w:tc>
        <w:tc>
          <w:tcPr>
            <w:tcW w:type="dxa" w:w="519"/>
            <w:vAlign w:val="center"/>
          </w:tcPr>
          <w:p>
            <w:r/>
            <w:r>
              <w:rPr>
                <w:rFonts w:ascii="Malgun Gothic" w:hAnsi="Malgun Gothic" w:eastAsia="Malgun Gothic"/>
                <w:b w:val="0"/>
                <w:sz w:val="14"/>
              </w:rPr>
              <w:t>-0.6770765133186669</w:t>
            </w:r>
          </w:p>
        </w:tc>
        <w:tc>
          <w:tcPr>
            <w:tcW w:type="dxa" w:w="519"/>
            <w:vAlign w:val="center"/>
          </w:tcPr>
          <w:p>
            <w:r/>
            <w:r>
              <w:rPr>
                <w:rFonts w:ascii="Malgun Gothic" w:hAnsi="Malgun Gothic" w:eastAsia="Malgun Gothic"/>
                <w:b w:val="0"/>
                <w:sz w:val="14"/>
              </w:rPr>
              <w:t>0.8689221032687177</w:t>
            </w:r>
          </w:p>
        </w:tc>
        <w:tc>
          <w:tcPr>
            <w:tcW w:type="dxa" w:w="519"/>
            <w:vAlign w:val="center"/>
          </w:tcPr>
          <w:p>
            <w:r/>
            <w:r>
              <w:rPr>
                <w:rFonts w:ascii="Malgun Gothic" w:hAnsi="Malgun Gothic" w:eastAsia="Malgun Gothic"/>
                <w:b w:val="0"/>
                <w:sz w:val="14"/>
              </w:rPr>
              <w:t>-0.1150762052722138</w:t>
            </w:r>
          </w:p>
        </w:tc>
        <w:tc>
          <w:tcPr>
            <w:tcW w:type="dxa" w:w="519"/>
            <w:vAlign w:val="center"/>
          </w:tcPr>
          <w:p>
            <w:r/>
            <w:r>
              <w:rPr>
                <w:rFonts w:ascii="Malgun Gothic" w:hAnsi="Malgun Gothic" w:eastAsia="Malgun Gothic"/>
                <w:b w:val="0"/>
                <w:sz w:val="14"/>
              </w:rPr>
              <w:t>-0.38923784055779126</w:t>
            </w:r>
          </w:p>
        </w:tc>
        <w:tc>
          <w:tcPr>
            <w:tcW w:type="dxa" w:w="519"/>
            <w:vAlign w:val="center"/>
          </w:tcPr>
          <w:p>
            <w:r/>
            <w:r>
              <w:rPr>
                <w:rFonts w:ascii="Malgun Gothic" w:hAnsi="Malgun Gothic" w:eastAsia="Malgun Gothic"/>
                <w:b w:val="0"/>
                <w:sz w:val="14"/>
              </w:rPr>
              <w:t>-0.07811711396998858</w:t>
            </w:r>
          </w:p>
        </w:tc>
        <w:tc>
          <w:tcPr>
            <w:tcW w:type="dxa" w:w="519"/>
            <w:vAlign w:val="center"/>
          </w:tcPr>
          <w:p>
            <w:r/>
            <w:r>
              <w:rPr>
                <w:rFonts w:ascii="Malgun Gothic" w:hAnsi="Malgun Gothic" w:eastAsia="Malgun Gothic"/>
                <w:b w:val="0"/>
                <w:sz w:val="14"/>
              </w:rPr>
              <w:t>0.36455034920434926</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-0.15573359160900901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0.0801493227481842</w:t>
            </w:r>
          </w:p>
        </w:tc>
        <w:tc>
          <w:tcPr>
            <w:tcW w:type="dxa" w:w="519"/>
            <w:vAlign w:val="center"/>
          </w:tcPr>
          <w:p>
            <w:r/>
            <w:r>
              <w:rPr>
                <w:rFonts w:ascii="Malgun Gothic" w:hAnsi="Malgun Gothic" w:eastAsia="Malgun Gothic"/>
                <w:b w:val="0"/>
                <w:sz w:val="14"/>
              </w:rPr>
              <w:t>254.9948376341844</w:t>
            </w:r>
          </w:p>
        </w:tc>
        <w:tc>
          <w:tcPr>
            <w:tcW w:type="dxa" w:w="519"/>
            <w:vAlign w:val="center"/>
          </w:tcPr>
          <w:p>
            <w:r/>
            <w:r>
              <w:rPr>
                <w:rFonts w:ascii="Malgun Gothic" w:hAnsi="Malgun Gothic" w:eastAsia="Malgun Gothic"/>
                <w:b w:val="0"/>
                <w:sz w:val="14"/>
              </w:rPr>
              <w:t>67.42268041237114</w:t>
            </w:r>
          </w:p>
        </w:tc>
        <w:tc>
          <w:tcPr>
            <w:tcW w:type="dxa" w:w="519"/>
            <w:vAlign w:val="center"/>
          </w:tcPr>
          <w:p>
            <w:r/>
            <w:r>
              <w:rPr>
                <w:rFonts w:ascii="Malgun Gothic" w:hAnsi="Malgun Gothic" w:eastAsia="Malgun Gothic"/>
                <w:b w:val="0"/>
                <w:sz w:val="14"/>
              </w:rPr>
              <w:t>291.0</w:t>
            </w:r>
          </w:p>
        </w:tc>
        <w:tc>
          <w:tcPr>
            <w:tcW w:type="dxa" w:w="519"/>
            <w:vAlign w:val="center"/>
          </w:tcPr>
          <w:p>
            <w:r/>
            <w:r>
              <w:rPr>
                <w:rFonts w:ascii="Malgun Gothic" w:hAnsi="Malgun Gothic" w:eastAsia="Malgun Gothic"/>
                <w:b w:val="0"/>
                <w:sz w:val="14"/>
              </w:rPr>
              <w:t>0.41705701126280675</w:t>
            </w:r>
          </w:p>
        </w:tc>
        <w:tc>
          <w:tcPr>
            <w:tcW w:type="dxa" w:w="519"/>
            <w:vAlign w:val="center"/>
          </w:tcPr>
          <w:p>
            <w:r/>
            <w:r>
              <w:rPr>
                <w:rFonts w:ascii="Malgun Gothic" w:hAnsi="Malgun Gothic" w:eastAsia="Malgun Gothic"/>
                <w:b w:val="0"/>
                <w:sz w:val="14"/>
              </w:rPr>
              <w:t>0.9030919216024444</w:t>
            </w:r>
          </w:p>
        </w:tc>
        <w:tc>
          <w:tcPr>
            <w:tcW w:type="dxa" w:w="519"/>
            <w:vAlign w:val="center"/>
          </w:tcPr>
          <w:p>
            <w:r/>
            <w:r>
              <w:rPr>
                <w:rFonts w:ascii="Malgun Gothic" w:hAnsi="Malgun Gothic" w:eastAsia="Malgun Gothic"/>
                <w:b w:val="0"/>
                <w:sz w:val="14"/>
              </w:rPr>
              <w:t>-0.7904415762524168</w:t>
            </w:r>
          </w:p>
        </w:tc>
        <w:tc>
          <w:tcPr>
            <w:tcW w:type="dxa" w:w="519"/>
            <w:vAlign w:val="center"/>
          </w:tcPr>
          <w:p>
            <w:r/>
            <w:r>
              <w:rPr>
                <w:rFonts w:ascii="Malgun Gothic" w:hAnsi="Malgun Gothic" w:eastAsia="Malgun Gothic"/>
                <w:b w:val="0"/>
                <w:sz w:val="14"/>
              </w:rPr>
              <w:t>0.8475549016212067</w:t>
            </w:r>
          </w:p>
        </w:tc>
        <w:tc>
          <w:tcPr>
            <w:tcW w:type="dxa" w:w="519"/>
            <w:vAlign w:val="center"/>
          </w:tcPr>
          <w:p>
            <w:r/>
            <w:r>
              <w:rPr>
                <w:rFonts w:ascii="Malgun Gothic" w:hAnsi="Malgun Gothic" w:eastAsia="Malgun Gothic"/>
                <w:b w:val="0"/>
                <w:sz w:val="14"/>
              </w:rPr>
              <w:t>0.34431556455851026</w:t>
            </w:r>
          </w:p>
        </w:tc>
        <w:tc>
          <w:tcPr>
            <w:tcW w:type="dxa" w:w="519"/>
            <w:vAlign w:val="center"/>
          </w:tcPr>
          <w:p>
            <w:r/>
            <w:r>
              <w:rPr>
                <w:rFonts w:ascii="Malgun Gothic" w:hAnsi="Malgun Gothic" w:eastAsia="Malgun Gothic"/>
                <w:b w:val="0"/>
                <w:sz w:val="14"/>
              </w:rPr>
              <w:t>0.459856340604963</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-0.046895367311770186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0.0258763041347265</w:t>
            </w:r>
          </w:p>
        </w:tc>
        <w:tc>
          <w:tcPr>
            <w:tcW w:type="dxa" w:w="519"/>
            <w:vAlign w:val="center"/>
          </w:tcPr>
          <w:p>
            <w:r/>
            <w:r>
              <w:rPr>
                <w:rFonts w:ascii="Malgun Gothic" w:hAnsi="Malgun Gothic" w:eastAsia="Malgun Gothic"/>
                <w:b w:val="0"/>
                <w:sz w:val="14"/>
              </w:rPr>
              <w:t>236.3714352292384</w:t>
            </w:r>
          </w:p>
        </w:tc>
        <w:tc>
          <w:tcPr>
            <w:tcW w:type="dxa" w:w="519"/>
            <w:vAlign w:val="center"/>
          </w:tcPr>
          <w:p>
            <w:r/>
            <w:r>
              <w:rPr>
                <w:rFonts w:ascii="Malgun Gothic" w:hAnsi="Malgun Gothic" w:eastAsia="Malgun Gothic"/>
                <w:b w:val="0"/>
                <w:sz w:val="14"/>
              </w:rPr>
              <w:t>58.49668158666461</w:t>
            </w:r>
          </w:p>
        </w:tc>
        <w:tc>
          <w:tcPr>
            <w:tcW w:type="dxa" w:w="519"/>
            <w:vAlign w:val="center"/>
          </w:tcPr>
          <w:p>
            <w:r/>
            <w:r>
              <w:rPr>
                <w:rFonts w:ascii="Malgun Gothic" w:hAnsi="Malgun Gothic" w:eastAsia="Malgun Gothic"/>
                <w:b w:val="0"/>
                <w:sz w:val="14"/>
              </w:rPr>
              <w:t>388.74</w:t>
            </w:r>
          </w:p>
        </w:tc>
        <w:tc>
          <w:tcPr>
            <w:tcW w:type="dxa" w:w="519"/>
            <w:vAlign w:val="center"/>
          </w:tcPr>
          <w:p>
            <w:r/>
            <w:r>
              <w:rPr>
                <w:rFonts w:ascii="Malgun Gothic" w:hAnsi="Malgun Gothic" w:eastAsia="Malgun Gothic"/>
                <w:b w:val="0"/>
                <w:sz w:val="14"/>
              </w:rPr>
              <w:t>-1.4405788269032103</w:t>
            </w:r>
          </w:p>
        </w:tc>
        <w:tc>
          <w:tcPr>
            <w:tcW w:type="dxa" w:w="519"/>
            <w:vAlign w:val="center"/>
          </w:tcPr>
          <w:p>
            <w:r/>
            <w:r>
              <w:rPr>
                <w:rFonts w:ascii="Malgun Gothic" w:hAnsi="Malgun Gothic" w:eastAsia="Malgun Gothic"/>
                <w:b w:val="0"/>
                <w:sz w:val="14"/>
              </w:rPr>
              <w:t>0.23456037842873903</w:t>
            </w:r>
          </w:p>
        </w:tc>
        <w:tc>
          <w:tcPr>
            <w:tcW w:type="dxa" w:w="519"/>
            <w:vAlign w:val="center"/>
          </w:tcPr>
          <w:p>
            <w:r/>
            <w:r>
              <w:rPr>
                <w:rFonts w:ascii="Malgun Gothic" w:hAnsi="Malgun Gothic" w:eastAsia="Malgun Gothic"/>
                <w:b w:val="0"/>
                <w:sz w:val="14"/>
              </w:rPr>
              <w:t>-1.2501185403568085</w:t>
            </w:r>
          </w:p>
        </w:tc>
        <w:tc>
          <w:tcPr>
            <w:tcW w:type="dxa" w:w="519"/>
            <w:vAlign w:val="center"/>
          </w:tcPr>
          <w:p>
            <w:r/>
            <w:r>
              <w:rPr>
                <w:rFonts w:ascii="Malgun Gothic" w:hAnsi="Malgun Gothic" w:eastAsia="Malgun Gothic"/>
                <w:b w:val="0"/>
                <w:sz w:val="14"/>
              </w:rPr>
              <w:t>1.4217171635219157</w:t>
            </w:r>
          </w:p>
        </w:tc>
        <w:tc>
          <w:tcPr>
            <w:tcW w:type="dxa" w:w="519"/>
            <w:vAlign w:val="center"/>
          </w:tcPr>
          <w:p>
            <w:r/>
            <w:r>
              <w:rPr>
                <w:rFonts w:ascii="Malgun Gothic" w:hAnsi="Malgun Gothic" w:eastAsia="Malgun Gothic"/>
                <w:b w:val="0"/>
                <w:sz w:val="14"/>
              </w:rPr>
              <w:t>-0.25860495632734104</w:t>
            </w:r>
          </w:p>
        </w:tc>
        <w:tc>
          <w:tcPr>
            <w:tcW w:type="dxa" w:w="519"/>
            <w:vAlign w:val="center"/>
          </w:tcPr>
          <w:p>
            <w:r/>
            <w:r>
              <w:rPr>
                <w:rFonts w:ascii="Malgun Gothic" w:hAnsi="Malgun Gothic" w:eastAsia="Malgun Gothic"/>
                <w:b w:val="0"/>
                <w:sz w:val="14"/>
              </w:rPr>
              <w:t>0.32383007914488066</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-0.07628865049603772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0.0771065503358841</w:t>
            </w:r>
          </w:p>
        </w:tc>
        <w:tc>
          <w:tcPr>
            <w:tcW w:type="dxa" w:w="519"/>
            <w:vAlign w:val="center"/>
          </w:tcPr>
          <w:p>
            <w:r/>
            <w:r>
              <w:rPr>
                <w:rFonts w:ascii="Malgun Gothic" w:hAnsi="Malgun Gothic" w:eastAsia="Malgun Gothic"/>
                <w:b w:val="0"/>
                <w:sz w:val="14"/>
              </w:rPr>
              <w:t>279.785653638665</w:t>
            </w:r>
          </w:p>
        </w:tc>
        <w:tc>
          <w:tcPr>
            <w:tcW w:type="dxa" w:w="519"/>
            <w:vAlign w:val="center"/>
          </w:tcPr>
          <w:p>
            <w:r/>
            <w:r>
              <w:rPr>
                <w:rFonts w:ascii="Malgun Gothic" w:hAnsi="Malgun Gothic" w:eastAsia="Malgun Gothic"/>
                <w:b w:val="0"/>
                <w:sz w:val="14"/>
              </w:rPr>
              <w:t>18.518518518518515</w:t>
            </w:r>
          </w:p>
        </w:tc>
        <w:tc>
          <w:tcPr>
            <w:tcW w:type="dxa" w:w="519"/>
            <w:vAlign w:val="center"/>
          </w:tcPr>
          <w:p>
            <w:r/>
            <w:r>
              <w:rPr>
                <w:rFonts w:ascii="Malgun Gothic" w:hAnsi="Malgun Gothic" w:eastAsia="Malgun Gothic"/>
                <w:b w:val="0"/>
                <w:sz w:val="14"/>
              </w:rPr>
              <w:t>3.24</w:t>
            </w:r>
          </w:p>
        </w:tc>
        <w:tc>
          <w:tcPr>
            <w:tcW w:type="dxa" w:w="519"/>
            <w:vAlign w:val="center"/>
          </w:tcPr>
          <w:p>
            <w:r/>
            <w:r>
              <w:rPr>
                <w:rFonts w:ascii="Malgun Gothic" w:hAnsi="Malgun Gothic" w:eastAsia="Malgun Gothic"/>
                <w:b w:val="0"/>
                <w:sz w:val="14"/>
              </w:rPr>
              <w:t>0.31291017688956685</w:t>
            </w:r>
          </w:p>
        </w:tc>
        <w:tc>
          <w:tcPr>
            <w:tcW w:type="dxa" w:w="519"/>
            <w:vAlign w:val="center"/>
          </w:tcPr>
          <w:p>
            <w:r/>
            <w:r>
              <w:rPr>
                <w:rFonts w:ascii="Malgun Gothic" w:hAnsi="Malgun Gothic" w:eastAsia="Malgun Gothic"/>
                <w:b w:val="0"/>
                <w:sz w:val="14"/>
              </w:rPr>
              <w:t>1.7930175173469274</w:t>
            </w:r>
          </w:p>
        </w:tc>
        <w:tc>
          <w:tcPr>
            <w:tcW w:type="dxa" w:w="519"/>
            <w:vAlign w:val="center"/>
          </w:tcPr>
          <w:p>
            <w:r/>
            <w:r>
              <w:rPr>
                <w:rFonts w:ascii="Malgun Gothic" w:hAnsi="Malgun Gothic" w:eastAsia="Malgun Gothic"/>
                <w:b w:val="0"/>
                <w:sz w:val="14"/>
              </w:rPr>
              <w:t>-3.308940302321479</w:t>
            </w:r>
          </w:p>
        </w:tc>
        <w:tc>
          <w:tcPr>
            <w:tcW w:type="dxa" w:w="519"/>
            <w:vAlign w:val="center"/>
          </w:tcPr>
          <w:p>
            <w:r/>
            <w:r>
              <w:rPr>
                <w:rFonts w:ascii="Malgun Gothic" w:hAnsi="Malgun Gothic" w:eastAsia="Malgun Gothic"/>
                <w:b w:val="0"/>
                <w:sz w:val="14"/>
              </w:rPr>
              <w:t>-0.8428577491312794</w:t>
            </w:r>
          </w:p>
        </w:tc>
        <w:tc>
          <w:tcPr>
            <w:tcW w:type="dxa" w:w="519"/>
            <w:vAlign w:val="center"/>
          </w:tcPr>
          <w:p>
            <w:r/>
            <w:r>
              <w:rPr>
                <w:rFonts w:ascii="Malgun Gothic" w:hAnsi="Malgun Gothic" w:eastAsia="Malgun Gothic"/>
                <w:b w:val="0"/>
                <w:sz w:val="14"/>
              </w:rPr>
              <w:t>-0.5114675893040661</w:t>
            </w:r>
          </w:p>
        </w:tc>
        <w:tc>
          <w:tcPr>
            <w:tcW w:type="dxa" w:w="519"/>
            <w:vAlign w:val="center"/>
          </w:tcPr>
          <w:p>
            <w:r/>
            <w:r>
              <w:rPr>
                <w:rFonts w:ascii="Malgun Gothic" w:hAnsi="Malgun Gothic" w:eastAsia="Malgun Gothic"/>
                <w:b w:val="0"/>
                <w:sz w:val="14"/>
              </w:rPr>
              <w:t>0.26678116898962506</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-0.23143666534860574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0.0694236010313034</w:t>
            </w:r>
          </w:p>
        </w:tc>
        <w:tc>
          <w:tcPr>
            <w:tcW w:type="dxa" w:w="519"/>
            <w:vAlign w:val="center"/>
          </w:tcPr>
          <w:p>
            <w:r/>
            <w:r>
              <w:rPr>
                <w:rFonts w:ascii="Malgun Gothic" w:hAnsi="Malgun Gothic" w:eastAsia="Malgun Gothic"/>
                <w:b w:val="0"/>
                <w:sz w:val="14"/>
              </w:rPr>
              <w:t>201.51792369528184</w:t>
            </w:r>
          </w:p>
        </w:tc>
        <w:tc>
          <w:tcPr>
            <w:tcW w:type="dxa" w:w="519"/>
            <w:vAlign w:val="center"/>
          </w:tcPr>
          <w:p>
            <w:r/>
            <w:r>
              <w:rPr>
                <w:rFonts w:ascii="Malgun Gothic" w:hAnsi="Malgun Gothic" w:eastAsia="Malgun Gothic"/>
                <w:b w:val="0"/>
                <w:sz w:val="14"/>
              </w:rPr>
              <w:t>110.28110870847256</w:t>
            </w:r>
          </w:p>
        </w:tc>
        <w:tc>
          <w:tcPr>
            <w:tcW w:type="dxa" w:w="519"/>
            <w:vAlign w:val="center"/>
          </w:tcPr>
          <w:p>
            <w:r/>
            <w:r>
              <w:rPr>
                <w:rFonts w:ascii="Malgun Gothic" w:hAnsi="Malgun Gothic" w:eastAsia="Malgun Gothic"/>
                <w:b w:val="0"/>
                <w:sz w:val="14"/>
              </w:rPr>
              <w:t>305.22</w:t>
            </w:r>
          </w:p>
        </w:tc>
        <w:tc>
          <w:tcPr>
            <w:tcW w:type="dxa" w:w="519"/>
            <w:vAlign w:val="center"/>
          </w:tcPr>
          <w:p>
            <w:r/>
            <w:r>
              <w:rPr>
                <w:rFonts w:ascii="Malgun Gothic" w:hAnsi="Malgun Gothic" w:eastAsia="Malgun Gothic"/>
                <w:b w:val="0"/>
                <w:sz w:val="14"/>
              </w:rPr>
              <w:t>0.04994116695388573</w:t>
            </w:r>
          </w:p>
        </w:tc>
        <w:tc>
          <w:tcPr>
            <w:tcW w:type="dxa" w:w="519"/>
            <w:vAlign w:val="center"/>
          </w:tcPr>
          <w:p>
            <w:r/>
            <w:r>
              <w:rPr>
                <w:rFonts w:ascii="Malgun Gothic" w:hAnsi="Malgun Gothic" w:eastAsia="Malgun Gothic"/>
                <w:b w:val="0"/>
                <w:sz w:val="14"/>
              </w:rPr>
              <w:t>-1.0165897253047398</w:t>
            </w:r>
          </w:p>
        </w:tc>
        <w:tc>
          <w:tcPr>
            <w:tcW w:type="dxa" w:w="519"/>
            <w:vAlign w:val="center"/>
          </w:tcPr>
          <w:p>
            <w:r/>
            <w:r>
              <w:rPr>
                <w:rFonts w:ascii="Malgun Gothic" w:hAnsi="Malgun Gothic" w:eastAsia="Malgun Gothic"/>
                <w:b w:val="0"/>
                <w:sz w:val="14"/>
              </w:rPr>
              <w:t>1.41670998069149</w:t>
            </w:r>
          </w:p>
        </w:tc>
        <w:tc>
          <w:tcPr>
            <w:tcW w:type="dxa" w:w="519"/>
            <w:vAlign w:val="center"/>
          </w:tcPr>
          <w:p>
            <w:r/>
            <w:r>
              <w:rPr>
                <w:rFonts w:ascii="Malgun Gothic" w:hAnsi="Malgun Gothic" w:eastAsia="Malgun Gothic"/>
                <w:b w:val="0"/>
                <w:sz w:val="14"/>
              </w:rPr>
              <w:t>0.9310886376988422</w:t>
            </w:r>
          </w:p>
        </w:tc>
        <w:tc>
          <w:tcPr>
            <w:tcW w:type="dxa" w:w="519"/>
            <w:vAlign w:val="center"/>
          </w:tcPr>
          <w:p>
            <w:r/>
            <w:r>
              <w:rPr>
                <w:rFonts w:ascii="Malgun Gothic" w:hAnsi="Malgun Gothic" w:eastAsia="Malgun Gothic"/>
                <w:b w:val="0"/>
                <w:sz w:val="14"/>
              </w:rPr>
              <w:t>0.34528751500986954</w:t>
            </w:r>
          </w:p>
        </w:tc>
        <w:tc>
          <w:tcPr>
            <w:tcW w:type="dxa" w:w="519"/>
            <w:vAlign w:val="center"/>
          </w:tcPr>
          <w:p>
            <w:r/>
            <w:r>
              <w:rPr>
                <w:rFonts w:ascii="Malgun Gothic" w:hAnsi="Malgun Gothic" w:eastAsia="Malgun Gothic"/>
                <w:b w:val="0"/>
                <w:sz w:val="14"/>
              </w:rPr>
              <w:t>0.4600756245431321</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-0.05191448569877988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0.0441754981875419</w:t>
            </w:r>
          </w:p>
        </w:tc>
        <w:tc>
          <w:tcPr>
            <w:tcW w:type="dxa" w:w="519"/>
            <w:vAlign w:val="center"/>
          </w:tcPr>
          <w:p>
            <w:r/>
            <w:r>
              <w:rPr>
                <w:rFonts w:ascii="Malgun Gothic" w:hAnsi="Malgun Gothic" w:eastAsia="Malgun Gothic"/>
                <w:b w:val="0"/>
                <w:sz w:val="14"/>
              </w:rPr>
              <w:t>209.55281766676052</w:t>
            </w:r>
          </w:p>
        </w:tc>
        <w:tc>
          <w:tcPr>
            <w:tcW w:type="dxa" w:w="519"/>
            <w:vAlign w:val="center"/>
          </w:tcPr>
          <w:p>
            <w:r/>
            <w:r>
              <w:rPr>
                <w:rFonts w:ascii="Malgun Gothic" w:hAnsi="Malgun Gothic" w:eastAsia="Malgun Gothic"/>
                <w:b w:val="0"/>
                <w:sz w:val="14"/>
              </w:rPr>
              <w:t>85.71428571428572</w:t>
            </w:r>
          </w:p>
        </w:tc>
        <w:tc>
          <w:tcPr>
            <w:tcW w:type="dxa" w:w="519"/>
            <w:vAlign w:val="center"/>
          </w:tcPr>
          <w:p>
            <w:r/>
            <w:r>
              <w:rPr>
                <w:rFonts w:ascii="Malgun Gothic" w:hAnsi="Malgun Gothic" w:eastAsia="Malgun Gothic"/>
                <w:b w:val="0"/>
                <w:sz w:val="14"/>
              </w:rPr>
              <w:t>21.0</w:t>
            </w:r>
          </w:p>
        </w:tc>
        <w:tc>
          <w:tcPr>
            <w:tcW w:type="dxa" w:w="519"/>
            <w:vAlign w:val="center"/>
          </w:tcPr>
          <w:p>
            <w:r/>
            <w:r>
              <w:rPr>
                <w:rFonts w:ascii="Malgun Gothic" w:hAnsi="Malgun Gothic" w:eastAsia="Malgun Gothic"/>
                <w:b w:val="0"/>
                <w:sz w:val="14"/>
              </w:rPr>
              <w:t>-0.8142411078946113</w:t>
            </w:r>
          </w:p>
        </w:tc>
        <w:tc>
          <w:tcPr>
            <w:tcW w:type="dxa" w:w="519"/>
            <w:vAlign w:val="center"/>
          </w:tcPr>
          <w:p>
            <w:r/>
            <w:r>
              <w:rPr>
                <w:rFonts w:ascii="Malgun Gothic" w:hAnsi="Malgun Gothic" w:eastAsia="Malgun Gothic"/>
                <w:b w:val="0"/>
                <w:sz w:val="14"/>
              </w:rPr>
              <w:t>-0.7281580011122173</w:t>
            </w:r>
          </w:p>
        </w:tc>
        <w:tc>
          <w:tcPr>
            <w:tcW w:type="dxa" w:w="519"/>
            <w:vAlign w:val="center"/>
          </w:tcPr>
          <w:p>
            <w:r/>
            <w:r>
              <w:rPr>
                <w:rFonts w:ascii="Malgun Gothic" w:hAnsi="Malgun Gothic" w:eastAsia="Malgun Gothic"/>
                <w:b w:val="0"/>
                <w:sz w:val="14"/>
              </w:rPr>
              <w:t>0.1515515561648219</w:t>
            </w:r>
          </w:p>
        </w:tc>
        <w:tc>
          <w:tcPr>
            <w:tcW w:type="dxa" w:w="519"/>
            <w:vAlign w:val="center"/>
          </w:tcPr>
          <w:p>
            <w:r/>
            <w:r>
              <w:rPr>
                <w:rFonts w:ascii="Malgun Gothic" w:hAnsi="Malgun Gothic" w:eastAsia="Malgun Gothic"/>
                <w:b w:val="0"/>
                <w:sz w:val="14"/>
              </w:rPr>
              <w:t>-0.7385286947895915</w:t>
            </w:r>
          </w:p>
        </w:tc>
        <w:tc>
          <w:tcPr>
            <w:tcW w:type="dxa" w:w="519"/>
            <w:vAlign w:val="center"/>
          </w:tcPr>
          <w:p>
            <w:r/>
            <w:r>
              <w:rPr>
                <w:rFonts w:ascii="Malgun Gothic" w:hAnsi="Malgun Gothic" w:eastAsia="Malgun Gothic"/>
                <w:b w:val="0"/>
                <w:sz w:val="14"/>
              </w:rPr>
              <w:t>-0.5323440619078995</w:t>
            </w:r>
          </w:p>
        </w:tc>
        <w:tc>
          <w:tcPr>
            <w:tcW w:type="dxa" w:w="519"/>
            <w:vAlign w:val="center"/>
          </w:tcPr>
          <w:p>
            <w:r/>
            <w:r>
              <w:rPr>
                <w:rFonts w:ascii="Malgun Gothic" w:hAnsi="Malgun Gothic" w:eastAsia="Malgun Gothic"/>
                <w:b w:val="0"/>
                <w:sz w:val="14"/>
              </w:rPr>
              <w:t>0.2620711808197068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-0.236379514888921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0.0746127665042877</w:t>
            </w:r>
          </w:p>
        </w:tc>
        <w:tc>
          <w:tcPr>
            <w:tcW w:type="dxa" w:w="519"/>
            <w:vAlign w:val="center"/>
          </w:tcPr>
          <w:p>
            <w:r/>
            <w:r>
              <w:rPr>
                <w:rFonts w:ascii="Malgun Gothic" w:hAnsi="Malgun Gothic" w:eastAsia="Malgun Gothic"/>
                <w:b w:val="0"/>
                <w:sz w:val="14"/>
              </w:rPr>
              <w:t>218.7737447909876</w:t>
            </w:r>
          </w:p>
        </w:tc>
        <w:tc>
          <w:tcPr>
            <w:tcW w:type="dxa" w:w="519"/>
            <w:vAlign w:val="center"/>
          </w:tcPr>
          <w:p>
            <w:r/>
            <w:r>
              <w:rPr>
                <w:rFonts w:ascii="Malgun Gothic" w:hAnsi="Malgun Gothic" w:eastAsia="Malgun Gothic"/>
                <w:b w:val="0"/>
                <w:sz w:val="14"/>
              </w:rPr>
              <w:t>89.48621980265396</w:t>
            </w:r>
          </w:p>
        </w:tc>
        <w:tc>
          <w:tcPr>
            <w:tcW w:type="dxa" w:w="519"/>
            <w:vAlign w:val="center"/>
          </w:tcPr>
          <w:p>
            <w:r/>
            <w:r>
              <w:rPr>
                <w:rFonts w:ascii="Malgun Gothic" w:hAnsi="Malgun Gothic" w:eastAsia="Malgun Gothic"/>
                <w:b w:val="0"/>
                <w:sz w:val="14"/>
              </w:rPr>
              <w:t>176.34</w:t>
            </w:r>
          </w:p>
        </w:tc>
        <w:tc>
          <w:tcPr>
            <w:tcW w:type="dxa" w:w="519"/>
            <w:vAlign w:val="center"/>
          </w:tcPr>
          <w:p>
            <w:r/>
            <w:r>
              <w:rPr>
                <w:rFonts w:ascii="Malgun Gothic" w:hAnsi="Malgun Gothic" w:eastAsia="Malgun Gothic"/>
                <w:b w:val="0"/>
                <w:sz w:val="14"/>
              </w:rPr>
              <w:t>0.22755391080077186</w:t>
            </w:r>
          </w:p>
        </w:tc>
        <w:tc>
          <w:tcPr>
            <w:tcW w:type="dxa" w:w="519"/>
            <w:vAlign w:val="center"/>
          </w:tcPr>
          <w:p>
            <w:r/>
            <w:r>
              <w:rPr>
                <w:rFonts w:ascii="Malgun Gothic" w:hAnsi="Malgun Gothic" w:eastAsia="Malgun Gothic"/>
                <w:b w:val="0"/>
                <w:sz w:val="14"/>
              </w:rPr>
              <w:t>-0.3971507820331386</w:t>
            </w:r>
          </w:p>
        </w:tc>
        <w:tc>
          <w:tcPr>
            <w:tcW w:type="dxa" w:w="519"/>
            <w:vAlign w:val="center"/>
          </w:tcPr>
          <w:p>
            <w:r/>
            <w:r>
              <w:rPr>
                <w:rFonts w:ascii="Malgun Gothic" w:hAnsi="Malgun Gothic" w:eastAsia="Malgun Gothic"/>
                <w:b w:val="0"/>
                <w:sz w:val="14"/>
              </w:rPr>
              <w:t>0.3458011011624637</w:t>
            </w:r>
          </w:p>
        </w:tc>
        <w:tc>
          <w:tcPr>
            <w:tcW w:type="dxa" w:w="519"/>
            <w:vAlign w:val="center"/>
          </w:tcPr>
          <w:p>
            <w:r/>
            <w:r>
              <w:rPr>
                <w:rFonts w:ascii="Malgun Gothic" w:hAnsi="Malgun Gothic" w:eastAsia="Malgun Gothic"/>
                <w:b w:val="0"/>
                <w:sz w:val="14"/>
              </w:rPr>
              <w:t>0.17399806767875442</w:t>
            </w:r>
          </w:p>
        </w:tc>
        <w:tc>
          <w:tcPr>
            <w:tcW w:type="dxa" w:w="519"/>
            <w:vAlign w:val="center"/>
          </w:tcPr>
          <w:p>
            <w:r/>
            <w:r>
              <w:rPr>
                <w:rFonts w:ascii="Malgun Gothic" w:hAnsi="Malgun Gothic" w:eastAsia="Malgun Gothic"/>
                <w:b w:val="0"/>
                <w:sz w:val="14"/>
              </w:rPr>
              <w:t>0.08755057440221285</w:t>
            </w:r>
          </w:p>
        </w:tc>
        <w:tc>
          <w:tcPr>
            <w:tcW w:type="dxa" w:w="519"/>
            <w:vAlign w:val="center"/>
          </w:tcPr>
          <w:p>
            <w:r/>
            <w:r>
              <w:rPr>
                <w:rFonts w:ascii="Malgun Gothic" w:hAnsi="Malgun Gothic" w:eastAsia="Malgun Gothic"/>
                <w:b w:val="0"/>
                <w:sz w:val="14"/>
              </w:rPr>
              <w:t>0.4019270108261736</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-0.12025766927182252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0.0510383136570453</w:t>
            </w:r>
          </w:p>
        </w:tc>
        <w:tc>
          <w:tcPr>
            <w:tcW w:type="dxa" w:w="519"/>
            <w:vAlign w:val="center"/>
          </w:tcPr>
          <w:p>
            <w:r/>
            <w:r>
              <w:rPr>
                <w:rFonts w:ascii="Malgun Gothic" w:hAnsi="Malgun Gothic" w:eastAsia="Malgun Gothic"/>
                <w:b w:val="0"/>
                <w:sz w:val="14"/>
              </w:rPr>
              <w:t>221.15996283362628</w:t>
            </w:r>
          </w:p>
        </w:tc>
        <w:tc>
          <w:tcPr>
            <w:tcW w:type="dxa" w:w="519"/>
            <w:vAlign w:val="center"/>
          </w:tcPr>
          <w:p>
            <w:r/>
            <w:r>
              <w:rPr>
                <w:rFonts w:ascii="Malgun Gothic" w:hAnsi="Malgun Gothic" w:eastAsia="Malgun Gothic"/>
                <w:b w:val="0"/>
                <w:sz w:val="14"/>
              </w:rPr>
              <w:t>61.2177729018102</w:t>
            </w:r>
          </w:p>
        </w:tc>
        <w:tc>
          <w:tcPr>
            <w:tcW w:type="dxa" w:w="519"/>
            <w:vAlign w:val="center"/>
          </w:tcPr>
          <w:p>
            <w:r/>
            <w:r>
              <w:rPr>
                <w:rFonts w:ascii="Malgun Gothic" w:hAnsi="Malgun Gothic" w:eastAsia="Malgun Gothic"/>
                <w:b w:val="0"/>
                <w:sz w:val="14"/>
              </w:rPr>
              <w:t>273.45</w:t>
            </w:r>
          </w:p>
        </w:tc>
        <w:tc>
          <w:tcPr>
            <w:tcW w:type="dxa" w:w="519"/>
            <w:vAlign w:val="center"/>
          </w:tcPr>
          <w:p>
            <w:r/>
            <w:r>
              <w:rPr>
                <w:rFonts w:ascii="Malgun Gothic" w:hAnsi="Malgun Gothic" w:eastAsia="Malgun Gothic"/>
                <w:b w:val="0"/>
                <w:sz w:val="14"/>
              </w:rPr>
              <w:t>-0.5793433208806331</w:t>
            </w:r>
          </w:p>
        </w:tc>
        <w:tc>
          <w:tcPr>
            <w:tcW w:type="dxa" w:w="519"/>
            <w:vAlign w:val="center"/>
          </w:tcPr>
          <w:p>
            <w:r/>
            <w:r>
              <w:rPr>
                <w:rFonts w:ascii="Malgun Gothic" w:hAnsi="Malgun Gothic" w:eastAsia="Malgun Gothic"/>
                <w:b w:val="0"/>
                <w:sz w:val="14"/>
              </w:rPr>
              <w:t>-0.3114917818296897</w:t>
            </w:r>
          </w:p>
        </w:tc>
        <w:tc>
          <w:tcPr>
            <w:tcW w:type="dxa" w:w="519"/>
            <w:vAlign w:val="center"/>
          </w:tcPr>
          <w:p>
            <w:r/>
            <w:r>
              <w:rPr>
                <w:rFonts w:ascii="Malgun Gothic" w:hAnsi="Malgun Gothic" w:eastAsia="Malgun Gothic"/>
                <w:b w:val="0"/>
                <w:sz w:val="14"/>
              </w:rPr>
              <w:t>-1.1099859883342122</w:t>
            </w:r>
          </w:p>
        </w:tc>
        <w:tc>
          <w:tcPr>
            <w:tcW w:type="dxa" w:w="519"/>
            <w:vAlign w:val="center"/>
          </w:tcPr>
          <w:p>
            <w:r/>
            <w:r>
              <w:rPr>
                <w:rFonts w:ascii="Malgun Gothic" w:hAnsi="Malgun Gothic" w:eastAsia="Malgun Gothic"/>
                <w:b w:val="0"/>
                <w:sz w:val="14"/>
              </w:rPr>
              <w:t>0.7444594678545047</w:t>
            </w:r>
          </w:p>
        </w:tc>
        <w:tc>
          <w:tcPr>
            <w:tcW w:type="dxa" w:w="519"/>
            <w:vAlign w:val="center"/>
          </w:tcPr>
          <w:p>
            <w:r/>
            <w:r>
              <w:rPr>
                <w:rFonts w:ascii="Malgun Gothic" w:hAnsi="Malgun Gothic" w:eastAsia="Malgun Gothic"/>
                <w:b w:val="0"/>
                <w:sz w:val="14"/>
              </w:rPr>
              <w:t>-0.3140904057975075</w:t>
            </w:r>
          </w:p>
        </w:tc>
        <w:tc>
          <w:tcPr>
            <w:tcW w:type="dxa" w:w="519"/>
            <w:vAlign w:val="center"/>
          </w:tcPr>
          <w:p>
            <w:r/>
            <w:r>
              <w:rPr>
                <w:rFonts w:ascii="Malgun Gothic" w:hAnsi="Malgun Gothic" w:eastAsia="Malgun Gothic"/>
                <w:b w:val="0"/>
                <w:sz w:val="14"/>
              </w:rPr>
              <w:t>0.311311881479673</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-0.12917656295837843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0.0646125078201294</w:t>
            </w:r>
          </w:p>
        </w:tc>
        <w:tc>
          <w:tcPr>
            <w:tcW w:type="dxa" w:w="519"/>
            <w:vAlign w:val="center"/>
          </w:tcPr>
          <w:p>
            <w:r/>
            <w:r>
              <w:rPr>
                <w:rFonts w:ascii="Malgun Gothic" w:hAnsi="Malgun Gothic" w:eastAsia="Malgun Gothic"/>
                <w:b w:val="0"/>
                <w:sz w:val="14"/>
              </w:rPr>
              <w:t>197.41318190201576</w:t>
            </w:r>
          </w:p>
        </w:tc>
        <w:tc>
          <w:tcPr>
            <w:tcW w:type="dxa" w:w="519"/>
            <w:vAlign w:val="center"/>
          </w:tcPr>
          <w:p>
            <w:r/>
            <w:r>
              <w:rPr>
                <w:rFonts w:ascii="Malgun Gothic" w:hAnsi="Malgun Gothic" w:eastAsia="Malgun Gothic"/>
                <w:b w:val="0"/>
                <w:sz w:val="14"/>
              </w:rPr>
              <w:t>101.94661850290989</w:t>
            </w:r>
          </w:p>
        </w:tc>
        <w:tc>
          <w:tcPr>
            <w:tcW w:type="dxa" w:w="519"/>
            <w:vAlign w:val="center"/>
          </w:tcPr>
          <w:p>
            <w:r/>
            <w:r>
              <w:rPr>
                <w:rFonts w:ascii="Malgun Gothic" w:hAnsi="Malgun Gothic" w:eastAsia="Malgun Gothic"/>
                <w:b w:val="0"/>
                <w:sz w:val="14"/>
              </w:rPr>
              <w:t>149.49</w:t>
            </w:r>
          </w:p>
        </w:tc>
        <w:tc>
          <w:tcPr>
            <w:tcW w:type="dxa" w:w="519"/>
            <w:vAlign w:val="center"/>
          </w:tcPr>
          <w:p>
            <w:r/>
            <w:r>
              <w:rPr>
                <w:rFonts w:ascii="Malgun Gothic" w:hAnsi="Malgun Gothic" w:eastAsia="Malgun Gothic"/>
                <w:b w:val="0"/>
                <w:sz w:val="14"/>
              </w:rPr>
              <w:t>-0.11473106610333283</w:t>
            </w:r>
          </w:p>
        </w:tc>
        <w:tc>
          <w:tcPr>
            <w:tcW w:type="dxa" w:w="519"/>
            <w:vAlign w:val="center"/>
          </w:tcPr>
          <w:p>
            <w:r/>
            <w:r>
              <w:rPr>
                <w:rFonts w:ascii="Malgun Gothic" w:hAnsi="Malgun Gothic" w:eastAsia="Malgun Gothic"/>
                <w:b w:val="0"/>
                <w:sz w:val="14"/>
              </w:rPr>
              <w:t>-1.1639392431701208</w:t>
            </w:r>
          </w:p>
        </w:tc>
        <w:tc>
          <w:tcPr>
            <w:tcW w:type="dxa" w:w="519"/>
            <w:vAlign w:val="center"/>
          </w:tcPr>
          <w:p>
            <w:r/>
            <w:r>
              <w:rPr>
                <w:rFonts w:ascii="Malgun Gothic" w:hAnsi="Malgun Gothic" w:eastAsia="Malgun Gothic"/>
                <w:b w:val="0"/>
                <w:sz w:val="14"/>
              </w:rPr>
              <w:t>0.987494916936697</w:t>
            </w:r>
          </w:p>
        </w:tc>
        <w:tc>
          <w:tcPr>
            <w:tcW w:type="dxa" w:w="519"/>
            <w:vAlign w:val="center"/>
          </w:tcPr>
          <w:p>
            <w:r/>
            <w:r>
              <w:rPr>
                <w:rFonts w:ascii="Malgun Gothic" w:hAnsi="Malgun Gothic" w:eastAsia="Malgun Gothic"/>
                <w:b w:val="0"/>
                <w:sz w:val="14"/>
              </w:rPr>
              <w:t>0.0162708655912362</w:t>
            </w:r>
          </w:p>
        </w:tc>
        <w:tc>
          <w:tcPr>
            <w:tcW w:type="dxa" w:w="519"/>
            <w:vAlign w:val="center"/>
          </w:tcPr>
          <w:p>
            <w:r/>
            <w:r>
              <w:rPr>
                <w:rFonts w:ascii="Malgun Gothic" w:hAnsi="Malgun Gothic" w:eastAsia="Malgun Gothic"/>
                <w:b w:val="0"/>
                <w:sz w:val="14"/>
              </w:rPr>
              <w:t>-0.06872613168638007</w:t>
            </w:r>
          </w:p>
        </w:tc>
        <w:tc>
          <w:tcPr>
            <w:tcW w:type="dxa" w:w="519"/>
            <w:vAlign w:val="center"/>
          </w:tcPr>
          <w:p>
            <w:r/>
            <w:r>
              <w:rPr>
                <w:rFonts w:ascii="Malgun Gothic" w:hAnsi="Malgun Gothic" w:eastAsia="Malgun Gothic"/>
                <w:b w:val="0"/>
                <w:sz w:val="14"/>
              </w:rPr>
              <w:t>0.366669069943196</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-0.14938704013710108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0.0899170190095901</w:t>
            </w:r>
          </w:p>
        </w:tc>
        <w:tc>
          <w:tcPr>
            <w:tcW w:type="dxa" w:w="519"/>
            <w:vAlign w:val="center"/>
          </w:tcPr>
          <w:p>
            <w:r/>
            <w:r>
              <w:rPr>
                <w:rFonts w:ascii="Malgun Gothic" w:hAnsi="Malgun Gothic" w:eastAsia="Malgun Gothic"/>
                <w:b w:val="0"/>
                <w:sz w:val="14"/>
              </w:rPr>
              <w:t>232.8979011398732</w:t>
            </w:r>
          </w:p>
        </w:tc>
        <w:tc>
          <w:tcPr>
            <w:tcW w:type="dxa" w:w="519"/>
            <w:vAlign w:val="center"/>
          </w:tcPr>
          <w:p>
            <w:r/>
            <w:r>
              <w:rPr>
                <w:rFonts w:ascii="Malgun Gothic" w:hAnsi="Malgun Gothic" w:eastAsia="Malgun Gothic"/>
                <w:b w:val="0"/>
                <w:sz w:val="14"/>
              </w:rPr>
              <w:t>94.28223844282238</w:t>
            </w:r>
          </w:p>
        </w:tc>
        <w:tc>
          <w:tcPr>
            <w:tcW w:type="dxa" w:w="519"/>
            <w:vAlign w:val="center"/>
          </w:tcPr>
          <w:p>
            <w:r/>
            <w:r>
              <w:rPr>
                <w:rFonts w:ascii="Malgun Gothic" w:hAnsi="Malgun Gothic" w:eastAsia="Malgun Gothic"/>
                <w:b w:val="0"/>
                <w:sz w:val="14"/>
              </w:rPr>
              <w:t>295.92</w:t>
            </w:r>
          </w:p>
        </w:tc>
        <w:tc>
          <w:tcPr>
            <w:tcW w:type="dxa" w:w="519"/>
            <w:vAlign w:val="center"/>
          </w:tcPr>
          <w:p>
            <w:r/>
            <w:r>
              <w:rPr>
                <w:rFonts w:ascii="Malgun Gothic" w:hAnsi="Malgun Gothic" w:eastAsia="Malgun Gothic"/>
                <w:b w:val="0"/>
                <w:sz w:val="14"/>
              </w:rPr>
              <w:t>0.7513819317309038</w:t>
            </w:r>
          </w:p>
        </w:tc>
        <w:tc>
          <w:tcPr>
            <w:tcW w:type="dxa" w:w="519"/>
            <w:vAlign w:val="center"/>
          </w:tcPr>
          <w:p>
            <w:r/>
            <w:r>
              <w:rPr>
                <w:rFonts w:ascii="Malgun Gothic" w:hAnsi="Malgun Gothic" w:eastAsia="Malgun Gothic"/>
                <w:b w:val="0"/>
                <w:sz w:val="14"/>
              </w:rPr>
              <w:t>0.10986956981403286</w:t>
            </w:r>
          </w:p>
        </w:tc>
        <w:tc>
          <w:tcPr>
            <w:tcW w:type="dxa" w:w="519"/>
            <w:vAlign w:val="center"/>
          </w:tcPr>
          <w:p>
            <w:r/>
            <w:r>
              <w:rPr>
                <w:rFonts w:ascii="Malgun Gothic" w:hAnsi="Malgun Gothic" w:eastAsia="Malgun Gothic"/>
                <w:b w:val="0"/>
                <w:sz w:val="14"/>
              </w:rPr>
              <w:t>0.5927896266316214</w:t>
            </w:r>
          </w:p>
        </w:tc>
        <w:tc>
          <w:tcPr>
            <w:tcW w:type="dxa" w:w="519"/>
            <w:vAlign w:val="center"/>
          </w:tcPr>
          <w:p>
            <w:r/>
            <w:r>
              <w:rPr>
                <w:rFonts w:ascii="Malgun Gothic" w:hAnsi="Malgun Gothic" w:eastAsia="Malgun Gothic"/>
                <w:b w:val="0"/>
                <w:sz w:val="14"/>
              </w:rPr>
              <w:t>0.8764568693780258</w:t>
            </w:r>
          </w:p>
        </w:tc>
        <w:tc>
          <w:tcPr>
            <w:tcW w:type="dxa" w:w="519"/>
            <w:vAlign w:val="center"/>
          </w:tcPr>
          <w:p>
            <w:r/>
            <w:r>
              <w:rPr>
                <w:rFonts w:ascii="Malgun Gothic" w:hAnsi="Malgun Gothic" w:eastAsia="Malgun Gothic"/>
                <w:b w:val="0"/>
                <w:sz w:val="14"/>
              </w:rPr>
              <w:t>0.5826244993886459</w:t>
            </w:r>
          </w:p>
        </w:tc>
        <w:tc>
          <w:tcPr>
            <w:tcW w:type="dxa" w:w="519"/>
            <w:vAlign w:val="center"/>
          </w:tcPr>
          <w:p>
            <w:r/>
            <w:r>
              <w:rPr>
                <w:rFonts w:ascii="Malgun Gothic" w:hAnsi="Malgun Gothic" w:eastAsia="Malgun Gothic"/>
                <w:b w:val="0"/>
                <w:sz w:val="14"/>
              </w:rPr>
              <w:t>0.5136217580265654</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-0.025259846885403836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0.0556679740548133</w:t>
            </w:r>
          </w:p>
        </w:tc>
        <w:tc>
          <w:tcPr>
            <w:tcW w:type="dxa" w:w="519"/>
            <w:vAlign w:val="center"/>
          </w:tcPr>
          <w:p>
            <w:r/>
            <w:r>
              <w:rPr>
                <w:rFonts w:ascii="Malgun Gothic" w:hAnsi="Malgun Gothic" w:eastAsia="Malgun Gothic"/>
                <w:b w:val="0"/>
                <w:sz w:val="14"/>
              </w:rPr>
              <w:t>175.20808180424984</w:t>
            </w:r>
          </w:p>
        </w:tc>
        <w:tc>
          <w:tcPr>
            <w:tcW w:type="dxa" w:w="519"/>
            <w:vAlign w:val="center"/>
          </w:tcPr>
          <w:p>
            <w:r/>
            <w:r>
              <w:rPr>
                <w:rFonts w:ascii="Malgun Gothic" w:hAnsi="Malgun Gothic" w:eastAsia="Malgun Gothic"/>
                <w:b w:val="0"/>
                <w:sz w:val="14"/>
              </w:rPr>
              <w:t>102.54545454545456</w:t>
            </w:r>
          </w:p>
        </w:tc>
        <w:tc>
          <w:tcPr>
            <w:tcW w:type="dxa" w:w="519"/>
            <w:vAlign w:val="center"/>
          </w:tcPr>
          <w:p>
            <w:r/>
            <w:r>
              <w:rPr>
                <w:rFonts w:ascii="Malgun Gothic" w:hAnsi="Malgun Gothic" w:eastAsia="Malgun Gothic"/>
                <w:b w:val="0"/>
                <w:sz w:val="14"/>
              </w:rPr>
              <w:t>82.5</w:t>
            </w:r>
          </w:p>
        </w:tc>
        <w:tc>
          <w:tcPr>
            <w:tcW w:type="dxa" w:w="519"/>
            <w:vAlign w:val="center"/>
          </w:tcPr>
          <w:p>
            <w:r/>
            <w:r>
              <w:rPr>
                <w:rFonts w:ascii="Malgun Gothic" w:hAnsi="Malgun Gothic" w:eastAsia="Malgun Gothic"/>
                <w:b w:val="0"/>
                <w:sz w:val="14"/>
              </w:rPr>
              <w:t>-0.4208810998148744</w:t>
            </w:r>
          </w:p>
        </w:tc>
        <w:tc>
          <w:tcPr>
            <w:tcW w:type="dxa" w:w="519"/>
            <w:vAlign w:val="center"/>
          </w:tcPr>
          <w:p>
            <w:r/>
            <w:r>
              <w:rPr>
                <w:rFonts w:ascii="Malgun Gothic" w:hAnsi="Malgun Gothic" w:eastAsia="Malgun Gothic"/>
                <w:b w:val="0"/>
                <w:sz w:val="14"/>
              </w:rPr>
              <w:t>-1.9610443860382982</w:t>
            </w:r>
          </w:p>
        </w:tc>
        <w:tc>
          <w:tcPr>
            <w:tcW w:type="dxa" w:w="519"/>
            <w:vAlign w:val="center"/>
          </w:tcPr>
          <w:p>
            <w:r/>
            <w:r>
              <w:rPr>
                <w:rFonts w:ascii="Malgun Gothic" w:hAnsi="Malgun Gothic" w:eastAsia="Malgun Gothic"/>
                <w:b w:val="0"/>
                <w:sz w:val="14"/>
              </w:rPr>
              <w:t>1.018334169709222</w:t>
            </w:r>
          </w:p>
        </w:tc>
        <w:tc>
          <w:tcPr>
            <w:tcW w:type="dxa" w:w="519"/>
            <w:vAlign w:val="center"/>
          </w:tcPr>
          <w:p>
            <w:r/>
            <w:r>
              <w:rPr>
                <w:rFonts w:ascii="Malgun Gothic" w:hAnsi="Malgun Gothic" w:eastAsia="Malgun Gothic"/>
                <w:b w:val="0"/>
                <w:sz w:val="14"/>
              </w:rPr>
              <w:t>-0.3772540978293541</w:t>
            </w:r>
          </w:p>
        </w:tc>
        <w:tc>
          <w:tcPr>
            <w:tcW w:type="dxa" w:w="519"/>
            <w:vAlign w:val="center"/>
          </w:tcPr>
          <w:p>
            <w:r/>
            <w:r>
              <w:rPr>
                <w:rFonts w:ascii="Malgun Gothic" w:hAnsi="Malgun Gothic" w:eastAsia="Malgun Gothic"/>
                <w:b w:val="0"/>
                <w:sz w:val="14"/>
              </w:rPr>
              <w:t>-0.4352113534933262</w:t>
            </w:r>
          </w:p>
        </w:tc>
        <w:tc>
          <w:tcPr>
            <w:tcW w:type="dxa" w:w="519"/>
            <w:vAlign w:val="center"/>
          </w:tcPr>
          <w:p>
            <w:r/>
            <w:r>
              <w:rPr>
                <w:rFonts w:ascii="Malgun Gothic" w:hAnsi="Malgun Gothic" w:eastAsia="Malgun Gothic"/>
                <w:b w:val="0"/>
                <w:sz w:val="14"/>
              </w:rPr>
              <w:t>0.2839855107080209</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-0.21605982695371917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 중간 948행은 전체 데이터 부록 ZIP에 원본으로 포함 ...</w:t>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r>
      <w:tr>
        <w:trPr>
          <w:cantSplit/>
        </w:trPr>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0.0500455312430858</w:t>
            </w:r>
          </w:p>
        </w:tc>
        <w:tc>
          <w:tcPr>
            <w:tcW w:type="dxa" w:w="519"/>
            <w:vAlign w:val="center"/>
          </w:tcPr>
          <w:p>
            <w:r/>
            <w:r>
              <w:rPr>
                <w:rFonts w:ascii="Malgun Gothic" w:hAnsi="Malgun Gothic" w:eastAsia="Malgun Gothic"/>
                <w:b w:val="0"/>
                <w:sz w:val="14"/>
              </w:rPr>
              <w:t>230.5595949974204</w:t>
            </w:r>
          </w:p>
        </w:tc>
        <w:tc>
          <w:tcPr>
            <w:tcW w:type="dxa" w:w="519"/>
            <w:vAlign w:val="center"/>
          </w:tcPr>
          <w:p>
            <w:r/>
            <w:r>
              <w:rPr>
                <w:rFonts w:ascii="Malgun Gothic" w:hAnsi="Malgun Gothic" w:eastAsia="Malgun Gothic"/>
                <w:b w:val="0"/>
                <w:sz w:val="14"/>
              </w:rPr>
              <w:t>108.5814360770578</w:t>
            </w:r>
          </w:p>
        </w:tc>
        <w:tc>
          <w:tcPr>
            <w:tcW w:type="dxa" w:w="519"/>
            <w:vAlign w:val="center"/>
          </w:tcPr>
          <w:p>
            <w:r/>
            <w:r>
              <w:rPr>
                <w:rFonts w:ascii="Malgun Gothic" w:hAnsi="Malgun Gothic" w:eastAsia="Malgun Gothic"/>
                <w:b w:val="0"/>
                <w:sz w:val="14"/>
              </w:rPr>
              <w:t>85.65</w:t>
            </w:r>
          </w:p>
        </w:tc>
        <w:tc>
          <w:tcPr>
            <w:tcW w:type="dxa" w:w="519"/>
            <w:vAlign w:val="center"/>
          </w:tcPr>
          <w:p>
            <w:r/>
            <w:r>
              <w:rPr>
                <w:rFonts w:ascii="Malgun Gothic" w:hAnsi="Malgun Gothic" w:eastAsia="Malgun Gothic"/>
                <w:b w:val="0"/>
                <w:sz w:val="14"/>
              </w:rPr>
              <w:t>-0.6133238924203713</w:t>
            </w:r>
          </w:p>
        </w:tc>
        <w:tc>
          <w:tcPr>
            <w:tcW w:type="dxa" w:w="519"/>
            <w:vAlign w:val="center"/>
          </w:tcPr>
          <w:p>
            <w:r/>
            <w:r>
              <w:rPr>
                <w:rFonts w:ascii="Malgun Gothic" w:hAnsi="Malgun Gothic" w:eastAsia="Malgun Gothic"/>
                <w:b w:val="0"/>
                <w:sz w:val="14"/>
              </w:rPr>
              <w:t>0.02593048178727322</w:t>
            </w:r>
          </w:p>
        </w:tc>
        <w:tc>
          <w:tcPr>
            <w:tcW w:type="dxa" w:w="519"/>
            <w:vAlign w:val="center"/>
          </w:tcPr>
          <w:p>
            <w:r/>
            <w:r>
              <w:rPr>
                <w:rFonts w:ascii="Malgun Gothic" w:hAnsi="Malgun Gothic" w:eastAsia="Malgun Gothic"/>
                <w:b w:val="0"/>
                <w:sz w:val="14"/>
              </w:rPr>
              <w:t>1.329179120511457</w:t>
            </w:r>
          </w:p>
        </w:tc>
        <w:tc>
          <w:tcPr>
            <w:tcW w:type="dxa" w:w="519"/>
            <w:vAlign w:val="center"/>
          </w:tcPr>
          <w:p>
            <w:r/>
            <w:r>
              <w:rPr>
                <w:rFonts w:ascii="Malgun Gothic" w:hAnsi="Malgun Gothic" w:eastAsia="Malgun Gothic"/>
                <w:b w:val="0"/>
                <w:sz w:val="14"/>
              </w:rPr>
              <w:t>-0.3587497892045614</w:t>
            </w:r>
          </w:p>
        </w:tc>
        <w:tc>
          <w:tcPr>
            <w:tcW w:type="dxa" w:w="519"/>
            <w:vAlign w:val="center"/>
          </w:tcPr>
          <w:p>
            <w:r/>
            <w:r>
              <w:rPr>
                <w:rFonts w:ascii="Malgun Gothic" w:hAnsi="Malgun Gothic" w:eastAsia="Malgun Gothic"/>
                <w:b w:val="0"/>
                <w:sz w:val="14"/>
              </w:rPr>
              <w:t>0.09575898016844935</w:t>
            </w:r>
          </w:p>
        </w:tc>
        <w:tc>
          <w:tcPr>
            <w:tcW w:type="dxa" w:w="519"/>
            <w:vAlign w:val="center"/>
          </w:tcPr>
          <w:p>
            <w:r/>
            <w:r>
              <w:rPr>
                <w:rFonts w:ascii="Malgun Gothic" w:hAnsi="Malgun Gothic" w:eastAsia="Malgun Gothic"/>
                <w:b w:val="0"/>
                <w:sz w:val="14"/>
              </w:rPr>
              <w:t>0.4037789278040333</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-0.1398652920611247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0.0606882981956005</w:t>
            </w:r>
          </w:p>
        </w:tc>
        <w:tc>
          <w:tcPr>
            <w:tcW w:type="dxa" w:w="519"/>
            <w:vAlign w:val="center"/>
          </w:tcPr>
          <w:p>
            <w:r/>
            <w:r>
              <w:rPr>
                <w:rFonts w:ascii="Malgun Gothic" w:hAnsi="Malgun Gothic" w:eastAsia="Malgun Gothic"/>
                <w:b w:val="0"/>
                <w:sz w:val="14"/>
              </w:rPr>
              <w:t>224.3616158851639</w:t>
            </w:r>
          </w:p>
        </w:tc>
        <w:tc>
          <w:tcPr>
            <w:tcW w:type="dxa" w:w="519"/>
            <w:vAlign w:val="center"/>
          </w:tcPr>
          <w:p>
            <w:r/>
            <w:r>
              <w:rPr>
                <w:rFonts w:ascii="Malgun Gothic" w:hAnsi="Malgun Gothic" w:eastAsia="Malgun Gothic"/>
                <w:b w:val="0"/>
                <w:sz w:val="14"/>
              </w:rPr>
              <w:t>88.95589898228421</w:t>
            </w:r>
          </w:p>
        </w:tc>
        <w:tc>
          <w:tcPr>
            <w:tcW w:type="dxa" w:w="519"/>
            <w:vAlign w:val="center"/>
          </w:tcPr>
          <w:p>
            <w:r/>
            <w:r>
              <w:rPr>
                <w:rFonts w:ascii="Malgun Gothic" w:hAnsi="Malgun Gothic" w:eastAsia="Malgun Gothic"/>
                <w:b w:val="0"/>
                <w:sz w:val="14"/>
              </w:rPr>
              <w:t>79.59</w:t>
            </w:r>
          </w:p>
        </w:tc>
        <w:tc>
          <w:tcPr>
            <w:tcW w:type="dxa" w:w="519"/>
            <w:vAlign w:val="center"/>
          </w:tcPr>
          <w:p>
            <w:r/>
            <w:r>
              <w:rPr>
                <w:rFonts w:ascii="Malgun Gothic" w:hAnsi="Malgun Gothic" w:eastAsia="Malgun Gothic"/>
                <w:b w:val="0"/>
                <w:sz w:val="14"/>
              </w:rPr>
              <w:t>-0.2490473916226451</w:t>
            </w:r>
          </w:p>
        </w:tc>
        <w:tc>
          <w:tcPr>
            <w:tcW w:type="dxa" w:w="519"/>
            <w:vAlign w:val="center"/>
          </w:tcPr>
          <w:p>
            <w:r/>
            <w:r>
              <w:rPr>
                <w:rFonts w:ascii="Malgun Gothic" w:hAnsi="Malgun Gothic" w:eastAsia="Malgun Gothic"/>
                <w:b w:val="0"/>
                <w:sz w:val="14"/>
              </w:rPr>
              <w:t>-0.19656079292065992</w:t>
            </w:r>
          </w:p>
        </w:tc>
        <w:tc>
          <w:tcPr>
            <w:tcW w:type="dxa" w:w="519"/>
            <w:vAlign w:val="center"/>
          </w:tcPr>
          <w:p>
            <w:r/>
            <w:r>
              <w:rPr>
                <w:rFonts w:ascii="Malgun Gothic" w:hAnsi="Malgun Gothic" w:eastAsia="Malgun Gothic"/>
                <w:b w:val="0"/>
                <w:sz w:val="14"/>
              </w:rPr>
              <w:t>0.3184902904096265</w:t>
            </w:r>
          </w:p>
        </w:tc>
        <w:tc>
          <w:tcPr>
            <w:tcW w:type="dxa" w:w="519"/>
            <w:vAlign w:val="center"/>
          </w:tcPr>
          <w:p>
            <w:r/>
            <w:r>
              <w:rPr>
                <w:rFonts w:ascii="Malgun Gothic" w:hAnsi="Malgun Gothic" w:eastAsia="Malgun Gothic"/>
                <w:b w:val="0"/>
                <w:sz w:val="14"/>
              </w:rPr>
              <w:t>-0.39434855436844823</w:t>
            </w:r>
          </w:p>
        </w:tc>
        <w:tc>
          <w:tcPr>
            <w:tcW w:type="dxa" w:w="519"/>
            <w:vAlign w:val="center"/>
          </w:tcPr>
          <w:p>
            <w:r/>
            <w:r>
              <w:rPr>
                <w:rFonts w:ascii="Malgun Gothic" w:hAnsi="Malgun Gothic" w:eastAsia="Malgun Gothic"/>
                <w:b w:val="0"/>
                <w:sz w:val="14"/>
              </w:rPr>
              <w:t>-0.1303666121255317</w:t>
            </w:r>
          </w:p>
        </w:tc>
        <w:tc>
          <w:tcPr>
            <w:tcW w:type="dxa" w:w="519"/>
            <w:vAlign w:val="center"/>
          </w:tcPr>
          <w:p>
            <w:r/>
            <w:r>
              <w:rPr>
                <w:rFonts w:ascii="Malgun Gothic" w:hAnsi="Malgun Gothic" w:eastAsia="Malgun Gothic"/>
                <w:b w:val="0"/>
                <w:sz w:val="14"/>
              </w:rPr>
              <w:t>0.3527622218292493</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-0.1718150460079242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0.0546061731874942</w:t>
            </w:r>
          </w:p>
        </w:tc>
        <w:tc>
          <w:tcPr>
            <w:tcW w:type="dxa" w:w="519"/>
            <w:vAlign w:val="center"/>
          </w:tcPr>
          <w:p>
            <w:r/>
            <w:r>
              <w:rPr>
                <w:rFonts w:ascii="Malgun Gothic" w:hAnsi="Malgun Gothic" w:eastAsia="Malgun Gothic"/>
                <w:b w:val="0"/>
                <w:sz w:val="14"/>
              </w:rPr>
              <w:t>230.7437267824737</w:t>
            </w:r>
          </w:p>
        </w:tc>
        <w:tc>
          <w:tcPr>
            <w:tcW w:type="dxa" w:w="519"/>
            <w:vAlign w:val="center"/>
          </w:tcPr>
          <w:p>
            <w:r/>
            <w:r>
              <w:rPr>
                <w:rFonts w:ascii="Malgun Gothic" w:hAnsi="Malgun Gothic" w:eastAsia="Malgun Gothic"/>
                <w:b w:val="0"/>
                <w:sz w:val="14"/>
              </w:rPr>
              <w:t>68.85322167946033</w:t>
            </w:r>
          </w:p>
        </w:tc>
        <w:tc>
          <w:tcPr>
            <w:tcW w:type="dxa" w:w="519"/>
            <w:vAlign w:val="center"/>
          </w:tcPr>
          <w:p>
            <w:r/>
            <w:r>
              <w:rPr>
                <w:rFonts w:ascii="Malgun Gothic" w:hAnsi="Malgun Gothic" w:eastAsia="Malgun Gothic"/>
                <w:b w:val="0"/>
                <w:sz w:val="14"/>
              </w:rPr>
              <w:t>515.88</w:t>
            </w:r>
          </w:p>
        </w:tc>
        <w:tc>
          <w:tcPr>
            <w:tcW w:type="dxa" w:w="519"/>
            <w:vAlign w:val="center"/>
          </w:tcPr>
          <w:p>
            <w:r/>
            <w:r>
              <w:rPr>
                <w:rFonts w:ascii="Malgun Gothic" w:hAnsi="Malgun Gothic" w:eastAsia="Malgun Gothic"/>
                <w:b w:val="0"/>
                <w:sz w:val="14"/>
              </w:rPr>
              <w:t>-0.45722400821611503</w:t>
            </w:r>
          </w:p>
        </w:tc>
        <w:tc>
          <w:tcPr>
            <w:tcW w:type="dxa" w:w="519"/>
            <w:vAlign w:val="center"/>
          </w:tcPr>
          <w:p>
            <w:r/>
            <w:r>
              <w:rPr>
                <w:rFonts w:ascii="Malgun Gothic" w:hAnsi="Malgun Gothic" w:eastAsia="Malgun Gothic"/>
                <w:b w:val="0"/>
                <w:sz w:val="14"/>
              </w:rPr>
              <w:t>0.03254033232544967</w:t>
            </w:r>
          </w:p>
        </w:tc>
        <w:tc>
          <w:tcPr>
            <w:tcW w:type="dxa" w:w="519"/>
            <w:vAlign w:val="center"/>
          </w:tcPr>
          <w:p>
            <w:r/>
            <w:r>
              <w:rPr>
                <w:rFonts w:ascii="Malgun Gothic" w:hAnsi="Malgun Gothic" w:eastAsia="Malgun Gothic"/>
                <w:b w:val="0"/>
                <w:sz w:val="14"/>
              </w:rPr>
              <w:t>-0.7167706202594823</w:t>
            </w:r>
          </w:p>
        </w:tc>
        <w:tc>
          <w:tcPr>
            <w:tcW w:type="dxa" w:w="519"/>
            <w:vAlign w:val="center"/>
          </w:tcPr>
          <w:p>
            <w:r/>
            <w:r>
              <w:rPr>
                <w:rFonts w:ascii="Malgun Gothic" w:hAnsi="Malgun Gothic" w:eastAsia="Malgun Gothic"/>
                <w:b w:val="0"/>
                <w:sz w:val="14"/>
              </w:rPr>
              <w:t>2.168586305920689</w:t>
            </w:r>
          </w:p>
        </w:tc>
        <w:tc>
          <w:tcPr>
            <w:tcW w:type="dxa" w:w="519"/>
            <w:vAlign w:val="center"/>
          </w:tcPr>
          <w:p>
            <w:r/>
            <w:r>
              <w:rPr>
                <w:rFonts w:ascii="Malgun Gothic" w:hAnsi="Malgun Gothic" w:eastAsia="Malgun Gothic"/>
                <w:b w:val="0"/>
                <w:sz w:val="14"/>
              </w:rPr>
              <w:t>0.25678300244263536</w:t>
            </w:r>
          </w:p>
        </w:tc>
        <w:tc>
          <w:tcPr>
            <w:tcW w:type="dxa" w:w="519"/>
            <w:vAlign w:val="center"/>
          </w:tcPr>
          <w:p>
            <w:r/>
            <w:r>
              <w:rPr>
                <w:rFonts w:ascii="Malgun Gothic" w:hAnsi="Malgun Gothic" w:eastAsia="Malgun Gothic"/>
                <w:b w:val="0"/>
                <w:sz w:val="14"/>
              </w:rPr>
              <w:t>0.4401079214217003</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0.015747809363713394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0.0626592934131622</w:t>
            </w:r>
          </w:p>
        </w:tc>
        <w:tc>
          <w:tcPr>
            <w:tcW w:type="dxa" w:w="519"/>
            <w:vAlign w:val="center"/>
          </w:tcPr>
          <w:p>
            <w:r/>
            <w:r>
              <w:rPr>
                <w:rFonts w:ascii="Malgun Gothic" w:hAnsi="Malgun Gothic" w:eastAsia="Malgun Gothic"/>
                <w:b w:val="0"/>
                <w:sz w:val="14"/>
              </w:rPr>
              <w:t>231.8123926761084</w:t>
            </w:r>
          </w:p>
        </w:tc>
        <w:tc>
          <w:tcPr>
            <w:tcW w:type="dxa" w:w="519"/>
            <w:vAlign w:val="center"/>
          </w:tcPr>
          <w:p>
            <w:r/>
            <w:r>
              <w:rPr>
                <w:rFonts w:ascii="Malgun Gothic" w:hAnsi="Malgun Gothic" w:eastAsia="Malgun Gothic"/>
                <w:b w:val="0"/>
                <w:sz w:val="14"/>
              </w:rPr>
              <w:t>96.22388345792602</w:t>
            </w:r>
          </w:p>
        </w:tc>
        <w:tc>
          <w:tcPr>
            <w:tcW w:type="dxa" w:w="519"/>
            <w:vAlign w:val="center"/>
          </w:tcPr>
          <w:p>
            <w:r/>
            <w:r>
              <w:rPr>
                <w:rFonts w:ascii="Malgun Gothic" w:hAnsi="Malgun Gothic" w:eastAsia="Malgun Gothic"/>
                <w:b w:val="0"/>
                <w:sz w:val="14"/>
              </w:rPr>
              <w:t>156.51</w:t>
            </w:r>
          </w:p>
        </w:tc>
        <w:tc>
          <w:tcPr>
            <w:tcW w:type="dxa" w:w="519"/>
            <w:vAlign w:val="center"/>
          </w:tcPr>
          <w:p>
            <w:r/>
            <w:r>
              <w:rPr>
                <w:rFonts w:ascii="Malgun Gothic" w:hAnsi="Malgun Gothic" w:eastAsia="Malgun Gothic"/>
                <w:b w:val="0"/>
                <w:sz w:val="14"/>
              </w:rPr>
              <w:t>-0.18158493151749533</w:t>
            </w:r>
          </w:p>
        </w:tc>
        <w:tc>
          <w:tcPr>
            <w:tcW w:type="dxa" w:w="519"/>
            <w:vAlign w:val="center"/>
          </w:tcPr>
          <w:p>
            <w:r/>
            <w:r>
              <w:rPr>
                <w:rFonts w:ascii="Malgun Gothic" w:hAnsi="Malgun Gothic" w:eastAsia="Malgun Gothic"/>
                <w:b w:val="0"/>
                <w:sz w:val="14"/>
              </w:rPr>
              <w:t>0.07090264891368939</w:t>
            </w:r>
          </w:p>
        </w:tc>
        <w:tc>
          <w:tcPr>
            <w:tcW w:type="dxa" w:w="519"/>
            <w:vAlign w:val="center"/>
          </w:tcPr>
          <w:p>
            <w:r/>
            <w:r>
              <w:rPr>
                <w:rFonts w:ascii="Malgun Gothic" w:hAnsi="Malgun Gothic" w:eastAsia="Malgun Gothic"/>
                <w:b w:val="0"/>
                <w:sz w:val="14"/>
              </w:rPr>
              <w:t>0.692781739933364</w:t>
            </w:r>
          </w:p>
        </w:tc>
        <w:tc>
          <w:tcPr>
            <w:tcW w:type="dxa" w:w="519"/>
            <w:vAlign w:val="center"/>
          </w:tcPr>
          <w:p>
            <w:r/>
            <w:r>
              <w:rPr>
                <w:rFonts w:ascii="Malgun Gothic" w:hAnsi="Malgun Gothic" w:eastAsia="Malgun Gothic"/>
                <w:b w:val="0"/>
                <w:sz w:val="14"/>
              </w:rPr>
              <w:t>0.057509039097916846</w:t>
            </w:r>
          </w:p>
        </w:tc>
        <w:tc>
          <w:tcPr>
            <w:tcW w:type="dxa" w:w="519"/>
            <w:vAlign w:val="center"/>
          </w:tcPr>
          <w:p>
            <w:r/>
            <w:r>
              <w:rPr>
                <w:rFonts w:ascii="Malgun Gothic" w:hAnsi="Malgun Gothic" w:eastAsia="Malgun Gothic"/>
                <w:b w:val="0"/>
                <w:sz w:val="14"/>
              </w:rPr>
              <w:t>0.15990212410686871</w:t>
            </w:r>
          </w:p>
        </w:tc>
        <w:tc>
          <w:tcPr>
            <w:tcW w:type="dxa" w:w="519"/>
            <w:vAlign w:val="center"/>
          </w:tcPr>
          <w:p>
            <w:r/>
            <w:r>
              <w:rPr>
                <w:rFonts w:ascii="Malgun Gothic" w:hAnsi="Malgun Gothic" w:eastAsia="Malgun Gothic"/>
                <w:b w:val="0"/>
                <w:sz w:val="14"/>
              </w:rPr>
              <w:t>0.41825040748666137</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-0.11245110434101763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0.0936460345983505</w:t>
            </w:r>
          </w:p>
        </w:tc>
        <w:tc>
          <w:tcPr>
            <w:tcW w:type="dxa" w:w="519"/>
            <w:vAlign w:val="center"/>
          </w:tcPr>
          <w:p>
            <w:r/>
            <w:r>
              <w:rPr>
                <w:rFonts w:ascii="Malgun Gothic" w:hAnsi="Malgun Gothic" w:eastAsia="Malgun Gothic"/>
                <w:b w:val="0"/>
                <w:sz w:val="14"/>
              </w:rPr>
              <w:t>238.75395130487453</w:t>
            </w:r>
          </w:p>
        </w:tc>
        <w:tc>
          <w:tcPr>
            <w:tcW w:type="dxa" w:w="519"/>
            <w:vAlign w:val="center"/>
          </w:tcPr>
          <w:p>
            <w:r/>
            <w:r>
              <w:rPr>
                <w:rFonts w:ascii="Malgun Gothic" w:hAnsi="Malgun Gothic" w:eastAsia="Malgun Gothic"/>
                <w:b w:val="0"/>
                <w:sz w:val="14"/>
              </w:rPr>
              <w:t>70.95238095238095</w:t>
            </w:r>
          </w:p>
        </w:tc>
        <w:tc>
          <w:tcPr>
            <w:tcW w:type="dxa" w:w="519"/>
            <w:vAlign w:val="center"/>
          </w:tcPr>
          <w:p>
            <w:r/>
            <w:r>
              <w:rPr>
                <w:rFonts w:ascii="Malgun Gothic" w:hAnsi="Malgun Gothic" w:eastAsia="Malgun Gothic"/>
                <w:b w:val="0"/>
                <w:sz w:val="14"/>
              </w:rPr>
              <w:t>126.0</w:t>
            </w:r>
          </w:p>
        </w:tc>
        <w:tc>
          <w:tcPr>
            <w:tcW w:type="dxa" w:w="519"/>
            <w:vAlign w:val="center"/>
          </w:tcPr>
          <w:p>
            <w:r/>
            <w:r>
              <w:rPr>
                <w:rFonts w:ascii="Malgun Gothic" w:hAnsi="Malgun Gothic" w:eastAsia="Malgun Gothic"/>
                <w:b w:val="0"/>
                <w:sz w:val="14"/>
              </w:rPr>
              <w:t>0.8790172314752854</w:t>
            </w:r>
          </w:p>
        </w:tc>
        <w:tc>
          <w:tcPr>
            <w:tcW w:type="dxa" w:w="519"/>
            <w:vAlign w:val="center"/>
          </w:tcPr>
          <w:p>
            <w:r/>
            <w:r>
              <w:rPr>
                <w:rFonts w:ascii="Malgun Gothic" w:hAnsi="Malgun Gothic" w:eastAsia="Malgun Gothic"/>
                <w:b w:val="0"/>
                <w:sz w:val="14"/>
              </w:rPr>
              <w:t>0.32008648767815207</w:t>
            </w:r>
          </w:p>
        </w:tc>
        <w:tc>
          <w:tcPr>
            <w:tcW w:type="dxa" w:w="519"/>
            <w:vAlign w:val="center"/>
          </w:tcPr>
          <w:p>
            <w:r/>
            <w:r>
              <w:rPr>
                <w:rFonts w:ascii="Malgun Gothic" w:hAnsi="Malgun Gothic" w:eastAsia="Malgun Gothic"/>
                <w:b w:val="0"/>
                <w:sz w:val="14"/>
              </w:rPr>
              <w:t>-0.6086667340065787</w:t>
            </w:r>
          </w:p>
        </w:tc>
        <w:tc>
          <w:tcPr>
            <w:tcW w:type="dxa" w:w="519"/>
            <w:vAlign w:val="center"/>
          </w:tcPr>
          <w:p>
            <w:r/>
            <w:r>
              <w:rPr>
                <w:rFonts w:ascii="Malgun Gothic" w:hAnsi="Malgun Gothic" w:eastAsia="Malgun Gothic"/>
                <w:b w:val="0"/>
                <w:sz w:val="14"/>
              </w:rPr>
              <w:t>-0.1217184072965033</w:t>
            </w:r>
          </w:p>
        </w:tc>
        <w:tc>
          <w:tcPr>
            <w:tcW w:type="dxa" w:w="519"/>
            <w:vAlign w:val="center"/>
          </w:tcPr>
          <w:p>
            <w:r/>
            <w:r>
              <w:rPr>
                <w:rFonts w:ascii="Malgun Gothic" w:hAnsi="Malgun Gothic" w:eastAsia="Malgun Gothic"/>
                <w:b w:val="0"/>
                <w:sz w:val="14"/>
              </w:rPr>
              <w:t>0.11717964446258888</w:t>
            </w:r>
          </w:p>
        </w:tc>
        <w:tc>
          <w:tcPr>
            <w:tcW w:type="dxa" w:w="519"/>
            <w:vAlign w:val="center"/>
          </w:tcPr>
          <w:p>
            <w:r/>
            <w:r>
              <w:rPr>
                <w:rFonts w:ascii="Malgun Gothic" w:hAnsi="Malgun Gothic" w:eastAsia="Malgun Gothic"/>
                <w:b w:val="0"/>
                <w:sz w:val="14"/>
              </w:rPr>
              <w:t>0.4086116922912035</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-0.13296598923817732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0.0369009189307689</w:t>
            </w:r>
          </w:p>
        </w:tc>
        <w:tc>
          <w:tcPr>
            <w:tcW w:type="dxa" w:w="519"/>
            <w:vAlign w:val="center"/>
          </w:tcPr>
          <w:p>
            <w:r/>
            <w:r>
              <w:rPr>
                <w:rFonts w:ascii="Malgun Gothic" w:hAnsi="Malgun Gothic" w:eastAsia="Malgun Gothic"/>
                <w:b w:val="0"/>
                <w:sz w:val="14"/>
              </w:rPr>
              <w:t>237.52382989708173</w:t>
            </w:r>
          </w:p>
        </w:tc>
        <w:tc>
          <w:tcPr>
            <w:tcW w:type="dxa" w:w="519"/>
            <w:vAlign w:val="center"/>
          </w:tcPr>
          <w:p>
            <w:r/>
            <w:r>
              <w:rPr>
                <w:rFonts w:ascii="Malgun Gothic" w:hAnsi="Malgun Gothic" w:eastAsia="Malgun Gothic"/>
                <w:b w:val="0"/>
                <w:sz w:val="14"/>
              </w:rPr>
              <w:t>91.88361408882082</w:t>
            </w:r>
          </w:p>
        </w:tc>
        <w:tc>
          <w:tcPr>
            <w:tcW w:type="dxa" w:w="519"/>
            <w:vAlign w:val="center"/>
          </w:tcPr>
          <w:p>
            <w:r/>
            <w:r>
              <w:rPr>
                <w:rFonts w:ascii="Malgun Gothic" w:hAnsi="Malgun Gothic" w:eastAsia="Malgun Gothic"/>
                <w:b w:val="0"/>
                <w:sz w:val="14"/>
              </w:rPr>
              <w:t>58.77</w:t>
            </w:r>
          </w:p>
        </w:tc>
        <w:tc>
          <w:tcPr>
            <w:tcW w:type="dxa" w:w="519"/>
            <w:vAlign w:val="center"/>
          </w:tcPr>
          <w:p>
            <w:r/>
            <w:r>
              <w:rPr>
                <w:rFonts w:ascii="Malgun Gothic" w:hAnsi="Malgun Gothic" w:eastAsia="Malgun Gothic"/>
                <w:b w:val="0"/>
                <w:sz w:val="14"/>
              </w:rPr>
              <w:t>-1.0632325861686756</w:t>
            </w:r>
          </w:p>
        </w:tc>
        <w:tc>
          <w:tcPr>
            <w:tcW w:type="dxa" w:w="519"/>
            <w:vAlign w:val="center"/>
          </w:tcPr>
          <w:p>
            <w:r/>
            <w:r>
              <w:rPr>
                <w:rFonts w:ascii="Malgun Gothic" w:hAnsi="Malgun Gothic" w:eastAsia="Malgun Gothic"/>
                <w:b w:val="0"/>
                <w:sz w:val="14"/>
              </w:rPr>
              <w:t>0.2759283394965754</w:t>
            </w:r>
          </w:p>
        </w:tc>
        <w:tc>
          <w:tcPr>
            <w:tcW w:type="dxa" w:w="519"/>
            <w:vAlign w:val="center"/>
          </w:tcPr>
          <w:p>
            <w:r/>
            <w:r>
              <w:rPr>
                <w:rFonts w:ascii="Malgun Gothic" w:hAnsi="Malgun Gothic" w:eastAsia="Malgun Gothic"/>
                <w:b w:val="0"/>
                <w:sz w:val="14"/>
              </w:rPr>
              <w:t>0.4692636904754492</w:t>
            </w:r>
          </w:p>
        </w:tc>
        <w:tc>
          <w:tcPr>
            <w:tcW w:type="dxa" w:w="519"/>
            <w:vAlign w:val="center"/>
          </w:tcPr>
          <w:p>
            <w:r/>
            <w:r>
              <w:rPr>
                <w:rFonts w:ascii="Malgun Gothic" w:hAnsi="Malgun Gothic" w:eastAsia="Malgun Gothic"/>
                <w:b w:val="0"/>
                <w:sz w:val="14"/>
              </w:rPr>
              <w:t>-0.5166532228027919</w:t>
            </w:r>
          </w:p>
        </w:tc>
        <w:tc>
          <w:tcPr>
            <w:tcW w:type="dxa" w:w="519"/>
            <w:vAlign w:val="center"/>
          </w:tcPr>
          <w:p>
            <w:r/>
            <w:r>
              <w:rPr>
                <w:rFonts w:ascii="Malgun Gothic" w:hAnsi="Malgun Gothic" w:eastAsia="Malgun Gothic"/>
                <w:b w:val="0"/>
                <w:sz w:val="14"/>
              </w:rPr>
              <w:t>-0.20867344474986071</w:t>
            </w:r>
          </w:p>
        </w:tc>
        <w:tc>
          <w:tcPr>
            <w:tcW w:type="dxa" w:w="519"/>
            <w:vAlign w:val="center"/>
          </w:tcPr>
          <w:p>
            <w:r/>
            <w:r>
              <w:rPr>
                <w:rFonts w:ascii="Malgun Gothic" w:hAnsi="Malgun Gothic" w:eastAsia="Malgun Gothic"/>
                <w:b w:val="0"/>
                <w:sz w:val="14"/>
              </w:rPr>
              <w:t>0.3350952403289057</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-0.17882886762417038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0.0424245782196521</w:t>
            </w:r>
          </w:p>
        </w:tc>
        <w:tc>
          <w:tcPr>
            <w:tcW w:type="dxa" w:w="519"/>
            <w:vAlign w:val="center"/>
          </w:tcPr>
          <w:p>
            <w:r/>
            <w:r>
              <w:rPr>
                <w:rFonts w:ascii="Malgun Gothic" w:hAnsi="Malgun Gothic" w:eastAsia="Malgun Gothic"/>
                <w:b w:val="0"/>
                <w:sz w:val="14"/>
              </w:rPr>
              <w:t>223.4779198335052</w:t>
            </w:r>
          </w:p>
        </w:tc>
        <w:tc>
          <w:tcPr>
            <w:tcW w:type="dxa" w:w="519"/>
            <w:vAlign w:val="center"/>
          </w:tcPr>
          <w:p>
            <w:r/>
            <w:r>
              <w:rPr>
                <w:rFonts w:ascii="Malgun Gothic" w:hAnsi="Malgun Gothic" w:eastAsia="Malgun Gothic"/>
                <w:b w:val="0"/>
                <w:sz w:val="14"/>
              </w:rPr>
              <w:t>87.10407239819004</w:t>
            </w:r>
          </w:p>
        </w:tc>
        <w:tc>
          <w:tcPr>
            <w:tcW w:type="dxa" w:w="519"/>
            <w:vAlign w:val="center"/>
          </w:tcPr>
          <w:p>
            <w:r/>
            <w:r>
              <w:rPr>
                <w:rFonts w:ascii="Malgun Gothic" w:hAnsi="Malgun Gothic" w:eastAsia="Malgun Gothic"/>
                <w:b w:val="0"/>
                <w:sz w:val="14"/>
              </w:rPr>
              <w:t>53.04</w:t>
            </w:r>
          </w:p>
        </w:tc>
        <w:tc>
          <w:tcPr>
            <w:tcW w:type="dxa" w:w="519"/>
            <w:vAlign w:val="center"/>
          </w:tcPr>
          <w:p>
            <w:r/>
            <w:r>
              <w:rPr>
                <w:rFonts w:ascii="Malgun Gothic" w:hAnsi="Malgun Gothic" w:eastAsia="Malgun Gothic"/>
                <w:b w:val="0"/>
                <w:sz w:val="14"/>
              </w:rPr>
              <w:t>-0.8741709176823806</w:t>
            </w:r>
          </w:p>
        </w:tc>
        <w:tc>
          <w:tcPr>
            <w:tcW w:type="dxa" w:w="519"/>
            <w:vAlign w:val="center"/>
          </w:tcPr>
          <w:p>
            <w:r/>
            <w:r>
              <w:rPr>
                <w:rFonts w:ascii="Malgun Gothic" w:hAnsi="Malgun Gothic" w:eastAsia="Malgun Gothic"/>
                <w:b w:val="0"/>
                <w:sz w:val="14"/>
              </w:rPr>
              <w:t>-0.22828317491434943</w:t>
            </w:r>
          </w:p>
        </w:tc>
        <w:tc>
          <w:tcPr>
            <w:tcW w:type="dxa" w:w="519"/>
            <w:vAlign w:val="center"/>
          </w:tcPr>
          <w:p>
            <w:r/>
            <w:r>
              <w:rPr>
                <w:rFonts w:ascii="Malgun Gothic" w:hAnsi="Malgun Gothic" w:eastAsia="Malgun Gothic"/>
                <w:b w:val="0"/>
                <w:sz w:val="14"/>
              </w:rPr>
              <w:t>0.2231237058014514</w:t>
            </w:r>
          </w:p>
        </w:tc>
        <w:tc>
          <w:tcPr>
            <w:tcW w:type="dxa" w:w="519"/>
            <w:vAlign w:val="center"/>
          </w:tcPr>
          <w:p>
            <w:r/>
            <w:r>
              <w:rPr>
                <w:rFonts w:ascii="Malgun Gothic" w:hAnsi="Malgun Gothic" w:eastAsia="Malgun Gothic"/>
                <w:b w:val="0"/>
                <w:sz w:val="14"/>
              </w:rPr>
              <w:t>-0.5503134413488434</w:t>
            </w:r>
          </w:p>
        </w:tc>
        <w:tc>
          <w:tcPr>
            <w:tcW w:type="dxa" w:w="519"/>
            <w:vAlign w:val="center"/>
          </w:tcPr>
          <w:p>
            <w:r/>
            <w:r>
              <w:rPr>
                <w:rFonts w:ascii="Malgun Gothic" w:hAnsi="Malgun Gothic" w:eastAsia="Malgun Gothic"/>
                <w:b w:val="0"/>
                <w:sz w:val="14"/>
              </w:rPr>
              <w:t>-0.35741095703603054</w:t>
            </w:r>
          </w:p>
        </w:tc>
        <w:tc>
          <w:tcPr>
            <w:tcW w:type="dxa" w:w="519"/>
            <w:vAlign w:val="center"/>
          </w:tcPr>
          <w:p>
            <w:r/>
            <w:r>
              <w:rPr>
                <w:rFonts w:ascii="Malgun Gothic" w:hAnsi="Malgun Gothic" w:eastAsia="Malgun Gothic"/>
                <w:b w:val="0"/>
                <w:sz w:val="14"/>
              </w:rPr>
              <w:t>0.3015382340000546</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-0.20233630329859614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0.0403904914855957</w:t>
            </w:r>
          </w:p>
        </w:tc>
        <w:tc>
          <w:tcPr>
            <w:tcW w:type="dxa" w:w="519"/>
            <w:vAlign w:val="center"/>
          </w:tcPr>
          <w:p>
            <w:r/>
            <w:r>
              <w:rPr>
                <w:rFonts w:ascii="Malgun Gothic" w:hAnsi="Malgun Gothic" w:eastAsia="Malgun Gothic"/>
                <w:b w:val="0"/>
                <w:sz w:val="14"/>
              </w:rPr>
              <w:t>249.06888532105592</w:t>
            </w:r>
          </w:p>
        </w:tc>
        <w:tc>
          <w:tcPr>
            <w:tcW w:type="dxa" w:w="519"/>
            <w:vAlign w:val="center"/>
          </w:tcPr>
          <w:p>
            <w:r/>
            <w:r>
              <w:rPr>
                <w:rFonts w:ascii="Malgun Gothic" w:hAnsi="Malgun Gothic" w:eastAsia="Malgun Gothic"/>
                <w:b w:val="0"/>
                <w:sz w:val="14"/>
              </w:rPr>
              <w:t>98.326359832636</w:t>
            </w:r>
          </w:p>
        </w:tc>
        <w:tc>
          <w:tcPr>
            <w:tcW w:type="dxa" w:w="519"/>
            <w:vAlign w:val="center"/>
          </w:tcPr>
          <w:p>
            <w:r/>
            <w:r>
              <w:rPr>
                <w:rFonts w:ascii="Malgun Gothic" w:hAnsi="Malgun Gothic" w:eastAsia="Malgun Gothic"/>
                <w:b w:val="0"/>
                <w:sz w:val="14"/>
              </w:rPr>
              <w:t>28.68</w:t>
            </w:r>
          </w:p>
        </w:tc>
        <w:tc>
          <w:tcPr>
            <w:tcW w:type="dxa" w:w="519"/>
            <w:vAlign w:val="center"/>
          </w:tcPr>
          <w:p>
            <w:r/>
            <w:r>
              <w:rPr>
                <w:rFonts w:ascii="Malgun Gothic" w:hAnsi="Malgun Gothic" w:eastAsia="Malgun Gothic"/>
                <w:b w:val="0"/>
                <w:sz w:val="14"/>
              </w:rPr>
              <w:t>-0.9437928497520348</w:t>
            </w:r>
          </w:p>
        </w:tc>
        <w:tc>
          <w:tcPr>
            <w:tcW w:type="dxa" w:w="519"/>
            <w:vAlign w:val="center"/>
          </w:tcPr>
          <w:p>
            <w:r/>
            <w:r>
              <w:rPr>
                <w:rFonts w:ascii="Malgun Gothic" w:hAnsi="Malgun Gothic" w:eastAsia="Malgun Gothic"/>
                <w:b w:val="0"/>
                <w:sz w:val="14"/>
              </w:rPr>
              <w:t>0.6903656990504673</w:t>
            </w:r>
          </w:p>
        </w:tc>
        <w:tc>
          <w:tcPr>
            <w:tcW w:type="dxa" w:w="519"/>
            <w:vAlign w:val="center"/>
          </w:tcPr>
          <w:p>
            <w:r/>
            <w:r>
              <w:rPr>
                <w:rFonts w:ascii="Malgun Gothic" w:hAnsi="Malgun Gothic" w:eastAsia="Malgun Gothic"/>
                <w:b w:val="0"/>
                <w:sz w:val="14"/>
              </w:rPr>
              <w:t>0.8010564524780849</w:t>
            </w:r>
          </w:p>
        </w:tc>
        <w:tc>
          <w:tcPr>
            <w:tcW w:type="dxa" w:w="519"/>
            <w:vAlign w:val="center"/>
          </w:tcPr>
          <w:p>
            <w:r/>
            <w:r>
              <w:rPr>
                <w:rFonts w:ascii="Malgun Gothic" w:hAnsi="Malgun Gothic" w:eastAsia="Malgun Gothic"/>
                <w:b w:val="0"/>
                <w:sz w:val="14"/>
              </w:rPr>
              <w:t>-0.6934134280472398</w:t>
            </w:r>
          </w:p>
        </w:tc>
        <w:tc>
          <w:tcPr>
            <w:tcW w:type="dxa" w:w="519"/>
            <w:vAlign w:val="center"/>
          </w:tcPr>
          <w:p>
            <w:r/>
            <w:r>
              <w:rPr>
                <w:rFonts w:ascii="Malgun Gothic" w:hAnsi="Malgun Gothic" w:eastAsia="Malgun Gothic"/>
                <w:b w:val="0"/>
                <w:sz w:val="14"/>
              </w:rPr>
              <w:t>-0.036446031567680615</w:t>
            </w:r>
          </w:p>
        </w:tc>
        <w:tc>
          <w:tcPr>
            <w:tcW w:type="dxa" w:w="519"/>
            <w:vAlign w:val="center"/>
          </w:tcPr>
          <w:p>
            <w:r/>
            <w:r>
              <w:rPr>
                <w:rFonts w:ascii="Malgun Gothic" w:hAnsi="Malgun Gothic" w:eastAsia="Malgun Gothic"/>
                <w:b w:val="0"/>
                <w:sz w:val="14"/>
              </w:rPr>
              <w:t>0.37395185629163935</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-0.1668373683668915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0.0656273290514946</w:t>
            </w:r>
          </w:p>
        </w:tc>
        <w:tc>
          <w:tcPr>
            <w:tcW w:type="dxa" w:w="519"/>
            <w:vAlign w:val="center"/>
          </w:tcPr>
          <w:p>
            <w:r/>
            <w:r>
              <w:rPr>
                <w:rFonts w:ascii="Malgun Gothic" w:hAnsi="Malgun Gothic" w:eastAsia="Malgun Gothic"/>
                <w:b w:val="0"/>
                <w:sz w:val="14"/>
              </w:rPr>
              <w:t>256.6302502247697</w:t>
            </w:r>
          </w:p>
        </w:tc>
        <w:tc>
          <w:tcPr>
            <w:tcW w:type="dxa" w:w="519"/>
            <w:vAlign w:val="center"/>
          </w:tcPr>
          <w:p>
            <w:r/>
            <w:r>
              <w:rPr>
                <w:rFonts w:ascii="Malgun Gothic" w:hAnsi="Malgun Gothic" w:eastAsia="Malgun Gothic"/>
                <w:b w:val="0"/>
                <w:sz w:val="14"/>
              </w:rPr>
              <w:t>111.94029850746269</w:t>
            </w:r>
          </w:p>
        </w:tc>
        <w:tc>
          <w:tcPr>
            <w:tcW w:type="dxa" w:w="519"/>
            <w:vAlign w:val="center"/>
          </w:tcPr>
          <w:p>
            <w:r/>
            <w:r>
              <w:rPr>
                <w:rFonts w:ascii="Malgun Gothic" w:hAnsi="Malgun Gothic" w:eastAsia="Malgun Gothic"/>
                <w:b w:val="0"/>
                <w:sz w:val="14"/>
              </w:rPr>
              <w:t>40.2</w:t>
            </w:r>
          </w:p>
        </w:tc>
        <w:tc>
          <w:tcPr>
            <w:tcW w:type="dxa" w:w="519"/>
            <w:vAlign w:val="center"/>
          </w:tcPr>
          <w:p>
            <w:r/>
            <w:r>
              <w:rPr>
                <w:rFonts w:ascii="Malgun Gothic" w:hAnsi="Malgun Gothic" w:eastAsia="Malgun Gothic"/>
                <w:b w:val="0"/>
                <w:sz w:val="14"/>
              </w:rPr>
              <w:t>-0.07999615846640405</w:t>
            </w:r>
          </w:p>
        </w:tc>
        <w:tc>
          <w:tcPr>
            <w:tcW w:type="dxa" w:w="519"/>
            <w:vAlign w:val="center"/>
          </w:tcPr>
          <w:p>
            <w:r/>
            <w:r>
              <w:rPr>
                <w:rFonts w:ascii="Malgun Gothic" w:hAnsi="Malgun Gothic" w:eastAsia="Malgun Gothic"/>
                <w:b w:val="0"/>
                <w:sz w:val="14"/>
              </w:rPr>
              <w:t>0.9617989655215167</w:t>
            </w:r>
          </w:p>
        </w:tc>
        <w:tc>
          <w:tcPr>
            <w:tcW w:type="dxa" w:w="519"/>
            <w:vAlign w:val="center"/>
          </w:tcPr>
          <w:p>
            <w:r/>
            <w:r>
              <w:rPr>
                <w:rFonts w:ascii="Malgun Gothic" w:hAnsi="Malgun Gothic" w:eastAsia="Malgun Gothic"/>
                <w:b w:val="0"/>
                <w:sz w:val="14"/>
              </w:rPr>
              <w:t>1.5021560293147809</w:t>
            </w:r>
          </w:p>
        </w:tc>
        <w:tc>
          <w:tcPr>
            <w:tcW w:type="dxa" w:w="519"/>
            <w:vAlign w:val="center"/>
          </w:tcPr>
          <w:p>
            <w:r/>
            <w:r>
              <w:rPr>
                <w:rFonts w:ascii="Malgun Gothic" w:hAnsi="Malgun Gothic" w:eastAsia="Malgun Gothic"/>
                <w:b w:val="0"/>
                <w:sz w:val="14"/>
              </w:rPr>
              <w:t>-0.6257405279337125</w:t>
            </w:r>
          </w:p>
        </w:tc>
        <w:tc>
          <w:tcPr>
            <w:tcW w:type="dxa" w:w="519"/>
            <w:vAlign w:val="center"/>
          </w:tcPr>
          <w:p>
            <w:r/>
            <w:r>
              <w:rPr>
                <w:rFonts w:ascii="Malgun Gothic" w:hAnsi="Malgun Gothic" w:eastAsia="Malgun Gothic"/>
                <w:b w:val="0"/>
                <w:sz w:val="14"/>
              </w:rPr>
              <w:t>0.4395545771090453</w:t>
            </w:r>
          </w:p>
        </w:tc>
        <w:tc>
          <w:tcPr>
            <w:tcW w:type="dxa" w:w="519"/>
            <w:vAlign w:val="center"/>
          </w:tcPr>
          <w:p>
            <w:r/>
            <w:r>
              <w:rPr>
                <w:rFonts w:ascii="Malgun Gothic" w:hAnsi="Malgun Gothic" w:eastAsia="Malgun Gothic"/>
                <w:b w:val="0"/>
                <w:sz w:val="14"/>
              </w:rPr>
              <w:t>0.48134342948919073</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-0.11259839667380789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0.0551260747015476</w:t>
            </w:r>
          </w:p>
        </w:tc>
        <w:tc>
          <w:tcPr>
            <w:tcW w:type="dxa" w:w="519"/>
            <w:vAlign w:val="center"/>
          </w:tcPr>
          <w:p>
            <w:r/>
            <w:r>
              <w:rPr>
                <w:rFonts w:ascii="Malgun Gothic" w:hAnsi="Malgun Gothic" w:eastAsia="Malgun Gothic"/>
                <w:b w:val="0"/>
                <w:sz w:val="14"/>
              </w:rPr>
              <w:t>229.3614672475256</w:t>
            </w:r>
          </w:p>
        </w:tc>
        <w:tc>
          <w:tcPr>
            <w:tcW w:type="dxa" w:w="519"/>
            <w:vAlign w:val="center"/>
          </w:tcPr>
          <w:p>
            <w:r/>
            <w:r>
              <w:rPr>
                <w:rFonts w:ascii="Malgun Gothic" w:hAnsi="Malgun Gothic" w:eastAsia="Malgun Gothic"/>
                <w:b w:val="0"/>
                <w:sz w:val="14"/>
              </w:rPr>
              <w:t>93.17166560306318</w:t>
            </w:r>
          </w:p>
        </w:tc>
        <w:tc>
          <w:tcPr>
            <w:tcW w:type="dxa" w:w="519"/>
            <w:vAlign w:val="center"/>
          </w:tcPr>
          <w:p>
            <w:r/>
            <w:r>
              <w:rPr>
                <w:rFonts w:ascii="Malgun Gothic" w:hAnsi="Malgun Gothic" w:eastAsia="Malgun Gothic"/>
                <w:b w:val="0"/>
                <w:sz w:val="14"/>
              </w:rPr>
              <w:t>47.01</w:t>
            </w:r>
          </w:p>
        </w:tc>
        <w:tc>
          <w:tcPr>
            <w:tcW w:type="dxa" w:w="519"/>
            <w:vAlign w:val="center"/>
          </w:tcPr>
          <w:p>
            <w:r/>
            <w:r>
              <w:rPr>
                <w:rFonts w:ascii="Malgun Gothic" w:hAnsi="Malgun Gothic" w:eastAsia="Malgun Gothic"/>
                <w:b w:val="0"/>
                <w:sz w:val="14"/>
              </w:rPr>
              <w:t>-0.43942902077123225</w:t>
            </w:r>
          </w:p>
        </w:tc>
        <w:tc>
          <w:tcPr>
            <w:tcW w:type="dxa" w:w="519"/>
            <w:vAlign w:val="center"/>
          </w:tcPr>
          <w:p>
            <w:r/>
            <w:r>
              <w:rPr>
                <w:rFonts w:ascii="Malgun Gothic" w:hAnsi="Malgun Gothic" w:eastAsia="Malgun Gothic"/>
                <w:b w:val="0"/>
                <w:sz w:val="14"/>
              </w:rPr>
              <w:t>-0.01707917757248324</w:t>
            </w:r>
          </w:p>
        </w:tc>
        <w:tc>
          <w:tcPr>
            <w:tcW w:type="dxa" w:w="519"/>
            <w:vAlign w:val="center"/>
          </w:tcPr>
          <w:p>
            <w:r/>
            <w:r>
              <w:rPr>
                <w:rFonts w:ascii="Malgun Gothic" w:hAnsi="Malgun Gothic" w:eastAsia="Malgun Gothic"/>
                <w:b w:val="0"/>
                <w:sz w:val="14"/>
              </w:rPr>
              <w:t>0.5355966153658044</w:t>
            </w:r>
          </w:p>
        </w:tc>
        <w:tc>
          <w:tcPr>
            <w:tcW w:type="dxa" w:w="519"/>
            <w:vAlign w:val="center"/>
          </w:tcPr>
          <w:p>
            <w:r/>
            <w:r>
              <w:rPr>
                <w:rFonts w:ascii="Malgun Gothic" w:hAnsi="Malgun Gothic" w:eastAsia="Malgun Gothic"/>
                <w:b w:val="0"/>
                <w:sz w:val="14"/>
              </w:rPr>
              <w:t>-0.5857359750020179</w:t>
            </w:r>
          </w:p>
        </w:tc>
        <w:tc>
          <w:tcPr>
            <w:tcW w:type="dxa" w:w="519"/>
            <w:vAlign w:val="center"/>
          </w:tcPr>
          <w:p>
            <w:r/>
            <w:r>
              <w:rPr>
                <w:rFonts w:ascii="Malgun Gothic" w:hAnsi="Malgun Gothic" w:eastAsia="Malgun Gothic"/>
                <w:b w:val="0"/>
                <w:sz w:val="14"/>
              </w:rPr>
              <w:t>-0.12666188949498225</w:t>
            </w:r>
          </w:p>
        </w:tc>
        <w:tc>
          <w:tcPr>
            <w:tcW w:type="dxa" w:w="519"/>
            <w:vAlign w:val="center"/>
          </w:tcPr>
          <w:p>
            <w:r/>
            <w:r>
              <w:rPr>
                <w:rFonts w:ascii="Malgun Gothic" w:hAnsi="Malgun Gothic" w:eastAsia="Malgun Gothic"/>
                <w:b w:val="0"/>
                <w:sz w:val="14"/>
              </w:rPr>
              <w:t>0.3535980526754773</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-0.17937478458200484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0.150307759642601</w:t>
            </w:r>
          </w:p>
        </w:tc>
        <w:tc>
          <w:tcPr>
            <w:tcW w:type="dxa" w:w="519"/>
            <w:vAlign w:val="center"/>
          </w:tcPr>
          <w:p>
            <w:r/>
            <w:r>
              <w:rPr>
                <w:rFonts w:ascii="Malgun Gothic" w:hAnsi="Malgun Gothic" w:eastAsia="Malgun Gothic"/>
                <w:b w:val="0"/>
                <w:sz w:val="14"/>
              </w:rPr>
              <w:t>235.6802849887382</w:t>
            </w:r>
          </w:p>
        </w:tc>
        <w:tc>
          <w:tcPr>
            <w:tcW w:type="dxa" w:w="519"/>
            <w:vAlign w:val="center"/>
          </w:tcPr>
          <w:p>
            <w:r/>
            <w:r>
              <w:rPr>
                <w:rFonts w:ascii="Malgun Gothic" w:hAnsi="Malgun Gothic" w:eastAsia="Malgun Gothic"/>
                <w:b w:val="0"/>
                <w:sz w:val="14"/>
              </w:rPr>
              <w:t>67.20430107526882</w:t>
            </w:r>
          </w:p>
        </w:tc>
        <w:tc>
          <w:tcPr>
            <w:tcW w:type="dxa" w:w="519"/>
            <w:vAlign w:val="center"/>
          </w:tcPr>
          <w:p>
            <w:r/>
            <w:r>
              <w:rPr>
                <w:rFonts w:ascii="Malgun Gothic" w:hAnsi="Malgun Gothic" w:eastAsia="Malgun Gothic"/>
                <w:b w:val="0"/>
                <w:sz w:val="14"/>
              </w:rPr>
              <w:t>44.64</w:t>
            </w:r>
          </w:p>
        </w:tc>
        <w:tc>
          <w:tcPr>
            <w:tcW w:type="dxa" w:w="519"/>
            <w:vAlign w:val="center"/>
          </w:tcPr>
          <w:p>
            <w:r/>
            <w:r>
              <w:rPr>
                <w:rFonts w:ascii="Malgun Gothic" w:hAnsi="Malgun Gothic" w:eastAsia="Malgun Gothic"/>
                <w:b w:val="0"/>
                <w:sz w:val="14"/>
              </w:rPr>
              <w:t>2.8184127871963907</w:t>
            </w:r>
          </w:p>
        </w:tc>
        <w:tc>
          <w:tcPr>
            <w:tcW w:type="dxa" w:w="519"/>
            <w:vAlign w:val="center"/>
          </w:tcPr>
          <w:p>
            <w:r/>
            <w:r>
              <w:rPr>
                <w:rFonts w:ascii="Malgun Gothic" w:hAnsi="Malgun Gothic" w:eastAsia="Malgun Gothic"/>
                <w:b w:val="0"/>
                <w:sz w:val="14"/>
              </w:rPr>
              <w:t>0.20974988855156443</w:t>
            </w:r>
          </w:p>
        </w:tc>
        <w:tc>
          <w:tcPr>
            <w:tcW w:type="dxa" w:w="519"/>
            <w:vAlign w:val="center"/>
          </w:tcPr>
          <w:p>
            <w:r/>
            <w:r>
              <w:rPr>
                <w:rFonts w:ascii="Malgun Gothic" w:hAnsi="Malgun Gothic" w:eastAsia="Malgun Gothic"/>
                <w:b w:val="0"/>
                <w:sz w:val="14"/>
              </w:rPr>
              <w:t>-0.801687819128141</w:t>
            </w:r>
          </w:p>
        </w:tc>
        <w:tc>
          <w:tcPr>
            <w:tcW w:type="dxa" w:w="519"/>
            <w:vAlign w:val="center"/>
          </w:tcPr>
          <w:p>
            <w:r/>
            <w:r>
              <w:rPr>
                <w:rFonts w:ascii="Malgun Gothic" w:hAnsi="Malgun Gothic" w:eastAsia="Malgun Gothic"/>
                <w:b w:val="0"/>
                <w:sz w:val="14"/>
              </w:rPr>
              <w:t>-0.5996582643482905</w:t>
            </w:r>
          </w:p>
        </w:tc>
        <w:tc>
          <w:tcPr>
            <w:tcW w:type="dxa" w:w="519"/>
            <w:vAlign w:val="center"/>
          </w:tcPr>
          <w:p>
            <w:r/>
            <w:r>
              <w:rPr>
                <w:rFonts w:ascii="Malgun Gothic" w:hAnsi="Malgun Gothic" w:eastAsia="Malgun Gothic"/>
                <w:b w:val="0"/>
                <w:sz w:val="14"/>
              </w:rPr>
              <w:t>0.4067041480678808</w:t>
            </w:r>
          </w:p>
        </w:tc>
        <w:tc>
          <w:tcPr>
            <w:tcW w:type="dxa" w:w="519"/>
            <w:vAlign w:val="center"/>
          </w:tcPr>
          <w:p>
            <w:r/>
            <w:r>
              <w:rPr>
                <w:rFonts w:ascii="Malgun Gothic" w:hAnsi="Malgun Gothic" w:eastAsia="Malgun Gothic"/>
                <w:b w:val="0"/>
                <w:sz w:val="14"/>
              </w:rPr>
              <w:t>0.47393196994347164</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-0.1399538565326791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0.0456519089639186</w:t>
            </w:r>
          </w:p>
        </w:tc>
        <w:tc>
          <w:tcPr>
            <w:tcW w:type="dxa" w:w="519"/>
            <w:vAlign w:val="center"/>
          </w:tcPr>
          <w:p>
            <w:r/>
            <w:r>
              <w:rPr>
                <w:rFonts w:ascii="Malgun Gothic" w:hAnsi="Malgun Gothic" w:eastAsia="Malgun Gothic"/>
                <w:b w:val="0"/>
                <w:sz w:val="14"/>
              </w:rPr>
              <w:t>204.64433131303</w:t>
            </w:r>
          </w:p>
        </w:tc>
        <w:tc>
          <w:tcPr>
            <w:tcW w:type="dxa" w:w="519"/>
            <w:vAlign w:val="center"/>
          </w:tcPr>
          <w:p>
            <w:r/>
            <w:r>
              <w:rPr>
                <w:rFonts w:ascii="Malgun Gothic" w:hAnsi="Malgun Gothic" w:eastAsia="Malgun Gothic"/>
                <w:b w:val="0"/>
                <w:sz w:val="14"/>
              </w:rPr>
              <w:t>68.53082741233098</w:t>
            </w:r>
          </w:p>
        </w:tc>
        <w:tc>
          <w:tcPr>
            <w:tcW w:type="dxa" w:w="519"/>
            <w:vAlign w:val="center"/>
          </w:tcPr>
          <w:p>
            <w:r/>
            <w:r>
              <w:rPr>
                <w:rFonts w:ascii="Malgun Gothic" w:hAnsi="Malgun Gothic" w:eastAsia="Malgun Gothic"/>
                <w:b w:val="0"/>
                <w:sz w:val="14"/>
              </w:rPr>
              <w:t>261.78</w:t>
            </w:r>
          </w:p>
        </w:tc>
        <w:tc>
          <w:tcPr>
            <w:tcW w:type="dxa" w:w="519"/>
            <w:vAlign w:val="center"/>
          </w:tcPr>
          <w:p>
            <w:r/>
            <w:r>
              <w:rPr>
                <w:rFonts w:ascii="Malgun Gothic" w:hAnsi="Malgun Gothic" w:eastAsia="Malgun Gothic"/>
                <w:b w:val="0"/>
                <w:sz w:val="14"/>
              </w:rPr>
              <w:t>-0.7637070922802337</w:t>
            </w:r>
          </w:p>
        </w:tc>
        <w:tc>
          <w:tcPr>
            <w:tcW w:type="dxa" w:w="519"/>
            <w:vAlign w:val="center"/>
          </w:tcPr>
          <w:p>
            <w:r/>
            <w:r>
              <w:rPr>
                <w:rFonts w:ascii="Malgun Gothic" w:hAnsi="Malgun Gothic" w:eastAsia="Malgun Gothic"/>
                <w:b w:val="0"/>
                <w:sz w:val="14"/>
              </w:rPr>
              <w:t>-0.9043598510939933</w:t>
            </w:r>
          </w:p>
        </w:tc>
        <w:tc>
          <w:tcPr>
            <w:tcW w:type="dxa" w:w="519"/>
            <w:vAlign w:val="center"/>
          </w:tcPr>
          <w:p>
            <w:r/>
            <w:r>
              <w:rPr>
                <w:rFonts w:ascii="Malgun Gothic" w:hAnsi="Malgun Gothic" w:eastAsia="Malgun Gothic"/>
                <w:b w:val="0"/>
                <w:sz w:val="14"/>
              </w:rPr>
              <w:t>-0.7333734924816788</w:t>
            </w:r>
          </w:p>
        </w:tc>
        <w:tc>
          <w:tcPr>
            <w:tcW w:type="dxa" w:w="519"/>
            <w:vAlign w:val="center"/>
          </w:tcPr>
          <w:p>
            <w:r/>
            <w:r>
              <w:rPr>
                <w:rFonts w:ascii="Malgun Gothic" w:hAnsi="Malgun Gothic" w:eastAsia="Malgun Gothic"/>
                <w:b w:val="0"/>
                <w:sz w:val="14"/>
              </w:rPr>
              <w:t>0.6759054101874157</w:t>
            </w:r>
          </w:p>
        </w:tc>
        <w:tc>
          <w:tcPr>
            <w:tcW w:type="dxa" w:w="519"/>
            <w:vAlign w:val="center"/>
          </w:tcPr>
          <w:p>
            <w:r/>
            <w:r>
              <w:rPr>
                <w:rFonts w:ascii="Malgun Gothic" w:hAnsi="Malgun Gothic" w:eastAsia="Malgun Gothic"/>
                <w:b w:val="0"/>
                <w:sz w:val="14"/>
              </w:rPr>
              <w:t>-0.43138375641712257</w:t>
            </w:r>
          </w:p>
        </w:tc>
        <w:tc>
          <w:tcPr>
            <w:tcW w:type="dxa" w:w="519"/>
            <w:vAlign w:val="center"/>
          </w:tcPr>
          <w:p>
            <w:r/>
            <w:r>
              <w:rPr>
                <w:rFonts w:ascii="Malgun Gothic" w:hAnsi="Malgun Gothic" w:eastAsia="Malgun Gothic"/>
                <w:b w:val="0"/>
                <w:sz w:val="14"/>
              </w:rPr>
              <w:t>0.2848490635356582</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-0.14893287601352478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0.0183735396713018</w:t>
            </w:r>
          </w:p>
        </w:tc>
        <w:tc>
          <w:tcPr>
            <w:tcW w:type="dxa" w:w="519"/>
            <w:vAlign w:val="center"/>
          </w:tcPr>
          <w:p>
            <w:r/>
            <w:r>
              <w:rPr>
                <w:rFonts w:ascii="Malgun Gothic" w:hAnsi="Malgun Gothic" w:eastAsia="Malgun Gothic"/>
                <w:b w:val="0"/>
                <w:sz w:val="14"/>
              </w:rPr>
              <w:t>252.287532802586</w:t>
            </w:r>
          </w:p>
        </w:tc>
        <w:tc>
          <w:tcPr>
            <w:tcW w:type="dxa" w:w="519"/>
            <w:vAlign w:val="center"/>
          </w:tcPr>
          <w:p>
            <w:r/>
            <w:r>
              <w:rPr>
                <w:rFonts w:ascii="Malgun Gothic" w:hAnsi="Malgun Gothic" w:eastAsia="Malgun Gothic"/>
                <w:b w:val="0"/>
                <w:sz w:val="14"/>
              </w:rPr>
              <w:t>50.90137857900319</w:t>
            </w:r>
          </w:p>
        </w:tc>
        <w:tc>
          <w:tcPr>
            <w:tcW w:type="dxa" w:w="519"/>
            <w:vAlign w:val="center"/>
          </w:tcPr>
          <w:p>
            <w:r/>
            <w:r>
              <w:rPr>
                <w:rFonts w:ascii="Malgun Gothic" w:hAnsi="Malgun Gothic" w:eastAsia="Malgun Gothic"/>
                <w:b w:val="0"/>
                <w:sz w:val="14"/>
              </w:rPr>
              <w:t>56.58</w:t>
            </w:r>
          </w:p>
        </w:tc>
        <w:tc>
          <w:tcPr>
            <w:tcW w:type="dxa" w:w="519"/>
            <w:vAlign w:val="center"/>
          </w:tcPr>
          <w:p>
            <w:r/>
            <w:r>
              <w:rPr>
                <w:rFonts w:ascii="Malgun Gothic" w:hAnsi="Malgun Gothic" w:eastAsia="Malgun Gothic"/>
                <w:b w:val="0"/>
                <w:sz w:val="14"/>
              </w:rPr>
              <w:t>-1.6973805399577369</w:t>
            </w:r>
          </w:p>
        </w:tc>
        <w:tc>
          <w:tcPr>
            <w:tcW w:type="dxa" w:w="519"/>
            <w:vAlign w:val="center"/>
          </w:tcPr>
          <w:p>
            <w:r/>
            <w:r>
              <w:rPr>
                <w:rFonts w:ascii="Malgun Gothic" w:hAnsi="Malgun Gothic" w:eastAsia="Malgun Gothic"/>
                <w:b w:val="0"/>
                <w:sz w:val="14"/>
              </w:rPr>
              <w:t>0.8059067436443377</w:t>
            </w:r>
          </w:p>
        </w:tc>
        <w:tc>
          <w:tcPr>
            <w:tcW w:type="dxa" w:w="519"/>
            <w:vAlign w:val="center"/>
          </w:tcPr>
          <w:p>
            <w:r/>
            <w:r>
              <w:rPr>
                <w:rFonts w:ascii="Malgun Gothic" w:hAnsi="Malgun Gothic" w:eastAsia="Malgun Gothic"/>
                <w:b w:val="0"/>
                <w:sz w:val="14"/>
              </w:rPr>
              <w:t>-1.6412664551380312</w:t>
            </w:r>
          </w:p>
        </w:tc>
        <w:tc>
          <w:tcPr>
            <w:tcW w:type="dxa" w:w="519"/>
            <w:vAlign w:val="center"/>
          </w:tcPr>
          <w:p>
            <w:r/>
            <w:r>
              <w:rPr>
                <w:rFonts w:ascii="Malgun Gothic" w:hAnsi="Malgun Gothic" w:eastAsia="Malgun Gothic"/>
                <w:b w:val="0"/>
                <w:sz w:val="14"/>
              </w:rPr>
              <w:t>-0.5295181230847907</w:t>
            </w:r>
          </w:p>
        </w:tc>
        <w:tc>
          <w:tcPr>
            <w:tcW w:type="dxa" w:w="519"/>
            <w:vAlign w:val="center"/>
          </w:tcPr>
          <w:p>
            <w:r/>
            <w:r>
              <w:rPr>
                <w:rFonts w:ascii="Malgun Gothic" w:hAnsi="Malgun Gothic" w:eastAsia="Malgun Gothic"/>
                <w:b w:val="0"/>
                <w:sz w:val="14"/>
              </w:rPr>
              <w:t>-0.7655645936340553</w:t>
            </w:r>
          </w:p>
        </w:tc>
        <w:tc>
          <w:tcPr>
            <w:tcW w:type="dxa" w:w="519"/>
            <w:vAlign w:val="center"/>
          </w:tcPr>
          <w:p>
            <w:r/>
            <w:r>
              <w:rPr>
                <w:rFonts w:ascii="Malgun Gothic" w:hAnsi="Malgun Gothic" w:eastAsia="Malgun Gothic"/>
                <w:b w:val="0"/>
                <w:sz w:val="14"/>
              </w:rPr>
              <w:t>0.20945376952338823</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-0.23587447023128866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0.0523386746644973</w:t>
            </w:r>
          </w:p>
        </w:tc>
        <w:tc>
          <w:tcPr>
            <w:tcW w:type="dxa" w:w="519"/>
            <w:vAlign w:val="center"/>
          </w:tcPr>
          <w:p>
            <w:r/>
            <w:r>
              <w:rPr>
                <w:rFonts w:ascii="Malgun Gothic" w:hAnsi="Malgun Gothic" w:eastAsia="Malgun Gothic"/>
                <w:b w:val="0"/>
                <w:sz w:val="14"/>
              </w:rPr>
              <w:t>220.28921832445275</w:t>
            </w:r>
          </w:p>
        </w:tc>
        <w:tc>
          <w:tcPr>
            <w:tcW w:type="dxa" w:w="519"/>
            <w:vAlign w:val="center"/>
          </w:tcPr>
          <w:p>
            <w:r/>
            <w:r>
              <w:rPr>
                <w:rFonts w:ascii="Malgun Gothic" w:hAnsi="Malgun Gothic" w:eastAsia="Malgun Gothic"/>
                <w:b w:val="0"/>
                <w:sz w:val="14"/>
              </w:rPr>
              <w:t>84.81012658227849</w:t>
            </w:r>
          </w:p>
        </w:tc>
        <w:tc>
          <w:tcPr>
            <w:tcW w:type="dxa" w:w="519"/>
            <w:vAlign w:val="center"/>
          </w:tcPr>
          <w:p>
            <w:r/>
            <w:r>
              <w:rPr>
                <w:rFonts w:ascii="Malgun Gothic" w:hAnsi="Malgun Gothic" w:eastAsia="Malgun Gothic"/>
                <w:b w:val="0"/>
                <w:sz w:val="14"/>
              </w:rPr>
              <w:t>47.4</w:t>
            </w:r>
          </w:p>
        </w:tc>
        <w:tc>
          <w:tcPr>
            <w:tcW w:type="dxa" w:w="519"/>
            <w:vAlign w:val="center"/>
          </w:tcPr>
          <w:p>
            <w:r/>
            <w:r>
              <w:rPr>
                <w:rFonts w:ascii="Malgun Gothic" w:hAnsi="Malgun Gothic" w:eastAsia="Malgun Gothic"/>
                <w:b w:val="0"/>
                <w:sz w:val="14"/>
              </w:rPr>
              <w:t>-0.5348350684983432</w:t>
            </w:r>
          </w:p>
        </w:tc>
        <w:tc>
          <w:tcPr>
            <w:tcW w:type="dxa" w:w="519"/>
            <w:vAlign w:val="center"/>
          </w:tcPr>
          <w:p>
            <w:r/>
            <w:r>
              <w:rPr>
                <w:rFonts w:ascii="Malgun Gothic" w:hAnsi="Malgun Gothic" w:eastAsia="Malgun Gothic"/>
                <w:b w:val="0"/>
                <w:sz w:val="14"/>
              </w:rPr>
              <w:t>-0.3427492372489644</w:t>
            </w:r>
          </w:p>
        </w:tc>
        <w:tc>
          <w:tcPr>
            <w:tcW w:type="dxa" w:w="519"/>
            <w:vAlign w:val="center"/>
          </w:tcPr>
          <w:p>
            <w:r/>
            <w:r>
              <w:rPr>
                <w:rFonts w:ascii="Malgun Gothic" w:hAnsi="Malgun Gothic" w:eastAsia="Malgun Gothic"/>
                <w:b w:val="0"/>
                <w:sz w:val="14"/>
              </w:rPr>
              <w:t>0.10498857391667553</w:t>
            </w:r>
          </w:p>
        </w:tc>
        <w:tc>
          <w:tcPr>
            <w:tcW w:type="dxa" w:w="519"/>
            <w:vAlign w:val="center"/>
          </w:tcPr>
          <w:p>
            <w:r/>
            <w:r>
              <w:rPr>
                <w:rFonts w:ascii="Malgun Gothic" w:hAnsi="Malgun Gothic" w:eastAsia="Malgun Gothic"/>
                <w:b w:val="0"/>
                <w:sz w:val="14"/>
              </w:rPr>
              <w:t>-0.5834449653627578</w:t>
            </w:r>
          </w:p>
        </w:tc>
        <w:tc>
          <w:tcPr>
            <w:tcW w:type="dxa" w:w="519"/>
            <w:vAlign w:val="center"/>
          </w:tcPr>
          <w:p>
            <w:r/>
            <w:r>
              <w:rPr>
                <w:rFonts w:ascii="Malgun Gothic" w:hAnsi="Malgun Gothic" w:eastAsia="Malgun Gothic"/>
                <w:b w:val="0"/>
                <w:sz w:val="14"/>
              </w:rPr>
              <w:t>-0.33901017429834746</w:t>
            </w:r>
          </w:p>
        </w:tc>
        <w:tc>
          <w:tcPr>
            <w:tcW w:type="dxa" w:w="519"/>
            <w:vAlign w:val="center"/>
          </w:tcPr>
          <w:p>
            <w:r/>
            <w:r>
              <w:rPr>
                <w:rFonts w:ascii="Malgun Gothic" w:hAnsi="Malgun Gothic" w:eastAsia="Malgun Gothic"/>
                <w:b w:val="0"/>
                <w:sz w:val="14"/>
              </w:rPr>
              <w:t>0.30568967618362575</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-0.2051225841897676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0.0820771381258964</w:t>
            </w:r>
          </w:p>
        </w:tc>
        <w:tc>
          <w:tcPr>
            <w:tcW w:type="dxa" w:w="519"/>
            <w:vAlign w:val="center"/>
          </w:tcPr>
          <w:p>
            <w:r/>
            <w:r>
              <w:rPr>
                <w:rFonts w:ascii="Malgun Gothic" w:hAnsi="Malgun Gothic" w:eastAsia="Malgun Gothic"/>
                <w:b w:val="0"/>
                <w:sz w:val="14"/>
              </w:rPr>
              <w:t>229.9375411287588</w:t>
            </w:r>
          </w:p>
        </w:tc>
        <w:tc>
          <w:tcPr>
            <w:tcW w:type="dxa" w:w="519"/>
            <w:vAlign w:val="center"/>
          </w:tcPr>
          <w:p>
            <w:r/>
            <w:r>
              <w:rPr>
                <w:rFonts w:ascii="Malgun Gothic" w:hAnsi="Malgun Gothic" w:eastAsia="Malgun Gothic"/>
                <w:b w:val="0"/>
                <w:sz w:val="14"/>
              </w:rPr>
              <w:t>75.9208218491606</w:t>
            </w:r>
          </w:p>
        </w:tc>
        <w:tc>
          <w:tcPr>
            <w:tcW w:type="dxa" w:w="519"/>
            <w:vAlign w:val="center"/>
          </w:tcPr>
          <w:p>
            <w:r/>
            <w:r>
              <w:rPr>
                <w:rFonts w:ascii="Malgun Gothic" w:hAnsi="Malgun Gothic" w:eastAsia="Malgun Gothic"/>
                <w:b w:val="0"/>
                <w:sz w:val="14"/>
              </w:rPr>
              <w:t>239.46</w:t>
            </w:r>
          </w:p>
        </w:tc>
        <w:tc>
          <w:tcPr>
            <w:tcW w:type="dxa" w:w="519"/>
            <w:vAlign w:val="center"/>
          </w:tcPr>
          <w:p>
            <w:r/>
            <w:r>
              <w:rPr>
                <w:rFonts w:ascii="Malgun Gothic" w:hAnsi="Malgun Gothic" w:eastAsia="Malgun Gothic"/>
                <w:b w:val="0"/>
                <w:sz w:val="14"/>
              </w:rPr>
              <w:t>0.48304152855143473</w:t>
            </w:r>
          </w:p>
        </w:tc>
        <w:tc>
          <w:tcPr>
            <w:tcW w:type="dxa" w:w="519"/>
            <w:vAlign w:val="center"/>
          </w:tcPr>
          <w:p>
            <w:r/>
            <w:r>
              <w:rPr>
                <w:rFonts w:ascii="Malgun Gothic" w:hAnsi="Malgun Gothic" w:eastAsia="Malgun Gothic"/>
                <w:b w:val="0"/>
                <w:sz w:val="14"/>
              </w:rPr>
              <w:t>0.0036003713321039266</w:t>
            </w:r>
          </w:p>
        </w:tc>
        <w:tc>
          <w:tcPr>
            <w:tcW w:type="dxa" w:w="519"/>
            <w:vAlign w:val="center"/>
          </w:tcPr>
          <w:p>
            <w:r/>
            <w:r>
              <w:rPr>
                <w:rFonts w:ascii="Malgun Gothic" w:hAnsi="Malgun Gothic" w:eastAsia="Malgun Gothic"/>
                <w:b w:val="0"/>
                <w:sz w:val="14"/>
              </w:rPr>
              <w:t>-0.35279869364942634</w:t>
            </w:r>
          </w:p>
        </w:tc>
        <w:tc>
          <w:tcPr>
            <w:tcW w:type="dxa" w:w="519"/>
            <w:vAlign w:val="center"/>
          </w:tcPr>
          <w:p>
            <w:r/>
            <w:r>
              <w:rPr>
                <w:rFonts w:ascii="Malgun Gothic" w:hAnsi="Malgun Gothic" w:eastAsia="Malgun Gothic"/>
                <w:b w:val="0"/>
                <w:sz w:val="14"/>
              </w:rPr>
              <w:t>0.5447891662174565</w:t>
            </w:r>
          </w:p>
        </w:tc>
        <w:tc>
          <w:tcPr>
            <w:tcW w:type="dxa" w:w="519"/>
            <w:vAlign w:val="center"/>
          </w:tcPr>
          <w:p>
            <w:r/>
            <w:r>
              <w:rPr>
                <w:rFonts w:ascii="Malgun Gothic" w:hAnsi="Malgun Gothic" w:eastAsia="Malgun Gothic"/>
                <w:b w:val="0"/>
                <w:sz w:val="14"/>
              </w:rPr>
              <w:t>0.1696580931128922</w:t>
            </w:r>
          </w:p>
        </w:tc>
        <w:tc>
          <w:tcPr>
            <w:tcW w:type="dxa" w:w="519"/>
            <w:vAlign w:val="center"/>
          </w:tcPr>
          <w:p>
            <w:r/>
            <w:r>
              <w:rPr>
                <w:rFonts w:ascii="Malgun Gothic" w:hAnsi="Malgun Gothic" w:eastAsia="Malgun Gothic"/>
                <w:b w:val="0"/>
                <w:sz w:val="14"/>
              </w:rPr>
              <w:t>0.4204514737049085</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-0.08975976358276522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0.0604709573090076</w:t>
            </w:r>
          </w:p>
        </w:tc>
        <w:tc>
          <w:tcPr>
            <w:tcW w:type="dxa" w:w="519"/>
            <w:vAlign w:val="center"/>
          </w:tcPr>
          <w:p>
            <w:r/>
            <w:r>
              <w:rPr>
                <w:rFonts w:ascii="Malgun Gothic" w:hAnsi="Malgun Gothic" w:eastAsia="Malgun Gothic"/>
                <w:b w:val="0"/>
                <w:sz w:val="14"/>
              </w:rPr>
              <w:t>205.1170476207177</w:t>
            </w:r>
          </w:p>
        </w:tc>
        <w:tc>
          <w:tcPr>
            <w:tcW w:type="dxa" w:w="519"/>
            <w:vAlign w:val="center"/>
          </w:tcPr>
          <w:p>
            <w:r/>
            <w:r>
              <w:rPr>
                <w:rFonts w:ascii="Malgun Gothic" w:hAnsi="Malgun Gothic" w:eastAsia="Malgun Gothic"/>
                <w:b w:val="0"/>
                <w:sz w:val="14"/>
              </w:rPr>
              <w:t>87.30707210320205</w:t>
            </w:r>
          </w:p>
        </w:tc>
        <w:tc>
          <w:tcPr>
            <w:tcW w:type="dxa" w:w="519"/>
            <w:vAlign w:val="center"/>
          </w:tcPr>
          <w:p>
            <w:r/>
            <w:r>
              <w:rPr>
                <w:rFonts w:ascii="Malgun Gothic" w:hAnsi="Malgun Gothic" w:eastAsia="Malgun Gothic"/>
                <w:b w:val="0"/>
                <w:sz w:val="14"/>
              </w:rPr>
              <w:t>1041.84</w:t>
            </w:r>
          </w:p>
        </w:tc>
        <w:tc>
          <w:tcPr>
            <w:tcW w:type="dxa" w:w="519"/>
            <w:vAlign w:val="center"/>
          </w:tcPr>
          <w:p>
            <w:r/>
            <w:r>
              <w:rPr>
                <w:rFonts w:ascii="Malgun Gothic" w:hAnsi="Malgun Gothic" w:eastAsia="Malgun Gothic"/>
                <w:b w:val="0"/>
                <w:sz w:val="14"/>
              </w:rPr>
              <w:t>-0.2564864512207348</w:t>
            </w:r>
          </w:p>
        </w:tc>
        <w:tc>
          <w:tcPr>
            <w:tcW w:type="dxa" w:w="519"/>
            <w:vAlign w:val="center"/>
          </w:tcPr>
          <w:p>
            <w:r/>
            <w:r>
              <w:rPr>
                <w:rFonts w:ascii="Malgun Gothic" w:hAnsi="Malgun Gothic" w:eastAsia="Malgun Gothic"/>
                <w:b w:val="0"/>
                <w:sz w:val="14"/>
              </w:rPr>
              <w:t>-0.8873905693381575</w:t>
            </w:r>
          </w:p>
        </w:tc>
        <w:tc>
          <w:tcPr>
            <w:tcW w:type="dxa" w:w="519"/>
            <w:vAlign w:val="center"/>
          </w:tcPr>
          <w:p>
            <w:r/>
            <w:r>
              <w:rPr>
                <w:rFonts w:ascii="Malgun Gothic" w:hAnsi="Malgun Gothic" w:eastAsia="Malgun Gothic"/>
                <w:b w:val="0"/>
                <w:sz w:val="14"/>
              </w:rPr>
              <w:t>0.2335779182583547</w:t>
            </w:r>
          </w:p>
        </w:tc>
        <w:tc>
          <w:tcPr>
            <w:tcW w:type="dxa" w:w="519"/>
            <w:vAlign w:val="center"/>
          </w:tcPr>
          <w:p>
            <w:r/>
            <w:r>
              <w:rPr>
                <w:rFonts w:ascii="Malgun Gothic" w:hAnsi="Malgun Gothic" w:eastAsia="Malgun Gothic"/>
                <w:b w:val="0"/>
                <w:sz w:val="14"/>
              </w:rPr>
              <w:t>5.258277151728924</w:t>
            </w:r>
          </w:p>
        </w:tc>
        <w:tc>
          <w:tcPr>
            <w:tcW w:type="dxa" w:w="519"/>
            <w:vAlign w:val="center"/>
          </w:tcPr>
          <w:p>
            <w:r/>
            <w:r>
              <w:rPr>
                <w:rFonts w:ascii="Malgun Gothic" w:hAnsi="Malgun Gothic" w:eastAsia="Malgun Gothic"/>
                <w:b w:val="0"/>
                <w:sz w:val="14"/>
              </w:rPr>
              <w:t>1.0869945123570965</w:t>
            </w:r>
          </w:p>
        </w:tc>
        <w:tc>
          <w:tcPr>
            <w:tcW w:type="dxa" w:w="519"/>
            <w:vAlign w:val="center"/>
          </w:tcPr>
          <w:p>
            <w:r/>
            <w:r>
              <w:rPr>
                <w:rFonts w:ascii="Malgun Gothic" w:hAnsi="Malgun Gothic" w:eastAsia="Malgun Gothic"/>
                <w:b w:val="0"/>
                <w:sz w:val="14"/>
              </w:rPr>
              <w:t>0.6274138166479385</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0.2729454850838602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0.0225888956338167</w:t>
            </w:r>
          </w:p>
        </w:tc>
        <w:tc>
          <w:tcPr>
            <w:tcW w:type="dxa" w:w="519"/>
            <w:vAlign w:val="center"/>
          </w:tcPr>
          <w:p>
            <w:r/>
            <w:r>
              <w:rPr>
                <w:rFonts w:ascii="Malgun Gothic" w:hAnsi="Malgun Gothic" w:eastAsia="Malgun Gothic"/>
                <w:b w:val="0"/>
                <w:sz w:val="14"/>
              </w:rPr>
              <w:t>214.67391456875907</w:t>
            </w:r>
          </w:p>
        </w:tc>
        <w:tc>
          <w:tcPr>
            <w:tcW w:type="dxa" w:w="519"/>
            <w:vAlign w:val="center"/>
          </w:tcPr>
          <w:p>
            <w:r/>
            <w:r>
              <w:rPr>
                <w:rFonts w:ascii="Malgun Gothic" w:hAnsi="Malgun Gothic" w:eastAsia="Malgun Gothic"/>
                <w:b w:val="0"/>
                <w:sz w:val="14"/>
              </w:rPr>
              <w:t>91.2280701754386</w:t>
            </w:r>
          </w:p>
        </w:tc>
        <w:tc>
          <w:tcPr>
            <w:tcW w:type="dxa" w:w="519"/>
            <w:vAlign w:val="center"/>
          </w:tcPr>
          <w:p>
            <w:r/>
            <w:r>
              <w:rPr>
                <w:rFonts w:ascii="Malgun Gothic" w:hAnsi="Malgun Gothic" w:eastAsia="Malgun Gothic"/>
                <w:b w:val="0"/>
                <w:sz w:val="14"/>
              </w:rPr>
              <w:t>17.1</w:t>
            </w:r>
          </w:p>
        </w:tc>
        <w:tc>
          <w:tcPr>
            <w:tcW w:type="dxa" w:w="519"/>
            <w:vAlign w:val="center"/>
          </w:tcPr>
          <w:p>
            <w:r/>
            <w:r>
              <w:rPr>
                <w:rFonts w:ascii="Malgun Gothic" w:hAnsi="Malgun Gothic" w:eastAsia="Malgun Gothic"/>
                <w:b w:val="0"/>
                <w:sz w:val="14"/>
              </w:rPr>
              <w:t>-1.5530989704661737</w:t>
            </w:r>
          </w:p>
        </w:tc>
        <w:tc>
          <w:tcPr>
            <w:tcW w:type="dxa" w:w="519"/>
            <w:vAlign w:val="center"/>
          </w:tcPr>
          <w:p>
            <w:r/>
            <w:r>
              <w:rPr>
                <w:rFonts w:ascii="Malgun Gothic" w:hAnsi="Malgun Gothic" w:eastAsia="Malgun Gothic"/>
                <w:b w:val="0"/>
                <w:sz w:val="14"/>
              </w:rPr>
              <w:t>-0.5443239873164389</w:t>
            </w:r>
          </w:p>
        </w:tc>
        <w:tc>
          <w:tcPr>
            <w:tcW w:type="dxa" w:w="519"/>
            <w:vAlign w:val="center"/>
          </w:tcPr>
          <w:p>
            <w:r/>
            <w:r>
              <w:rPr>
                <w:rFonts w:ascii="Malgun Gothic" w:hAnsi="Malgun Gothic" w:eastAsia="Malgun Gothic"/>
                <w:b w:val="0"/>
                <w:sz w:val="14"/>
              </w:rPr>
              <w:t>0.4355040584359729</w:t>
            </w:r>
          </w:p>
        </w:tc>
        <w:tc>
          <w:tcPr>
            <w:tcW w:type="dxa" w:w="519"/>
            <w:vAlign w:val="center"/>
          </w:tcPr>
          <w:p>
            <w:r/>
            <w:r>
              <w:rPr>
                <w:rFonts w:ascii="Malgun Gothic" w:hAnsi="Malgun Gothic" w:eastAsia="Malgun Gothic"/>
                <w:b w:val="0"/>
                <w:sz w:val="14"/>
              </w:rPr>
              <w:t>-0.7614387911821919</w:t>
            </w:r>
          </w:p>
        </w:tc>
        <w:tc>
          <w:tcPr>
            <w:tcW w:type="dxa" w:w="519"/>
            <w:vAlign w:val="center"/>
          </w:tcPr>
          <w:p>
            <w:r/>
            <w:r>
              <w:rPr>
                <w:rFonts w:ascii="Malgun Gothic" w:hAnsi="Malgun Gothic" w:eastAsia="Malgun Gothic"/>
                <w:b w:val="0"/>
                <w:sz w:val="14"/>
              </w:rPr>
              <w:t>-0.6058394226322079</w:t>
            </w:r>
          </w:p>
        </w:tc>
        <w:tc>
          <w:tcPr>
            <w:tcW w:type="dxa" w:w="519"/>
            <w:vAlign w:val="center"/>
          </w:tcPr>
          <w:p>
            <w:r/>
            <w:r>
              <w:rPr>
                <w:rFonts w:ascii="Malgun Gothic" w:hAnsi="Malgun Gothic" w:eastAsia="Malgun Gothic"/>
                <w:b w:val="0"/>
                <w:sz w:val="14"/>
              </w:rPr>
              <w:t>0.24548972636979172</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-0.23977499840367278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0.0605529174208641</w:t>
            </w:r>
          </w:p>
        </w:tc>
        <w:tc>
          <w:tcPr>
            <w:tcW w:type="dxa" w:w="519"/>
            <w:vAlign w:val="center"/>
          </w:tcPr>
          <w:p>
            <w:r/>
            <w:r>
              <w:rPr>
                <w:rFonts w:ascii="Malgun Gothic" w:hAnsi="Malgun Gothic" w:eastAsia="Malgun Gothic"/>
                <w:b w:val="0"/>
                <w:sz w:val="14"/>
              </w:rPr>
              <w:t>287.84437392619867</w:t>
            </w:r>
          </w:p>
        </w:tc>
        <w:tc>
          <w:tcPr>
            <w:tcW w:type="dxa" w:w="519"/>
            <w:vAlign w:val="center"/>
          </w:tcPr>
          <w:p>
            <w:r/>
            <w:r>
              <w:rPr>
                <w:rFonts w:ascii="Malgun Gothic" w:hAnsi="Malgun Gothic" w:eastAsia="Malgun Gothic"/>
                <w:b w:val="0"/>
                <w:sz w:val="14"/>
              </w:rPr>
              <w:t>88.61726508785331</w:t>
            </w:r>
          </w:p>
        </w:tc>
        <w:tc>
          <w:tcPr>
            <w:tcW w:type="dxa" w:w="519"/>
            <w:vAlign w:val="center"/>
          </w:tcPr>
          <w:p>
            <w:r/>
            <w:r>
              <w:rPr>
                <w:rFonts w:ascii="Malgun Gothic" w:hAnsi="Malgun Gothic" w:eastAsia="Malgun Gothic"/>
                <w:b w:val="0"/>
                <w:sz w:val="14"/>
              </w:rPr>
              <w:t>78.54</w:t>
            </w:r>
          </w:p>
        </w:tc>
        <w:tc>
          <w:tcPr>
            <w:tcW w:type="dxa" w:w="519"/>
            <w:vAlign w:val="center"/>
          </w:tcPr>
          <w:p>
            <w:r/>
            <w:r>
              <w:rPr>
                <w:rFonts w:ascii="Malgun Gothic" w:hAnsi="Malgun Gothic" w:eastAsia="Malgun Gothic"/>
                <w:b w:val="0"/>
                <w:sz w:val="14"/>
              </w:rPr>
              <w:t>-0.2536811522899883</w:t>
            </w:r>
          </w:p>
        </w:tc>
        <w:tc>
          <w:tcPr>
            <w:tcW w:type="dxa" w:w="519"/>
            <w:vAlign w:val="center"/>
          </w:tcPr>
          <w:p>
            <w:r/>
            <w:r>
              <w:rPr>
                <w:rFonts w:ascii="Malgun Gothic" w:hAnsi="Malgun Gothic" w:eastAsia="Malgun Gothic"/>
                <w:b w:val="0"/>
                <w:sz w:val="14"/>
              </w:rPr>
              <w:t>2.08230454410415</w:t>
            </w:r>
          </w:p>
        </w:tc>
        <w:tc>
          <w:tcPr>
            <w:tcW w:type="dxa" w:w="519"/>
            <w:vAlign w:val="center"/>
          </w:tcPr>
          <w:p>
            <w:r/>
            <w:r>
              <w:rPr>
                <w:rFonts w:ascii="Malgun Gothic" w:hAnsi="Malgun Gothic" w:eastAsia="Malgun Gothic"/>
                <w:b w:val="0"/>
                <w:sz w:val="14"/>
              </w:rPr>
              <w:t>0.3010510991690293</w:t>
            </w:r>
          </w:p>
        </w:tc>
        <w:tc>
          <w:tcPr>
            <w:tcW w:type="dxa" w:w="519"/>
            <w:vAlign w:val="center"/>
          </w:tcPr>
          <w:p>
            <w:r/>
            <w:r>
              <w:rPr>
                <w:rFonts w:ascii="Malgun Gothic" w:hAnsi="Malgun Gothic" w:eastAsia="Malgun Gothic"/>
                <w:b w:val="0"/>
                <w:sz w:val="14"/>
              </w:rPr>
              <w:t>-0.4005166572433791</w:t>
            </w:r>
          </w:p>
        </w:tc>
        <w:tc>
          <w:tcPr>
            <w:tcW w:type="dxa" w:w="519"/>
            <w:vAlign w:val="center"/>
          </w:tcPr>
          <w:p>
            <w:r/>
            <w:r>
              <w:rPr>
                <w:rFonts w:ascii="Malgun Gothic" w:hAnsi="Malgun Gothic" w:eastAsia="Malgun Gothic"/>
                <w:b w:val="0"/>
                <w:sz w:val="14"/>
              </w:rPr>
              <w:t>0.432289458434953</w:t>
            </w:r>
          </w:p>
        </w:tc>
        <w:tc>
          <w:tcPr>
            <w:tcW w:type="dxa" w:w="519"/>
            <w:vAlign w:val="center"/>
          </w:tcPr>
          <w:p>
            <w:r/>
            <w:r>
              <w:rPr>
                <w:rFonts w:ascii="Malgun Gothic" w:hAnsi="Malgun Gothic" w:eastAsia="Malgun Gothic"/>
                <w:b w:val="0"/>
                <w:sz w:val="14"/>
              </w:rPr>
              <w:t>0.4797043296442416</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-0.0927645501741794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0.0469783395528793</w:t>
            </w:r>
          </w:p>
        </w:tc>
        <w:tc>
          <w:tcPr>
            <w:tcW w:type="dxa" w:w="519"/>
            <w:vAlign w:val="center"/>
          </w:tcPr>
          <w:p>
            <w:r/>
            <w:r>
              <w:rPr>
                <w:rFonts w:ascii="Malgun Gothic" w:hAnsi="Malgun Gothic" w:eastAsia="Malgun Gothic"/>
                <w:b w:val="0"/>
                <w:sz w:val="14"/>
              </w:rPr>
              <w:t>256.5968057657951</w:t>
            </w:r>
          </w:p>
        </w:tc>
        <w:tc>
          <w:tcPr>
            <w:tcW w:type="dxa" w:w="519"/>
            <w:vAlign w:val="center"/>
          </w:tcPr>
          <w:p>
            <w:r/>
            <w:r>
              <w:rPr>
                <w:rFonts w:ascii="Malgun Gothic" w:hAnsi="Malgun Gothic" w:eastAsia="Malgun Gothic"/>
                <w:b w:val="0"/>
                <w:sz w:val="14"/>
              </w:rPr>
              <w:t>55.48098434004474</w:t>
            </w:r>
          </w:p>
        </w:tc>
        <w:tc>
          <w:tcPr>
            <w:tcW w:type="dxa" w:w="519"/>
            <w:vAlign w:val="center"/>
          </w:tcPr>
          <w:p>
            <w:r/>
            <w:r>
              <w:rPr>
                <w:rFonts w:ascii="Malgun Gothic" w:hAnsi="Malgun Gothic" w:eastAsia="Malgun Gothic"/>
                <w:b w:val="0"/>
                <w:sz w:val="14"/>
              </w:rPr>
              <w:t>201.15</w:t>
            </w:r>
          </w:p>
        </w:tc>
        <w:tc>
          <w:tcPr>
            <w:tcW w:type="dxa" w:w="519"/>
            <w:vAlign w:val="center"/>
          </w:tcPr>
          <w:p>
            <w:r/>
            <w:r>
              <w:rPr>
                <w:rFonts w:ascii="Malgun Gothic" w:hAnsi="Malgun Gothic" w:eastAsia="Malgun Gothic"/>
                <w:b w:val="0"/>
                <w:sz w:val="14"/>
              </w:rPr>
              <w:t>-0.7183065403698585</w:t>
            </w:r>
          </w:p>
        </w:tc>
        <w:tc>
          <w:tcPr>
            <w:tcW w:type="dxa" w:w="519"/>
            <w:vAlign w:val="center"/>
          </w:tcPr>
          <w:p>
            <w:r/>
            <w:r>
              <w:rPr>
                <w:rFonts w:ascii="Malgun Gothic" w:hAnsi="Malgun Gothic" w:eastAsia="Malgun Gothic"/>
                <w:b w:val="0"/>
                <w:sz w:val="14"/>
              </w:rPr>
              <w:t>0.9605983967273332</w:t>
            </w:r>
          </w:p>
        </w:tc>
        <w:tc>
          <w:tcPr>
            <w:tcW w:type="dxa" w:w="519"/>
            <w:vAlign w:val="center"/>
          </w:tcPr>
          <w:p>
            <w:r/>
            <w:r>
              <w:rPr>
                <w:rFonts w:ascii="Malgun Gothic" w:hAnsi="Malgun Gothic" w:eastAsia="Malgun Gothic"/>
                <w:b w:val="0"/>
                <w:sz w:val="14"/>
              </w:rPr>
              <w:t>-1.4054229025971277</w:t>
            </w:r>
          </w:p>
        </w:tc>
        <w:tc>
          <w:tcPr>
            <w:tcW w:type="dxa" w:w="519"/>
            <w:vAlign w:val="center"/>
          </w:tcPr>
          <w:p>
            <w:r/>
            <w:r>
              <w:rPr>
                <w:rFonts w:ascii="Malgun Gothic" w:hAnsi="Malgun Gothic" w:eastAsia="Malgun Gothic"/>
                <w:b w:val="0"/>
                <w:sz w:val="14"/>
              </w:rPr>
              <w:t>0.31974152703783554</w:t>
            </w:r>
          </w:p>
        </w:tc>
        <w:tc>
          <w:tcPr>
            <w:tcW w:type="dxa" w:w="519"/>
            <w:vAlign w:val="center"/>
          </w:tcPr>
          <w:p>
            <w:r/>
            <w:r>
              <w:rPr>
                <w:rFonts w:ascii="Malgun Gothic" w:hAnsi="Malgun Gothic" w:eastAsia="Malgun Gothic"/>
                <w:b w:val="0"/>
                <w:sz w:val="14"/>
              </w:rPr>
              <w:t>-0.21084737980045434</w:t>
            </w:r>
          </w:p>
        </w:tc>
        <w:tc>
          <w:tcPr>
            <w:tcW w:type="dxa" w:w="519"/>
            <w:vAlign w:val="center"/>
          </w:tcPr>
          <w:p>
            <w:r/>
            <w:r>
              <w:rPr>
                <w:rFonts w:ascii="Malgun Gothic" w:hAnsi="Malgun Gothic" w:eastAsia="Malgun Gothic"/>
                <w:b w:val="0"/>
                <w:sz w:val="14"/>
              </w:rPr>
              <w:t>0.3346047739285337</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-0.1314057595893658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0.034574244171381</w:t>
            </w:r>
          </w:p>
        </w:tc>
        <w:tc>
          <w:tcPr>
            <w:tcW w:type="dxa" w:w="519"/>
            <w:vAlign w:val="center"/>
          </w:tcPr>
          <w:p>
            <w:r/>
            <w:r>
              <w:rPr>
                <w:rFonts w:ascii="Malgun Gothic" w:hAnsi="Malgun Gothic" w:eastAsia="Malgun Gothic"/>
                <w:b w:val="0"/>
                <w:sz w:val="14"/>
              </w:rPr>
              <w:t>212.6149382327445</w:t>
            </w:r>
          </w:p>
        </w:tc>
        <w:tc>
          <w:tcPr>
            <w:tcW w:type="dxa" w:w="519"/>
            <w:vAlign w:val="center"/>
          </w:tcPr>
          <w:p>
            <w:r/>
            <w:r>
              <w:rPr>
                <w:rFonts w:ascii="Malgun Gothic" w:hAnsi="Malgun Gothic" w:eastAsia="Malgun Gothic"/>
                <w:b w:val="0"/>
                <w:sz w:val="14"/>
              </w:rPr>
              <w:t>110.1996171725458</w:t>
            </w:r>
          </w:p>
        </w:tc>
        <w:tc>
          <w:tcPr>
            <w:tcW w:type="dxa" w:w="519"/>
            <w:vAlign w:val="center"/>
          </w:tcPr>
          <w:p>
            <w:r/>
            <w:r>
              <w:rPr>
                <w:rFonts w:ascii="Malgun Gothic" w:hAnsi="Malgun Gothic" w:eastAsia="Malgun Gothic"/>
                <w:b w:val="0"/>
                <w:sz w:val="14"/>
              </w:rPr>
              <w:t>219.42</w:t>
            </w:r>
          </w:p>
        </w:tc>
        <w:tc>
          <w:tcPr>
            <w:tcW w:type="dxa" w:w="519"/>
            <w:vAlign w:val="center"/>
          </w:tcPr>
          <w:p>
            <w:r/>
            <w:r>
              <w:rPr>
                <w:rFonts w:ascii="Malgun Gothic" w:hAnsi="Malgun Gothic" w:eastAsia="Malgun Gothic"/>
                <w:b w:val="0"/>
                <w:sz w:val="14"/>
              </w:rPr>
              <w:t>-1.1428691077260655</w:t>
            </w:r>
          </w:p>
        </w:tc>
        <w:tc>
          <w:tcPr>
            <w:tcW w:type="dxa" w:w="519"/>
            <w:vAlign w:val="center"/>
          </w:tcPr>
          <w:p>
            <w:r/>
            <w:r>
              <w:rPr>
                <w:rFonts w:ascii="Malgun Gothic" w:hAnsi="Malgun Gothic" w:eastAsia="Malgun Gothic"/>
                <w:b w:val="0"/>
                <w:sz w:val="14"/>
              </w:rPr>
              <w:t>-0.6182358642841191</w:t>
            </w:r>
          </w:p>
        </w:tc>
        <w:tc>
          <w:tcPr>
            <w:tcW w:type="dxa" w:w="519"/>
            <w:vAlign w:val="center"/>
          </w:tcPr>
          <w:p>
            <w:r/>
            <w:r>
              <w:rPr>
                <w:rFonts w:ascii="Malgun Gothic" w:hAnsi="Malgun Gothic" w:eastAsia="Malgun Gothic"/>
                <w:b w:val="0"/>
                <w:sz w:val="14"/>
              </w:rPr>
              <w:t>1.4125132759230405</w:t>
            </w:r>
          </w:p>
        </w:tc>
        <w:tc>
          <w:tcPr>
            <w:tcW w:type="dxa" w:w="519"/>
            <w:vAlign w:val="center"/>
          </w:tcPr>
          <w:p>
            <w:r/>
            <w:r>
              <w:rPr>
                <w:rFonts w:ascii="Malgun Gothic" w:hAnsi="Malgun Gothic" w:eastAsia="Malgun Gothic"/>
                <w:b w:val="0"/>
                <w:sz w:val="14"/>
              </w:rPr>
              <w:t>0.4270665170616328</w:t>
            </w:r>
          </w:p>
        </w:tc>
        <w:tc>
          <w:tcPr>
            <w:tcW w:type="dxa" w:w="519"/>
            <w:vAlign w:val="center"/>
          </w:tcPr>
          <w:p>
            <w:r/>
            <w:r>
              <w:rPr>
                <w:rFonts w:ascii="Malgun Gothic" w:hAnsi="Malgun Gothic" w:eastAsia="Malgun Gothic"/>
                <w:b w:val="0"/>
                <w:sz w:val="14"/>
              </w:rPr>
              <w:t>0.019618705243622137</w:t>
            </w:r>
          </w:p>
        </w:tc>
        <w:tc>
          <w:tcPr>
            <w:tcW w:type="dxa" w:w="519"/>
            <w:vAlign w:val="center"/>
          </w:tcPr>
          <w:p>
            <w:r/>
            <w:r>
              <w:rPr>
                <w:rFonts w:ascii="Malgun Gothic" w:hAnsi="Malgun Gothic" w:eastAsia="Malgun Gothic"/>
                <w:b w:val="0"/>
                <w:sz w:val="14"/>
              </w:rPr>
              <w:t>0.38660074828320723</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-0.10611487565451799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0.1157152205705642</w:t>
            </w:r>
          </w:p>
        </w:tc>
        <w:tc>
          <w:tcPr>
            <w:tcW w:type="dxa" w:w="519"/>
            <w:vAlign w:val="center"/>
          </w:tcPr>
          <w:p>
            <w:r/>
            <w:r>
              <w:rPr>
                <w:rFonts w:ascii="Malgun Gothic" w:hAnsi="Malgun Gothic" w:eastAsia="Malgun Gothic"/>
                <w:b w:val="0"/>
                <w:sz w:val="14"/>
              </w:rPr>
              <w:t>277.45412075667286</w:t>
            </w:r>
          </w:p>
        </w:tc>
        <w:tc>
          <w:tcPr>
            <w:tcW w:type="dxa" w:w="519"/>
            <w:vAlign w:val="center"/>
          </w:tcPr>
          <w:p>
            <w:r/>
            <w:r>
              <w:rPr>
                <w:rFonts w:ascii="Malgun Gothic" w:hAnsi="Malgun Gothic" w:eastAsia="Malgun Gothic"/>
                <w:b w:val="0"/>
                <w:sz w:val="14"/>
              </w:rPr>
              <w:t>76.92307692307692</w:t>
            </w:r>
          </w:p>
        </w:tc>
        <w:tc>
          <w:tcPr>
            <w:tcW w:type="dxa" w:w="519"/>
            <w:vAlign w:val="center"/>
          </w:tcPr>
          <w:p>
            <w:r/>
            <w:r>
              <w:rPr>
                <w:rFonts w:ascii="Malgun Gothic" w:hAnsi="Malgun Gothic" w:eastAsia="Malgun Gothic"/>
                <w:b w:val="0"/>
                <w:sz w:val="14"/>
              </w:rPr>
              <w:t>2.34</w:t>
            </w:r>
          </w:p>
        </w:tc>
        <w:tc>
          <w:tcPr>
            <w:tcW w:type="dxa" w:w="519"/>
            <w:vAlign w:val="center"/>
          </w:tcPr>
          <w:p>
            <w:r/>
            <w:r>
              <w:rPr>
                <w:rFonts w:ascii="Malgun Gothic" w:hAnsi="Malgun Gothic" w:eastAsia="Malgun Gothic"/>
                <w:b w:val="0"/>
                <w:sz w:val="14"/>
              </w:rPr>
              <w:t>1.6343927721858456</w:t>
            </w:r>
          </w:p>
        </w:tc>
        <w:tc>
          <w:tcPr>
            <w:tcW w:type="dxa" w:w="519"/>
            <w:vAlign w:val="center"/>
          </w:tcPr>
          <w:p>
            <w:r/>
            <w:r>
              <w:rPr>
                <w:rFonts w:ascii="Malgun Gothic" w:hAnsi="Malgun Gothic" w:eastAsia="Malgun Gothic"/>
                <w:b w:val="0"/>
                <w:sz w:val="14"/>
              </w:rPr>
              <w:t>1.7093215716939207</w:t>
            </w:r>
          </w:p>
        </w:tc>
        <w:tc>
          <w:tcPr>
            <w:tcW w:type="dxa" w:w="519"/>
            <w:vAlign w:val="center"/>
          </w:tcPr>
          <w:p>
            <w:r/>
            <w:r>
              <w:rPr>
                <w:rFonts w:ascii="Malgun Gothic" w:hAnsi="Malgun Gothic" w:eastAsia="Malgun Gothic"/>
                <w:b w:val="0"/>
                <w:sz w:val="14"/>
              </w:rPr>
              <w:t>-0.3011839020017692</w:t>
            </w:r>
          </w:p>
        </w:tc>
        <w:tc>
          <w:tcPr>
            <w:tcW w:type="dxa" w:w="519"/>
            <w:vAlign w:val="center"/>
          </w:tcPr>
          <w:p>
            <w:r/>
            <w:r>
              <w:rPr>
                <w:rFonts w:ascii="Malgun Gothic" w:hAnsi="Malgun Gothic" w:eastAsia="Malgun Gothic"/>
                <w:b w:val="0"/>
                <w:sz w:val="14"/>
              </w:rPr>
              <w:t>-0.8481446944526488</w:t>
            </w:r>
          </w:p>
        </w:tc>
        <w:tc>
          <w:tcPr>
            <w:tcW w:type="dxa" w:w="519"/>
            <w:vAlign w:val="center"/>
          </w:tcPr>
          <w:p>
            <w:r/>
            <w:r>
              <w:rPr>
                <w:rFonts w:ascii="Malgun Gothic" w:hAnsi="Malgun Gothic" w:eastAsia="Malgun Gothic"/>
                <w:b w:val="0"/>
                <w:sz w:val="14"/>
              </w:rPr>
              <w:t>0.5485964368563371</w:t>
            </w:r>
          </w:p>
        </w:tc>
        <w:tc>
          <w:tcPr>
            <w:tcW w:type="dxa" w:w="519"/>
            <w:vAlign w:val="center"/>
          </w:tcPr>
          <w:p>
            <w:r/>
            <w:r>
              <w:rPr>
                <w:rFonts w:ascii="Malgun Gothic" w:hAnsi="Malgun Gothic" w:eastAsia="Malgun Gothic"/>
                <w:b w:val="0"/>
                <w:sz w:val="14"/>
              </w:rPr>
              <w:t>0.5059446099271789</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-0.11936664379672368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0.0352397561073303</w:t>
            </w:r>
          </w:p>
        </w:tc>
        <w:tc>
          <w:tcPr>
            <w:tcW w:type="dxa" w:w="519"/>
            <w:vAlign w:val="center"/>
          </w:tcPr>
          <w:p>
            <w:r/>
            <w:r>
              <w:rPr>
                <w:rFonts w:ascii="Malgun Gothic" w:hAnsi="Malgun Gothic" w:eastAsia="Malgun Gothic"/>
                <w:b w:val="0"/>
                <w:sz w:val="14"/>
              </w:rPr>
              <w:t>235.9310813929666</w:t>
            </w:r>
          </w:p>
        </w:tc>
        <w:tc>
          <w:tcPr>
            <w:tcW w:type="dxa" w:w="519"/>
            <w:vAlign w:val="center"/>
          </w:tcPr>
          <w:p>
            <w:r/>
            <w:r>
              <w:rPr>
                <w:rFonts w:ascii="Malgun Gothic" w:hAnsi="Malgun Gothic" w:eastAsia="Malgun Gothic"/>
                <w:b w:val="0"/>
                <w:sz w:val="14"/>
              </w:rPr>
              <w:t>88.88888888888889</w:t>
            </w:r>
          </w:p>
        </w:tc>
        <w:tc>
          <w:tcPr>
            <w:tcW w:type="dxa" w:w="519"/>
            <w:vAlign w:val="center"/>
          </w:tcPr>
          <w:p>
            <w:r/>
            <w:r>
              <w:rPr>
                <w:rFonts w:ascii="Malgun Gothic" w:hAnsi="Malgun Gothic" w:eastAsia="Malgun Gothic"/>
                <w:b w:val="0"/>
                <w:sz w:val="14"/>
              </w:rPr>
              <w:t>99.9</w:t>
            </w:r>
          </w:p>
        </w:tc>
        <w:tc>
          <w:tcPr>
            <w:tcW w:type="dxa" w:w="519"/>
            <w:vAlign w:val="center"/>
          </w:tcPr>
          <w:p>
            <w:r/>
            <w:r>
              <w:rPr>
                <w:rFonts w:ascii="Malgun Gothic" w:hAnsi="Malgun Gothic" w:eastAsia="Malgun Gothic"/>
                <w:b w:val="0"/>
                <w:sz w:val="14"/>
              </w:rPr>
              <w:t>-1.1200902232171408</w:t>
            </w:r>
          </w:p>
        </w:tc>
        <w:tc>
          <w:tcPr>
            <w:tcW w:type="dxa" w:w="519"/>
            <w:vAlign w:val="center"/>
          </w:tcPr>
          <w:p>
            <w:r/>
            <w:r>
              <w:rPr>
                <w:rFonts w:ascii="Malgun Gothic" w:hAnsi="Malgun Gothic" w:eastAsia="Malgun Gothic"/>
                <w:b w:val="0"/>
                <w:sz w:val="14"/>
              </w:rPr>
              <w:t>0.2187528249374902</w:t>
            </w:r>
          </w:p>
        </w:tc>
        <w:tc>
          <w:tcPr>
            <w:tcW w:type="dxa" w:w="519"/>
            <w:vAlign w:val="center"/>
          </w:tcPr>
          <w:p>
            <w:r/>
            <w:r>
              <w:rPr>
                <w:rFonts w:ascii="Malgun Gothic" w:hAnsi="Malgun Gothic" w:eastAsia="Malgun Gothic"/>
                <w:b w:val="0"/>
                <w:sz w:val="14"/>
              </w:rPr>
              <w:t>0.31503936050275677</w:t>
            </w:r>
          </w:p>
        </w:tc>
        <w:tc>
          <w:tcPr>
            <w:tcW w:type="dxa" w:w="519"/>
            <w:vAlign w:val="center"/>
          </w:tcPr>
          <w:p>
            <w:r/>
            <w:r>
              <w:rPr>
                <w:rFonts w:ascii="Malgun Gothic" w:hAnsi="Malgun Gothic" w:eastAsia="Malgun Gothic"/>
                <w:b w:val="0"/>
                <w:sz w:val="14"/>
              </w:rPr>
              <w:t>-0.27503982161621376</w:t>
            </w:r>
          </w:p>
        </w:tc>
        <w:tc>
          <w:tcPr>
            <w:tcW w:type="dxa" w:w="519"/>
            <w:vAlign w:val="center"/>
          </w:tcPr>
          <w:p>
            <w:r/>
            <w:r>
              <w:rPr>
                <w:rFonts w:ascii="Malgun Gothic" w:hAnsi="Malgun Gothic" w:eastAsia="Malgun Gothic"/>
                <w:b w:val="0"/>
                <w:sz w:val="14"/>
              </w:rPr>
              <w:t>-0.2153344648482769</w:t>
            </w:r>
          </w:p>
        </w:tc>
        <w:tc>
          <w:tcPr>
            <w:tcW w:type="dxa" w:w="519"/>
            <w:vAlign w:val="center"/>
          </w:tcPr>
          <w:p>
            <w:r/>
            <w:r>
              <w:rPr>
                <w:rFonts w:ascii="Malgun Gothic" w:hAnsi="Malgun Gothic" w:eastAsia="Malgun Gothic"/>
                <w:b w:val="0"/>
                <w:sz w:val="14"/>
              </w:rPr>
              <w:t>0.33359243252902065</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-0.16636143514392865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0.0401565991342067</w:t>
            </w:r>
          </w:p>
        </w:tc>
        <w:tc>
          <w:tcPr>
            <w:tcW w:type="dxa" w:w="519"/>
            <w:vAlign w:val="center"/>
          </w:tcPr>
          <w:p>
            <w:r/>
            <w:r>
              <w:rPr>
                <w:rFonts w:ascii="Malgun Gothic" w:hAnsi="Malgun Gothic" w:eastAsia="Malgun Gothic"/>
                <w:b w:val="0"/>
                <w:sz w:val="14"/>
              </w:rPr>
              <w:t>238.82405754514843</w:t>
            </w:r>
          </w:p>
        </w:tc>
        <w:tc>
          <w:tcPr>
            <w:tcW w:type="dxa" w:w="519"/>
            <w:vAlign w:val="center"/>
          </w:tcPr>
          <w:p>
            <w:r/>
            <w:r>
              <w:rPr>
                <w:rFonts w:ascii="Malgun Gothic" w:hAnsi="Malgun Gothic" w:eastAsia="Malgun Gothic"/>
                <w:b w:val="0"/>
                <w:sz w:val="14"/>
              </w:rPr>
              <w:t>77.75119617224881</w:t>
            </w:r>
          </w:p>
        </w:tc>
        <w:tc>
          <w:tcPr>
            <w:tcW w:type="dxa" w:w="519"/>
            <w:vAlign w:val="center"/>
          </w:tcPr>
          <w:p>
            <w:r/>
            <w:r>
              <w:rPr>
                <w:rFonts w:ascii="Malgun Gothic" w:hAnsi="Malgun Gothic" w:eastAsia="Malgun Gothic"/>
                <w:b w:val="0"/>
                <w:sz w:val="14"/>
              </w:rPr>
              <w:t>50.16</w:t>
            </w:r>
          </w:p>
        </w:tc>
        <w:tc>
          <w:tcPr>
            <w:tcW w:type="dxa" w:w="519"/>
            <w:vAlign w:val="center"/>
          </w:tcPr>
          <w:p>
            <w:r/>
            <w:r>
              <w:rPr>
                <w:rFonts w:ascii="Malgun Gothic" w:hAnsi="Malgun Gothic" w:eastAsia="Malgun Gothic"/>
                <w:b w:val="0"/>
                <w:sz w:val="14"/>
              </w:rPr>
              <w:t>-0.9517984264697704</w:t>
            </w:r>
          </w:p>
        </w:tc>
        <w:tc>
          <w:tcPr>
            <w:tcW w:type="dxa" w:w="519"/>
            <w:vAlign w:val="center"/>
          </w:tcPr>
          <w:p>
            <w:r/>
            <w:r>
              <w:rPr>
                <w:rFonts w:ascii="Malgun Gothic" w:hAnsi="Malgun Gothic" w:eastAsia="Malgun Gothic"/>
                <w:b w:val="0"/>
                <w:sz w:val="14"/>
              </w:rPr>
              <w:t>0.32260311874144104</w:t>
            </w:r>
          </w:p>
        </w:tc>
        <w:tc>
          <w:tcPr>
            <w:tcW w:type="dxa" w:w="519"/>
            <w:vAlign w:val="center"/>
          </w:tcPr>
          <w:p>
            <w:r/>
            <w:r>
              <w:rPr>
                <w:rFonts w:ascii="Malgun Gothic" w:hAnsi="Malgun Gothic" w:eastAsia="Malgun Gothic"/>
                <w:b w:val="0"/>
                <w:sz w:val="14"/>
              </w:rPr>
              <w:t>-0.2585368717019852</w:t>
            </w:r>
          </w:p>
        </w:tc>
        <w:tc>
          <w:tcPr>
            <w:tcW w:type="dxa" w:w="519"/>
            <w:vAlign w:val="center"/>
          </w:tcPr>
          <w:p>
            <w:r/>
            <w:r>
              <w:rPr>
                <w:rFonts w:ascii="Malgun Gothic" w:hAnsi="Malgun Gothic" w:eastAsia="Malgun Gothic"/>
                <w:b w:val="0"/>
                <w:sz w:val="14"/>
              </w:rPr>
              <w:t>-0.5672316663772252</w:t>
            </w:r>
          </w:p>
        </w:tc>
        <w:tc>
          <w:tcPr>
            <w:tcW w:type="dxa" w:w="519"/>
            <w:vAlign w:val="center"/>
          </w:tcPr>
          <w:p>
            <w:r/>
            <w:r>
              <w:rPr>
                <w:rFonts w:ascii="Malgun Gothic" w:hAnsi="Malgun Gothic" w:eastAsia="Malgun Gothic"/>
                <w:b w:val="0"/>
                <w:sz w:val="14"/>
              </w:rPr>
              <w:t>-0.36374096145188495</w:t>
            </w:r>
          </w:p>
        </w:tc>
        <w:tc>
          <w:tcPr>
            <w:tcW w:type="dxa" w:w="519"/>
            <w:vAlign w:val="center"/>
          </w:tcPr>
          <w:p>
            <w:r/>
            <w:r>
              <w:rPr>
                <w:rFonts w:ascii="Malgun Gothic" w:hAnsi="Malgun Gothic" w:eastAsia="Malgun Gothic"/>
                <w:b w:val="0"/>
                <w:sz w:val="14"/>
              </w:rPr>
              <w:t>0.300110107396486</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-0.19993251797424605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0.0239846743643283</w:t>
            </w:r>
          </w:p>
        </w:tc>
        <w:tc>
          <w:tcPr>
            <w:tcW w:type="dxa" w:w="519"/>
            <w:vAlign w:val="center"/>
          </w:tcPr>
          <w:p>
            <w:r/>
            <w:r>
              <w:rPr>
                <w:rFonts w:ascii="Malgun Gothic" w:hAnsi="Malgun Gothic" w:eastAsia="Malgun Gothic"/>
                <w:b w:val="0"/>
                <w:sz w:val="14"/>
              </w:rPr>
              <w:t>263.0961897956945</w:t>
            </w:r>
          </w:p>
        </w:tc>
        <w:tc>
          <w:tcPr>
            <w:tcW w:type="dxa" w:w="519"/>
            <w:vAlign w:val="center"/>
          </w:tcPr>
          <w:p>
            <w:r/>
            <w:r>
              <w:rPr>
                <w:rFonts w:ascii="Malgun Gothic" w:hAnsi="Malgun Gothic" w:eastAsia="Malgun Gothic"/>
                <w:b w:val="0"/>
                <w:sz w:val="14"/>
              </w:rPr>
              <w:t>56.17977528089887</w:t>
            </w:r>
          </w:p>
        </w:tc>
        <w:tc>
          <w:tcPr>
            <w:tcW w:type="dxa" w:w="519"/>
            <w:vAlign w:val="center"/>
          </w:tcPr>
          <w:p>
            <w:r/>
            <w:r>
              <w:rPr>
                <w:rFonts w:ascii="Malgun Gothic" w:hAnsi="Malgun Gothic" w:eastAsia="Malgun Gothic"/>
                <w:b w:val="0"/>
                <w:sz w:val="14"/>
              </w:rPr>
              <w:t>53.4</w:t>
            </w:r>
          </w:p>
        </w:tc>
        <w:tc>
          <w:tcPr>
            <w:tcW w:type="dxa" w:w="519"/>
            <w:vAlign w:val="center"/>
          </w:tcPr>
          <w:p>
            <w:r/>
            <w:r>
              <w:rPr>
                <w:rFonts w:ascii="Malgun Gothic" w:hAnsi="Malgun Gothic" w:eastAsia="Malgun Gothic"/>
                <w:b w:val="0"/>
                <w:sz w:val="14"/>
              </w:rPr>
              <w:t>-1.5053247972547121</w:t>
            </w:r>
          </w:p>
        </w:tc>
        <w:tc>
          <w:tcPr>
            <w:tcW w:type="dxa" w:w="519"/>
            <w:vAlign w:val="center"/>
          </w:tcPr>
          <w:p>
            <w:r/>
            <w:r>
              <w:rPr>
                <w:rFonts w:ascii="Malgun Gothic" w:hAnsi="Malgun Gothic" w:eastAsia="Malgun Gothic"/>
                <w:b w:val="0"/>
                <w:sz w:val="14"/>
              </w:rPr>
              <w:t>1.193909321375195</w:t>
            </w:r>
          </w:p>
        </w:tc>
        <w:tc>
          <w:tcPr>
            <w:tcW w:type="dxa" w:w="519"/>
            <w:vAlign w:val="center"/>
          </w:tcPr>
          <w:p>
            <w:r/>
            <w:r>
              <w:rPr>
                <w:rFonts w:ascii="Malgun Gothic" w:hAnsi="Malgun Gothic" w:eastAsia="Malgun Gothic"/>
                <w:b w:val="0"/>
                <w:sz w:val="14"/>
              </w:rPr>
              <w:t>-1.3694361066645109</w:t>
            </w:r>
          </w:p>
        </w:tc>
        <w:tc>
          <w:tcPr>
            <w:tcW w:type="dxa" w:w="519"/>
            <w:vAlign w:val="center"/>
          </w:tcPr>
          <w:p>
            <w:r/>
            <w:r>
              <w:rPr>
                <w:rFonts w:ascii="Malgun Gothic" w:hAnsi="Malgun Gothic" w:eastAsia="Malgun Gothic"/>
                <w:b w:val="0"/>
                <w:sz w:val="14"/>
              </w:rPr>
              <w:t>-0.5481986632202956</w:t>
            </w:r>
          </w:p>
        </w:tc>
        <w:tc>
          <w:tcPr>
            <w:tcW w:type="dxa" w:w="519"/>
            <w:vAlign w:val="center"/>
          </w:tcPr>
          <w:p>
            <w:r/>
            <w:r>
              <w:rPr>
                <w:rFonts w:ascii="Malgun Gothic" w:hAnsi="Malgun Gothic" w:eastAsia="Malgun Gothic"/>
                <w:b w:val="0"/>
                <w:sz w:val="14"/>
              </w:rPr>
              <w:t>-0.5572625614410809</w:t>
            </w:r>
          </w:p>
        </w:tc>
        <w:tc>
          <w:tcPr>
            <w:tcW w:type="dxa" w:w="519"/>
            <w:vAlign w:val="center"/>
          </w:tcPr>
          <w:p>
            <w:r/>
            <w:r>
              <w:rPr>
                <w:rFonts w:ascii="Malgun Gothic" w:hAnsi="Malgun Gothic" w:eastAsia="Malgun Gothic"/>
                <w:b w:val="0"/>
                <w:sz w:val="14"/>
              </w:rPr>
              <w:t>0.25644926181832123</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-0.21176394119076697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0.03632278367877</w:t>
            </w:r>
          </w:p>
        </w:tc>
        <w:tc>
          <w:tcPr>
            <w:tcW w:type="dxa" w:w="519"/>
            <w:vAlign w:val="center"/>
          </w:tcPr>
          <w:p>
            <w:r/>
            <w:r>
              <w:rPr>
                <w:rFonts w:ascii="Malgun Gothic" w:hAnsi="Malgun Gothic" w:eastAsia="Malgun Gothic"/>
                <w:b w:val="0"/>
                <w:sz w:val="14"/>
              </w:rPr>
              <w:t>215.6394287252864</w:t>
            </w:r>
          </w:p>
        </w:tc>
        <w:tc>
          <w:tcPr>
            <w:tcW w:type="dxa" w:w="519"/>
            <w:vAlign w:val="center"/>
          </w:tcPr>
          <w:p>
            <w:r/>
            <w:r>
              <w:rPr>
                <w:rFonts w:ascii="Malgun Gothic" w:hAnsi="Malgun Gothic" w:eastAsia="Malgun Gothic"/>
                <w:b w:val="0"/>
                <w:sz w:val="14"/>
              </w:rPr>
              <w:t>43.47826086956521</w:t>
            </w:r>
          </w:p>
        </w:tc>
        <w:tc>
          <w:tcPr>
            <w:tcW w:type="dxa" w:w="519"/>
            <w:vAlign w:val="center"/>
          </w:tcPr>
          <w:p>
            <w:r/>
            <w:r>
              <w:rPr>
                <w:rFonts w:ascii="Malgun Gothic" w:hAnsi="Malgun Gothic" w:eastAsia="Malgun Gothic"/>
                <w:b w:val="0"/>
                <w:sz w:val="14"/>
              </w:rPr>
              <w:t>75.9</w:t>
            </w:r>
          </w:p>
        </w:tc>
        <w:tc>
          <w:tcPr>
            <w:tcW w:type="dxa" w:w="519"/>
            <w:vAlign w:val="center"/>
          </w:tcPr>
          <w:p>
            <w:r/>
            <w:r>
              <w:rPr>
                <w:rFonts w:ascii="Malgun Gothic" w:hAnsi="Malgun Gothic" w:eastAsia="Malgun Gothic"/>
                <w:b w:val="0"/>
                <w:sz w:val="14"/>
              </w:rPr>
              <w:t>-1.0830207754173564</w:t>
            </w:r>
          </w:p>
        </w:tc>
        <w:tc>
          <w:tcPr>
            <w:tcW w:type="dxa" w:w="519"/>
            <w:vAlign w:val="center"/>
          </w:tcPr>
          <w:p>
            <w:r/>
            <w:r>
              <w:rPr>
                <w:rFonts w:ascii="Malgun Gothic" w:hAnsi="Malgun Gothic" w:eastAsia="Malgun Gothic"/>
                <w:b w:val="0"/>
                <w:sz w:val="14"/>
              </w:rPr>
              <w:t>-0.5096645488860132</w:t>
            </w:r>
          </w:p>
        </w:tc>
        <w:tc>
          <w:tcPr>
            <w:tcW w:type="dxa" w:w="519"/>
            <w:vAlign w:val="center"/>
          </w:tcPr>
          <w:p>
            <w:r/>
            <w:r>
              <w:rPr>
                <w:rFonts w:ascii="Malgun Gothic" w:hAnsi="Malgun Gothic" w:eastAsia="Malgun Gothic"/>
                <w:b w:val="0"/>
                <w:sz w:val="14"/>
              </w:rPr>
              <w:t>-2.0235470580703203</w:t>
            </w:r>
          </w:p>
        </w:tc>
        <w:tc>
          <w:tcPr>
            <w:tcW w:type="dxa" w:w="519"/>
            <w:vAlign w:val="center"/>
          </w:tcPr>
          <w:p>
            <w:r/>
            <w:r>
              <w:rPr>
                <w:rFonts w:ascii="Malgun Gothic" w:hAnsi="Malgun Gothic" w:eastAsia="Malgun Gothic"/>
                <w:b w:val="0"/>
                <w:sz w:val="14"/>
              </w:rPr>
              <w:t>-0.41602503018606246</w:t>
            </w:r>
          </w:p>
        </w:tc>
        <w:tc>
          <w:tcPr>
            <w:tcW w:type="dxa" w:w="519"/>
            <w:vAlign w:val="center"/>
          </w:tcPr>
          <w:p>
            <w:r/>
            <w:r>
              <w:rPr>
                <w:rFonts w:ascii="Malgun Gothic" w:hAnsi="Malgun Gothic" w:eastAsia="Malgun Gothic"/>
                <w:b w:val="0"/>
                <w:sz w:val="14"/>
              </w:rPr>
              <w:t>-1.0080643531399383</w:t>
            </w:r>
          </w:p>
        </w:tc>
        <w:tc>
          <w:tcPr>
            <w:tcW w:type="dxa" w:w="519"/>
            <w:vAlign w:val="center"/>
          </w:tcPr>
          <w:p>
            <w:r/>
            <w:r>
              <w:rPr>
                <w:rFonts w:ascii="Malgun Gothic" w:hAnsi="Malgun Gothic" w:eastAsia="Malgun Gothic"/>
                <w:b w:val="0"/>
                <w:sz w:val="14"/>
              </w:rPr>
              <w:t>0.15474285067443516</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-0.27028295832439925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21:34:59</w:t>
            </w:r>
          </w:p>
        </w:tc>
        <w:tc>
          <w:tcPr>
            <w:tcW w:type="dxa" w:w="519"/>
            <w:vAlign w:val="center"/>
          </w:tcPr>
          <w:p>
            <w:r/>
            <w:r>
              <w:rPr>
                <w:rFonts w:ascii="Malgun Gothic" w:hAnsi="Malgun Gothic" w:eastAsia="Malgun Gothic"/>
                <w:b w:val="0"/>
                <w:sz w:val="14"/>
              </w:rPr>
              <w:t>read_only</w:t>
            </w:r>
          </w:p>
        </w:tc>
      </w:tr>
    </w:tbl>
    <w:p/>
    <w:p>
      <w:r>
        <w:t>대용량 표의 앞/뒤 표본 및 구조 포함; 원본 전수 행은 데이터 부록 ZIP 포함</w:t>
      </w:r>
    </w:p>
    <w:p>
      <w:r>
        <w:rPr>
          <w:b/>
        </w:rPr>
        <w:t>산출물 CSV: research_continuity/02_asis_same_method_reproduction/runs/20260705_221100/actual_same_method_reproduced_stress_index_v153.csv (행 998, 열 19)</w:t>
      </w:r>
    </w:p>
    <w:tbl>
      <w:tblPr>
        <w:tblStyle w:val="TableGrid"/>
        <w:tblW w:type="auto" w:w="0"/>
        <w:jc w:val="center"/>
        <w:tblLook w:firstColumn="1" w:firstRow="1" w:lastColumn="0" w:lastRow="0" w:noHBand="0" w:noVBand="1" w:val="04A0"/>
      </w:tblPr>
      <w:tblGrid>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519"/>
      </w:tblGrid>
      <w:tr>
        <w:trPr>
          <w:tblHeader w:val="true"/>
          <w:cantSplit/>
        </w:trPr>
        <w:tc>
          <w:tcPr>
            <w:tcW w:type="dxa" w:w="519"/>
          </w:tcPr>
          <w:p>
            <w:r/>
            <w:r>
              <w:rPr>
                <w:rFonts w:ascii="Malgun Gothic" w:hAnsi="Malgun Gothic" w:eastAsia="Malgun Gothic"/>
                <w:b/>
                <w:sz w:val="14"/>
              </w:rPr>
              <w:t>stress_score</w:t>
            </w:r>
          </w:p>
        </w:tc>
        <w:tc>
          <w:tcPr>
            <w:tcW w:type="dxa" w:w="519"/>
          </w:tcPr>
          <w:p>
            <w:r/>
            <w:r>
              <w:rPr>
                <w:rFonts w:ascii="Malgun Gothic" w:hAnsi="Malgun Gothic" w:eastAsia="Malgun Gothic"/>
                <w:b/>
                <w:sz w:val="14"/>
              </w:rPr>
              <w:t>energy_mean</w:t>
            </w:r>
          </w:p>
        </w:tc>
        <w:tc>
          <w:tcPr>
            <w:tcW w:type="dxa" w:w="519"/>
          </w:tcPr>
          <w:p>
            <w:r/>
            <w:r>
              <w:rPr>
                <w:rFonts w:ascii="Malgun Gothic" w:hAnsi="Malgun Gothic" w:eastAsia="Malgun Gothic"/>
                <w:b/>
                <w:sz w:val="14"/>
              </w:rPr>
              <w:t>pitch_mean</w:t>
            </w:r>
          </w:p>
        </w:tc>
        <w:tc>
          <w:tcPr>
            <w:tcW w:type="dxa" w:w="519"/>
          </w:tcPr>
          <w:p>
            <w:r/>
            <w:r>
              <w:rPr>
                <w:rFonts w:ascii="Malgun Gothic" w:hAnsi="Malgun Gothic" w:eastAsia="Malgun Gothic"/>
                <w:b/>
                <w:sz w:val="14"/>
              </w:rPr>
              <w:t>wpm</w:t>
            </w:r>
          </w:p>
        </w:tc>
        <w:tc>
          <w:tcPr>
            <w:tcW w:type="dxa" w:w="519"/>
          </w:tcPr>
          <w:p>
            <w:r/>
            <w:r>
              <w:rPr>
                <w:rFonts w:ascii="Malgun Gothic" w:hAnsi="Malgun Gothic" w:eastAsia="Malgun Gothic"/>
                <w:b/>
                <w:sz w:val="14"/>
              </w:rPr>
              <w:t>duration_sec</w:t>
            </w:r>
          </w:p>
        </w:tc>
        <w:tc>
          <w:tcPr>
            <w:tcW w:type="dxa" w:w="519"/>
          </w:tcPr>
          <w:p>
            <w:r/>
            <w:r>
              <w:rPr>
                <w:rFonts w:ascii="Malgun Gothic" w:hAnsi="Malgun Gothic" w:eastAsia="Malgun Gothic"/>
                <w:b/>
                <w:sz w:val="14"/>
              </w:rPr>
              <w:t>z_energy_mean</w:t>
            </w:r>
          </w:p>
        </w:tc>
        <w:tc>
          <w:tcPr>
            <w:tcW w:type="dxa" w:w="519"/>
          </w:tcPr>
          <w:p>
            <w:r/>
            <w:r>
              <w:rPr>
                <w:rFonts w:ascii="Malgun Gothic" w:hAnsi="Malgun Gothic" w:eastAsia="Malgun Gothic"/>
                <w:b/>
                <w:sz w:val="14"/>
              </w:rPr>
              <w:t>z_pitch_mean</w:t>
            </w:r>
          </w:p>
        </w:tc>
        <w:tc>
          <w:tcPr>
            <w:tcW w:type="dxa" w:w="519"/>
          </w:tcPr>
          <w:p>
            <w:r/>
            <w:r>
              <w:rPr>
                <w:rFonts w:ascii="Malgun Gothic" w:hAnsi="Malgun Gothic" w:eastAsia="Malgun Gothic"/>
                <w:b/>
                <w:sz w:val="14"/>
              </w:rPr>
              <w:t>z_wpm</w:t>
            </w:r>
          </w:p>
        </w:tc>
        <w:tc>
          <w:tcPr>
            <w:tcW w:type="dxa" w:w="519"/>
          </w:tcPr>
          <w:p>
            <w:r/>
            <w:r>
              <w:rPr>
                <w:rFonts w:ascii="Malgun Gothic" w:hAnsi="Malgun Gothic" w:eastAsia="Malgun Gothic"/>
                <w:b/>
                <w:sz w:val="14"/>
              </w:rPr>
              <w:t>z_duration_sec</w:t>
            </w:r>
          </w:p>
        </w:tc>
        <w:tc>
          <w:tcPr>
            <w:tcW w:type="dxa" w:w="519"/>
          </w:tcPr>
          <w:p>
            <w:r/>
            <w:r>
              <w:rPr>
                <w:rFonts w:ascii="Malgun Gothic" w:hAnsi="Malgun Gothic" w:eastAsia="Malgun Gothic"/>
                <w:b/>
                <w:sz w:val="14"/>
              </w:rPr>
              <w:t>stress_raw_formula_candidate</w:t>
            </w:r>
          </w:p>
        </w:tc>
        <w:tc>
          <w:tcPr>
            <w:tcW w:type="dxa" w:w="519"/>
          </w:tcPr>
          <w:p>
            <w:r/>
            <w:r>
              <w:rPr>
                <w:rFonts w:ascii="Malgun Gothic" w:hAnsi="Malgun Gothic" w:eastAsia="Malgun Gothic"/>
                <w:b/>
                <w:sz w:val="14"/>
              </w:rPr>
              <w:t>stress_score_formula_candidate</w:t>
            </w:r>
          </w:p>
        </w:tc>
        <w:tc>
          <w:tcPr>
            <w:tcW w:type="dxa" w:w="519"/>
          </w:tcPr>
          <w:p>
            <w:r/>
            <w:r>
              <w:rPr>
                <w:rFonts w:ascii="Malgun Gothic" w:hAnsi="Malgun Gothic" w:eastAsia="Malgun Gothic"/>
                <w:b/>
                <w:sz w:val="14"/>
              </w:rPr>
              <w:t>stress_score_reproduced</w:t>
            </w:r>
          </w:p>
        </w:tc>
        <w:tc>
          <w:tcPr>
            <w:tcW w:type="dxa" w:w="519"/>
          </w:tcPr>
          <w:p>
            <w:r/>
            <w:r>
              <w:rPr>
                <w:rFonts w:ascii="Malgun Gothic" w:hAnsi="Malgun Gothic" w:eastAsia="Malgun Gothic"/>
                <w:b/>
                <w:sz w:val="14"/>
              </w:rPr>
              <w:t>stress_score_asis_reference</w:t>
            </w:r>
          </w:p>
        </w:tc>
        <w:tc>
          <w:tcPr>
            <w:tcW w:type="dxa" w:w="519"/>
          </w:tcPr>
          <w:p>
            <w:r/>
            <w:r>
              <w:rPr>
                <w:rFonts w:ascii="Malgun Gothic" w:hAnsi="Malgun Gothic" w:eastAsia="Malgun Gothic"/>
                <w:b/>
                <w:sz w:val="14"/>
              </w:rPr>
              <w:t>stress_score_reproduced_reference_locked</w:t>
            </w:r>
          </w:p>
        </w:tc>
        <w:tc>
          <w:tcPr>
            <w:tcW w:type="dxa" w:w="519"/>
          </w:tcPr>
          <w:p>
            <w:r/>
            <w:r>
              <w:rPr>
                <w:rFonts w:ascii="Malgun Gothic" w:hAnsi="Malgun Gothic" w:eastAsia="Malgun Gothic"/>
                <w:b/>
                <w:sz w:val="14"/>
              </w:rPr>
              <w:t>stress_formula_candidate_minus_asis</w:t>
            </w:r>
          </w:p>
        </w:tc>
        <w:tc>
          <w:tcPr>
            <w:tcW w:type="dxa" w:w="519"/>
          </w:tcPr>
          <w:p>
            <w:r/>
            <w:r>
              <w:rPr>
                <w:rFonts w:ascii="Malgun Gothic" w:hAnsi="Malgun Gothic" w:eastAsia="Malgun Gothic"/>
                <w:b/>
                <w:sz w:val="14"/>
              </w:rPr>
              <w:t>reproduction_method_version</w:t>
            </w:r>
          </w:p>
        </w:tc>
        <w:tc>
          <w:tcPr>
            <w:tcW w:type="dxa" w:w="519"/>
          </w:tcPr>
          <w:p>
            <w:r/>
            <w:r>
              <w:rPr>
                <w:rFonts w:ascii="Malgun Gothic" w:hAnsi="Malgun Gothic" w:eastAsia="Malgun Gothic"/>
                <w:b/>
                <w:sz w:val="14"/>
              </w:rPr>
              <w:t>reproduction_mode</w:t>
            </w:r>
          </w:p>
        </w:tc>
        <w:tc>
          <w:tcPr>
            <w:tcW w:type="dxa" w:w="519"/>
          </w:tcPr>
          <w:p>
            <w:r/>
            <w:r>
              <w:rPr>
                <w:rFonts w:ascii="Malgun Gothic" w:hAnsi="Malgun Gothic" w:eastAsia="Malgun Gothic"/>
                <w:b/>
                <w:sz w:val="14"/>
              </w:rPr>
              <w:t>reproduction_created_at</w:t>
            </w:r>
          </w:p>
        </w:tc>
        <w:tc>
          <w:tcPr>
            <w:tcW w:type="dxa" w:w="519"/>
          </w:tcPr>
          <w:p>
            <w:r/>
            <w:r>
              <w:rPr>
                <w:rFonts w:ascii="Malgun Gothic" w:hAnsi="Malgun Gothic" w:eastAsia="Malgun Gothic"/>
                <w:b/>
                <w:sz w:val="14"/>
              </w:rPr>
              <w:t>original_data_policy</w:t>
            </w:r>
          </w:p>
        </w:tc>
      </w:tr>
      <w:tr>
        <w:trPr>
          <w:cantSplit/>
        </w:trPr>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0.0387283228337764</w:t>
            </w:r>
          </w:p>
        </w:tc>
        <w:tc>
          <w:tcPr>
            <w:tcW w:type="dxa" w:w="519"/>
            <w:vAlign w:val="center"/>
          </w:tcPr>
          <w:p>
            <w:r/>
            <w:r>
              <w:rPr>
                <w:rFonts w:ascii="Malgun Gothic" w:hAnsi="Malgun Gothic" w:eastAsia="Malgun Gothic"/>
                <w:b w:val="0"/>
                <w:sz w:val="14"/>
              </w:rPr>
              <w:t>238.0246184292892</w:t>
            </w:r>
          </w:p>
        </w:tc>
        <w:tc>
          <w:tcPr>
            <w:tcW w:type="dxa" w:w="519"/>
            <w:vAlign w:val="center"/>
          </w:tcPr>
          <w:p>
            <w:r/>
            <w:r>
              <w:rPr>
                <w:rFonts w:ascii="Malgun Gothic" w:hAnsi="Malgun Gothic" w:eastAsia="Malgun Gothic"/>
                <w:b w:val="0"/>
                <w:sz w:val="14"/>
              </w:rPr>
              <w:t>56.11510791366906</w:t>
            </w:r>
          </w:p>
        </w:tc>
        <w:tc>
          <w:tcPr>
            <w:tcW w:type="dxa" w:w="519"/>
            <w:vAlign w:val="center"/>
          </w:tcPr>
          <w:p>
            <w:r/>
            <w:r>
              <w:rPr>
                <w:rFonts w:ascii="Malgun Gothic" w:hAnsi="Malgun Gothic" w:eastAsia="Malgun Gothic"/>
                <w:b w:val="0"/>
                <w:sz w:val="14"/>
              </w:rPr>
              <w:t>41.7</w:t>
            </w:r>
          </w:p>
        </w:tc>
        <w:tc>
          <w:tcPr>
            <w:tcW w:type="dxa" w:w="519"/>
            <w:vAlign w:val="center"/>
          </w:tcPr>
          <w:p>
            <w:r/>
            <w:r>
              <w:rPr>
                <w:rFonts w:ascii="Malgun Gothic" w:hAnsi="Malgun Gothic" w:eastAsia="Malgun Gothic"/>
                <w:b w:val="0"/>
                <w:sz w:val="14"/>
              </w:rPr>
              <w:t>-1.0006849139043317</w:t>
            </w:r>
          </w:p>
        </w:tc>
        <w:tc>
          <w:tcPr>
            <w:tcW w:type="dxa" w:w="519"/>
            <w:vAlign w:val="center"/>
          </w:tcPr>
          <w:p>
            <w:r/>
            <w:r>
              <w:rPr>
                <w:rFonts w:ascii="Malgun Gothic" w:hAnsi="Malgun Gothic" w:eastAsia="Malgun Gothic"/>
                <w:b w:val="0"/>
                <w:sz w:val="14"/>
              </w:rPr>
              <w:t>0.29390534085006853</w:t>
            </w:r>
          </w:p>
        </w:tc>
        <w:tc>
          <w:tcPr>
            <w:tcW w:type="dxa" w:w="519"/>
            <w:vAlign w:val="center"/>
          </w:tcPr>
          <w:p>
            <w:r/>
            <w:r>
              <w:rPr>
                <w:rFonts w:ascii="Malgun Gothic" w:hAnsi="Malgun Gothic" w:eastAsia="Malgun Gothic"/>
                <w:b w:val="0"/>
                <w:sz w:val="14"/>
              </w:rPr>
              <w:t>-1.372766389316937</w:t>
            </w:r>
          </w:p>
        </w:tc>
        <w:tc>
          <w:tcPr>
            <w:tcW w:type="dxa" w:w="519"/>
            <w:vAlign w:val="center"/>
          </w:tcPr>
          <w:p>
            <w:r/>
            <w:r>
              <w:rPr>
                <w:rFonts w:ascii="Malgun Gothic" w:hAnsi="Malgun Gothic" w:eastAsia="Malgun Gothic"/>
                <w:b w:val="0"/>
                <w:sz w:val="14"/>
              </w:rPr>
              <w:t>-0.6169289523980969</w:t>
            </w:r>
          </w:p>
        </w:tc>
        <w:tc>
          <w:tcPr>
            <w:tcW w:type="dxa" w:w="519"/>
            <w:vAlign w:val="center"/>
          </w:tcPr>
          <w:p>
            <w:r/>
            <w:r>
              <w:rPr>
                <w:rFonts w:ascii="Malgun Gothic" w:hAnsi="Malgun Gothic" w:eastAsia="Malgun Gothic"/>
                <w:b w:val="0"/>
                <w:sz w:val="14"/>
              </w:rPr>
              <w:t>-0.6741187286923243</w:t>
            </w:r>
          </w:p>
        </w:tc>
        <w:tc>
          <w:tcPr>
            <w:tcW w:type="dxa" w:w="519"/>
            <w:vAlign w:val="center"/>
          </w:tcPr>
          <w:p>
            <w:r/>
            <w:r>
              <w:rPr>
                <w:rFonts w:ascii="Malgun Gothic" w:hAnsi="Malgun Gothic" w:eastAsia="Malgun Gothic"/>
                <w:b w:val="0"/>
                <w:sz w:val="14"/>
              </w:rPr>
              <w:t>0.2300850778021826</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0.4683262039507043</w:t>
            </w:r>
          </w:p>
        </w:tc>
        <w:tc>
          <w:tcPr>
            <w:tcW w:type="dxa" w:w="519"/>
            <w:vAlign w:val="center"/>
          </w:tcPr>
          <w:p>
            <w:r/>
            <w:r>
              <w:rPr>
                <w:rFonts w:ascii="Malgun Gothic" w:hAnsi="Malgun Gothic" w:eastAsia="Malgun Gothic"/>
                <w:b w:val="0"/>
                <w:sz w:val="14"/>
              </w:rPr>
              <w:t>-0.2382411261485217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0.0516217462718486</w:t>
            </w:r>
          </w:p>
        </w:tc>
        <w:tc>
          <w:tcPr>
            <w:tcW w:type="dxa" w:w="519"/>
            <w:vAlign w:val="center"/>
          </w:tcPr>
          <w:p>
            <w:r/>
            <w:r>
              <w:rPr>
                <w:rFonts w:ascii="Malgun Gothic" w:hAnsi="Malgun Gothic" w:eastAsia="Malgun Gothic"/>
                <w:b w:val="0"/>
                <w:sz w:val="14"/>
              </w:rPr>
              <w:t>254.4835085646635</w:t>
            </w:r>
          </w:p>
        </w:tc>
        <w:tc>
          <w:tcPr>
            <w:tcW w:type="dxa" w:w="519"/>
            <w:vAlign w:val="center"/>
          </w:tcPr>
          <w:p>
            <w:r/>
            <w:r>
              <w:rPr>
                <w:rFonts w:ascii="Malgun Gothic" w:hAnsi="Malgun Gothic" w:eastAsia="Malgun Gothic"/>
                <w:b w:val="0"/>
                <w:sz w:val="14"/>
              </w:rPr>
              <w:t>112.94117647058825</w:t>
            </w:r>
          </w:p>
        </w:tc>
        <w:tc>
          <w:tcPr>
            <w:tcW w:type="dxa" w:w="519"/>
            <w:vAlign w:val="center"/>
          </w:tcPr>
          <w:p>
            <w:r/>
            <w:r>
              <w:rPr>
                <w:rFonts w:ascii="Malgun Gothic" w:hAnsi="Malgun Gothic" w:eastAsia="Malgun Gothic"/>
                <w:b w:val="0"/>
                <w:sz w:val="14"/>
              </w:rPr>
              <w:t>76.5</w:t>
            </w:r>
          </w:p>
        </w:tc>
        <w:tc>
          <w:tcPr>
            <w:tcW w:type="dxa" w:w="519"/>
            <w:vAlign w:val="center"/>
          </w:tcPr>
          <w:p>
            <w:r/>
            <w:r>
              <w:rPr>
                <w:rFonts w:ascii="Malgun Gothic" w:hAnsi="Malgun Gothic" w:eastAsia="Malgun Gothic"/>
                <w:b w:val="0"/>
                <w:sz w:val="14"/>
              </w:rPr>
              <w:t>-0.559373815551796</w:t>
            </w:r>
          </w:p>
        </w:tc>
        <w:tc>
          <w:tcPr>
            <w:tcW w:type="dxa" w:w="519"/>
            <w:vAlign w:val="center"/>
          </w:tcPr>
          <w:p>
            <w:r/>
            <w:r>
              <w:rPr>
                <w:rFonts w:ascii="Malgun Gothic" w:hAnsi="Malgun Gothic" w:eastAsia="Malgun Gothic"/>
                <w:b w:val="0"/>
                <w:sz w:val="14"/>
              </w:rPr>
              <w:t>0.8847365424679859</w:t>
            </w:r>
          </w:p>
        </w:tc>
        <w:tc>
          <w:tcPr>
            <w:tcW w:type="dxa" w:w="519"/>
            <w:vAlign w:val="center"/>
          </w:tcPr>
          <w:p>
            <w:r/>
            <w:r>
              <w:rPr>
                <w:rFonts w:ascii="Malgun Gothic" w:hAnsi="Malgun Gothic" w:eastAsia="Malgun Gothic"/>
                <w:b w:val="0"/>
                <w:sz w:val="14"/>
              </w:rPr>
              <w:t>1.553699901604292</w:t>
            </w:r>
          </w:p>
        </w:tc>
        <w:tc>
          <w:tcPr>
            <w:tcW w:type="dxa" w:w="519"/>
            <w:vAlign w:val="center"/>
          </w:tcPr>
          <w:p>
            <w:r/>
            <w:r>
              <w:rPr>
                <w:rFonts w:ascii="Malgun Gothic" w:hAnsi="Malgun Gothic" w:eastAsia="Malgun Gothic"/>
                <w:b w:val="0"/>
                <w:sz w:val="14"/>
              </w:rPr>
              <w:t>-0.41250039997181626</w:t>
            </w:r>
          </w:p>
        </w:tc>
        <w:tc>
          <w:tcPr>
            <w:tcW w:type="dxa" w:w="519"/>
            <w:vAlign w:val="center"/>
          </w:tcPr>
          <w:p>
            <w:r/>
            <w:r>
              <w:rPr>
                <w:rFonts w:ascii="Malgun Gothic" w:hAnsi="Malgun Gothic" w:eastAsia="Malgun Gothic"/>
                <w:b w:val="0"/>
                <w:sz w:val="14"/>
              </w:rPr>
              <w:t>0.3666405571371665</w:t>
            </w:r>
          </w:p>
        </w:tc>
        <w:tc>
          <w:tcPr>
            <w:tcW w:type="dxa" w:w="519"/>
            <w:vAlign w:val="center"/>
          </w:tcPr>
          <w:p>
            <w:r/>
            <w:r>
              <w:rPr>
                <w:rFonts w:ascii="Malgun Gothic" w:hAnsi="Malgun Gothic" w:eastAsia="Malgun Gothic"/>
                <w:b w:val="0"/>
                <w:sz w:val="14"/>
              </w:rPr>
              <w:t>0.4648931326403989</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0.5713886240741856</w:t>
            </w:r>
          </w:p>
        </w:tc>
        <w:tc>
          <w:tcPr>
            <w:tcW w:type="dxa" w:w="519"/>
            <w:vAlign w:val="center"/>
          </w:tcPr>
          <w:p>
            <w:r/>
            <w:r>
              <w:rPr>
                <w:rFonts w:ascii="Malgun Gothic" w:hAnsi="Malgun Gothic" w:eastAsia="Malgun Gothic"/>
                <w:b w:val="0"/>
                <w:sz w:val="14"/>
              </w:rPr>
              <w:t>-0.10649549143378667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0.0836487412452697</w:t>
            </w:r>
          </w:p>
        </w:tc>
        <w:tc>
          <w:tcPr>
            <w:tcW w:type="dxa" w:w="519"/>
            <w:vAlign w:val="center"/>
          </w:tcPr>
          <w:p>
            <w:r/>
            <w:r>
              <w:rPr>
                <w:rFonts w:ascii="Malgun Gothic" w:hAnsi="Malgun Gothic" w:eastAsia="Malgun Gothic"/>
                <w:b w:val="0"/>
                <w:sz w:val="14"/>
              </w:rPr>
              <w:t>250.6328955076774</w:t>
            </w:r>
          </w:p>
        </w:tc>
        <w:tc>
          <w:tcPr>
            <w:tcW w:type="dxa" w:w="519"/>
            <w:vAlign w:val="center"/>
          </w:tcPr>
          <w:p>
            <w:r/>
            <w:r>
              <w:rPr>
                <w:rFonts w:ascii="Malgun Gothic" w:hAnsi="Malgun Gothic" w:eastAsia="Malgun Gothic"/>
                <w:b w:val="0"/>
                <w:sz w:val="14"/>
              </w:rPr>
              <w:t>67.36526946107786</w:t>
            </w:r>
          </w:p>
        </w:tc>
        <w:tc>
          <w:tcPr>
            <w:tcW w:type="dxa" w:w="519"/>
            <w:vAlign w:val="center"/>
          </w:tcPr>
          <w:p>
            <w:r/>
            <w:r>
              <w:rPr>
                <w:rFonts w:ascii="Malgun Gothic" w:hAnsi="Malgun Gothic" w:eastAsia="Malgun Gothic"/>
                <w:b w:val="0"/>
                <w:sz w:val="14"/>
              </w:rPr>
              <w:t>40.08</w:t>
            </w:r>
          </w:p>
        </w:tc>
        <w:tc>
          <w:tcPr>
            <w:tcW w:type="dxa" w:w="519"/>
            <w:vAlign w:val="center"/>
          </w:tcPr>
          <w:p>
            <w:r/>
            <w:r>
              <w:rPr>
                <w:rFonts w:ascii="Malgun Gothic" w:hAnsi="Malgun Gothic" w:eastAsia="Malgun Gothic"/>
                <w:b w:val="0"/>
                <w:sz w:val="14"/>
              </w:rPr>
              <w:t>0.536833750773573</w:t>
            </w:r>
          </w:p>
        </w:tc>
        <w:tc>
          <w:tcPr>
            <w:tcW w:type="dxa" w:w="519"/>
            <w:vAlign w:val="center"/>
          </w:tcPr>
          <w:p>
            <w:r/>
            <w:r>
              <w:rPr>
                <w:rFonts w:ascii="Malgun Gothic" w:hAnsi="Malgun Gothic" w:eastAsia="Malgun Gothic"/>
                <w:b w:val="0"/>
                <w:sz w:val="14"/>
              </w:rPr>
              <w:t>0.7465095830124963</w:t>
            </w:r>
          </w:p>
        </w:tc>
        <w:tc>
          <w:tcPr>
            <w:tcW w:type="dxa" w:w="519"/>
            <w:vAlign w:val="center"/>
          </w:tcPr>
          <w:p>
            <w:r/>
            <w:r>
              <w:rPr>
                <w:rFonts w:ascii="Malgun Gothic" w:hAnsi="Malgun Gothic" w:eastAsia="Malgun Gothic"/>
                <w:b w:val="0"/>
                <w:sz w:val="14"/>
              </w:rPr>
              <w:t>-0.7933981632195622</w:t>
            </w:r>
          </w:p>
        </w:tc>
        <w:tc>
          <w:tcPr>
            <w:tcW w:type="dxa" w:w="519"/>
            <w:vAlign w:val="center"/>
          </w:tcPr>
          <w:p>
            <w:r/>
            <w:r>
              <w:rPr>
                <w:rFonts w:ascii="Malgun Gothic" w:hAnsi="Malgun Gothic" w:eastAsia="Malgun Gothic"/>
                <w:b w:val="0"/>
                <w:sz w:val="14"/>
              </w:rPr>
              <w:t>-0.6264454539765617</w:t>
            </w:r>
          </w:p>
        </w:tc>
        <w:tc>
          <w:tcPr>
            <w:tcW w:type="dxa" w:w="519"/>
            <w:vAlign w:val="center"/>
          </w:tcPr>
          <w:p>
            <w:r/>
            <w:r>
              <w:rPr>
                <w:rFonts w:ascii="Malgun Gothic" w:hAnsi="Malgun Gothic" w:eastAsia="Malgun Gothic"/>
                <w:b w:val="0"/>
                <w:sz w:val="14"/>
              </w:rPr>
              <w:t>-0.03412507085251365</w:t>
            </w:r>
          </w:p>
        </w:tc>
        <w:tc>
          <w:tcPr>
            <w:tcW w:type="dxa" w:w="519"/>
            <w:vAlign w:val="center"/>
          </w:tcPr>
          <w:p>
            <w:r/>
            <w:r>
              <w:rPr>
                <w:rFonts w:ascii="Malgun Gothic" w:hAnsi="Malgun Gothic" w:eastAsia="Malgun Gothic"/>
                <w:b w:val="0"/>
                <w:sz w:val="14"/>
              </w:rPr>
              <w:t>0.37447549348450854</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0.5473446708552673</w:t>
            </w:r>
          </w:p>
        </w:tc>
        <w:tc>
          <w:tcPr>
            <w:tcW w:type="dxa" w:w="519"/>
            <w:vAlign w:val="center"/>
          </w:tcPr>
          <w:p>
            <w:r/>
            <w:r>
              <w:rPr>
                <w:rFonts w:ascii="Malgun Gothic" w:hAnsi="Malgun Gothic" w:eastAsia="Malgun Gothic"/>
                <w:b w:val="0"/>
                <w:sz w:val="14"/>
              </w:rPr>
              <w:t>-0.17286917737075874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0.0569056421518325</w:t>
            </w:r>
          </w:p>
        </w:tc>
        <w:tc>
          <w:tcPr>
            <w:tcW w:type="dxa" w:w="519"/>
            <w:vAlign w:val="center"/>
          </w:tcPr>
          <w:p>
            <w:r/>
            <w:r>
              <w:rPr>
                <w:rFonts w:ascii="Malgun Gothic" w:hAnsi="Malgun Gothic" w:eastAsia="Malgun Gothic"/>
                <w:b w:val="0"/>
                <w:sz w:val="14"/>
              </w:rPr>
              <w:t>259.63355756495304</w:t>
            </w:r>
          </w:p>
        </w:tc>
        <w:tc>
          <w:tcPr>
            <w:tcW w:type="dxa" w:w="519"/>
            <w:vAlign w:val="center"/>
          </w:tcPr>
          <w:p>
            <w:r/>
            <w:r>
              <w:rPr>
                <w:rFonts w:ascii="Malgun Gothic" w:hAnsi="Malgun Gothic" w:eastAsia="Malgun Gothic"/>
                <w:b w:val="0"/>
                <w:sz w:val="14"/>
              </w:rPr>
              <w:t>53.07346326836582</w:t>
            </w:r>
          </w:p>
        </w:tc>
        <w:tc>
          <w:tcPr>
            <w:tcW w:type="dxa" w:w="519"/>
            <w:vAlign w:val="center"/>
          </w:tcPr>
          <w:p>
            <w:r/>
            <w:r>
              <w:rPr>
                <w:rFonts w:ascii="Malgun Gothic" w:hAnsi="Malgun Gothic" w:eastAsia="Malgun Gothic"/>
                <w:b w:val="0"/>
                <w:sz w:val="14"/>
              </w:rPr>
              <w:t>200.1</w:t>
            </w:r>
          </w:p>
        </w:tc>
        <w:tc>
          <w:tcPr>
            <w:tcW w:type="dxa" w:w="519"/>
            <w:vAlign w:val="center"/>
          </w:tcPr>
          <w:p>
            <w:r/>
            <w:r>
              <w:rPr>
                <w:rFonts w:ascii="Malgun Gothic" w:hAnsi="Malgun Gothic" w:eastAsia="Malgun Gothic"/>
                <w:b w:val="0"/>
                <w:sz w:val="14"/>
              </w:rPr>
              <w:t>-0.3785186760633514</w:t>
            </w:r>
          </w:p>
        </w:tc>
        <w:tc>
          <w:tcPr>
            <w:tcW w:type="dxa" w:w="519"/>
            <w:vAlign w:val="center"/>
          </w:tcPr>
          <w:p>
            <w:r/>
            <w:r>
              <w:rPr>
                <w:rFonts w:ascii="Malgun Gothic" w:hAnsi="Malgun Gothic" w:eastAsia="Malgun Gothic"/>
                <w:b w:val="0"/>
                <w:sz w:val="14"/>
              </w:rPr>
              <w:t>1.069609861033522</w:t>
            </w:r>
          </w:p>
        </w:tc>
        <w:tc>
          <w:tcPr>
            <w:tcW w:type="dxa" w:w="519"/>
            <w:vAlign w:val="center"/>
          </w:tcPr>
          <w:p>
            <w:r/>
            <w:r>
              <w:rPr>
                <w:rFonts w:ascii="Malgun Gothic" w:hAnsi="Malgun Gothic" w:eastAsia="Malgun Gothic"/>
                <w:b w:val="0"/>
                <w:sz w:val="14"/>
              </w:rPr>
              <w:t>-1.5294070077775492</w:t>
            </w:r>
          </w:p>
        </w:tc>
        <w:tc>
          <w:tcPr>
            <w:tcW w:type="dxa" w:w="519"/>
            <w:vAlign w:val="center"/>
          </w:tcPr>
          <w:p>
            <w:r/>
            <w:r>
              <w:rPr>
                <w:rFonts w:ascii="Malgun Gothic" w:hAnsi="Malgun Gothic" w:eastAsia="Malgun Gothic"/>
                <w:b w:val="0"/>
                <w:sz w:val="14"/>
              </w:rPr>
              <w:t>0.3135734241629046</w:t>
            </w:r>
          </w:p>
        </w:tc>
        <w:tc>
          <w:tcPr>
            <w:tcW w:type="dxa" w:w="519"/>
            <w:vAlign w:val="center"/>
          </w:tcPr>
          <w:p>
            <w:r/>
            <w:r>
              <w:rPr>
                <w:rFonts w:ascii="Malgun Gothic" w:hAnsi="Malgun Gothic" w:eastAsia="Malgun Gothic"/>
                <w:b w:val="0"/>
                <w:sz w:val="14"/>
              </w:rPr>
              <w:t>-0.13118559966111848</w:t>
            </w:r>
          </w:p>
        </w:tc>
        <w:tc>
          <w:tcPr>
            <w:tcW w:type="dxa" w:w="519"/>
            <w:vAlign w:val="center"/>
          </w:tcPr>
          <w:p>
            <w:r/>
            <w:r>
              <w:rPr>
                <w:rFonts w:ascii="Malgun Gothic" w:hAnsi="Malgun Gothic" w:eastAsia="Malgun Gothic"/>
                <w:b w:val="0"/>
                <w:sz w:val="14"/>
              </w:rPr>
              <w:t>0.35257744820024006</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0.4768164001836527</w:t>
            </w:r>
          </w:p>
        </w:tc>
        <w:tc>
          <w:tcPr>
            <w:tcW w:type="dxa" w:w="519"/>
            <w:vAlign w:val="center"/>
          </w:tcPr>
          <w:p>
            <w:r/>
            <w:r>
              <w:rPr>
                <w:rFonts w:ascii="Malgun Gothic" w:hAnsi="Malgun Gothic" w:eastAsia="Malgun Gothic"/>
                <w:b w:val="0"/>
                <w:sz w:val="14"/>
              </w:rPr>
              <w:t>-0.12423895198341262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0.0736489668488502</w:t>
            </w:r>
          </w:p>
        </w:tc>
        <w:tc>
          <w:tcPr>
            <w:tcW w:type="dxa" w:w="519"/>
            <w:vAlign w:val="center"/>
          </w:tcPr>
          <w:p>
            <w:r/>
            <w:r>
              <w:rPr>
                <w:rFonts w:ascii="Malgun Gothic" w:hAnsi="Malgun Gothic" w:eastAsia="Malgun Gothic"/>
                <w:b w:val="0"/>
                <w:sz w:val="14"/>
              </w:rPr>
              <w:t>212.8201100241104</w:t>
            </w:r>
          </w:p>
        </w:tc>
        <w:tc>
          <w:tcPr>
            <w:tcW w:type="dxa" w:w="519"/>
            <w:vAlign w:val="center"/>
          </w:tcPr>
          <w:p>
            <w:r/>
            <w:r>
              <w:rPr>
                <w:rFonts w:ascii="Malgun Gothic" w:hAnsi="Malgun Gothic" w:eastAsia="Malgun Gothic"/>
                <w:b w:val="0"/>
                <w:sz w:val="14"/>
              </w:rPr>
              <w:t>89.41736028537456</w:t>
            </w:r>
          </w:p>
        </w:tc>
        <w:tc>
          <w:tcPr>
            <w:tcW w:type="dxa" w:w="519"/>
            <w:vAlign w:val="center"/>
          </w:tcPr>
          <w:p>
            <w:r/>
            <w:r>
              <w:rPr>
                <w:rFonts w:ascii="Malgun Gothic" w:hAnsi="Malgun Gothic" w:eastAsia="Malgun Gothic"/>
                <w:b w:val="0"/>
                <w:sz w:val="14"/>
              </w:rPr>
              <w:t>252.3</w:t>
            </w:r>
          </w:p>
        </w:tc>
        <w:tc>
          <w:tcPr>
            <w:tcW w:type="dxa" w:w="519"/>
            <w:vAlign w:val="center"/>
          </w:tcPr>
          <w:p>
            <w:r/>
            <w:r>
              <w:rPr>
                <w:rFonts w:ascii="Malgun Gothic" w:hAnsi="Malgun Gothic" w:eastAsia="Malgun Gothic"/>
                <w:b w:val="0"/>
                <w:sz w:val="14"/>
              </w:rPr>
              <w:t>0.1945653498824221</w:t>
            </w:r>
          </w:p>
        </w:tc>
        <w:tc>
          <w:tcPr>
            <w:tcW w:type="dxa" w:w="519"/>
            <w:vAlign w:val="center"/>
          </w:tcPr>
          <w:p>
            <w:r/>
            <w:r>
              <w:rPr>
                <w:rFonts w:ascii="Malgun Gothic" w:hAnsi="Malgun Gothic" w:eastAsia="Malgun Gothic"/>
                <w:b w:val="0"/>
                <w:sz w:val="14"/>
              </w:rPr>
              <w:t>-0.6108707324293121</w:t>
            </w:r>
          </w:p>
        </w:tc>
        <w:tc>
          <w:tcPr>
            <w:tcW w:type="dxa" w:w="519"/>
            <w:vAlign w:val="center"/>
          </w:tcPr>
          <w:p>
            <w:r/>
            <w:r>
              <w:rPr>
                <w:rFonts w:ascii="Malgun Gothic" w:hAnsi="Malgun Gothic" w:eastAsia="Malgun Gothic"/>
                <w:b w:val="0"/>
                <w:sz w:val="14"/>
              </w:rPr>
              <w:t>0.34225492840681293</w:t>
            </w:r>
          </w:p>
        </w:tc>
        <w:tc>
          <w:tcPr>
            <w:tcW w:type="dxa" w:w="519"/>
            <w:vAlign w:val="center"/>
          </w:tcPr>
          <w:p>
            <w:r/>
            <w:r>
              <w:rPr>
                <w:rFonts w:ascii="Malgun Gothic" w:hAnsi="Malgun Gothic" w:eastAsia="Malgun Gothic"/>
                <w:b w:val="0"/>
                <w:sz w:val="14"/>
              </w:rPr>
              <w:t>0.6202162528023257</w:t>
            </w:r>
          </w:p>
        </w:tc>
        <w:tc>
          <w:tcPr>
            <w:tcW w:type="dxa" w:w="519"/>
            <w:vAlign w:val="center"/>
          </w:tcPr>
          <w:p>
            <w:r/>
            <w:r>
              <w:rPr>
                <w:rFonts w:ascii="Malgun Gothic" w:hAnsi="Malgun Gothic" w:eastAsia="Malgun Gothic"/>
                <w:b w:val="0"/>
                <w:sz w:val="14"/>
              </w:rPr>
              <w:t>0.13654144966556217</w:t>
            </w:r>
          </w:p>
        </w:tc>
        <w:tc>
          <w:tcPr>
            <w:tcW w:type="dxa" w:w="519"/>
            <w:vAlign w:val="center"/>
          </w:tcPr>
          <w:p>
            <w:r/>
            <w:r>
              <w:rPr>
                <w:rFonts w:ascii="Malgun Gothic" w:hAnsi="Malgun Gothic" w:eastAsia="Malgun Gothic"/>
                <w:b w:val="0"/>
                <w:sz w:val="14"/>
              </w:rPr>
              <w:t>0.4129799529253069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0.5043445955787879</w:t>
            </w:r>
          </w:p>
        </w:tc>
        <w:tc>
          <w:tcPr>
            <w:tcW w:type="dxa" w:w="519"/>
            <w:vAlign w:val="center"/>
          </w:tcPr>
          <w:p>
            <w:r/>
            <w:r>
              <w:rPr>
                <w:rFonts w:ascii="Malgun Gothic" w:hAnsi="Malgun Gothic" w:eastAsia="Malgun Gothic"/>
                <w:b w:val="0"/>
                <w:sz w:val="14"/>
              </w:rPr>
              <w:t>-0.09136464265348093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0.062197983264923</w:t>
            </w:r>
          </w:p>
        </w:tc>
        <w:tc>
          <w:tcPr>
            <w:tcW w:type="dxa" w:w="519"/>
            <w:vAlign w:val="center"/>
          </w:tcPr>
          <w:p>
            <w:r/>
            <w:r>
              <w:rPr>
                <w:rFonts w:ascii="Malgun Gothic" w:hAnsi="Malgun Gothic" w:eastAsia="Malgun Gothic"/>
                <w:b w:val="0"/>
                <w:sz w:val="14"/>
              </w:rPr>
              <w:t>279.7326065059236</w:t>
            </w:r>
          </w:p>
        </w:tc>
        <w:tc>
          <w:tcPr>
            <w:tcW w:type="dxa" w:w="519"/>
            <w:vAlign w:val="center"/>
          </w:tcPr>
          <w:p>
            <w:r/>
            <w:r>
              <w:rPr>
                <w:rFonts w:ascii="Malgun Gothic" w:hAnsi="Malgun Gothic" w:eastAsia="Malgun Gothic"/>
                <w:b w:val="0"/>
                <w:sz w:val="14"/>
              </w:rPr>
              <w:t>97.68339768339769</w:t>
            </w:r>
          </w:p>
        </w:tc>
        <w:tc>
          <w:tcPr>
            <w:tcW w:type="dxa" w:w="519"/>
            <w:vAlign w:val="center"/>
          </w:tcPr>
          <w:p>
            <w:r/>
            <w:r>
              <w:rPr>
                <w:rFonts w:ascii="Malgun Gothic" w:hAnsi="Malgun Gothic" w:eastAsia="Malgun Gothic"/>
                <w:b w:val="0"/>
                <w:sz w:val="14"/>
              </w:rPr>
              <w:t>155.4</w:t>
            </w:r>
          </w:p>
        </w:tc>
        <w:tc>
          <w:tcPr>
            <w:tcW w:type="dxa" w:w="519"/>
            <w:vAlign w:val="center"/>
          </w:tcPr>
          <w:p>
            <w:r/>
            <w:r>
              <w:rPr>
                <w:rFonts w:ascii="Malgun Gothic" w:hAnsi="Malgun Gothic" w:eastAsia="Malgun Gothic"/>
                <w:b w:val="0"/>
                <w:sz w:val="14"/>
              </w:rPr>
              <w:t>-0.19737447641055078</w:t>
            </w:r>
          </w:p>
        </w:tc>
        <w:tc>
          <w:tcPr>
            <w:tcW w:type="dxa" w:w="519"/>
            <w:vAlign w:val="center"/>
          </w:tcPr>
          <w:p>
            <w:r/>
            <w:r>
              <w:rPr>
                <w:rFonts w:ascii="Malgun Gothic" w:hAnsi="Malgun Gothic" w:eastAsia="Malgun Gothic"/>
                <w:b w:val="0"/>
                <w:sz w:val="14"/>
              </w:rPr>
              <w:t>1.791113263723373</w:t>
            </w:r>
          </w:p>
        </w:tc>
        <w:tc>
          <w:tcPr>
            <w:tcW w:type="dxa" w:w="519"/>
            <w:vAlign w:val="center"/>
          </w:tcPr>
          <w:p>
            <w:r/>
            <w:r>
              <w:rPr>
                <w:rFonts w:ascii="Malgun Gothic" w:hAnsi="Malgun Gothic" w:eastAsia="Malgun Gothic"/>
                <w:b w:val="0"/>
                <w:sz w:val="14"/>
              </w:rPr>
              <w:t>0.7679447644119026</w:t>
            </w:r>
          </w:p>
        </w:tc>
        <w:tc>
          <w:tcPr>
            <w:tcW w:type="dxa" w:w="519"/>
            <w:vAlign w:val="center"/>
          </w:tcPr>
          <w:p>
            <w:r/>
            <w:r>
              <w:rPr>
                <w:rFonts w:ascii="Malgun Gothic" w:hAnsi="Malgun Gothic" w:eastAsia="Malgun Gothic"/>
                <w:b w:val="0"/>
                <w:sz w:val="14"/>
              </w:rPr>
              <w:t>0.05098847320156143</w:t>
            </w:r>
          </w:p>
        </w:tc>
        <w:tc>
          <w:tcPr>
            <w:tcW w:type="dxa" w:w="519"/>
            <w:vAlign w:val="center"/>
          </w:tcPr>
          <w:p>
            <w:r/>
            <w:r>
              <w:rPr>
                <w:rFonts w:ascii="Malgun Gothic" w:hAnsi="Malgun Gothic" w:eastAsia="Malgun Gothic"/>
                <w:b w:val="0"/>
                <w:sz w:val="14"/>
              </w:rPr>
              <w:t>0.6031680062315715</w:t>
            </w:r>
          </w:p>
        </w:tc>
        <w:tc>
          <w:tcPr>
            <w:tcW w:type="dxa" w:w="519"/>
            <w:vAlign w:val="center"/>
          </w:tcPr>
          <w:p>
            <w:r/>
            <w:r>
              <w:rPr>
                <w:rFonts w:ascii="Malgun Gothic" w:hAnsi="Malgun Gothic" w:eastAsia="Malgun Gothic"/>
                <w:b w:val="0"/>
                <w:sz w:val="14"/>
              </w:rPr>
              <w:t>0.5182566250385838</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0.5689165843467797</w:t>
            </w:r>
          </w:p>
        </w:tc>
        <w:tc>
          <w:tcPr>
            <w:tcW w:type="dxa" w:w="519"/>
            <w:vAlign w:val="center"/>
          </w:tcPr>
          <w:p>
            <w:r/>
            <w:r>
              <w:rPr>
                <w:rFonts w:ascii="Malgun Gothic" w:hAnsi="Malgun Gothic" w:eastAsia="Malgun Gothic"/>
                <w:b w:val="0"/>
                <w:sz w:val="14"/>
              </w:rPr>
              <w:t>-0.05065995930819589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0.0671501383185386</w:t>
            </w:r>
          </w:p>
        </w:tc>
        <w:tc>
          <w:tcPr>
            <w:tcW w:type="dxa" w:w="519"/>
            <w:vAlign w:val="center"/>
          </w:tcPr>
          <w:p>
            <w:r/>
            <w:r>
              <w:rPr>
                <w:rFonts w:ascii="Malgun Gothic" w:hAnsi="Malgun Gothic" w:eastAsia="Malgun Gothic"/>
                <w:b w:val="0"/>
                <w:sz w:val="14"/>
              </w:rPr>
              <w:t>248.7467027838688</w:t>
            </w:r>
          </w:p>
        </w:tc>
        <w:tc>
          <w:tcPr>
            <w:tcW w:type="dxa" w:w="519"/>
            <w:vAlign w:val="center"/>
          </w:tcPr>
          <w:p>
            <w:r/>
            <w:r>
              <w:rPr>
                <w:rFonts w:ascii="Malgun Gothic" w:hAnsi="Malgun Gothic" w:eastAsia="Malgun Gothic"/>
                <w:b w:val="0"/>
                <w:sz w:val="14"/>
              </w:rPr>
              <w:t>94.35829759155394</w:t>
            </w:r>
          </w:p>
        </w:tc>
        <w:tc>
          <w:tcPr>
            <w:tcW w:type="dxa" w:w="519"/>
            <w:vAlign w:val="center"/>
          </w:tcPr>
          <w:p>
            <w:r/>
            <w:r>
              <w:rPr>
                <w:rFonts w:ascii="Malgun Gothic" w:hAnsi="Malgun Gothic" w:eastAsia="Malgun Gothic"/>
                <w:b w:val="0"/>
                <w:sz w:val="14"/>
              </w:rPr>
              <w:t>90.93</w:t>
            </w:r>
          </w:p>
        </w:tc>
        <w:tc>
          <w:tcPr>
            <w:tcW w:type="dxa" w:w="519"/>
            <w:vAlign w:val="center"/>
          </w:tcPr>
          <w:p>
            <w:r/>
            <w:r>
              <w:rPr>
                <w:rFonts w:ascii="Malgun Gothic" w:hAnsi="Malgun Gothic" w:eastAsia="Malgun Gothic"/>
                <w:b w:val="0"/>
                <w:sz w:val="14"/>
              </w:rPr>
              <w:t>-0.02787403330326063</w:t>
            </w:r>
          </w:p>
        </w:tc>
        <w:tc>
          <w:tcPr>
            <w:tcW w:type="dxa" w:w="519"/>
            <w:vAlign w:val="center"/>
          </w:tcPr>
          <w:p>
            <w:r/>
            <w:r>
              <w:rPr>
                <w:rFonts w:ascii="Malgun Gothic" w:hAnsi="Malgun Gothic" w:eastAsia="Malgun Gothic"/>
                <w:b w:val="0"/>
                <w:sz w:val="14"/>
              </w:rPr>
              <w:t>0.6788001867941188</w:t>
            </w:r>
          </w:p>
        </w:tc>
        <w:tc>
          <w:tcPr>
            <w:tcW w:type="dxa" w:w="519"/>
            <w:vAlign w:val="center"/>
          </w:tcPr>
          <w:p>
            <w:r/>
            <w:r>
              <w:rPr>
                <w:rFonts w:ascii="Malgun Gothic" w:hAnsi="Malgun Gothic" w:eastAsia="Malgun Gothic"/>
                <w:b w:val="0"/>
                <w:sz w:val="14"/>
              </w:rPr>
              <w:t>0.5967065707477909</w:t>
            </w:r>
          </w:p>
        </w:tc>
        <w:tc>
          <w:tcPr>
            <w:tcW w:type="dxa" w:w="519"/>
            <w:vAlign w:val="center"/>
          </w:tcPr>
          <w:p>
            <w:r/>
            <w:r>
              <w:rPr>
                <w:rFonts w:ascii="Malgun Gothic" w:hAnsi="Malgun Gothic" w:eastAsia="Malgun Gothic"/>
                <w:b w:val="0"/>
                <w:sz w:val="14"/>
              </w:rPr>
              <w:t>-0.3277330433191947</w:t>
            </w:r>
          </w:p>
        </w:tc>
        <w:tc>
          <w:tcPr>
            <w:tcW w:type="dxa" w:w="519"/>
            <w:vAlign w:val="center"/>
          </w:tcPr>
          <w:p>
            <w:r/>
            <w:r>
              <w:rPr>
                <w:rFonts w:ascii="Malgun Gothic" w:hAnsi="Malgun Gothic" w:eastAsia="Malgun Gothic"/>
                <w:b w:val="0"/>
                <w:sz w:val="14"/>
              </w:rPr>
              <w:t>0.22997492022986354</w:t>
            </w:r>
          </w:p>
        </w:tc>
        <w:tc>
          <w:tcPr>
            <w:tcW w:type="dxa" w:w="519"/>
            <w:vAlign w:val="center"/>
          </w:tcPr>
          <w:p>
            <w:r/>
            <w:r>
              <w:rPr>
                <w:rFonts w:ascii="Malgun Gothic" w:hAnsi="Malgun Gothic" w:eastAsia="Malgun Gothic"/>
                <w:b w:val="0"/>
                <w:sz w:val="14"/>
              </w:rPr>
              <w:t>0.43405968940106837</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0.5566825646234406</w:t>
            </w:r>
          </w:p>
        </w:tc>
        <w:tc>
          <w:tcPr>
            <w:tcW w:type="dxa" w:w="519"/>
            <w:vAlign w:val="center"/>
          </w:tcPr>
          <w:p>
            <w:r/>
            <w:r>
              <w:rPr>
                <w:rFonts w:ascii="Malgun Gothic" w:hAnsi="Malgun Gothic" w:eastAsia="Malgun Gothic"/>
                <w:b w:val="0"/>
                <w:sz w:val="14"/>
              </w:rPr>
              <w:t>-0.1226228752223722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0.1463118344545364</w:t>
            </w:r>
          </w:p>
        </w:tc>
        <w:tc>
          <w:tcPr>
            <w:tcW w:type="dxa" w:w="519"/>
            <w:vAlign w:val="center"/>
          </w:tcPr>
          <w:p>
            <w:r/>
            <w:r>
              <w:rPr>
                <w:rFonts w:ascii="Malgun Gothic" w:hAnsi="Malgun Gothic" w:eastAsia="Malgun Gothic"/>
                <w:b w:val="0"/>
                <w:sz w:val="14"/>
              </w:rPr>
              <w:t>229.41307026841184</w:t>
            </w:r>
          </w:p>
        </w:tc>
        <w:tc>
          <w:tcPr>
            <w:tcW w:type="dxa" w:w="519"/>
            <w:vAlign w:val="center"/>
          </w:tcPr>
          <w:p>
            <w:r/>
            <w:r>
              <w:rPr>
                <w:rFonts w:ascii="Malgun Gothic" w:hAnsi="Malgun Gothic" w:eastAsia="Malgun Gothic"/>
                <w:b w:val="0"/>
                <w:sz w:val="14"/>
              </w:rPr>
              <w:t>51.36268343815513</w:t>
            </w:r>
          </w:p>
        </w:tc>
        <w:tc>
          <w:tcPr>
            <w:tcW w:type="dxa" w:w="519"/>
            <w:vAlign w:val="center"/>
          </w:tcPr>
          <w:p>
            <w:r/>
            <w:r>
              <w:rPr>
                <w:rFonts w:ascii="Malgun Gothic" w:hAnsi="Malgun Gothic" w:eastAsia="Malgun Gothic"/>
                <w:b w:val="0"/>
                <w:sz w:val="14"/>
              </w:rPr>
              <w:t>57.24</w:t>
            </w:r>
          </w:p>
        </w:tc>
        <w:tc>
          <w:tcPr>
            <w:tcW w:type="dxa" w:w="519"/>
            <w:vAlign w:val="center"/>
          </w:tcPr>
          <w:p>
            <w:r/>
            <w:r>
              <w:rPr>
                <w:rFonts w:ascii="Malgun Gothic" w:hAnsi="Malgun Gothic" w:eastAsia="Malgun Gothic"/>
                <w:b w:val="0"/>
                <w:sz w:val="14"/>
              </w:rPr>
              <w:t>2.681641809174202</w:t>
            </w:r>
          </w:p>
        </w:tc>
        <w:tc>
          <w:tcPr>
            <w:tcW w:type="dxa" w:w="519"/>
            <w:vAlign w:val="center"/>
          </w:tcPr>
          <w:p>
            <w:r/>
            <w:r>
              <w:rPr>
                <w:rFonts w:ascii="Malgun Gothic" w:hAnsi="Malgun Gothic" w:eastAsia="Malgun Gothic"/>
                <w:b w:val="0"/>
                <w:sz w:val="14"/>
              </w:rPr>
              <w:t>-0.015226763795700088</w:t>
            </w:r>
          </w:p>
        </w:tc>
        <w:tc>
          <w:tcPr>
            <w:tcW w:type="dxa" w:w="519"/>
            <w:vAlign w:val="center"/>
          </w:tcPr>
          <w:p>
            <w:r/>
            <w:r>
              <w:rPr>
                <w:rFonts w:ascii="Malgun Gothic" w:hAnsi="Malgun Gothic" w:eastAsia="Malgun Gothic"/>
                <w:b w:val="0"/>
                <w:sz w:val="14"/>
              </w:rPr>
              <w:t>-1.6175098737937825</w:t>
            </w:r>
          </w:p>
        </w:tc>
        <w:tc>
          <w:tcPr>
            <w:tcW w:type="dxa" w:w="519"/>
            <w:vAlign w:val="center"/>
          </w:tcPr>
          <w:p>
            <w:r/>
            <w:r>
              <w:rPr>
                <w:rFonts w:ascii="Malgun Gothic" w:hAnsi="Malgun Gothic" w:eastAsia="Malgun Gothic"/>
                <w:b w:val="0"/>
                <w:sz w:val="14"/>
              </w:rPr>
              <w:t>-0.5256410298491199</w:t>
            </w:r>
          </w:p>
        </w:tc>
        <w:tc>
          <w:tcPr>
            <w:tcW w:type="dxa" w:w="519"/>
            <w:vAlign w:val="center"/>
          </w:tcPr>
          <w:p>
            <w:r/>
            <w:r>
              <w:rPr>
                <w:rFonts w:ascii="Malgun Gothic" w:hAnsi="Malgun Gothic" w:eastAsia="Malgun Gothic"/>
                <w:b w:val="0"/>
                <w:sz w:val="14"/>
              </w:rPr>
              <w:t>0.1308160354338998</w:t>
            </w:r>
          </w:p>
        </w:tc>
        <w:tc>
          <w:tcPr>
            <w:tcW w:type="dxa" w:w="519"/>
            <w:vAlign w:val="center"/>
          </w:tcPr>
          <w:p>
            <w:r/>
            <w:r>
              <w:rPr>
                <w:rFonts w:ascii="Malgun Gothic" w:hAnsi="Malgun Gothic" w:eastAsia="Malgun Gothic"/>
                <w:b w:val="0"/>
                <w:sz w:val="14"/>
              </w:rPr>
              <w:t>0.4116882292797108</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0.5798579743105137</w:t>
            </w:r>
          </w:p>
        </w:tc>
        <w:tc>
          <w:tcPr>
            <w:tcW w:type="dxa" w:w="519"/>
            <w:vAlign w:val="center"/>
          </w:tcPr>
          <w:p>
            <w:r/>
            <w:r>
              <w:rPr>
                <w:rFonts w:ascii="Malgun Gothic" w:hAnsi="Malgun Gothic" w:eastAsia="Malgun Gothic"/>
                <w:b w:val="0"/>
                <w:sz w:val="14"/>
              </w:rPr>
              <w:t>-0.16816974503080284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0.0526598244905471</w:t>
            </w:r>
          </w:p>
        </w:tc>
        <w:tc>
          <w:tcPr>
            <w:tcW w:type="dxa" w:w="519"/>
            <w:vAlign w:val="center"/>
          </w:tcPr>
          <w:p>
            <w:r/>
            <w:r>
              <w:rPr>
                <w:rFonts w:ascii="Malgun Gothic" w:hAnsi="Malgun Gothic" w:eastAsia="Malgun Gothic"/>
                <w:b w:val="0"/>
                <w:sz w:val="14"/>
              </w:rPr>
              <w:t>183.5408464937546</w:t>
            </w:r>
          </w:p>
        </w:tc>
        <w:tc>
          <w:tcPr>
            <w:tcW w:type="dxa" w:w="519"/>
            <w:vAlign w:val="center"/>
          </w:tcPr>
          <w:p>
            <w:r/>
            <w:r>
              <w:rPr>
                <w:rFonts w:ascii="Malgun Gothic" w:hAnsi="Malgun Gothic" w:eastAsia="Malgun Gothic"/>
                <w:b w:val="0"/>
                <w:sz w:val="14"/>
              </w:rPr>
              <w:t>78.69658776513987</w:t>
            </w:r>
          </w:p>
        </w:tc>
        <w:tc>
          <w:tcPr>
            <w:tcW w:type="dxa" w:w="519"/>
            <w:vAlign w:val="center"/>
          </w:tcPr>
          <w:p>
            <w:r/>
            <w:r>
              <w:rPr>
                <w:rFonts w:ascii="Malgun Gothic" w:hAnsi="Malgun Gothic" w:eastAsia="Malgun Gothic"/>
                <w:b w:val="0"/>
                <w:sz w:val="14"/>
              </w:rPr>
              <w:t>195.18</w:t>
            </w:r>
          </w:p>
        </w:tc>
        <w:tc>
          <w:tcPr>
            <w:tcW w:type="dxa" w:w="519"/>
            <w:vAlign w:val="center"/>
          </w:tcPr>
          <w:p>
            <w:r/>
            <w:r>
              <w:rPr>
                <w:rFonts w:ascii="Malgun Gothic" w:hAnsi="Malgun Gothic" w:eastAsia="Malgun Gothic"/>
                <w:b w:val="0"/>
                <w:sz w:val="14"/>
              </w:rPr>
              <w:t>-0.5238428767697084</w:t>
            </w:r>
          </w:p>
        </w:tc>
        <w:tc>
          <w:tcPr>
            <w:tcW w:type="dxa" w:w="519"/>
            <w:vAlign w:val="center"/>
          </w:tcPr>
          <w:p>
            <w:r/>
            <w:r>
              <w:rPr>
                <w:rFonts w:ascii="Malgun Gothic" w:hAnsi="Malgun Gothic" w:eastAsia="Malgun Gothic"/>
                <w:b w:val="0"/>
                <w:sz w:val="14"/>
              </w:rPr>
              <w:t>-1.6619198804485729</w:t>
            </w:r>
          </w:p>
        </w:tc>
        <w:tc>
          <w:tcPr>
            <w:tcW w:type="dxa" w:w="519"/>
            <w:vAlign w:val="center"/>
          </w:tcPr>
          <w:p>
            <w:r/>
            <w:r>
              <w:rPr>
                <w:rFonts w:ascii="Malgun Gothic" w:hAnsi="Malgun Gothic" w:eastAsia="Malgun Gothic"/>
                <w:b w:val="0"/>
                <w:sz w:val="14"/>
              </w:rPr>
              <w:t>-0.209850473037175</w:t>
            </w:r>
          </w:p>
        </w:tc>
        <w:tc>
          <w:tcPr>
            <w:tcW w:type="dxa" w:w="519"/>
            <w:vAlign w:val="center"/>
          </w:tcPr>
          <w:p>
            <w:r/>
            <w:r>
              <w:rPr>
                <w:rFonts w:ascii="Malgun Gothic" w:hAnsi="Malgun Gothic" w:eastAsia="Malgun Gothic"/>
                <w:b w:val="0"/>
                <w:sz w:val="14"/>
              </w:rPr>
              <w:t>0.2846714564060857</w:t>
            </w:r>
          </w:p>
        </w:tc>
        <w:tc>
          <w:tcPr>
            <w:tcW w:type="dxa" w:w="519"/>
            <w:vAlign w:val="center"/>
          </w:tcPr>
          <w:p>
            <w:r/>
            <w:r>
              <w:rPr>
                <w:rFonts w:ascii="Malgun Gothic" w:hAnsi="Malgun Gothic" w:eastAsia="Malgun Gothic"/>
                <w:b w:val="0"/>
                <w:sz w:val="14"/>
              </w:rPr>
              <w:t>-0.5277354434623427</w:t>
            </w:r>
          </w:p>
        </w:tc>
        <w:tc>
          <w:tcPr>
            <w:tcW w:type="dxa" w:w="519"/>
            <w:vAlign w:val="center"/>
          </w:tcPr>
          <w:p>
            <w:r/>
            <w:r>
              <w:rPr>
                <w:rFonts w:ascii="Malgun Gothic" w:hAnsi="Malgun Gothic" w:eastAsia="Malgun Gothic"/>
                <w:b w:val="0"/>
                <w:sz w:val="14"/>
              </w:rPr>
              <w:t>0.26311094164377696</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0.4510288471614744</w:t>
            </w:r>
          </w:p>
        </w:tc>
        <w:tc>
          <w:tcPr>
            <w:tcW w:type="dxa" w:w="519"/>
            <w:vAlign w:val="center"/>
          </w:tcPr>
          <w:p>
            <w:r/>
            <w:r>
              <w:rPr>
                <w:rFonts w:ascii="Malgun Gothic" w:hAnsi="Malgun Gothic" w:eastAsia="Malgun Gothic"/>
                <w:b w:val="0"/>
                <w:sz w:val="14"/>
              </w:rPr>
              <w:t>-0.18791790551769744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0.053933672606945</w:t>
            </w:r>
          </w:p>
        </w:tc>
        <w:tc>
          <w:tcPr>
            <w:tcW w:type="dxa" w:w="519"/>
            <w:vAlign w:val="center"/>
          </w:tcPr>
          <w:p>
            <w:r/>
            <w:r>
              <w:rPr>
                <w:rFonts w:ascii="Malgun Gothic" w:hAnsi="Malgun Gothic" w:eastAsia="Malgun Gothic"/>
                <w:b w:val="0"/>
                <w:sz w:val="14"/>
              </w:rPr>
              <w:t>278.85837358392706</w:t>
            </w:r>
          </w:p>
        </w:tc>
        <w:tc>
          <w:tcPr>
            <w:tcW w:type="dxa" w:w="519"/>
            <w:vAlign w:val="center"/>
          </w:tcPr>
          <w:p>
            <w:r/>
            <w:r>
              <w:rPr>
                <w:rFonts w:ascii="Malgun Gothic" w:hAnsi="Malgun Gothic" w:eastAsia="Malgun Gothic"/>
                <w:b w:val="0"/>
                <w:sz w:val="14"/>
              </w:rPr>
              <w:t>87.91208791208791</w:t>
            </w:r>
          </w:p>
        </w:tc>
        <w:tc>
          <w:tcPr>
            <w:tcW w:type="dxa" w:w="519"/>
            <w:vAlign w:val="center"/>
          </w:tcPr>
          <w:p>
            <w:r/>
            <w:r>
              <w:rPr>
                <w:rFonts w:ascii="Malgun Gothic" w:hAnsi="Malgun Gothic" w:eastAsia="Malgun Gothic"/>
                <w:b w:val="0"/>
                <w:sz w:val="14"/>
              </w:rPr>
              <w:t>24.57</w:t>
            </w:r>
          </w:p>
        </w:tc>
        <w:tc>
          <w:tcPr>
            <w:tcW w:type="dxa" w:w="519"/>
            <w:vAlign w:val="center"/>
          </w:tcPr>
          <w:p>
            <w:r/>
            <w:r>
              <w:rPr>
                <w:rFonts w:ascii="Malgun Gothic" w:hAnsi="Malgun Gothic" w:eastAsia="Malgun Gothic"/>
                <w:b w:val="0"/>
                <w:sz w:val="14"/>
              </w:rPr>
              <w:t>-0.4802420973427418</w:t>
            </w:r>
          </w:p>
        </w:tc>
        <w:tc>
          <w:tcPr>
            <w:tcW w:type="dxa" w:w="519"/>
            <w:vAlign w:val="center"/>
          </w:tcPr>
          <w:p>
            <w:r/>
            <w:r>
              <w:rPr>
                <w:rFonts w:ascii="Malgun Gothic" w:hAnsi="Malgun Gothic" w:eastAsia="Malgun Gothic"/>
                <w:b w:val="0"/>
                <w:sz w:val="14"/>
              </w:rPr>
              <w:t>1.7597305833877754</w:t>
            </w:r>
          </w:p>
        </w:tc>
        <w:tc>
          <w:tcPr>
            <w:tcW w:type="dxa" w:w="519"/>
            <w:vAlign w:val="center"/>
          </w:tcPr>
          <w:p>
            <w:r/>
            <w:r>
              <w:rPr>
                <w:rFonts w:ascii="Malgun Gothic" w:hAnsi="Malgun Gothic" w:eastAsia="Malgun Gothic"/>
                <w:b w:val="0"/>
                <w:sz w:val="14"/>
              </w:rPr>
              <w:t>0.26473542070646916</w:t>
            </w:r>
          </w:p>
        </w:tc>
        <w:tc>
          <w:tcPr>
            <w:tcW w:type="dxa" w:w="519"/>
            <w:vAlign w:val="center"/>
          </w:tcPr>
          <w:p>
            <w:r/>
            <w:r>
              <w:rPr>
                <w:rFonts w:ascii="Malgun Gothic" w:hAnsi="Malgun Gothic" w:eastAsia="Malgun Gothic"/>
                <w:b w:val="0"/>
                <w:sz w:val="14"/>
              </w:rPr>
              <w:t>-0.7175571450148265</w:t>
            </w:r>
          </w:p>
        </w:tc>
        <w:tc>
          <w:tcPr>
            <w:tcW w:type="dxa" w:w="519"/>
            <w:vAlign w:val="center"/>
          </w:tcPr>
          <w:p>
            <w:r/>
            <w:r>
              <w:rPr>
                <w:rFonts w:ascii="Malgun Gothic" w:hAnsi="Malgun Gothic" w:eastAsia="Malgun Gothic"/>
                <w:b w:val="0"/>
                <w:sz w:val="14"/>
              </w:rPr>
              <w:t>0.2066666904341691</w:t>
            </w:r>
          </w:p>
        </w:tc>
        <w:tc>
          <w:tcPr>
            <w:tcW w:type="dxa" w:w="519"/>
            <w:vAlign w:val="center"/>
          </w:tcPr>
          <w:p>
            <w:r/>
            <w:r>
              <w:rPr>
                <w:rFonts w:ascii="Malgun Gothic" w:hAnsi="Malgun Gothic" w:eastAsia="Malgun Gothic"/>
                <w:b w:val="0"/>
                <w:sz w:val="14"/>
              </w:rPr>
              <w:t>0.4288010669947478</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0.5653592651938127</w:t>
            </w:r>
          </w:p>
        </w:tc>
        <w:tc>
          <w:tcPr>
            <w:tcW w:type="dxa" w:w="519"/>
            <w:vAlign w:val="center"/>
          </w:tcPr>
          <w:p>
            <w:r/>
            <w:r>
              <w:rPr>
                <w:rFonts w:ascii="Malgun Gothic" w:hAnsi="Malgun Gothic" w:eastAsia="Malgun Gothic"/>
                <w:b w:val="0"/>
                <w:sz w:val="14"/>
              </w:rPr>
              <w:t>-0.13655819819906495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0.0630923733115196</w:t>
            </w:r>
          </w:p>
        </w:tc>
        <w:tc>
          <w:tcPr>
            <w:tcW w:type="dxa" w:w="519"/>
            <w:vAlign w:val="center"/>
          </w:tcPr>
          <w:p>
            <w:r/>
            <w:r>
              <w:rPr>
                <w:rFonts w:ascii="Malgun Gothic" w:hAnsi="Malgun Gothic" w:eastAsia="Malgun Gothic"/>
                <w:b w:val="0"/>
                <w:sz w:val="14"/>
              </w:rPr>
              <w:t>223.2374862425497</w:t>
            </w:r>
          </w:p>
        </w:tc>
        <w:tc>
          <w:tcPr>
            <w:tcW w:type="dxa" w:w="519"/>
            <w:vAlign w:val="center"/>
          </w:tcPr>
          <w:p>
            <w:r/>
            <w:r>
              <w:rPr>
                <w:rFonts w:ascii="Malgun Gothic" w:hAnsi="Malgun Gothic" w:eastAsia="Malgun Gothic"/>
                <w:b w:val="0"/>
                <w:sz w:val="14"/>
              </w:rPr>
              <w:t>93.12890403180012</w:t>
            </w:r>
          </w:p>
        </w:tc>
        <w:tc>
          <w:tcPr>
            <w:tcW w:type="dxa" w:w="519"/>
            <w:vAlign w:val="center"/>
          </w:tcPr>
          <w:p>
            <w:r/>
            <w:r>
              <w:rPr>
                <w:rFonts w:ascii="Malgun Gothic" w:hAnsi="Malgun Gothic" w:eastAsia="Malgun Gothic"/>
                <w:b w:val="0"/>
                <w:sz w:val="14"/>
              </w:rPr>
              <w:t>52.83</w:t>
            </w:r>
          </w:p>
        </w:tc>
        <w:tc>
          <w:tcPr>
            <w:tcW w:type="dxa" w:w="519"/>
            <w:vAlign w:val="center"/>
          </w:tcPr>
          <w:p>
            <w:r/>
            <w:r>
              <w:rPr>
                <w:rFonts w:ascii="Malgun Gothic" w:hAnsi="Malgun Gothic" w:eastAsia="Malgun Gothic"/>
                <w:b w:val="0"/>
                <w:sz w:val="14"/>
              </w:rPr>
              <w:t>-0.16676164067185772</w:t>
            </w:r>
          </w:p>
        </w:tc>
        <w:tc>
          <w:tcPr>
            <w:tcW w:type="dxa" w:w="519"/>
            <w:vAlign w:val="center"/>
          </w:tcPr>
          <w:p>
            <w:r/>
            <w:r>
              <w:rPr>
                <w:rFonts w:ascii="Malgun Gothic" w:hAnsi="Malgun Gothic" w:eastAsia="Malgun Gothic"/>
                <w:b w:val="0"/>
                <w:sz w:val="14"/>
              </w:rPr>
              <w:t>-0.23691411334854232</w:t>
            </w:r>
          </w:p>
        </w:tc>
        <w:tc>
          <w:tcPr>
            <w:tcW w:type="dxa" w:w="519"/>
            <w:vAlign w:val="center"/>
          </w:tcPr>
          <w:p>
            <w:r/>
            <w:r>
              <w:rPr>
                <w:rFonts w:ascii="Malgun Gothic" w:hAnsi="Malgun Gothic" w:eastAsia="Malgun Gothic"/>
                <w:b w:val="0"/>
                <w:sz w:val="14"/>
              </w:rPr>
              <w:t>0.5333944518161157</w:t>
            </w:r>
          </w:p>
        </w:tc>
        <w:tc>
          <w:tcPr>
            <w:tcW w:type="dxa" w:w="519"/>
            <w:vAlign w:val="center"/>
          </w:tcPr>
          <w:p>
            <w:r/>
            <w:r>
              <w:rPr>
                <w:rFonts w:ascii="Malgun Gothic" w:hAnsi="Malgun Gothic" w:eastAsia="Malgun Gothic"/>
                <w:b w:val="0"/>
                <w:sz w:val="14"/>
              </w:rPr>
              <w:t>-0.5515470619238296</w:t>
            </w:r>
          </w:p>
        </w:tc>
        <w:tc>
          <w:tcPr>
            <w:tcW w:type="dxa" w:w="519"/>
            <w:vAlign w:val="center"/>
          </w:tcPr>
          <w:p>
            <w:r/>
            <w:r>
              <w:rPr>
                <w:rFonts w:ascii="Malgun Gothic" w:hAnsi="Malgun Gothic" w:eastAsia="Malgun Gothic"/>
                <w:b w:val="0"/>
                <w:sz w:val="14"/>
              </w:rPr>
              <w:t>-0.1054570910320285</w:t>
            </w:r>
          </w:p>
        </w:tc>
        <w:tc>
          <w:tcPr>
            <w:tcW w:type="dxa" w:w="519"/>
            <w:vAlign w:val="center"/>
          </w:tcPr>
          <w:p>
            <w:r/>
            <w:r>
              <w:rPr>
                <w:rFonts w:ascii="Malgun Gothic" w:hAnsi="Malgun Gothic" w:eastAsia="Malgun Gothic"/>
                <w:b w:val="0"/>
                <w:sz w:val="14"/>
              </w:rPr>
              <w:t>0.35838211518456575</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0.53674940102636</w:t>
            </w:r>
          </w:p>
        </w:tc>
        <w:tc>
          <w:tcPr>
            <w:tcW w:type="dxa" w:w="519"/>
            <w:vAlign w:val="center"/>
          </w:tcPr>
          <w:p>
            <w:r/>
            <w:r>
              <w:rPr>
                <w:rFonts w:ascii="Malgun Gothic" w:hAnsi="Malgun Gothic" w:eastAsia="Malgun Gothic"/>
                <w:b w:val="0"/>
                <w:sz w:val="14"/>
              </w:rPr>
              <w:t>-0.1783672858417943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0.0623011589050293</w:t>
            </w:r>
          </w:p>
        </w:tc>
        <w:tc>
          <w:tcPr>
            <w:tcW w:type="dxa" w:w="519"/>
            <w:vAlign w:val="center"/>
          </w:tcPr>
          <w:p>
            <w:r/>
            <w:r>
              <w:rPr>
                <w:rFonts w:ascii="Malgun Gothic" w:hAnsi="Malgun Gothic" w:eastAsia="Malgun Gothic"/>
                <w:b w:val="0"/>
                <w:sz w:val="14"/>
              </w:rPr>
              <w:t>253.2706965866162</w:t>
            </w:r>
          </w:p>
        </w:tc>
        <w:tc>
          <w:tcPr>
            <w:tcW w:type="dxa" w:w="519"/>
            <w:vAlign w:val="center"/>
          </w:tcPr>
          <w:p>
            <w:r/>
            <w:r>
              <w:rPr>
                <w:rFonts w:ascii="Malgun Gothic" w:hAnsi="Malgun Gothic" w:eastAsia="Malgun Gothic"/>
                <w:b w:val="0"/>
                <w:sz w:val="14"/>
              </w:rPr>
              <w:t>102.36220472440944</w:t>
            </w:r>
          </w:p>
        </w:tc>
        <w:tc>
          <w:tcPr>
            <w:tcW w:type="dxa" w:w="519"/>
            <w:vAlign w:val="center"/>
          </w:tcPr>
          <w:p>
            <w:r/>
            <w:r>
              <w:rPr>
                <w:rFonts w:ascii="Malgun Gothic" w:hAnsi="Malgun Gothic" w:eastAsia="Malgun Gothic"/>
                <w:b w:val="0"/>
                <w:sz w:val="14"/>
              </w:rPr>
              <w:t>68.58</w:t>
            </w:r>
          </w:p>
        </w:tc>
        <w:tc>
          <w:tcPr>
            <w:tcW w:type="dxa" w:w="519"/>
            <w:vAlign w:val="center"/>
          </w:tcPr>
          <w:p>
            <w:r/>
            <w:r>
              <w:rPr>
                <w:rFonts w:ascii="Malgun Gothic" w:hAnsi="Malgun Gothic" w:eastAsia="Malgun Gothic"/>
                <w:b w:val="0"/>
                <w:sz w:val="14"/>
              </w:rPr>
              <w:t>-0.19384302060463302</w:t>
            </w:r>
          </w:p>
        </w:tc>
        <w:tc>
          <w:tcPr>
            <w:tcW w:type="dxa" w:w="519"/>
            <w:vAlign w:val="center"/>
          </w:tcPr>
          <w:p>
            <w:r/>
            <w:r>
              <w:rPr>
                <w:rFonts w:ascii="Malgun Gothic" w:hAnsi="Malgun Gothic" w:eastAsia="Malgun Gothic"/>
                <w:b w:val="0"/>
                <w:sz w:val="14"/>
              </w:rPr>
              <w:t>0.841199757640301</w:t>
            </w:r>
          </w:p>
        </w:tc>
        <w:tc>
          <w:tcPr>
            <w:tcW w:type="dxa" w:w="519"/>
            <w:vAlign w:val="center"/>
          </w:tcPr>
          <w:p>
            <w:r/>
            <w:r>
              <w:rPr>
                <w:rFonts w:ascii="Malgun Gothic" w:hAnsi="Malgun Gothic" w:eastAsia="Malgun Gothic"/>
                <w:b w:val="0"/>
                <w:sz w:val="14"/>
              </w:rPr>
              <w:t>1.0088970497795062</w:t>
            </w:r>
          </w:p>
        </w:tc>
        <w:tc>
          <w:tcPr>
            <w:tcW w:type="dxa" w:w="519"/>
            <w:vAlign w:val="center"/>
          </w:tcPr>
          <w:p>
            <w:r/>
            <w:r>
              <w:rPr>
                <w:rFonts w:ascii="Malgun Gothic" w:hAnsi="Malgun Gothic" w:eastAsia="Malgun Gothic"/>
                <w:b w:val="0"/>
                <w:sz w:val="14"/>
              </w:rPr>
              <w:t>-0.45902551879986636</w:t>
            </w:r>
          </w:p>
        </w:tc>
        <w:tc>
          <w:tcPr>
            <w:tcW w:type="dxa" w:w="519"/>
            <w:vAlign w:val="center"/>
          </w:tcPr>
          <w:p>
            <w:r/>
            <w:r>
              <w:rPr>
                <w:rFonts w:ascii="Malgun Gothic" w:hAnsi="Malgun Gothic" w:eastAsia="Malgun Gothic"/>
                <w:b w:val="0"/>
                <w:sz w:val="14"/>
              </w:rPr>
              <w:t>0.299307067003827</w:t>
            </w:r>
          </w:p>
        </w:tc>
        <w:tc>
          <w:tcPr>
            <w:tcW w:type="dxa" w:w="519"/>
            <w:vAlign w:val="center"/>
          </w:tcPr>
          <w:p>
            <w:r/>
            <w:r>
              <w:rPr>
                <w:rFonts w:ascii="Malgun Gothic" w:hAnsi="Malgun Gothic" w:eastAsia="Malgun Gothic"/>
                <w:b w:val="0"/>
                <w:sz w:val="14"/>
              </w:rPr>
              <w:t>0.4497018717417976</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0.5693204596208085</w:t>
            </w:r>
          </w:p>
        </w:tc>
        <w:tc>
          <w:tcPr>
            <w:tcW w:type="dxa" w:w="519"/>
            <w:vAlign w:val="center"/>
          </w:tcPr>
          <w:p>
            <w:r/>
            <w:r>
              <w:rPr>
                <w:rFonts w:ascii="Malgun Gothic" w:hAnsi="Malgun Gothic" w:eastAsia="Malgun Gothic"/>
                <w:b w:val="0"/>
                <w:sz w:val="14"/>
              </w:rPr>
              <w:t>-0.11961858787901086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0.0901525691151619</w:t>
            </w:r>
          </w:p>
        </w:tc>
        <w:tc>
          <w:tcPr>
            <w:tcW w:type="dxa" w:w="519"/>
            <w:vAlign w:val="center"/>
          </w:tcPr>
          <w:p>
            <w:r/>
            <w:r>
              <w:rPr>
                <w:rFonts w:ascii="Malgun Gothic" w:hAnsi="Malgun Gothic" w:eastAsia="Malgun Gothic"/>
                <w:b w:val="0"/>
                <w:sz w:val="14"/>
              </w:rPr>
              <w:t>262.4477490768097</w:t>
            </w:r>
          </w:p>
        </w:tc>
        <w:tc>
          <w:tcPr>
            <w:tcW w:type="dxa" w:w="519"/>
            <w:vAlign w:val="center"/>
          </w:tcPr>
          <w:p>
            <w:r/>
            <w:r>
              <w:rPr>
                <w:rFonts w:ascii="Malgun Gothic" w:hAnsi="Malgun Gothic" w:eastAsia="Malgun Gothic"/>
                <w:b w:val="0"/>
                <w:sz w:val="14"/>
              </w:rPr>
              <w:t>97.83989834815756</w:t>
            </w:r>
          </w:p>
        </w:tc>
        <w:tc>
          <w:tcPr>
            <w:tcW w:type="dxa" w:w="519"/>
            <w:vAlign w:val="center"/>
          </w:tcPr>
          <w:p>
            <w:r/>
            <w:r>
              <w:rPr>
                <w:rFonts w:ascii="Malgun Gothic" w:hAnsi="Malgun Gothic" w:eastAsia="Malgun Gothic"/>
                <w:b w:val="0"/>
                <w:sz w:val="14"/>
              </w:rPr>
              <w:t>47.22</w:t>
            </w:r>
          </w:p>
        </w:tc>
        <w:tc>
          <w:tcPr>
            <w:tcW w:type="dxa" w:w="519"/>
            <w:vAlign w:val="center"/>
          </w:tcPr>
          <w:p>
            <w:r/>
            <w:r>
              <w:rPr>
                <w:rFonts w:ascii="Malgun Gothic" w:hAnsi="Malgun Gothic" w:eastAsia="Malgun Gothic"/>
                <w:b w:val="0"/>
                <w:sz w:val="14"/>
              </w:rPr>
              <w:t>0.7594442494160578</w:t>
            </w:r>
          </w:p>
        </w:tc>
        <w:tc>
          <w:tcPr>
            <w:tcW w:type="dxa" w:w="519"/>
            <w:vAlign w:val="center"/>
          </w:tcPr>
          <w:p>
            <w:r/>
            <w:r>
              <w:rPr>
                <w:rFonts w:ascii="Malgun Gothic" w:hAnsi="Malgun Gothic" w:eastAsia="Malgun Gothic"/>
                <w:b w:val="0"/>
                <w:sz w:val="14"/>
              </w:rPr>
              <w:t>1.1706319918611432</w:t>
            </w:r>
          </w:p>
        </w:tc>
        <w:tc>
          <w:tcPr>
            <w:tcW w:type="dxa" w:w="519"/>
            <w:vAlign w:val="center"/>
          </w:tcPr>
          <w:p>
            <w:r/>
            <w:r>
              <w:rPr>
                <w:rFonts w:ascii="Malgun Gothic" w:hAnsi="Malgun Gothic" w:eastAsia="Malgun Gothic"/>
                <w:b w:val="0"/>
                <w:sz w:val="14"/>
              </w:rPr>
              <w:t>0.7760043386804938</w:t>
            </w:r>
          </w:p>
        </w:tc>
        <w:tc>
          <w:tcPr>
            <w:tcW w:type="dxa" w:w="519"/>
            <w:vAlign w:val="center"/>
          </w:tcPr>
          <w:p>
            <w:r/>
            <w:r>
              <w:rPr>
                <w:rFonts w:ascii="Malgun Gothic" w:hAnsi="Malgun Gothic" w:eastAsia="Malgun Gothic"/>
                <w:b w:val="0"/>
                <w:sz w:val="14"/>
              </w:rPr>
              <w:t>-0.5845023544270317</w:t>
            </w:r>
          </w:p>
        </w:tc>
        <w:tc>
          <w:tcPr>
            <w:tcW w:type="dxa" w:w="519"/>
            <w:vAlign w:val="center"/>
          </w:tcPr>
          <w:p>
            <w:r/>
            <w:r>
              <w:rPr>
                <w:rFonts w:ascii="Malgun Gothic" w:hAnsi="Malgun Gothic" w:eastAsia="Malgun Gothic"/>
                <w:b w:val="0"/>
                <w:sz w:val="14"/>
              </w:rPr>
              <w:t>0.5303945563826657</w:t>
            </w:r>
          </w:p>
        </w:tc>
        <w:tc>
          <w:tcPr>
            <w:tcW w:type="dxa" w:w="519"/>
            <w:vAlign w:val="center"/>
          </w:tcPr>
          <w:p>
            <w:r/>
            <w:r>
              <w:rPr>
                <w:rFonts w:ascii="Malgun Gothic" w:hAnsi="Malgun Gothic" w:eastAsia="Malgun Gothic"/>
                <w:b w:val="0"/>
                <w:sz w:val="14"/>
              </w:rPr>
              <w:t>0.5018380425329577</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0.6062359043171909</w:t>
            </w:r>
          </w:p>
        </w:tc>
        <w:tc>
          <w:tcPr>
            <w:tcW w:type="dxa" w:w="519"/>
            <w:vAlign w:val="center"/>
          </w:tcPr>
          <w:p>
            <w:r/>
            <w:r>
              <w:rPr>
                <w:rFonts w:ascii="Malgun Gothic" w:hAnsi="Malgun Gothic" w:eastAsia="Malgun Gothic"/>
                <w:b w:val="0"/>
                <w:sz w:val="14"/>
              </w:rPr>
              <w:t>-0.10439786178423316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0.0859183967113494</w:t>
            </w:r>
          </w:p>
        </w:tc>
        <w:tc>
          <w:tcPr>
            <w:tcW w:type="dxa" w:w="519"/>
            <w:vAlign w:val="center"/>
          </w:tcPr>
          <w:p>
            <w:r/>
            <w:r>
              <w:rPr>
                <w:rFonts w:ascii="Malgun Gothic" w:hAnsi="Malgun Gothic" w:eastAsia="Malgun Gothic"/>
                <w:b w:val="0"/>
                <w:sz w:val="14"/>
              </w:rPr>
              <w:t>260.72312553903083</w:t>
            </w:r>
          </w:p>
        </w:tc>
        <w:tc>
          <w:tcPr>
            <w:tcW w:type="dxa" w:w="519"/>
            <w:vAlign w:val="center"/>
          </w:tcPr>
          <w:p>
            <w:r/>
            <w:r>
              <w:rPr>
                <w:rFonts w:ascii="Malgun Gothic" w:hAnsi="Malgun Gothic" w:eastAsia="Malgun Gothic"/>
                <w:b w:val="0"/>
                <w:sz w:val="14"/>
              </w:rPr>
              <w:t>89.69633140249253</w:t>
            </w:r>
          </w:p>
        </w:tc>
        <w:tc>
          <w:tcPr>
            <w:tcW w:type="dxa" w:w="519"/>
            <w:vAlign w:val="center"/>
          </w:tcPr>
          <w:p>
            <w:r/>
            <w:r>
              <w:rPr>
                <w:rFonts w:ascii="Malgun Gothic" w:hAnsi="Malgun Gothic" w:eastAsia="Malgun Gothic"/>
                <w:b w:val="0"/>
                <w:sz w:val="14"/>
              </w:rPr>
              <w:t>341.82</w:t>
            </w:r>
          </w:p>
        </w:tc>
        <w:tc>
          <w:tcPr>
            <w:tcW w:type="dxa" w:w="519"/>
            <w:vAlign w:val="center"/>
          </w:tcPr>
          <w:p>
            <w:r/>
            <w:r>
              <w:rPr>
                <w:rFonts w:ascii="Malgun Gothic" w:hAnsi="Malgun Gothic" w:eastAsia="Malgun Gothic"/>
                <w:b w:val="0"/>
                <w:sz w:val="14"/>
              </w:rPr>
              <w:t>0.6145186380673411</w:t>
            </w:r>
          </w:p>
        </w:tc>
        <w:tc>
          <w:tcPr>
            <w:tcW w:type="dxa" w:w="519"/>
            <w:vAlign w:val="center"/>
          </w:tcPr>
          <w:p>
            <w:r/>
            <w:r>
              <w:rPr>
                <w:rFonts w:ascii="Malgun Gothic" w:hAnsi="Malgun Gothic" w:eastAsia="Malgun Gothic"/>
                <w:b w:val="0"/>
                <w:sz w:val="14"/>
              </w:rPr>
              <w:t>1.108722507759634</w:t>
            </w:r>
          </w:p>
        </w:tc>
        <w:tc>
          <w:tcPr>
            <w:tcW w:type="dxa" w:w="519"/>
            <w:vAlign w:val="center"/>
          </w:tcPr>
          <w:p>
            <w:r/>
            <w:r>
              <w:rPr>
                <w:rFonts w:ascii="Malgun Gothic" w:hAnsi="Malgun Gothic" w:eastAsia="Malgun Gothic"/>
                <w:b w:val="0"/>
                <w:sz w:val="14"/>
              </w:rPr>
              <w:t>0.3566215666613784</w:t>
            </w:r>
          </w:p>
        </w:tc>
        <w:tc>
          <w:tcPr>
            <w:tcW w:type="dxa" w:w="519"/>
            <w:vAlign w:val="center"/>
          </w:tcPr>
          <w:p>
            <w:r/>
            <w:r>
              <w:rPr>
                <w:rFonts w:ascii="Malgun Gothic" w:hAnsi="Malgun Gothic" w:eastAsia="Malgun Gothic"/>
                <w:b w:val="0"/>
                <w:sz w:val="14"/>
              </w:rPr>
              <w:t>1.1460910807678613</w:t>
            </w:r>
          </w:p>
        </w:tc>
        <w:tc>
          <w:tcPr>
            <w:tcW w:type="dxa" w:w="519"/>
            <w:vAlign w:val="center"/>
          </w:tcPr>
          <w:p>
            <w:r/>
            <w:r>
              <w:rPr>
                <w:rFonts w:ascii="Malgun Gothic" w:hAnsi="Malgun Gothic" w:eastAsia="Malgun Gothic"/>
                <w:b w:val="0"/>
                <w:sz w:val="14"/>
              </w:rPr>
              <w:t>0.8064884483140538</w:t>
            </w:r>
          </w:p>
        </w:tc>
        <w:tc>
          <w:tcPr>
            <w:tcW w:type="dxa" w:w="519"/>
            <w:vAlign w:val="center"/>
          </w:tcPr>
          <w:p>
            <w:r/>
            <w:r>
              <w:rPr>
                <w:rFonts w:ascii="Malgun Gothic" w:hAnsi="Malgun Gothic" w:eastAsia="Malgun Gothic"/>
                <w:b w:val="0"/>
                <w:sz w:val="14"/>
              </w:rPr>
              <w:t>0.5641282095291165</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0.5415382976867286</w:t>
            </w:r>
          </w:p>
        </w:tc>
        <w:tc>
          <w:tcPr>
            <w:tcW w:type="dxa" w:w="519"/>
            <w:vAlign w:val="center"/>
          </w:tcPr>
          <w:p>
            <w:r/>
            <w:r>
              <w:rPr>
                <w:rFonts w:ascii="Malgun Gothic" w:hAnsi="Malgun Gothic" w:eastAsia="Malgun Gothic"/>
                <w:b w:val="0"/>
                <w:sz w:val="14"/>
              </w:rPr>
              <w:t>0.0225899118423879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0.0481829233467578</w:t>
            </w:r>
          </w:p>
        </w:tc>
        <w:tc>
          <w:tcPr>
            <w:tcW w:type="dxa" w:w="519"/>
            <w:vAlign w:val="center"/>
          </w:tcPr>
          <w:p>
            <w:r/>
            <w:r>
              <w:rPr>
                <w:rFonts w:ascii="Malgun Gothic" w:hAnsi="Malgun Gothic" w:eastAsia="Malgun Gothic"/>
                <w:b w:val="0"/>
                <w:sz w:val="14"/>
              </w:rPr>
              <w:t>254.04296291199563</w:t>
            </w:r>
          </w:p>
        </w:tc>
        <w:tc>
          <w:tcPr>
            <w:tcW w:type="dxa" w:w="519"/>
            <w:vAlign w:val="center"/>
          </w:tcPr>
          <w:p>
            <w:r/>
            <w:r>
              <w:rPr>
                <w:rFonts w:ascii="Malgun Gothic" w:hAnsi="Malgun Gothic" w:eastAsia="Malgun Gothic"/>
                <w:b w:val="0"/>
                <w:sz w:val="14"/>
              </w:rPr>
              <w:t>80.53691275167786</w:t>
            </w:r>
          </w:p>
        </w:tc>
        <w:tc>
          <w:tcPr>
            <w:tcW w:type="dxa" w:w="519"/>
            <w:vAlign w:val="center"/>
          </w:tcPr>
          <w:p>
            <w:r/>
            <w:r>
              <w:rPr>
                <w:rFonts w:ascii="Malgun Gothic" w:hAnsi="Malgun Gothic" w:eastAsia="Malgun Gothic"/>
                <w:b w:val="0"/>
                <w:sz w:val="14"/>
              </w:rPr>
              <w:t>80.46</w:t>
            </w:r>
          </w:p>
        </w:tc>
        <w:tc>
          <w:tcPr>
            <w:tcW w:type="dxa" w:w="519"/>
            <w:vAlign w:val="center"/>
          </w:tcPr>
          <w:p>
            <w:r/>
            <w:r>
              <w:rPr>
                <w:rFonts w:ascii="Malgun Gothic" w:hAnsi="Malgun Gothic" w:eastAsia="Malgun Gothic"/>
                <w:b w:val="0"/>
                <w:sz w:val="14"/>
              </w:rPr>
              <w:t>-0.6770765133186669</w:t>
            </w:r>
          </w:p>
        </w:tc>
        <w:tc>
          <w:tcPr>
            <w:tcW w:type="dxa" w:w="519"/>
            <w:vAlign w:val="center"/>
          </w:tcPr>
          <w:p>
            <w:r/>
            <w:r>
              <w:rPr>
                <w:rFonts w:ascii="Malgun Gothic" w:hAnsi="Malgun Gothic" w:eastAsia="Malgun Gothic"/>
                <w:b w:val="0"/>
                <w:sz w:val="14"/>
              </w:rPr>
              <w:t>0.8689221032687177</w:t>
            </w:r>
          </w:p>
        </w:tc>
        <w:tc>
          <w:tcPr>
            <w:tcW w:type="dxa" w:w="519"/>
            <w:vAlign w:val="center"/>
          </w:tcPr>
          <w:p>
            <w:r/>
            <w:r>
              <w:rPr>
                <w:rFonts w:ascii="Malgun Gothic" w:hAnsi="Malgun Gothic" w:eastAsia="Malgun Gothic"/>
                <w:b w:val="0"/>
                <w:sz w:val="14"/>
              </w:rPr>
              <w:t>-0.1150762052722138</w:t>
            </w:r>
          </w:p>
        </w:tc>
        <w:tc>
          <w:tcPr>
            <w:tcW w:type="dxa" w:w="519"/>
            <w:vAlign w:val="center"/>
          </w:tcPr>
          <w:p>
            <w:r/>
            <w:r>
              <w:rPr>
                <w:rFonts w:ascii="Malgun Gothic" w:hAnsi="Malgun Gothic" w:eastAsia="Malgun Gothic"/>
                <w:b w:val="0"/>
                <w:sz w:val="14"/>
              </w:rPr>
              <w:t>-0.38923784055779126</w:t>
            </w:r>
          </w:p>
        </w:tc>
        <w:tc>
          <w:tcPr>
            <w:tcW w:type="dxa" w:w="519"/>
            <w:vAlign w:val="center"/>
          </w:tcPr>
          <w:p>
            <w:r/>
            <w:r>
              <w:rPr>
                <w:rFonts w:ascii="Malgun Gothic" w:hAnsi="Malgun Gothic" w:eastAsia="Malgun Gothic"/>
                <w:b w:val="0"/>
                <w:sz w:val="14"/>
              </w:rPr>
              <w:t>-0.07811711396998858</w:t>
            </w:r>
          </w:p>
        </w:tc>
        <w:tc>
          <w:tcPr>
            <w:tcW w:type="dxa" w:w="519"/>
            <w:vAlign w:val="center"/>
          </w:tcPr>
          <w:p>
            <w:r/>
            <w:r>
              <w:rPr>
                <w:rFonts w:ascii="Malgun Gothic" w:hAnsi="Malgun Gothic" w:eastAsia="Malgun Gothic"/>
                <w:b w:val="0"/>
                <w:sz w:val="14"/>
              </w:rPr>
              <w:t>0.36455034920434926</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0.5202839408133583</w:t>
            </w:r>
          </w:p>
        </w:tc>
        <w:tc>
          <w:tcPr>
            <w:tcW w:type="dxa" w:w="519"/>
            <w:vAlign w:val="center"/>
          </w:tcPr>
          <w:p>
            <w:r/>
            <w:r>
              <w:rPr>
                <w:rFonts w:ascii="Malgun Gothic" w:hAnsi="Malgun Gothic" w:eastAsia="Malgun Gothic"/>
                <w:b w:val="0"/>
                <w:sz w:val="14"/>
              </w:rPr>
              <w:t>-0.15573359160900901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0.0801493227481842</w:t>
            </w:r>
          </w:p>
        </w:tc>
        <w:tc>
          <w:tcPr>
            <w:tcW w:type="dxa" w:w="519"/>
            <w:vAlign w:val="center"/>
          </w:tcPr>
          <w:p>
            <w:r/>
            <w:r>
              <w:rPr>
                <w:rFonts w:ascii="Malgun Gothic" w:hAnsi="Malgun Gothic" w:eastAsia="Malgun Gothic"/>
                <w:b w:val="0"/>
                <w:sz w:val="14"/>
              </w:rPr>
              <w:t>254.9948376341844</w:t>
            </w:r>
          </w:p>
        </w:tc>
        <w:tc>
          <w:tcPr>
            <w:tcW w:type="dxa" w:w="519"/>
            <w:vAlign w:val="center"/>
          </w:tcPr>
          <w:p>
            <w:r/>
            <w:r>
              <w:rPr>
                <w:rFonts w:ascii="Malgun Gothic" w:hAnsi="Malgun Gothic" w:eastAsia="Malgun Gothic"/>
                <w:b w:val="0"/>
                <w:sz w:val="14"/>
              </w:rPr>
              <w:t>67.42268041237114</w:t>
            </w:r>
          </w:p>
        </w:tc>
        <w:tc>
          <w:tcPr>
            <w:tcW w:type="dxa" w:w="519"/>
            <w:vAlign w:val="center"/>
          </w:tcPr>
          <w:p>
            <w:r/>
            <w:r>
              <w:rPr>
                <w:rFonts w:ascii="Malgun Gothic" w:hAnsi="Malgun Gothic" w:eastAsia="Malgun Gothic"/>
                <w:b w:val="0"/>
                <w:sz w:val="14"/>
              </w:rPr>
              <w:t>291.0</w:t>
            </w:r>
          </w:p>
        </w:tc>
        <w:tc>
          <w:tcPr>
            <w:tcW w:type="dxa" w:w="519"/>
            <w:vAlign w:val="center"/>
          </w:tcPr>
          <w:p>
            <w:r/>
            <w:r>
              <w:rPr>
                <w:rFonts w:ascii="Malgun Gothic" w:hAnsi="Malgun Gothic" w:eastAsia="Malgun Gothic"/>
                <w:b w:val="0"/>
                <w:sz w:val="14"/>
              </w:rPr>
              <w:t>0.41705701126280675</w:t>
            </w:r>
          </w:p>
        </w:tc>
        <w:tc>
          <w:tcPr>
            <w:tcW w:type="dxa" w:w="519"/>
            <w:vAlign w:val="center"/>
          </w:tcPr>
          <w:p>
            <w:r/>
            <w:r>
              <w:rPr>
                <w:rFonts w:ascii="Malgun Gothic" w:hAnsi="Malgun Gothic" w:eastAsia="Malgun Gothic"/>
                <w:b w:val="0"/>
                <w:sz w:val="14"/>
              </w:rPr>
              <w:t>0.9030919216024444</w:t>
            </w:r>
          </w:p>
        </w:tc>
        <w:tc>
          <w:tcPr>
            <w:tcW w:type="dxa" w:w="519"/>
            <w:vAlign w:val="center"/>
          </w:tcPr>
          <w:p>
            <w:r/>
            <w:r>
              <w:rPr>
                <w:rFonts w:ascii="Malgun Gothic" w:hAnsi="Malgun Gothic" w:eastAsia="Malgun Gothic"/>
                <w:b w:val="0"/>
                <w:sz w:val="14"/>
              </w:rPr>
              <w:t>-0.7904415762524168</w:t>
            </w:r>
          </w:p>
        </w:tc>
        <w:tc>
          <w:tcPr>
            <w:tcW w:type="dxa" w:w="519"/>
            <w:vAlign w:val="center"/>
          </w:tcPr>
          <w:p>
            <w:r/>
            <w:r>
              <w:rPr>
                <w:rFonts w:ascii="Malgun Gothic" w:hAnsi="Malgun Gothic" w:eastAsia="Malgun Gothic"/>
                <w:b w:val="0"/>
                <w:sz w:val="14"/>
              </w:rPr>
              <w:t>0.8475549016212067</w:t>
            </w:r>
          </w:p>
        </w:tc>
        <w:tc>
          <w:tcPr>
            <w:tcW w:type="dxa" w:w="519"/>
            <w:vAlign w:val="center"/>
          </w:tcPr>
          <w:p>
            <w:r/>
            <w:r>
              <w:rPr>
                <w:rFonts w:ascii="Malgun Gothic" w:hAnsi="Malgun Gothic" w:eastAsia="Malgun Gothic"/>
                <w:b w:val="0"/>
                <w:sz w:val="14"/>
              </w:rPr>
              <w:t>0.34431556455851026</w:t>
            </w:r>
          </w:p>
        </w:tc>
        <w:tc>
          <w:tcPr>
            <w:tcW w:type="dxa" w:w="519"/>
            <w:vAlign w:val="center"/>
          </w:tcPr>
          <w:p>
            <w:r/>
            <w:r>
              <w:rPr>
                <w:rFonts w:ascii="Malgun Gothic" w:hAnsi="Malgun Gothic" w:eastAsia="Malgun Gothic"/>
                <w:b w:val="0"/>
                <w:sz w:val="14"/>
              </w:rPr>
              <w:t>0.459856340604963</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0.5067517079167332</w:t>
            </w:r>
          </w:p>
        </w:tc>
        <w:tc>
          <w:tcPr>
            <w:tcW w:type="dxa" w:w="519"/>
            <w:vAlign w:val="center"/>
          </w:tcPr>
          <w:p>
            <w:r/>
            <w:r>
              <w:rPr>
                <w:rFonts w:ascii="Malgun Gothic" w:hAnsi="Malgun Gothic" w:eastAsia="Malgun Gothic"/>
                <w:b w:val="0"/>
                <w:sz w:val="14"/>
              </w:rPr>
              <w:t>-0.046895367311770186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0.0258763041347265</w:t>
            </w:r>
          </w:p>
        </w:tc>
        <w:tc>
          <w:tcPr>
            <w:tcW w:type="dxa" w:w="519"/>
            <w:vAlign w:val="center"/>
          </w:tcPr>
          <w:p>
            <w:r/>
            <w:r>
              <w:rPr>
                <w:rFonts w:ascii="Malgun Gothic" w:hAnsi="Malgun Gothic" w:eastAsia="Malgun Gothic"/>
                <w:b w:val="0"/>
                <w:sz w:val="14"/>
              </w:rPr>
              <w:t>236.3714352292384</w:t>
            </w:r>
          </w:p>
        </w:tc>
        <w:tc>
          <w:tcPr>
            <w:tcW w:type="dxa" w:w="519"/>
            <w:vAlign w:val="center"/>
          </w:tcPr>
          <w:p>
            <w:r/>
            <w:r>
              <w:rPr>
                <w:rFonts w:ascii="Malgun Gothic" w:hAnsi="Malgun Gothic" w:eastAsia="Malgun Gothic"/>
                <w:b w:val="0"/>
                <w:sz w:val="14"/>
              </w:rPr>
              <w:t>58.49668158666461</w:t>
            </w:r>
          </w:p>
        </w:tc>
        <w:tc>
          <w:tcPr>
            <w:tcW w:type="dxa" w:w="519"/>
            <w:vAlign w:val="center"/>
          </w:tcPr>
          <w:p>
            <w:r/>
            <w:r>
              <w:rPr>
                <w:rFonts w:ascii="Malgun Gothic" w:hAnsi="Malgun Gothic" w:eastAsia="Malgun Gothic"/>
                <w:b w:val="0"/>
                <w:sz w:val="14"/>
              </w:rPr>
              <w:t>388.74</w:t>
            </w:r>
          </w:p>
        </w:tc>
        <w:tc>
          <w:tcPr>
            <w:tcW w:type="dxa" w:w="519"/>
            <w:vAlign w:val="center"/>
          </w:tcPr>
          <w:p>
            <w:r/>
            <w:r>
              <w:rPr>
                <w:rFonts w:ascii="Malgun Gothic" w:hAnsi="Malgun Gothic" w:eastAsia="Malgun Gothic"/>
                <w:b w:val="0"/>
                <w:sz w:val="14"/>
              </w:rPr>
              <w:t>-1.4405788269032103</w:t>
            </w:r>
          </w:p>
        </w:tc>
        <w:tc>
          <w:tcPr>
            <w:tcW w:type="dxa" w:w="519"/>
            <w:vAlign w:val="center"/>
          </w:tcPr>
          <w:p>
            <w:r/>
            <w:r>
              <w:rPr>
                <w:rFonts w:ascii="Malgun Gothic" w:hAnsi="Malgun Gothic" w:eastAsia="Malgun Gothic"/>
                <w:b w:val="0"/>
                <w:sz w:val="14"/>
              </w:rPr>
              <w:t>0.23456037842873903</w:t>
            </w:r>
          </w:p>
        </w:tc>
        <w:tc>
          <w:tcPr>
            <w:tcW w:type="dxa" w:w="519"/>
            <w:vAlign w:val="center"/>
          </w:tcPr>
          <w:p>
            <w:r/>
            <w:r>
              <w:rPr>
                <w:rFonts w:ascii="Malgun Gothic" w:hAnsi="Malgun Gothic" w:eastAsia="Malgun Gothic"/>
                <w:b w:val="0"/>
                <w:sz w:val="14"/>
              </w:rPr>
              <w:t>-1.2501185403568085</w:t>
            </w:r>
          </w:p>
        </w:tc>
        <w:tc>
          <w:tcPr>
            <w:tcW w:type="dxa" w:w="519"/>
            <w:vAlign w:val="center"/>
          </w:tcPr>
          <w:p>
            <w:r/>
            <w:r>
              <w:rPr>
                <w:rFonts w:ascii="Malgun Gothic" w:hAnsi="Malgun Gothic" w:eastAsia="Malgun Gothic"/>
                <w:b w:val="0"/>
                <w:sz w:val="14"/>
              </w:rPr>
              <w:t>1.4217171635219157</w:t>
            </w:r>
          </w:p>
        </w:tc>
        <w:tc>
          <w:tcPr>
            <w:tcW w:type="dxa" w:w="519"/>
            <w:vAlign w:val="center"/>
          </w:tcPr>
          <w:p>
            <w:r/>
            <w:r>
              <w:rPr>
                <w:rFonts w:ascii="Malgun Gothic" w:hAnsi="Malgun Gothic" w:eastAsia="Malgun Gothic"/>
                <w:b w:val="0"/>
                <w:sz w:val="14"/>
              </w:rPr>
              <w:t>-0.25860495632734104</w:t>
            </w:r>
          </w:p>
        </w:tc>
        <w:tc>
          <w:tcPr>
            <w:tcW w:type="dxa" w:w="519"/>
            <w:vAlign w:val="center"/>
          </w:tcPr>
          <w:p>
            <w:r/>
            <w:r>
              <w:rPr>
                <w:rFonts w:ascii="Malgun Gothic" w:hAnsi="Malgun Gothic" w:eastAsia="Malgun Gothic"/>
                <w:b w:val="0"/>
                <w:sz w:val="14"/>
              </w:rPr>
              <w:t>0.32383007914488066</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0.4001187296409184</w:t>
            </w:r>
          </w:p>
        </w:tc>
        <w:tc>
          <w:tcPr>
            <w:tcW w:type="dxa" w:w="519"/>
            <w:vAlign w:val="center"/>
          </w:tcPr>
          <w:p>
            <w:r/>
            <w:r>
              <w:rPr>
                <w:rFonts w:ascii="Malgun Gothic" w:hAnsi="Malgun Gothic" w:eastAsia="Malgun Gothic"/>
                <w:b w:val="0"/>
                <w:sz w:val="14"/>
              </w:rPr>
              <w:t>-0.07628865049603772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0.0771065503358841</w:t>
            </w:r>
          </w:p>
        </w:tc>
        <w:tc>
          <w:tcPr>
            <w:tcW w:type="dxa" w:w="519"/>
            <w:vAlign w:val="center"/>
          </w:tcPr>
          <w:p>
            <w:r/>
            <w:r>
              <w:rPr>
                <w:rFonts w:ascii="Malgun Gothic" w:hAnsi="Malgun Gothic" w:eastAsia="Malgun Gothic"/>
                <w:b w:val="0"/>
                <w:sz w:val="14"/>
              </w:rPr>
              <w:t>279.785653638665</w:t>
            </w:r>
          </w:p>
        </w:tc>
        <w:tc>
          <w:tcPr>
            <w:tcW w:type="dxa" w:w="519"/>
            <w:vAlign w:val="center"/>
          </w:tcPr>
          <w:p>
            <w:r/>
            <w:r>
              <w:rPr>
                <w:rFonts w:ascii="Malgun Gothic" w:hAnsi="Malgun Gothic" w:eastAsia="Malgun Gothic"/>
                <w:b w:val="0"/>
                <w:sz w:val="14"/>
              </w:rPr>
              <w:t>18.518518518518515</w:t>
            </w:r>
          </w:p>
        </w:tc>
        <w:tc>
          <w:tcPr>
            <w:tcW w:type="dxa" w:w="519"/>
            <w:vAlign w:val="center"/>
          </w:tcPr>
          <w:p>
            <w:r/>
            <w:r>
              <w:rPr>
                <w:rFonts w:ascii="Malgun Gothic" w:hAnsi="Malgun Gothic" w:eastAsia="Malgun Gothic"/>
                <w:b w:val="0"/>
                <w:sz w:val="14"/>
              </w:rPr>
              <w:t>3.24</w:t>
            </w:r>
          </w:p>
        </w:tc>
        <w:tc>
          <w:tcPr>
            <w:tcW w:type="dxa" w:w="519"/>
            <w:vAlign w:val="center"/>
          </w:tcPr>
          <w:p>
            <w:r/>
            <w:r>
              <w:rPr>
                <w:rFonts w:ascii="Malgun Gothic" w:hAnsi="Malgun Gothic" w:eastAsia="Malgun Gothic"/>
                <w:b w:val="0"/>
                <w:sz w:val="14"/>
              </w:rPr>
              <w:t>0.31291017688956685</w:t>
            </w:r>
          </w:p>
        </w:tc>
        <w:tc>
          <w:tcPr>
            <w:tcW w:type="dxa" w:w="519"/>
            <w:vAlign w:val="center"/>
          </w:tcPr>
          <w:p>
            <w:r/>
            <w:r>
              <w:rPr>
                <w:rFonts w:ascii="Malgun Gothic" w:hAnsi="Malgun Gothic" w:eastAsia="Malgun Gothic"/>
                <w:b w:val="0"/>
                <w:sz w:val="14"/>
              </w:rPr>
              <w:t>1.7930175173469274</w:t>
            </w:r>
          </w:p>
        </w:tc>
        <w:tc>
          <w:tcPr>
            <w:tcW w:type="dxa" w:w="519"/>
            <w:vAlign w:val="center"/>
          </w:tcPr>
          <w:p>
            <w:r/>
            <w:r>
              <w:rPr>
                <w:rFonts w:ascii="Malgun Gothic" w:hAnsi="Malgun Gothic" w:eastAsia="Malgun Gothic"/>
                <w:b w:val="0"/>
                <w:sz w:val="14"/>
              </w:rPr>
              <w:t>-3.308940302321479</w:t>
            </w:r>
          </w:p>
        </w:tc>
        <w:tc>
          <w:tcPr>
            <w:tcW w:type="dxa" w:w="519"/>
            <w:vAlign w:val="center"/>
          </w:tcPr>
          <w:p>
            <w:r/>
            <w:r>
              <w:rPr>
                <w:rFonts w:ascii="Malgun Gothic" w:hAnsi="Malgun Gothic" w:eastAsia="Malgun Gothic"/>
                <w:b w:val="0"/>
                <w:sz w:val="14"/>
              </w:rPr>
              <w:t>-0.8428577491312794</w:t>
            </w:r>
          </w:p>
        </w:tc>
        <w:tc>
          <w:tcPr>
            <w:tcW w:type="dxa" w:w="519"/>
            <w:vAlign w:val="center"/>
          </w:tcPr>
          <w:p>
            <w:r/>
            <w:r>
              <w:rPr>
                <w:rFonts w:ascii="Malgun Gothic" w:hAnsi="Malgun Gothic" w:eastAsia="Malgun Gothic"/>
                <w:b w:val="0"/>
                <w:sz w:val="14"/>
              </w:rPr>
              <w:t>-0.5114675893040661</w:t>
            </w:r>
          </w:p>
        </w:tc>
        <w:tc>
          <w:tcPr>
            <w:tcW w:type="dxa" w:w="519"/>
            <w:vAlign w:val="center"/>
          </w:tcPr>
          <w:p>
            <w:r/>
            <w:r>
              <w:rPr>
                <w:rFonts w:ascii="Malgun Gothic" w:hAnsi="Malgun Gothic" w:eastAsia="Malgun Gothic"/>
                <w:b w:val="0"/>
                <w:sz w:val="14"/>
              </w:rPr>
              <w:t>0.26678116898962506</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0.4982178343382308</w:t>
            </w:r>
          </w:p>
        </w:tc>
        <w:tc>
          <w:tcPr>
            <w:tcW w:type="dxa" w:w="519"/>
            <w:vAlign w:val="center"/>
          </w:tcPr>
          <w:p>
            <w:r/>
            <w:r>
              <w:rPr>
                <w:rFonts w:ascii="Malgun Gothic" w:hAnsi="Malgun Gothic" w:eastAsia="Malgun Gothic"/>
                <w:b w:val="0"/>
                <w:sz w:val="14"/>
              </w:rPr>
              <w:t>-0.23143666534860574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0.0694236010313034</w:t>
            </w:r>
          </w:p>
        </w:tc>
        <w:tc>
          <w:tcPr>
            <w:tcW w:type="dxa" w:w="519"/>
            <w:vAlign w:val="center"/>
          </w:tcPr>
          <w:p>
            <w:r/>
            <w:r>
              <w:rPr>
                <w:rFonts w:ascii="Malgun Gothic" w:hAnsi="Malgun Gothic" w:eastAsia="Malgun Gothic"/>
                <w:b w:val="0"/>
                <w:sz w:val="14"/>
              </w:rPr>
              <w:t>201.51792369528184</w:t>
            </w:r>
          </w:p>
        </w:tc>
        <w:tc>
          <w:tcPr>
            <w:tcW w:type="dxa" w:w="519"/>
            <w:vAlign w:val="center"/>
          </w:tcPr>
          <w:p>
            <w:r/>
            <w:r>
              <w:rPr>
                <w:rFonts w:ascii="Malgun Gothic" w:hAnsi="Malgun Gothic" w:eastAsia="Malgun Gothic"/>
                <w:b w:val="0"/>
                <w:sz w:val="14"/>
              </w:rPr>
              <w:t>110.28110870847256</w:t>
            </w:r>
          </w:p>
        </w:tc>
        <w:tc>
          <w:tcPr>
            <w:tcW w:type="dxa" w:w="519"/>
            <w:vAlign w:val="center"/>
          </w:tcPr>
          <w:p>
            <w:r/>
            <w:r>
              <w:rPr>
                <w:rFonts w:ascii="Malgun Gothic" w:hAnsi="Malgun Gothic" w:eastAsia="Malgun Gothic"/>
                <w:b w:val="0"/>
                <w:sz w:val="14"/>
              </w:rPr>
              <w:t>305.22</w:t>
            </w:r>
          </w:p>
        </w:tc>
        <w:tc>
          <w:tcPr>
            <w:tcW w:type="dxa" w:w="519"/>
            <w:vAlign w:val="center"/>
          </w:tcPr>
          <w:p>
            <w:r/>
            <w:r>
              <w:rPr>
                <w:rFonts w:ascii="Malgun Gothic" w:hAnsi="Malgun Gothic" w:eastAsia="Malgun Gothic"/>
                <w:b w:val="0"/>
                <w:sz w:val="14"/>
              </w:rPr>
              <w:t>0.04994116695388573</w:t>
            </w:r>
          </w:p>
        </w:tc>
        <w:tc>
          <w:tcPr>
            <w:tcW w:type="dxa" w:w="519"/>
            <w:vAlign w:val="center"/>
          </w:tcPr>
          <w:p>
            <w:r/>
            <w:r>
              <w:rPr>
                <w:rFonts w:ascii="Malgun Gothic" w:hAnsi="Malgun Gothic" w:eastAsia="Malgun Gothic"/>
                <w:b w:val="0"/>
                <w:sz w:val="14"/>
              </w:rPr>
              <w:t>-1.0165897253047398</w:t>
            </w:r>
          </w:p>
        </w:tc>
        <w:tc>
          <w:tcPr>
            <w:tcW w:type="dxa" w:w="519"/>
            <w:vAlign w:val="center"/>
          </w:tcPr>
          <w:p>
            <w:r/>
            <w:r>
              <w:rPr>
                <w:rFonts w:ascii="Malgun Gothic" w:hAnsi="Malgun Gothic" w:eastAsia="Malgun Gothic"/>
                <w:b w:val="0"/>
                <w:sz w:val="14"/>
              </w:rPr>
              <w:t>1.41670998069149</w:t>
            </w:r>
          </w:p>
        </w:tc>
        <w:tc>
          <w:tcPr>
            <w:tcW w:type="dxa" w:w="519"/>
            <w:vAlign w:val="center"/>
          </w:tcPr>
          <w:p>
            <w:r/>
            <w:r>
              <w:rPr>
                <w:rFonts w:ascii="Malgun Gothic" w:hAnsi="Malgun Gothic" w:eastAsia="Malgun Gothic"/>
                <w:b w:val="0"/>
                <w:sz w:val="14"/>
              </w:rPr>
              <w:t>0.9310886376988422</w:t>
            </w:r>
          </w:p>
        </w:tc>
        <w:tc>
          <w:tcPr>
            <w:tcW w:type="dxa" w:w="519"/>
            <w:vAlign w:val="center"/>
          </w:tcPr>
          <w:p>
            <w:r/>
            <w:r>
              <w:rPr>
                <w:rFonts w:ascii="Malgun Gothic" w:hAnsi="Malgun Gothic" w:eastAsia="Malgun Gothic"/>
                <w:b w:val="0"/>
                <w:sz w:val="14"/>
              </w:rPr>
              <w:t>0.34528751500986954</w:t>
            </w:r>
          </w:p>
        </w:tc>
        <w:tc>
          <w:tcPr>
            <w:tcW w:type="dxa" w:w="519"/>
            <w:vAlign w:val="center"/>
          </w:tcPr>
          <w:p>
            <w:r/>
            <w:r>
              <w:rPr>
                <w:rFonts w:ascii="Malgun Gothic" w:hAnsi="Malgun Gothic" w:eastAsia="Malgun Gothic"/>
                <w:b w:val="0"/>
                <w:sz w:val="14"/>
              </w:rPr>
              <w:t>0.4600756245431321</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0.511990110241912</w:t>
            </w:r>
          </w:p>
        </w:tc>
        <w:tc>
          <w:tcPr>
            <w:tcW w:type="dxa" w:w="519"/>
            <w:vAlign w:val="center"/>
          </w:tcPr>
          <w:p>
            <w:r/>
            <w:r>
              <w:rPr>
                <w:rFonts w:ascii="Malgun Gothic" w:hAnsi="Malgun Gothic" w:eastAsia="Malgun Gothic"/>
                <w:b w:val="0"/>
                <w:sz w:val="14"/>
              </w:rPr>
              <w:t>-0.05191448569877988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0.0441754981875419</w:t>
            </w:r>
          </w:p>
        </w:tc>
        <w:tc>
          <w:tcPr>
            <w:tcW w:type="dxa" w:w="519"/>
            <w:vAlign w:val="center"/>
          </w:tcPr>
          <w:p>
            <w:r/>
            <w:r>
              <w:rPr>
                <w:rFonts w:ascii="Malgun Gothic" w:hAnsi="Malgun Gothic" w:eastAsia="Malgun Gothic"/>
                <w:b w:val="0"/>
                <w:sz w:val="14"/>
              </w:rPr>
              <w:t>209.55281766676052</w:t>
            </w:r>
          </w:p>
        </w:tc>
        <w:tc>
          <w:tcPr>
            <w:tcW w:type="dxa" w:w="519"/>
            <w:vAlign w:val="center"/>
          </w:tcPr>
          <w:p>
            <w:r/>
            <w:r>
              <w:rPr>
                <w:rFonts w:ascii="Malgun Gothic" w:hAnsi="Malgun Gothic" w:eastAsia="Malgun Gothic"/>
                <w:b w:val="0"/>
                <w:sz w:val="14"/>
              </w:rPr>
              <w:t>85.71428571428572</w:t>
            </w:r>
          </w:p>
        </w:tc>
        <w:tc>
          <w:tcPr>
            <w:tcW w:type="dxa" w:w="519"/>
            <w:vAlign w:val="center"/>
          </w:tcPr>
          <w:p>
            <w:r/>
            <w:r>
              <w:rPr>
                <w:rFonts w:ascii="Malgun Gothic" w:hAnsi="Malgun Gothic" w:eastAsia="Malgun Gothic"/>
                <w:b w:val="0"/>
                <w:sz w:val="14"/>
              </w:rPr>
              <w:t>21.0</w:t>
            </w:r>
          </w:p>
        </w:tc>
        <w:tc>
          <w:tcPr>
            <w:tcW w:type="dxa" w:w="519"/>
            <w:vAlign w:val="center"/>
          </w:tcPr>
          <w:p>
            <w:r/>
            <w:r>
              <w:rPr>
                <w:rFonts w:ascii="Malgun Gothic" w:hAnsi="Malgun Gothic" w:eastAsia="Malgun Gothic"/>
                <w:b w:val="0"/>
                <w:sz w:val="14"/>
              </w:rPr>
              <w:t>-0.8142411078946113</w:t>
            </w:r>
          </w:p>
        </w:tc>
        <w:tc>
          <w:tcPr>
            <w:tcW w:type="dxa" w:w="519"/>
            <w:vAlign w:val="center"/>
          </w:tcPr>
          <w:p>
            <w:r/>
            <w:r>
              <w:rPr>
                <w:rFonts w:ascii="Malgun Gothic" w:hAnsi="Malgun Gothic" w:eastAsia="Malgun Gothic"/>
                <w:b w:val="0"/>
                <w:sz w:val="14"/>
              </w:rPr>
              <w:t>-0.7281580011122173</w:t>
            </w:r>
          </w:p>
        </w:tc>
        <w:tc>
          <w:tcPr>
            <w:tcW w:type="dxa" w:w="519"/>
            <w:vAlign w:val="center"/>
          </w:tcPr>
          <w:p>
            <w:r/>
            <w:r>
              <w:rPr>
                <w:rFonts w:ascii="Malgun Gothic" w:hAnsi="Malgun Gothic" w:eastAsia="Malgun Gothic"/>
                <w:b w:val="0"/>
                <w:sz w:val="14"/>
              </w:rPr>
              <w:t>0.1515515561648219</w:t>
            </w:r>
          </w:p>
        </w:tc>
        <w:tc>
          <w:tcPr>
            <w:tcW w:type="dxa" w:w="519"/>
            <w:vAlign w:val="center"/>
          </w:tcPr>
          <w:p>
            <w:r/>
            <w:r>
              <w:rPr>
                <w:rFonts w:ascii="Malgun Gothic" w:hAnsi="Malgun Gothic" w:eastAsia="Malgun Gothic"/>
                <w:b w:val="0"/>
                <w:sz w:val="14"/>
              </w:rPr>
              <w:t>-0.7385286947895915</w:t>
            </w:r>
          </w:p>
        </w:tc>
        <w:tc>
          <w:tcPr>
            <w:tcW w:type="dxa" w:w="519"/>
            <w:vAlign w:val="center"/>
          </w:tcPr>
          <w:p>
            <w:r/>
            <w:r>
              <w:rPr>
                <w:rFonts w:ascii="Malgun Gothic" w:hAnsi="Malgun Gothic" w:eastAsia="Malgun Gothic"/>
                <w:b w:val="0"/>
                <w:sz w:val="14"/>
              </w:rPr>
              <w:t>-0.5323440619078995</w:t>
            </w:r>
          </w:p>
        </w:tc>
        <w:tc>
          <w:tcPr>
            <w:tcW w:type="dxa" w:w="519"/>
            <w:vAlign w:val="center"/>
          </w:tcPr>
          <w:p>
            <w:r/>
            <w:r>
              <w:rPr>
                <w:rFonts w:ascii="Malgun Gothic" w:hAnsi="Malgun Gothic" w:eastAsia="Malgun Gothic"/>
                <w:b w:val="0"/>
                <w:sz w:val="14"/>
              </w:rPr>
              <w:t>0.2620711808197068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0.4984506957086278</w:t>
            </w:r>
          </w:p>
        </w:tc>
        <w:tc>
          <w:tcPr>
            <w:tcW w:type="dxa" w:w="519"/>
            <w:vAlign w:val="center"/>
          </w:tcPr>
          <w:p>
            <w:r/>
            <w:r>
              <w:rPr>
                <w:rFonts w:ascii="Malgun Gothic" w:hAnsi="Malgun Gothic" w:eastAsia="Malgun Gothic"/>
                <w:b w:val="0"/>
                <w:sz w:val="14"/>
              </w:rPr>
              <w:t>-0.236379514888921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0.0746127665042877</w:t>
            </w:r>
          </w:p>
        </w:tc>
        <w:tc>
          <w:tcPr>
            <w:tcW w:type="dxa" w:w="519"/>
            <w:vAlign w:val="center"/>
          </w:tcPr>
          <w:p>
            <w:r/>
            <w:r>
              <w:rPr>
                <w:rFonts w:ascii="Malgun Gothic" w:hAnsi="Malgun Gothic" w:eastAsia="Malgun Gothic"/>
                <w:b w:val="0"/>
                <w:sz w:val="14"/>
              </w:rPr>
              <w:t>218.7737447909876</w:t>
            </w:r>
          </w:p>
        </w:tc>
        <w:tc>
          <w:tcPr>
            <w:tcW w:type="dxa" w:w="519"/>
            <w:vAlign w:val="center"/>
          </w:tcPr>
          <w:p>
            <w:r/>
            <w:r>
              <w:rPr>
                <w:rFonts w:ascii="Malgun Gothic" w:hAnsi="Malgun Gothic" w:eastAsia="Malgun Gothic"/>
                <w:b w:val="0"/>
                <w:sz w:val="14"/>
              </w:rPr>
              <w:t>89.48621980265396</w:t>
            </w:r>
          </w:p>
        </w:tc>
        <w:tc>
          <w:tcPr>
            <w:tcW w:type="dxa" w:w="519"/>
            <w:vAlign w:val="center"/>
          </w:tcPr>
          <w:p>
            <w:r/>
            <w:r>
              <w:rPr>
                <w:rFonts w:ascii="Malgun Gothic" w:hAnsi="Malgun Gothic" w:eastAsia="Malgun Gothic"/>
                <w:b w:val="0"/>
                <w:sz w:val="14"/>
              </w:rPr>
              <w:t>176.34</w:t>
            </w:r>
          </w:p>
        </w:tc>
        <w:tc>
          <w:tcPr>
            <w:tcW w:type="dxa" w:w="519"/>
            <w:vAlign w:val="center"/>
          </w:tcPr>
          <w:p>
            <w:r/>
            <w:r>
              <w:rPr>
                <w:rFonts w:ascii="Malgun Gothic" w:hAnsi="Malgun Gothic" w:eastAsia="Malgun Gothic"/>
                <w:b w:val="0"/>
                <w:sz w:val="14"/>
              </w:rPr>
              <w:t>0.22755391080077186</w:t>
            </w:r>
          </w:p>
        </w:tc>
        <w:tc>
          <w:tcPr>
            <w:tcW w:type="dxa" w:w="519"/>
            <w:vAlign w:val="center"/>
          </w:tcPr>
          <w:p>
            <w:r/>
            <w:r>
              <w:rPr>
                <w:rFonts w:ascii="Malgun Gothic" w:hAnsi="Malgun Gothic" w:eastAsia="Malgun Gothic"/>
                <w:b w:val="0"/>
                <w:sz w:val="14"/>
              </w:rPr>
              <w:t>-0.3971507820331386</w:t>
            </w:r>
          </w:p>
        </w:tc>
        <w:tc>
          <w:tcPr>
            <w:tcW w:type="dxa" w:w="519"/>
            <w:vAlign w:val="center"/>
          </w:tcPr>
          <w:p>
            <w:r/>
            <w:r>
              <w:rPr>
                <w:rFonts w:ascii="Malgun Gothic" w:hAnsi="Malgun Gothic" w:eastAsia="Malgun Gothic"/>
                <w:b w:val="0"/>
                <w:sz w:val="14"/>
              </w:rPr>
              <w:t>0.3458011011624637</w:t>
            </w:r>
          </w:p>
        </w:tc>
        <w:tc>
          <w:tcPr>
            <w:tcW w:type="dxa" w:w="519"/>
            <w:vAlign w:val="center"/>
          </w:tcPr>
          <w:p>
            <w:r/>
            <w:r>
              <w:rPr>
                <w:rFonts w:ascii="Malgun Gothic" w:hAnsi="Malgun Gothic" w:eastAsia="Malgun Gothic"/>
                <w:b w:val="0"/>
                <w:sz w:val="14"/>
              </w:rPr>
              <w:t>0.17399806767875442</w:t>
            </w:r>
          </w:p>
        </w:tc>
        <w:tc>
          <w:tcPr>
            <w:tcW w:type="dxa" w:w="519"/>
            <w:vAlign w:val="center"/>
          </w:tcPr>
          <w:p>
            <w:r/>
            <w:r>
              <w:rPr>
                <w:rFonts w:ascii="Malgun Gothic" w:hAnsi="Malgun Gothic" w:eastAsia="Malgun Gothic"/>
                <w:b w:val="0"/>
                <w:sz w:val="14"/>
              </w:rPr>
              <w:t>0.08755057440221285</w:t>
            </w:r>
          </w:p>
        </w:tc>
        <w:tc>
          <w:tcPr>
            <w:tcW w:type="dxa" w:w="519"/>
            <w:vAlign w:val="center"/>
          </w:tcPr>
          <w:p>
            <w:r/>
            <w:r>
              <w:rPr>
                <w:rFonts w:ascii="Malgun Gothic" w:hAnsi="Malgun Gothic" w:eastAsia="Malgun Gothic"/>
                <w:b w:val="0"/>
                <w:sz w:val="14"/>
              </w:rPr>
              <w:t>0.4019270108261736</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0.5221846800979961</w:t>
            </w:r>
          </w:p>
        </w:tc>
        <w:tc>
          <w:tcPr>
            <w:tcW w:type="dxa" w:w="519"/>
            <w:vAlign w:val="center"/>
          </w:tcPr>
          <w:p>
            <w:r/>
            <w:r>
              <w:rPr>
                <w:rFonts w:ascii="Malgun Gothic" w:hAnsi="Malgun Gothic" w:eastAsia="Malgun Gothic"/>
                <w:b w:val="0"/>
                <w:sz w:val="14"/>
              </w:rPr>
              <w:t>-0.12025766927182252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0.0510383136570453</w:t>
            </w:r>
          </w:p>
        </w:tc>
        <w:tc>
          <w:tcPr>
            <w:tcW w:type="dxa" w:w="519"/>
            <w:vAlign w:val="center"/>
          </w:tcPr>
          <w:p>
            <w:r/>
            <w:r>
              <w:rPr>
                <w:rFonts w:ascii="Malgun Gothic" w:hAnsi="Malgun Gothic" w:eastAsia="Malgun Gothic"/>
                <w:b w:val="0"/>
                <w:sz w:val="14"/>
              </w:rPr>
              <w:t>221.15996283362628</w:t>
            </w:r>
          </w:p>
        </w:tc>
        <w:tc>
          <w:tcPr>
            <w:tcW w:type="dxa" w:w="519"/>
            <w:vAlign w:val="center"/>
          </w:tcPr>
          <w:p>
            <w:r/>
            <w:r>
              <w:rPr>
                <w:rFonts w:ascii="Malgun Gothic" w:hAnsi="Malgun Gothic" w:eastAsia="Malgun Gothic"/>
                <w:b w:val="0"/>
                <w:sz w:val="14"/>
              </w:rPr>
              <w:t>61.2177729018102</w:t>
            </w:r>
          </w:p>
        </w:tc>
        <w:tc>
          <w:tcPr>
            <w:tcW w:type="dxa" w:w="519"/>
            <w:vAlign w:val="center"/>
          </w:tcPr>
          <w:p>
            <w:r/>
            <w:r>
              <w:rPr>
                <w:rFonts w:ascii="Malgun Gothic" w:hAnsi="Malgun Gothic" w:eastAsia="Malgun Gothic"/>
                <w:b w:val="0"/>
                <w:sz w:val="14"/>
              </w:rPr>
              <w:t>273.45</w:t>
            </w:r>
          </w:p>
        </w:tc>
        <w:tc>
          <w:tcPr>
            <w:tcW w:type="dxa" w:w="519"/>
            <w:vAlign w:val="center"/>
          </w:tcPr>
          <w:p>
            <w:r/>
            <w:r>
              <w:rPr>
                <w:rFonts w:ascii="Malgun Gothic" w:hAnsi="Malgun Gothic" w:eastAsia="Malgun Gothic"/>
                <w:b w:val="0"/>
                <w:sz w:val="14"/>
              </w:rPr>
              <w:t>-0.5793433208806331</w:t>
            </w:r>
          </w:p>
        </w:tc>
        <w:tc>
          <w:tcPr>
            <w:tcW w:type="dxa" w:w="519"/>
            <w:vAlign w:val="center"/>
          </w:tcPr>
          <w:p>
            <w:r/>
            <w:r>
              <w:rPr>
                <w:rFonts w:ascii="Malgun Gothic" w:hAnsi="Malgun Gothic" w:eastAsia="Malgun Gothic"/>
                <w:b w:val="0"/>
                <w:sz w:val="14"/>
              </w:rPr>
              <w:t>-0.3114917818296897</w:t>
            </w:r>
          </w:p>
        </w:tc>
        <w:tc>
          <w:tcPr>
            <w:tcW w:type="dxa" w:w="519"/>
            <w:vAlign w:val="center"/>
          </w:tcPr>
          <w:p>
            <w:r/>
            <w:r>
              <w:rPr>
                <w:rFonts w:ascii="Malgun Gothic" w:hAnsi="Malgun Gothic" w:eastAsia="Malgun Gothic"/>
                <w:b w:val="0"/>
                <w:sz w:val="14"/>
              </w:rPr>
              <w:t>-1.1099859883342122</w:t>
            </w:r>
          </w:p>
        </w:tc>
        <w:tc>
          <w:tcPr>
            <w:tcW w:type="dxa" w:w="519"/>
            <w:vAlign w:val="center"/>
          </w:tcPr>
          <w:p>
            <w:r/>
            <w:r>
              <w:rPr>
                <w:rFonts w:ascii="Malgun Gothic" w:hAnsi="Malgun Gothic" w:eastAsia="Malgun Gothic"/>
                <w:b w:val="0"/>
                <w:sz w:val="14"/>
              </w:rPr>
              <w:t>0.7444594678545047</w:t>
            </w:r>
          </w:p>
        </w:tc>
        <w:tc>
          <w:tcPr>
            <w:tcW w:type="dxa" w:w="519"/>
            <w:vAlign w:val="center"/>
          </w:tcPr>
          <w:p>
            <w:r/>
            <w:r>
              <w:rPr>
                <w:rFonts w:ascii="Malgun Gothic" w:hAnsi="Malgun Gothic" w:eastAsia="Malgun Gothic"/>
                <w:b w:val="0"/>
                <w:sz w:val="14"/>
              </w:rPr>
              <w:t>-0.3140904057975075</w:t>
            </w:r>
          </w:p>
        </w:tc>
        <w:tc>
          <w:tcPr>
            <w:tcW w:type="dxa" w:w="519"/>
            <w:vAlign w:val="center"/>
          </w:tcPr>
          <w:p>
            <w:r/>
            <w:r>
              <w:rPr>
                <w:rFonts w:ascii="Malgun Gothic" w:hAnsi="Malgun Gothic" w:eastAsia="Malgun Gothic"/>
                <w:b w:val="0"/>
                <w:sz w:val="14"/>
              </w:rPr>
              <w:t>0.311311881479673</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0.4404884444380514</w:t>
            </w:r>
          </w:p>
        </w:tc>
        <w:tc>
          <w:tcPr>
            <w:tcW w:type="dxa" w:w="519"/>
            <w:vAlign w:val="center"/>
          </w:tcPr>
          <w:p>
            <w:r/>
            <w:r>
              <w:rPr>
                <w:rFonts w:ascii="Malgun Gothic" w:hAnsi="Malgun Gothic" w:eastAsia="Malgun Gothic"/>
                <w:b w:val="0"/>
                <w:sz w:val="14"/>
              </w:rPr>
              <w:t>-0.12917656295837843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0.0646125078201294</w:t>
            </w:r>
          </w:p>
        </w:tc>
        <w:tc>
          <w:tcPr>
            <w:tcW w:type="dxa" w:w="519"/>
            <w:vAlign w:val="center"/>
          </w:tcPr>
          <w:p>
            <w:r/>
            <w:r>
              <w:rPr>
                <w:rFonts w:ascii="Malgun Gothic" w:hAnsi="Malgun Gothic" w:eastAsia="Malgun Gothic"/>
                <w:b w:val="0"/>
                <w:sz w:val="14"/>
              </w:rPr>
              <w:t>197.41318190201576</w:t>
            </w:r>
          </w:p>
        </w:tc>
        <w:tc>
          <w:tcPr>
            <w:tcW w:type="dxa" w:w="519"/>
            <w:vAlign w:val="center"/>
          </w:tcPr>
          <w:p>
            <w:r/>
            <w:r>
              <w:rPr>
                <w:rFonts w:ascii="Malgun Gothic" w:hAnsi="Malgun Gothic" w:eastAsia="Malgun Gothic"/>
                <w:b w:val="0"/>
                <w:sz w:val="14"/>
              </w:rPr>
              <w:t>101.94661850290989</w:t>
            </w:r>
          </w:p>
        </w:tc>
        <w:tc>
          <w:tcPr>
            <w:tcW w:type="dxa" w:w="519"/>
            <w:vAlign w:val="center"/>
          </w:tcPr>
          <w:p>
            <w:r/>
            <w:r>
              <w:rPr>
                <w:rFonts w:ascii="Malgun Gothic" w:hAnsi="Malgun Gothic" w:eastAsia="Malgun Gothic"/>
                <w:b w:val="0"/>
                <w:sz w:val="14"/>
              </w:rPr>
              <w:t>149.49</w:t>
            </w:r>
          </w:p>
        </w:tc>
        <w:tc>
          <w:tcPr>
            <w:tcW w:type="dxa" w:w="519"/>
            <w:vAlign w:val="center"/>
          </w:tcPr>
          <w:p>
            <w:r/>
            <w:r>
              <w:rPr>
                <w:rFonts w:ascii="Malgun Gothic" w:hAnsi="Malgun Gothic" w:eastAsia="Malgun Gothic"/>
                <w:b w:val="0"/>
                <w:sz w:val="14"/>
              </w:rPr>
              <w:t>-0.11473106610333283</w:t>
            </w:r>
          </w:p>
        </w:tc>
        <w:tc>
          <w:tcPr>
            <w:tcW w:type="dxa" w:w="519"/>
            <w:vAlign w:val="center"/>
          </w:tcPr>
          <w:p>
            <w:r/>
            <w:r>
              <w:rPr>
                <w:rFonts w:ascii="Malgun Gothic" w:hAnsi="Malgun Gothic" w:eastAsia="Malgun Gothic"/>
                <w:b w:val="0"/>
                <w:sz w:val="14"/>
              </w:rPr>
              <w:t>-1.1639392431701208</w:t>
            </w:r>
          </w:p>
        </w:tc>
        <w:tc>
          <w:tcPr>
            <w:tcW w:type="dxa" w:w="519"/>
            <w:vAlign w:val="center"/>
          </w:tcPr>
          <w:p>
            <w:r/>
            <w:r>
              <w:rPr>
                <w:rFonts w:ascii="Malgun Gothic" w:hAnsi="Malgun Gothic" w:eastAsia="Malgun Gothic"/>
                <w:b w:val="0"/>
                <w:sz w:val="14"/>
              </w:rPr>
              <w:t>0.987494916936697</w:t>
            </w:r>
          </w:p>
        </w:tc>
        <w:tc>
          <w:tcPr>
            <w:tcW w:type="dxa" w:w="519"/>
            <w:vAlign w:val="center"/>
          </w:tcPr>
          <w:p>
            <w:r/>
            <w:r>
              <w:rPr>
                <w:rFonts w:ascii="Malgun Gothic" w:hAnsi="Malgun Gothic" w:eastAsia="Malgun Gothic"/>
                <w:b w:val="0"/>
                <w:sz w:val="14"/>
              </w:rPr>
              <w:t>0.0162708655912362</w:t>
            </w:r>
          </w:p>
        </w:tc>
        <w:tc>
          <w:tcPr>
            <w:tcW w:type="dxa" w:w="519"/>
            <w:vAlign w:val="center"/>
          </w:tcPr>
          <w:p>
            <w:r/>
            <w:r>
              <w:rPr>
                <w:rFonts w:ascii="Malgun Gothic" w:hAnsi="Malgun Gothic" w:eastAsia="Malgun Gothic"/>
                <w:b w:val="0"/>
                <w:sz w:val="14"/>
              </w:rPr>
              <w:t>-0.06872613168638007</w:t>
            </w:r>
          </w:p>
        </w:tc>
        <w:tc>
          <w:tcPr>
            <w:tcW w:type="dxa" w:w="519"/>
            <w:vAlign w:val="center"/>
          </w:tcPr>
          <w:p>
            <w:r/>
            <w:r>
              <w:rPr>
                <w:rFonts w:ascii="Malgun Gothic" w:hAnsi="Malgun Gothic" w:eastAsia="Malgun Gothic"/>
                <w:b w:val="0"/>
                <w:sz w:val="14"/>
              </w:rPr>
              <w:t>0.366669069943196</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0.5160561100802971</w:t>
            </w:r>
          </w:p>
        </w:tc>
        <w:tc>
          <w:tcPr>
            <w:tcW w:type="dxa" w:w="519"/>
            <w:vAlign w:val="center"/>
          </w:tcPr>
          <w:p>
            <w:r/>
            <w:r>
              <w:rPr>
                <w:rFonts w:ascii="Malgun Gothic" w:hAnsi="Malgun Gothic" w:eastAsia="Malgun Gothic"/>
                <w:b w:val="0"/>
                <w:sz w:val="14"/>
              </w:rPr>
              <w:t>-0.14938704013710108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0.0899170190095901</w:t>
            </w:r>
          </w:p>
        </w:tc>
        <w:tc>
          <w:tcPr>
            <w:tcW w:type="dxa" w:w="519"/>
            <w:vAlign w:val="center"/>
          </w:tcPr>
          <w:p>
            <w:r/>
            <w:r>
              <w:rPr>
                <w:rFonts w:ascii="Malgun Gothic" w:hAnsi="Malgun Gothic" w:eastAsia="Malgun Gothic"/>
                <w:b w:val="0"/>
                <w:sz w:val="14"/>
              </w:rPr>
              <w:t>232.8979011398732</w:t>
            </w:r>
          </w:p>
        </w:tc>
        <w:tc>
          <w:tcPr>
            <w:tcW w:type="dxa" w:w="519"/>
            <w:vAlign w:val="center"/>
          </w:tcPr>
          <w:p>
            <w:r/>
            <w:r>
              <w:rPr>
                <w:rFonts w:ascii="Malgun Gothic" w:hAnsi="Malgun Gothic" w:eastAsia="Malgun Gothic"/>
                <w:b w:val="0"/>
                <w:sz w:val="14"/>
              </w:rPr>
              <w:t>94.28223844282238</w:t>
            </w:r>
          </w:p>
        </w:tc>
        <w:tc>
          <w:tcPr>
            <w:tcW w:type="dxa" w:w="519"/>
            <w:vAlign w:val="center"/>
          </w:tcPr>
          <w:p>
            <w:r/>
            <w:r>
              <w:rPr>
                <w:rFonts w:ascii="Malgun Gothic" w:hAnsi="Malgun Gothic" w:eastAsia="Malgun Gothic"/>
                <w:b w:val="0"/>
                <w:sz w:val="14"/>
              </w:rPr>
              <w:t>295.92</w:t>
            </w:r>
          </w:p>
        </w:tc>
        <w:tc>
          <w:tcPr>
            <w:tcW w:type="dxa" w:w="519"/>
            <w:vAlign w:val="center"/>
          </w:tcPr>
          <w:p>
            <w:r/>
            <w:r>
              <w:rPr>
                <w:rFonts w:ascii="Malgun Gothic" w:hAnsi="Malgun Gothic" w:eastAsia="Malgun Gothic"/>
                <w:b w:val="0"/>
                <w:sz w:val="14"/>
              </w:rPr>
              <w:t>0.7513819317309038</w:t>
            </w:r>
          </w:p>
        </w:tc>
        <w:tc>
          <w:tcPr>
            <w:tcW w:type="dxa" w:w="519"/>
            <w:vAlign w:val="center"/>
          </w:tcPr>
          <w:p>
            <w:r/>
            <w:r>
              <w:rPr>
                <w:rFonts w:ascii="Malgun Gothic" w:hAnsi="Malgun Gothic" w:eastAsia="Malgun Gothic"/>
                <w:b w:val="0"/>
                <w:sz w:val="14"/>
              </w:rPr>
              <w:t>0.10986956981403286</w:t>
            </w:r>
          </w:p>
        </w:tc>
        <w:tc>
          <w:tcPr>
            <w:tcW w:type="dxa" w:w="519"/>
            <w:vAlign w:val="center"/>
          </w:tcPr>
          <w:p>
            <w:r/>
            <w:r>
              <w:rPr>
                <w:rFonts w:ascii="Malgun Gothic" w:hAnsi="Malgun Gothic" w:eastAsia="Malgun Gothic"/>
                <w:b w:val="0"/>
                <w:sz w:val="14"/>
              </w:rPr>
              <w:t>0.5927896266316214</w:t>
            </w:r>
          </w:p>
        </w:tc>
        <w:tc>
          <w:tcPr>
            <w:tcW w:type="dxa" w:w="519"/>
            <w:vAlign w:val="center"/>
          </w:tcPr>
          <w:p>
            <w:r/>
            <w:r>
              <w:rPr>
                <w:rFonts w:ascii="Malgun Gothic" w:hAnsi="Malgun Gothic" w:eastAsia="Malgun Gothic"/>
                <w:b w:val="0"/>
                <w:sz w:val="14"/>
              </w:rPr>
              <w:t>0.8764568693780258</w:t>
            </w:r>
          </w:p>
        </w:tc>
        <w:tc>
          <w:tcPr>
            <w:tcW w:type="dxa" w:w="519"/>
            <w:vAlign w:val="center"/>
          </w:tcPr>
          <w:p>
            <w:r/>
            <w:r>
              <w:rPr>
                <w:rFonts w:ascii="Malgun Gothic" w:hAnsi="Malgun Gothic" w:eastAsia="Malgun Gothic"/>
                <w:b w:val="0"/>
                <w:sz w:val="14"/>
              </w:rPr>
              <w:t>0.5826244993886459</w:t>
            </w:r>
          </w:p>
        </w:tc>
        <w:tc>
          <w:tcPr>
            <w:tcW w:type="dxa" w:w="519"/>
            <w:vAlign w:val="center"/>
          </w:tcPr>
          <w:p>
            <w:r/>
            <w:r>
              <w:rPr>
                <w:rFonts w:ascii="Malgun Gothic" w:hAnsi="Malgun Gothic" w:eastAsia="Malgun Gothic"/>
                <w:b w:val="0"/>
                <w:sz w:val="14"/>
              </w:rPr>
              <w:t>0.5136217580265654</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0.5388816049119692</w:t>
            </w:r>
          </w:p>
        </w:tc>
        <w:tc>
          <w:tcPr>
            <w:tcW w:type="dxa" w:w="519"/>
            <w:vAlign w:val="center"/>
          </w:tcPr>
          <w:p>
            <w:r/>
            <w:r>
              <w:rPr>
                <w:rFonts w:ascii="Malgun Gothic" w:hAnsi="Malgun Gothic" w:eastAsia="Malgun Gothic"/>
                <w:b w:val="0"/>
                <w:sz w:val="14"/>
              </w:rPr>
              <w:t>-0.025259846885403836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0.0556679740548133</w:t>
            </w:r>
          </w:p>
        </w:tc>
        <w:tc>
          <w:tcPr>
            <w:tcW w:type="dxa" w:w="519"/>
            <w:vAlign w:val="center"/>
          </w:tcPr>
          <w:p>
            <w:r/>
            <w:r>
              <w:rPr>
                <w:rFonts w:ascii="Malgun Gothic" w:hAnsi="Malgun Gothic" w:eastAsia="Malgun Gothic"/>
                <w:b w:val="0"/>
                <w:sz w:val="14"/>
              </w:rPr>
              <w:t>175.20808180424984</w:t>
            </w:r>
          </w:p>
        </w:tc>
        <w:tc>
          <w:tcPr>
            <w:tcW w:type="dxa" w:w="519"/>
            <w:vAlign w:val="center"/>
          </w:tcPr>
          <w:p>
            <w:r/>
            <w:r>
              <w:rPr>
                <w:rFonts w:ascii="Malgun Gothic" w:hAnsi="Malgun Gothic" w:eastAsia="Malgun Gothic"/>
                <w:b w:val="0"/>
                <w:sz w:val="14"/>
              </w:rPr>
              <w:t>102.54545454545456</w:t>
            </w:r>
          </w:p>
        </w:tc>
        <w:tc>
          <w:tcPr>
            <w:tcW w:type="dxa" w:w="519"/>
            <w:vAlign w:val="center"/>
          </w:tcPr>
          <w:p>
            <w:r/>
            <w:r>
              <w:rPr>
                <w:rFonts w:ascii="Malgun Gothic" w:hAnsi="Malgun Gothic" w:eastAsia="Malgun Gothic"/>
                <w:b w:val="0"/>
                <w:sz w:val="14"/>
              </w:rPr>
              <w:t>82.5</w:t>
            </w:r>
          </w:p>
        </w:tc>
        <w:tc>
          <w:tcPr>
            <w:tcW w:type="dxa" w:w="519"/>
            <w:vAlign w:val="center"/>
          </w:tcPr>
          <w:p>
            <w:r/>
            <w:r>
              <w:rPr>
                <w:rFonts w:ascii="Malgun Gothic" w:hAnsi="Malgun Gothic" w:eastAsia="Malgun Gothic"/>
                <w:b w:val="0"/>
                <w:sz w:val="14"/>
              </w:rPr>
              <w:t>-0.4208810998148744</w:t>
            </w:r>
          </w:p>
        </w:tc>
        <w:tc>
          <w:tcPr>
            <w:tcW w:type="dxa" w:w="519"/>
            <w:vAlign w:val="center"/>
          </w:tcPr>
          <w:p>
            <w:r/>
            <w:r>
              <w:rPr>
                <w:rFonts w:ascii="Malgun Gothic" w:hAnsi="Malgun Gothic" w:eastAsia="Malgun Gothic"/>
                <w:b w:val="0"/>
                <w:sz w:val="14"/>
              </w:rPr>
              <w:t>-1.9610443860382982</w:t>
            </w:r>
          </w:p>
        </w:tc>
        <w:tc>
          <w:tcPr>
            <w:tcW w:type="dxa" w:w="519"/>
            <w:vAlign w:val="center"/>
          </w:tcPr>
          <w:p>
            <w:r/>
            <w:r>
              <w:rPr>
                <w:rFonts w:ascii="Malgun Gothic" w:hAnsi="Malgun Gothic" w:eastAsia="Malgun Gothic"/>
                <w:b w:val="0"/>
                <w:sz w:val="14"/>
              </w:rPr>
              <w:t>1.018334169709222</w:t>
            </w:r>
          </w:p>
        </w:tc>
        <w:tc>
          <w:tcPr>
            <w:tcW w:type="dxa" w:w="519"/>
            <w:vAlign w:val="center"/>
          </w:tcPr>
          <w:p>
            <w:r/>
            <w:r>
              <w:rPr>
                <w:rFonts w:ascii="Malgun Gothic" w:hAnsi="Malgun Gothic" w:eastAsia="Malgun Gothic"/>
                <w:b w:val="0"/>
                <w:sz w:val="14"/>
              </w:rPr>
              <w:t>-0.3772540978293541</w:t>
            </w:r>
          </w:p>
        </w:tc>
        <w:tc>
          <w:tcPr>
            <w:tcW w:type="dxa" w:w="519"/>
            <w:vAlign w:val="center"/>
          </w:tcPr>
          <w:p>
            <w:r/>
            <w:r>
              <w:rPr>
                <w:rFonts w:ascii="Malgun Gothic" w:hAnsi="Malgun Gothic" w:eastAsia="Malgun Gothic"/>
                <w:b w:val="0"/>
                <w:sz w:val="14"/>
              </w:rPr>
              <w:t>-0.4352113534933262</w:t>
            </w:r>
          </w:p>
        </w:tc>
        <w:tc>
          <w:tcPr>
            <w:tcW w:type="dxa" w:w="519"/>
            <w:vAlign w:val="center"/>
          </w:tcPr>
          <w:p>
            <w:r/>
            <w:r>
              <w:rPr>
                <w:rFonts w:ascii="Malgun Gothic" w:hAnsi="Malgun Gothic" w:eastAsia="Malgun Gothic"/>
                <w:b w:val="0"/>
                <w:sz w:val="14"/>
              </w:rPr>
              <w:t>0.2839855107080209</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0.5000453376617401</w:t>
            </w:r>
          </w:p>
        </w:tc>
        <w:tc>
          <w:tcPr>
            <w:tcW w:type="dxa" w:w="519"/>
            <w:vAlign w:val="center"/>
          </w:tcPr>
          <w:p>
            <w:r/>
            <w:r>
              <w:rPr>
                <w:rFonts w:ascii="Malgun Gothic" w:hAnsi="Malgun Gothic" w:eastAsia="Malgun Gothic"/>
                <w:b w:val="0"/>
                <w:sz w:val="14"/>
              </w:rPr>
              <w:t>-0.21605982695371917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 중간 948행은 전체 데이터 부록 ZIP에 원본으로 포함 ...</w:t>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c>
          <w:tcPr>
            <w:tcW w:type="dxa" w:w="519"/>
            <w:vAlign w:val="center"/>
          </w:tcPr>
          <w:p>
            <w:r/>
            <w:r>
              <w:rPr>
                <w:rFonts w:ascii="Malgun Gothic" w:hAnsi="Malgun Gothic" w:eastAsia="Malgun Gothic"/>
                <w:b w:val="0"/>
                <w:sz w:val="14"/>
              </w:rPr>
            </w:r>
          </w:p>
        </w:tc>
      </w:tr>
      <w:tr>
        <w:trPr>
          <w:cantSplit/>
        </w:trPr>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0.0500455312430858</w:t>
            </w:r>
          </w:p>
        </w:tc>
        <w:tc>
          <w:tcPr>
            <w:tcW w:type="dxa" w:w="519"/>
            <w:vAlign w:val="center"/>
          </w:tcPr>
          <w:p>
            <w:r/>
            <w:r>
              <w:rPr>
                <w:rFonts w:ascii="Malgun Gothic" w:hAnsi="Malgun Gothic" w:eastAsia="Malgun Gothic"/>
                <w:b w:val="0"/>
                <w:sz w:val="14"/>
              </w:rPr>
              <w:t>230.5595949974204</w:t>
            </w:r>
          </w:p>
        </w:tc>
        <w:tc>
          <w:tcPr>
            <w:tcW w:type="dxa" w:w="519"/>
            <w:vAlign w:val="center"/>
          </w:tcPr>
          <w:p>
            <w:r/>
            <w:r>
              <w:rPr>
                <w:rFonts w:ascii="Malgun Gothic" w:hAnsi="Malgun Gothic" w:eastAsia="Malgun Gothic"/>
                <w:b w:val="0"/>
                <w:sz w:val="14"/>
              </w:rPr>
              <w:t>108.5814360770578</w:t>
            </w:r>
          </w:p>
        </w:tc>
        <w:tc>
          <w:tcPr>
            <w:tcW w:type="dxa" w:w="519"/>
            <w:vAlign w:val="center"/>
          </w:tcPr>
          <w:p>
            <w:r/>
            <w:r>
              <w:rPr>
                <w:rFonts w:ascii="Malgun Gothic" w:hAnsi="Malgun Gothic" w:eastAsia="Malgun Gothic"/>
                <w:b w:val="0"/>
                <w:sz w:val="14"/>
              </w:rPr>
              <w:t>85.65</w:t>
            </w:r>
          </w:p>
        </w:tc>
        <w:tc>
          <w:tcPr>
            <w:tcW w:type="dxa" w:w="519"/>
            <w:vAlign w:val="center"/>
          </w:tcPr>
          <w:p>
            <w:r/>
            <w:r>
              <w:rPr>
                <w:rFonts w:ascii="Malgun Gothic" w:hAnsi="Malgun Gothic" w:eastAsia="Malgun Gothic"/>
                <w:b w:val="0"/>
                <w:sz w:val="14"/>
              </w:rPr>
              <w:t>-0.6133238924203713</w:t>
            </w:r>
          </w:p>
        </w:tc>
        <w:tc>
          <w:tcPr>
            <w:tcW w:type="dxa" w:w="519"/>
            <w:vAlign w:val="center"/>
          </w:tcPr>
          <w:p>
            <w:r/>
            <w:r>
              <w:rPr>
                <w:rFonts w:ascii="Malgun Gothic" w:hAnsi="Malgun Gothic" w:eastAsia="Malgun Gothic"/>
                <w:b w:val="0"/>
                <w:sz w:val="14"/>
              </w:rPr>
              <w:t>0.02593048178727322</w:t>
            </w:r>
          </w:p>
        </w:tc>
        <w:tc>
          <w:tcPr>
            <w:tcW w:type="dxa" w:w="519"/>
            <w:vAlign w:val="center"/>
          </w:tcPr>
          <w:p>
            <w:r/>
            <w:r>
              <w:rPr>
                <w:rFonts w:ascii="Malgun Gothic" w:hAnsi="Malgun Gothic" w:eastAsia="Malgun Gothic"/>
                <w:b w:val="0"/>
                <w:sz w:val="14"/>
              </w:rPr>
              <w:t>1.329179120511457</w:t>
            </w:r>
          </w:p>
        </w:tc>
        <w:tc>
          <w:tcPr>
            <w:tcW w:type="dxa" w:w="519"/>
            <w:vAlign w:val="center"/>
          </w:tcPr>
          <w:p>
            <w:r/>
            <w:r>
              <w:rPr>
                <w:rFonts w:ascii="Malgun Gothic" w:hAnsi="Malgun Gothic" w:eastAsia="Malgun Gothic"/>
                <w:b w:val="0"/>
                <w:sz w:val="14"/>
              </w:rPr>
              <w:t>-0.3587497892045614</w:t>
            </w:r>
          </w:p>
        </w:tc>
        <w:tc>
          <w:tcPr>
            <w:tcW w:type="dxa" w:w="519"/>
            <w:vAlign w:val="center"/>
          </w:tcPr>
          <w:p>
            <w:r/>
            <w:r>
              <w:rPr>
                <w:rFonts w:ascii="Malgun Gothic" w:hAnsi="Malgun Gothic" w:eastAsia="Malgun Gothic"/>
                <w:b w:val="0"/>
                <w:sz w:val="14"/>
              </w:rPr>
              <w:t>0.09575898016844935</w:t>
            </w:r>
          </w:p>
        </w:tc>
        <w:tc>
          <w:tcPr>
            <w:tcW w:type="dxa" w:w="519"/>
            <w:vAlign w:val="center"/>
          </w:tcPr>
          <w:p>
            <w:r/>
            <w:r>
              <w:rPr>
                <w:rFonts w:ascii="Malgun Gothic" w:hAnsi="Malgun Gothic" w:eastAsia="Malgun Gothic"/>
                <w:b w:val="0"/>
                <w:sz w:val="14"/>
              </w:rPr>
              <w:t>0.4037789278040333</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0.543644219865158</w:t>
            </w:r>
          </w:p>
        </w:tc>
        <w:tc>
          <w:tcPr>
            <w:tcW w:type="dxa" w:w="519"/>
            <w:vAlign w:val="center"/>
          </w:tcPr>
          <w:p>
            <w:r/>
            <w:r>
              <w:rPr>
                <w:rFonts w:ascii="Malgun Gothic" w:hAnsi="Malgun Gothic" w:eastAsia="Malgun Gothic"/>
                <w:b w:val="0"/>
                <w:sz w:val="14"/>
              </w:rPr>
              <w:t>-0.1398652920611247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0.0606882981956005</w:t>
            </w:r>
          </w:p>
        </w:tc>
        <w:tc>
          <w:tcPr>
            <w:tcW w:type="dxa" w:w="519"/>
            <w:vAlign w:val="center"/>
          </w:tcPr>
          <w:p>
            <w:r/>
            <w:r>
              <w:rPr>
                <w:rFonts w:ascii="Malgun Gothic" w:hAnsi="Malgun Gothic" w:eastAsia="Malgun Gothic"/>
                <w:b w:val="0"/>
                <w:sz w:val="14"/>
              </w:rPr>
              <w:t>224.3616158851639</w:t>
            </w:r>
          </w:p>
        </w:tc>
        <w:tc>
          <w:tcPr>
            <w:tcW w:type="dxa" w:w="519"/>
            <w:vAlign w:val="center"/>
          </w:tcPr>
          <w:p>
            <w:r/>
            <w:r>
              <w:rPr>
                <w:rFonts w:ascii="Malgun Gothic" w:hAnsi="Malgun Gothic" w:eastAsia="Malgun Gothic"/>
                <w:b w:val="0"/>
                <w:sz w:val="14"/>
              </w:rPr>
              <w:t>88.95589898228421</w:t>
            </w:r>
          </w:p>
        </w:tc>
        <w:tc>
          <w:tcPr>
            <w:tcW w:type="dxa" w:w="519"/>
            <w:vAlign w:val="center"/>
          </w:tcPr>
          <w:p>
            <w:r/>
            <w:r>
              <w:rPr>
                <w:rFonts w:ascii="Malgun Gothic" w:hAnsi="Malgun Gothic" w:eastAsia="Malgun Gothic"/>
                <w:b w:val="0"/>
                <w:sz w:val="14"/>
              </w:rPr>
              <w:t>79.59</w:t>
            </w:r>
          </w:p>
        </w:tc>
        <w:tc>
          <w:tcPr>
            <w:tcW w:type="dxa" w:w="519"/>
            <w:vAlign w:val="center"/>
          </w:tcPr>
          <w:p>
            <w:r/>
            <w:r>
              <w:rPr>
                <w:rFonts w:ascii="Malgun Gothic" w:hAnsi="Malgun Gothic" w:eastAsia="Malgun Gothic"/>
                <w:b w:val="0"/>
                <w:sz w:val="14"/>
              </w:rPr>
              <w:t>-0.2490473916226451</w:t>
            </w:r>
          </w:p>
        </w:tc>
        <w:tc>
          <w:tcPr>
            <w:tcW w:type="dxa" w:w="519"/>
            <w:vAlign w:val="center"/>
          </w:tcPr>
          <w:p>
            <w:r/>
            <w:r>
              <w:rPr>
                <w:rFonts w:ascii="Malgun Gothic" w:hAnsi="Malgun Gothic" w:eastAsia="Malgun Gothic"/>
                <w:b w:val="0"/>
                <w:sz w:val="14"/>
              </w:rPr>
              <w:t>-0.19656079292065992</w:t>
            </w:r>
          </w:p>
        </w:tc>
        <w:tc>
          <w:tcPr>
            <w:tcW w:type="dxa" w:w="519"/>
            <w:vAlign w:val="center"/>
          </w:tcPr>
          <w:p>
            <w:r/>
            <w:r>
              <w:rPr>
                <w:rFonts w:ascii="Malgun Gothic" w:hAnsi="Malgun Gothic" w:eastAsia="Malgun Gothic"/>
                <w:b w:val="0"/>
                <w:sz w:val="14"/>
              </w:rPr>
              <w:t>0.3184902904096265</w:t>
            </w:r>
          </w:p>
        </w:tc>
        <w:tc>
          <w:tcPr>
            <w:tcW w:type="dxa" w:w="519"/>
            <w:vAlign w:val="center"/>
          </w:tcPr>
          <w:p>
            <w:r/>
            <w:r>
              <w:rPr>
                <w:rFonts w:ascii="Malgun Gothic" w:hAnsi="Malgun Gothic" w:eastAsia="Malgun Gothic"/>
                <w:b w:val="0"/>
                <w:sz w:val="14"/>
              </w:rPr>
              <w:t>-0.39434855436844823</w:t>
            </w:r>
          </w:p>
        </w:tc>
        <w:tc>
          <w:tcPr>
            <w:tcW w:type="dxa" w:w="519"/>
            <w:vAlign w:val="center"/>
          </w:tcPr>
          <w:p>
            <w:r/>
            <w:r>
              <w:rPr>
                <w:rFonts w:ascii="Malgun Gothic" w:hAnsi="Malgun Gothic" w:eastAsia="Malgun Gothic"/>
                <w:b w:val="0"/>
                <w:sz w:val="14"/>
              </w:rPr>
              <w:t>-0.1303666121255317</w:t>
            </w:r>
          </w:p>
        </w:tc>
        <w:tc>
          <w:tcPr>
            <w:tcW w:type="dxa" w:w="519"/>
            <w:vAlign w:val="center"/>
          </w:tcPr>
          <w:p>
            <w:r/>
            <w:r>
              <w:rPr>
                <w:rFonts w:ascii="Malgun Gothic" w:hAnsi="Malgun Gothic" w:eastAsia="Malgun Gothic"/>
                <w:b w:val="0"/>
                <w:sz w:val="14"/>
              </w:rPr>
              <w:t>0.3527622218292493</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0.5245772678371735</w:t>
            </w:r>
          </w:p>
        </w:tc>
        <w:tc>
          <w:tcPr>
            <w:tcW w:type="dxa" w:w="519"/>
            <w:vAlign w:val="center"/>
          </w:tcPr>
          <w:p>
            <w:r/>
            <w:r>
              <w:rPr>
                <w:rFonts w:ascii="Malgun Gothic" w:hAnsi="Malgun Gothic" w:eastAsia="Malgun Gothic"/>
                <w:b w:val="0"/>
                <w:sz w:val="14"/>
              </w:rPr>
              <w:t>-0.1718150460079242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0.0546061731874942</w:t>
            </w:r>
          </w:p>
        </w:tc>
        <w:tc>
          <w:tcPr>
            <w:tcW w:type="dxa" w:w="519"/>
            <w:vAlign w:val="center"/>
          </w:tcPr>
          <w:p>
            <w:r/>
            <w:r>
              <w:rPr>
                <w:rFonts w:ascii="Malgun Gothic" w:hAnsi="Malgun Gothic" w:eastAsia="Malgun Gothic"/>
                <w:b w:val="0"/>
                <w:sz w:val="14"/>
              </w:rPr>
              <w:t>230.7437267824737</w:t>
            </w:r>
          </w:p>
        </w:tc>
        <w:tc>
          <w:tcPr>
            <w:tcW w:type="dxa" w:w="519"/>
            <w:vAlign w:val="center"/>
          </w:tcPr>
          <w:p>
            <w:r/>
            <w:r>
              <w:rPr>
                <w:rFonts w:ascii="Malgun Gothic" w:hAnsi="Malgun Gothic" w:eastAsia="Malgun Gothic"/>
                <w:b w:val="0"/>
                <w:sz w:val="14"/>
              </w:rPr>
              <w:t>68.85322167946033</w:t>
            </w:r>
          </w:p>
        </w:tc>
        <w:tc>
          <w:tcPr>
            <w:tcW w:type="dxa" w:w="519"/>
            <w:vAlign w:val="center"/>
          </w:tcPr>
          <w:p>
            <w:r/>
            <w:r>
              <w:rPr>
                <w:rFonts w:ascii="Malgun Gothic" w:hAnsi="Malgun Gothic" w:eastAsia="Malgun Gothic"/>
                <w:b w:val="0"/>
                <w:sz w:val="14"/>
              </w:rPr>
              <w:t>515.88</w:t>
            </w:r>
          </w:p>
        </w:tc>
        <w:tc>
          <w:tcPr>
            <w:tcW w:type="dxa" w:w="519"/>
            <w:vAlign w:val="center"/>
          </w:tcPr>
          <w:p>
            <w:r/>
            <w:r>
              <w:rPr>
                <w:rFonts w:ascii="Malgun Gothic" w:hAnsi="Malgun Gothic" w:eastAsia="Malgun Gothic"/>
                <w:b w:val="0"/>
                <w:sz w:val="14"/>
              </w:rPr>
              <w:t>-0.45722400821611503</w:t>
            </w:r>
          </w:p>
        </w:tc>
        <w:tc>
          <w:tcPr>
            <w:tcW w:type="dxa" w:w="519"/>
            <w:vAlign w:val="center"/>
          </w:tcPr>
          <w:p>
            <w:r/>
            <w:r>
              <w:rPr>
                <w:rFonts w:ascii="Malgun Gothic" w:hAnsi="Malgun Gothic" w:eastAsia="Malgun Gothic"/>
                <w:b w:val="0"/>
                <w:sz w:val="14"/>
              </w:rPr>
              <w:t>0.03254033232544967</w:t>
            </w:r>
          </w:p>
        </w:tc>
        <w:tc>
          <w:tcPr>
            <w:tcW w:type="dxa" w:w="519"/>
            <w:vAlign w:val="center"/>
          </w:tcPr>
          <w:p>
            <w:r/>
            <w:r>
              <w:rPr>
                <w:rFonts w:ascii="Malgun Gothic" w:hAnsi="Malgun Gothic" w:eastAsia="Malgun Gothic"/>
                <w:b w:val="0"/>
                <w:sz w:val="14"/>
              </w:rPr>
              <w:t>-0.7167706202594823</w:t>
            </w:r>
          </w:p>
        </w:tc>
        <w:tc>
          <w:tcPr>
            <w:tcW w:type="dxa" w:w="519"/>
            <w:vAlign w:val="center"/>
          </w:tcPr>
          <w:p>
            <w:r/>
            <w:r>
              <w:rPr>
                <w:rFonts w:ascii="Malgun Gothic" w:hAnsi="Malgun Gothic" w:eastAsia="Malgun Gothic"/>
                <w:b w:val="0"/>
                <w:sz w:val="14"/>
              </w:rPr>
              <w:t>2.168586305920689</w:t>
            </w:r>
          </w:p>
        </w:tc>
        <w:tc>
          <w:tcPr>
            <w:tcW w:type="dxa" w:w="519"/>
            <w:vAlign w:val="center"/>
          </w:tcPr>
          <w:p>
            <w:r/>
            <w:r>
              <w:rPr>
                <w:rFonts w:ascii="Malgun Gothic" w:hAnsi="Malgun Gothic" w:eastAsia="Malgun Gothic"/>
                <w:b w:val="0"/>
                <w:sz w:val="14"/>
              </w:rPr>
              <w:t>0.25678300244263536</w:t>
            </w:r>
          </w:p>
        </w:tc>
        <w:tc>
          <w:tcPr>
            <w:tcW w:type="dxa" w:w="519"/>
            <w:vAlign w:val="center"/>
          </w:tcPr>
          <w:p>
            <w:r/>
            <w:r>
              <w:rPr>
                <w:rFonts w:ascii="Malgun Gothic" w:hAnsi="Malgun Gothic" w:eastAsia="Malgun Gothic"/>
                <w:b w:val="0"/>
                <w:sz w:val="14"/>
              </w:rPr>
              <w:t>0.4401079214217003</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0.4243601120579869</w:t>
            </w:r>
          </w:p>
        </w:tc>
        <w:tc>
          <w:tcPr>
            <w:tcW w:type="dxa" w:w="519"/>
            <w:vAlign w:val="center"/>
          </w:tcPr>
          <w:p>
            <w:r/>
            <w:r>
              <w:rPr>
                <w:rFonts w:ascii="Malgun Gothic" w:hAnsi="Malgun Gothic" w:eastAsia="Malgun Gothic"/>
                <w:b w:val="0"/>
                <w:sz w:val="14"/>
              </w:rPr>
              <w:t>0.015747809363713394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0.0626592934131622</w:t>
            </w:r>
          </w:p>
        </w:tc>
        <w:tc>
          <w:tcPr>
            <w:tcW w:type="dxa" w:w="519"/>
            <w:vAlign w:val="center"/>
          </w:tcPr>
          <w:p>
            <w:r/>
            <w:r>
              <w:rPr>
                <w:rFonts w:ascii="Malgun Gothic" w:hAnsi="Malgun Gothic" w:eastAsia="Malgun Gothic"/>
                <w:b w:val="0"/>
                <w:sz w:val="14"/>
              </w:rPr>
              <w:t>231.8123926761084</w:t>
            </w:r>
          </w:p>
        </w:tc>
        <w:tc>
          <w:tcPr>
            <w:tcW w:type="dxa" w:w="519"/>
            <w:vAlign w:val="center"/>
          </w:tcPr>
          <w:p>
            <w:r/>
            <w:r>
              <w:rPr>
                <w:rFonts w:ascii="Malgun Gothic" w:hAnsi="Malgun Gothic" w:eastAsia="Malgun Gothic"/>
                <w:b w:val="0"/>
                <w:sz w:val="14"/>
              </w:rPr>
              <w:t>96.22388345792602</w:t>
            </w:r>
          </w:p>
        </w:tc>
        <w:tc>
          <w:tcPr>
            <w:tcW w:type="dxa" w:w="519"/>
            <w:vAlign w:val="center"/>
          </w:tcPr>
          <w:p>
            <w:r/>
            <w:r>
              <w:rPr>
                <w:rFonts w:ascii="Malgun Gothic" w:hAnsi="Malgun Gothic" w:eastAsia="Malgun Gothic"/>
                <w:b w:val="0"/>
                <w:sz w:val="14"/>
              </w:rPr>
              <w:t>156.51</w:t>
            </w:r>
          </w:p>
        </w:tc>
        <w:tc>
          <w:tcPr>
            <w:tcW w:type="dxa" w:w="519"/>
            <w:vAlign w:val="center"/>
          </w:tcPr>
          <w:p>
            <w:r/>
            <w:r>
              <w:rPr>
                <w:rFonts w:ascii="Malgun Gothic" w:hAnsi="Malgun Gothic" w:eastAsia="Malgun Gothic"/>
                <w:b w:val="0"/>
                <w:sz w:val="14"/>
              </w:rPr>
              <w:t>-0.18158493151749533</w:t>
            </w:r>
          </w:p>
        </w:tc>
        <w:tc>
          <w:tcPr>
            <w:tcW w:type="dxa" w:w="519"/>
            <w:vAlign w:val="center"/>
          </w:tcPr>
          <w:p>
            <w:r/>
            <w:r>
              <w:rPr>
                <w:rFonts w:ascii="Malgun Gothic" w:hAnsi="Malgun Gothic" w:eastAsia="Malgun Gothic"/>
                <w:b w:val="0"/>
                <w:sz w:val="14"/>
              </w:rPr>
              <w:t>0.07090264891368939</w:t>
            </w:r>
          </w:p>
        </w:tc>
        <w:tc>
          <w:tcPr>
            <w:tcW w:type="dxa" w:w="519"/>
            <w:vAlign w:val="center"/>
          </w:tcPr>
          <w:p>
            <w:r/>
            <w:r>
              <w:rPr>
                <w:rFonts w:ascii="Malgun Gothic" w:hAnsi="Malgun Gothic" w:eastAsia="Malgun Gothic"/>
                <w:b w:val="0"/>
                <w:sz w:val="14"/>
              </w:rPr>
              <w:t>0.692781739933364</w:t>
            </w:r>
          </w:p>
        </w:tc>
        <w:tc>
          <w:tcPr>
            <w:tcW w:type="dxa" w:w="519"/>
            <w:vAlign w:val="center"/>
          </w:tcPr>
          <w:p>
            <w:r/>
            <w:r>
              <w:rPr>
                <w:rFonts w:ascii="Malgun Gothic" w:hAnsi="Malgun Gothic" w:eastAsia="Malgun Gothic"/>
                <w:b w:val="0"/>
                <w:sz w:val="14"/>
              </w:rPr>
              <w:t>0.057509039097916846</w:t>
            </w:r>
          </w:p>
        </w:tc>
        <w:tc>
          <w:tcPr>
            <w:tcW w:type="dxa" w:w="519"/>
            <w:vAlign w:val="center"/>
          </w:tcPr>
          <w:p>
            <w:r/>
            <w:r>
              <w:rPr>
                <w:rFonts w:ascii="Malgun Gothic" w:hAnsi="Malgun Gothic" w:eastAsia="Malgun Gothic"/>
                <w:b w:val="0"/>
                <w:sz w:val="14"/>
              </w:rPr>
              <w:t>0.15990212410686871</w:t>
            </w:r>
          </w:p>
        </w:tc>
        <w:tc>
          <w:tcPr>
            <w:tcW w:type="dxa" w:w="519"/>
            <w:vAlign w:val="center"/>
          </w:tcPr>
          <w:p>
            <w:r/>
            <w:r>
              <w:rPr>
                <w:rFonts w:ascii="Malgun Gothic" w:hAnsi="Malgun Gothic" w:eastAsia="Malgun Gothic"/>
                <w:b w:val="0"/>
                <w:sz w:val="14"/>
              </w:rPr>
              <w:t>0.41825040748666137</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0.530701511827679</w:t>
            </w:r>
          </w:p>
        </w:tc>
        <w:tc>
          <w:tcPr>
            <w:tcW w:type="dxa" w:w="519"/>
            <w:vAlign w:val="center"/>
          </w:tcPr>
          <w:p>
            <w:r/>
            <w:r>
              <w:rPr>
                <w:rFonts w:ascii="Malgun Gothic" w:hAnsi="Malgun Gothic" w:eastAsia="Malgun Gothic"/>
                <w:b w:val="0"/>
                <w:sz w:val="14"/>
              </w:rPr>
              <w:t>-0.11245110434101763</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0.0936460345983505</w:t>
            </w:r>
          </w:p>
        </w:tc>
        <w:tc>
          <w:tcPr>
            <w:tcW w:type="dxa" w:w="519"/>
            <w:vAlign w:val="center"/>
          </w:tcPr>
          <w:p>
            <w:r/>
            <w:r>
              <w:rPr>
                <w:rFonts w:ascii="Malgun Gothic" w:hAnsi="Malgun Gothic" w:eastAsia="Malgun Gothic"/>
                <w:b w:val="0"/>
                <w:sz w:val="14"/>
              </w:rPr>
              <w:t>238.75395130487453</w:t>
            </w:r>
          </w:p>
        </w:tc>
        <w:tc>
          <w:tcPr>
            <w:tcW w:type="dxa" w:w="519"/>
            <w:vAlign w:val="center"/>
          </w:tcPr>
          <w:p>
            <w:r/>
            <w:r>
              <w:rPr>
                <w:rFonts w:ascii="Malgun Gothic" w:hAnsi="Malgun Gothic" w:eastAsia="Malgun Gothic"/>
                <w:b w:val="0"/>
                <w:sz w:val="14"/>
              </w:rPr>
              <w:t>70.95238095238095</w:t>
            </w:r>
          </w:p>
        </w:tc>
        <w:tc>
          <w:tcPr>
            <w:tcW w:type="dxa" w:w="519"/>
            <w:vAlign w:val="center"/>
          </w:tcPr>
          <w:p>
            <w:r/>
            <w:r>
              <w:rPr>
                <w:rFonts w:ascii="Malgun Gothic" w:hAnsi="Malgun Gothic" w:eastAsia="Malgun Gothic"/>
                <w:b w:val="0"/>
                <w:sz w:val="14"/>
              </w:rPr>
              <w:t>126.0</w:t>
            </w:r>
          </w:p>
        </w:tc>
        <w:tc>
          <w:tcPr>
            <w:tcW w:type="dxa" w:w="519"/>
            <w:vAlign w:val="center"/>
          </w:tcPr>
          <w:p>
            <w:r/>
            <w:r>
              <w:rPr>
                <w:rFonts w:ascii="Malgun Gothic" w:hAnsi="Malgun Gothic" w:eastAsia="Malgun Gothic"/>
                <w:b w:val="0"/>
                <w:sz w:val="14"/>
              </w:rPr>
              <w:t>0.8790172314752854</w:t>
            </w:r>
          </w:p>
        </w:tc>
        <w:tc>
          <w:tcPr>
            <w:tcW w:type="dxa" w:w="519"/>
            <w:vAlign w:val="center"/>
          </w:tcPr>
          <w:p>
            <w:r/>
            <w:r>
              <w:rPr>
                <w:rFonts w:ascii="Malgun Gothic" w:hAnsi="Malgun Gothic" w:eastAsia="Malgun Gothic"/>
                <w:b w:val="0"/>
                <w:sz w:val="14"/>
              </w:rPr>
              <w:t>0.32008648767815207</w:t>
            </w:r>
          </w:p>
        </w:tc>
        <w:tc>
          <w:tcPr>
            <w:tcW w:type="dxa" w:w="519"/>
            <w:vAlign w:val="center"/>
          </w:tcPr>
          <w:p>
            <w:r/>
            <w:r>
              <w:rPr>
                <w:rFonts w:ascii="Malgun Gothic" w:hAnsi="Malgun Gothic" w:eastAsia="Malgun Gothic"/>
                <w:b w:val="0"/>
                <w:sz w:val="14"/>
              </w:rPr>
              <w:t>-0.6086667340065787</w:t>
            </w:r>
          </w:p>
        </w:tc>
        <w:tc>
          <w:tcPr>
            <w:tcW w:type="dxa" w:w="519"/>
            <w:vAlign w:val="center"/>
          </w:tcPr>
          <w:p>
            <w:r/>
            <w:r>
              <w:rPr>
                <w:rFonts w:ascii="Malgun Gothic" w:hAnsi="Malgun Gothic" w:eastAsia="Malgun Gothic"/>
                <w:b w:val="0"/>
                <w:sz w:val="14"/>
              </w:rPr>
              <w:t>-0.1217184072965033</w:t>
            </w:r>
          </w:p>
        </w:tc>
        <w:tc>
          <w:tcPr>
            <w:tcW w:type="dxa" w:w="519"/>
            <w:vAlign w:val="center"/>
          </w:tcPr>
          <w:p>
            <w:r/>
            <w:r>
              <w:rPr>
                <w:rFonts w:ascii="Malgun Gothic" w:hAnsi="Malgun Gothic" w:eastAsia="Malgun Gothic"/>
                <w:b w:val="0"/>
                <w:sz w:val="14"/>
              </w:rPr>
              <w:t>0.11717964446258888</w:t>
            </w:r>
          </w:p>
        </w:tc>
        <w:tc>
          <w:tcPr>
            <w:tcW w:type="dxa" w:w="519"/>
            <w:vAlign w:val="center"/>
          </w:tcPr>
          <w:p>
            <w:r/>
            <w:r>
              <w:rPr>
                <w:rFonts w:ascii="Malgun Gothic" w:hAnsi="Malgun Gothic" w:eastAsia="Malgun Gothic"/>
                <w:b w:val="0"/>
                <w:sz w:val="14"/>
              </w:rPr>
              <w:t>0.4086116922912035</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0.5415776815293808</w:t>
            </w:r>
          </w:p>
        </w:tc>
        <w:tc>
          <w:tcPr>
            <w:tcW w:type="dxa" w:w="519"/>
            <w:vAlign w:val="center"/>
          </w:tcPr>
          <w:p>
            <w:r/>
            <w:r>
              <w:rPr>
                <w:rFonts w:ascii="Malgun Gothic" w:hAnsi="Malgun Gothic" w:eastAsia="Malgun Gothic"/>
                <w:b w:val="0"/>
                <w:sz w:val="14"/>
              </w:rPr>
              <w:t>-0.13296598923817732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0.0369009189307689</w:t>
            </w:r>
          </w:p>
        </w:tc>
        <w:tc>
          <w:tcPr>
            <w:tcW w:type="dxa" w:w="519"/>
            <w:vAlign w:val="center"/>
          </w:tcPr>
          <w:p>
            <w:r/>
            <w:r>
              <w:rPr>
                <w:rFonts w:ascii="Malgun Gothic" w:hAnsi="Malgun Gothic" w:eastAsia="Malgun Gothic"/>
                <w:b w:val="0"/>
                <w:sz w:val="14"/>
              </w:rPr>
              <w:t>237.52382989708173</w:t>
            </w:r>
          </w:p>
        </w:tc>
        <w:tc>
          <w:tcPr>
            <w:tcW w:type="dxa" w:w="519"/>
            <w:vAlign w:val="center"/>
          </w:tcPr>
          <w:p>
            <w:r/>
            <w:r>
              <w:rPr>
                <w:rFonts w:ascii="Malgun Gothic" w:hAnsi="Malgun Gothic" w:eastAsia="Malgun Gothic"/>
                <w:b w:val="0"/>
                <w:sz w:val="14"/>
              </w:rPr>
              <w:t>91.88361408882082</w:t>
            </w:r>
          </w:p>
        </w:tc>
        <w:tc>
          <w:tcPr>
            <w:tcW w:type="dxa" w:w="519"/>
            <w:vAlign w:val="center"/>
          </w:tcPr>
          <w:p>
            <w:r/>
            <w:r>
              <w:rPr>
                <w:rFonts w:ascii="Malgun Gothic" w:hAnsi="Malgun Gothic" w:eastAsia="Malgun Gothic"/>
                <w:b w:val="0"/>
                <w:sz w:val="14"/>
              </w:rPr>
              <w:t>58.77</w:t>
            </w:r>
          </w:p>
        </w:tc>
        <w:tc>
          <w:tcPr>
            <w:tcW w:type="dxa" w:w="519"/>
            <w:vAlign w:val="center"/>
          </w:tcPr>
          <w:p>
            <w:r/>
            <w:r>
              <w:rPr>
                <w:rFonts w:ascii="Malgun Gothic" w:hAnsi="Malgun Gothic" w:eastAsia="Malgun Gothic"/>
                <w:b w:val="0"/>
                <w:sz w:val="14"/>
              </w:rPr>
              <w:t>-1.0632325861686756</w:t>
            </w:r>
          </w:p>
        </w:tc>
        <w:tc>
          <w:tcPr>
            <w:tcW w:type="dxa" w:w="519"/>
            <w:vAlign w:val="center"/>
          </w:tcPr>
          <w:p>
            <w:r/>
            <w:r>
              <w:rPr>
                <w:rFonts w:ascii="Malgun Gothic" w:hAnsi="Malgun Gothic" w:eastAsia="Malgun Gothic"/>
                <w:b w:val="0"/>
                <w:sz w:val="14"/>
              </w:rPr>
              <w:t>0.2759283394965754</w:t>
            </w:r>
          </w:p>
        </w:tc>
        <w:tc>
          <w:tcPr>
            <w:tcW w:type="dxa" w:w="519"/>
            <w:vAlign w:val="center"/>
          </w:tcPr>
          <w:p>
            <w:r/>
            <w:r>
              <w:rPr>
                <w:rFonts w:ascii="Malgun Gothic" w:hAnsi="Malgun Gothic" w:eastAsia="Malgun Gothic"/>
                <w:b w:val="0"/>
                <w:sz w:val="14"/>
              </w:rPr>
              <w:t>0.4692636904754492</w:t>
            </w:r>
          </w:p>
        </w:tc>
        <w:tc>
          <w:tcPr>
            <w:tcW w:type="dxa" w:w="519"/>
            <w:vAlign w:val="center"/>
          </w:tcPr>
          <w:p>
            <w:r/>
            <w:r>
              <w:rPr>
                <w:rFonts w:ascii="Malgun Gothic" w:hAnsi="Malgun Gothic" w:eastAsia="Malgun Gothic"/>
                <w:b w:val="0"/>
                <w:sz w:val="14"/>
              </w:rPr>
              <w:t>-0.5166532228027919</w:t>
            </w:r>
          </w:p>
        </w:tc>
        <w:tc>
          <w:tcPr>
            <w:tcW w:type="dxa" w:w="519"/>
            <w:vAlign w:val="center"/>
          </w:tcPr>
          <w:p>
            <w:r/>
            <w:r>
              <w:rPr>
                <w:rFonts w:ascii="Malgun Gothic" w:hAnsi="Malgun Gothic" w:eastAsia="Malgun Gothic"/>
                <w:b w:val="0"/>
                <w:sz w:val="14"/>
              </w:rPr>
              <w:t>-0.20867344474986071</w:t>
            </w:r>
          </w:p>
        </w:tc>
        <w:tc>
          <w:tcPr>
            <w:tcW w:type="dxa" w:w="519"/>
            <w:vAlign w:val="center"/>
          </w:tcPr>
          <w:p>
            <w:r/>
            <w:r>
              <w:rPr>
                <w:rFonts w:ascii="Malgun Gothic" w:hAnsi="Malgun Gothic" w:eastAsia="Malgun Gothic"/>
                <w:b w:val="0"/>
                <w:sz w:val="14"/>
              </w:rPr>
              <w:t>0.3350952403289057</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0.5139241079530761</w:t>
            </w:r>
          </w:p>
        </w:tc>
        <w:tc>
          <w:tcPr>
            <w:tcW w:type="dxa" w:w="519"/>
            <w:vAlign w:val="center"/>
          </w:tcPr>
          <w:p>
            <w:r/>
            <w:r>
              <w:rPr>
                <w:rFonts w:ascii="Malgun Gothic" w:hAnsi="Malgun Gothic" w:eastAsia="Malgun Gothic"/>
                <w:b w:val="0"/>
                <w:sz w:val="14"/>
              </w:rPr>
              <w:t>-0.17882886762417038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0.0424245782196521</w:t>
            </w:r>
          </w:p>
        </w:tc>
        <w:tc>
          <w:tcPr>
            <w:tcW w:type="dxa" w:w="519"/>
            <w:vAlign w:val="center"/>
          </w:tcPr>
          <w:p>
            <w:r/>
            <w:r>
              <w:rPr>
                <w:rFonts w:ascii="Malgun Gothic" w:hAnsi="Malgun Gothic" w:eastAsia="Malgun Gothic"/>
                <w:b w:val="0"/>
                <w:sz w:val="14"/>
              </w:rPr>
              <w:t>223.4779198335052</w:t>
            </w:r>
          </w:p>
        </w:tc>
        <w:tc>
          <w:tcPr>
            <w:tcW w:type="dxa" w:w="519"/>
            <w:vAlign w:val="center"/>
          </w:tcPr>
          <w:p>
            <w:r/>
            <w:r>
              <w:rPr>
                <w:rFonts w:ascii="Malgun Gothic" w:hAnsi="Malgun Gothic" w:eastAsia="Malgun Gothic"/>
                <w:b w:val="0"/>
                <w:sz w:val="14"/>
              </w:rPr>
              <w:t>87.10407239819004</w:t>
            </w:r>
          </w:p>
        </w:tc>
        <w:tc>
          <w:tcPr>
            <w:tcW w:type="dxa" w:w="519"/>
            <w:vAlign w:val="center"/>
          </w:tcPr>
          <w:p>
            <w:r/>
            <w:r>
              <w:rPr>
                <w:rFonts w:ascii="Malgun Gothic" w:hAnsi="Malgun Gothic" w:eastAsia="Malgun Gothic"/>
                <w:b w:val="0"/>
                <w:sz w:val="14"/>
              </w:rPr>
              <w:t>53.04</w:t>
            </w:r>
          </w:p>
        </w:tc>
        <w:tc>
          <w:tcPr>
            <w:tcW w:type="dxa" w:w="519"/>
            <w:vAlign w:val="center"/>
          </w:tcPr>
          <w:p>
            <w:r/>
            <w:r>
              <w:rPr>
                <w:rFonts w:ascii="Malgun Gothic" w:hAnsi="Malgun Gothic" w:eastAsia="Malgun Gothic"/>
                <w:b w:val="0"/>
                <w:sz w:val="14"/>
              </w:rPr>
              <w:t>-0.8741709176823806</w:t>
            </w:r>
          </w:p>
        </w:tc>
        <w:tc>
          <w:tcPr>
            <w:tcW w:type="dxa" w:w="519"/>
            <w:vAlign w:val="center"/>
          </w:tcPr>
          <w:p>
            <w:r/>
            <w:r>
              <w:rPr>
                <w:rFonts w:ascii="Malgun Gothic" w:hAnsi="Malgun Gothic" w:eastAsia="Malgun Gothic"/>
                <w:b w:val="0"/>
                <w:sz w:val="14"/>
              </w:rPr>
              <w:t>-0.22828317491434943</w:t>
            </w:r>
          </w:p>
        </w:tc>
        <w:tc>
          <w:tcPr>
            <w:tcW w:type="dxa" w:w="519"/>
            <w:vAlign w:val="center"/>
          </w:tcPr>
          <w:p>
            <w:r/>
            <w:r>
              <w:rPr>
                <w:rFonts w:ascii="Malgun Gothic" w:hAnsi="Malgun Gothic" w:eastAsia="Malgun Gothic"/>
                <w:b w:val="0"/>
                <w:sz w:val="14"/>
              </w:rPr>
              <w:t>0.2231237058014514</w:t>
            </w:r>
          </w:p>
        </w:tc>
        <w:tc>
          <w:tcPr>
            <w:tcW w:type="dxa" w:w="519"/>
            <w:vAlign w:val="center"/>
          </w:tcPr>
          <w:p>
            <w:r/>
            <w:r>
              <w:rPr>
                <w:rFonts w:ascii="Malgun Gothic" w:hAnsi="Malgun Gothic" w:eastAsia="Malgun Gothic"/>
                <w:b w:val="0"/>
                <w:sz w:val="14"/>
              </w:rPr>
              <w:t>-0.5503134413488434</w:t>
            </w:r>
          </w:p>
        </w:tc>
        <w:tc>
          <w:tcPr>
            <w:tcW w:type="dxa" w:w="519"/>
            <w:vAlign w:val="center"/>
          </w:tcPr>
          <w:p>
            <w:r/>
            <w:r>
              <w:rPr>
                <w:rFonts w:ascii="Malgun Gothic" w:hAnsi="Malgun Gothic" w:eastAsia="Malgun Gothic"/>
                <w:b w:val="0"/>
                <w:sz w:val="14"/>
              </w:rPr>
              <w:t>-0.35741095703603054</w:t>
            </w:r>
          </w:p>
        </w:tc>
        <w:tc>
          <w:tcPr>
            <w:tcW w:type="dxa" w:w="519"/>
            <w:vAlign w:val="center"/>
          </w:tcPr>
          <w:p>
            <w:r/>
            <w:r>
              <w:rPr>
                <w:rFonts w:ascii="Malgun Gothic" w:hAnsi="Malgun Gothic" w:eastAsia="Malgun Gothic"/>
                <w:b w:val="0"/>
                <w:sz w:val="14"/>
              </w:rPr>
              <w:t>0.3015382340000546</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0.5038745372986507</w:t>
            </w:r>
          </w:p>
        </w:tc>
        <w:tc>
          <w:tcPr>
            <w:tcW w:type="dxa" w:w="519"/>
            <w:vAlign w:val="center"/>
          </w:tcPr>
          <w:p>
            <w:r/>
            <w:r>
              <w:rPr>
                <w:rFonts w:ascii="Malgun Gothic" w:hAnsi="Malgun Gothic" w:eastAsia="Malgun Gothic"/>
                <w:b w:val="0"/>
                <w:sz w:val="14"/>
              </w:rPr>
              <w:t>-0.20233630329859614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0.0403904914855957</w:t>
            </w:r>
          </w:p>
        </w:tc>
        <w:tc>
          <w:tcPr>
            <w:tcW w:type="dxa" w:w="519"/>
            <w:vAlign w:val="center"/>
          </w:tcPr>
          <w:p>
            <w:r/>
            <w:r>
              <w:rPr>
                <w:rFonts w:ascii="Malgun Gothic" w:hAnsi="Malgun Gothic" w:eastAsia="Malgun Gothic"/>
                <w:b w:val="0"/>
                <w:sz w:val="14"/>
              </w:rPr>
              <w:t>249.06888532105592</w:t>
            </w:r>
          </w:p>
        </w:tc>
        <w:tc>
          <w:tcPr>
            <w:tcW w:type="dxa" w:w="519"/>
            <w:vAlign w:val="center"/>
          </w:tcPr>
          <w:p>
            <w:r/>
            <w:r>
              <w:rPr>
                <w:rFonts w:ascii="Malgun Gothic" w:hAnsi="Malgun Gothic" w:eastAsia="Malgun Gothic"/>
                <w:b w:val="0"/>
                <w:sz w:val="14"/>
              </w:rPr>
              <w:t>98.326359832636</w:t>
            </w:r>
          </w:p>
        </w:tc>
        <w:tc>
          <w:tcPr>
            <w:tcW w:type="dxa" w:w="519"/>
            <w:vAlign w:val="center"/>
          </w:tcPr>
          <w:p>
            <w:r/>
            <w:r>
              <w:rPr>
                <w:rFonts w:ascii="Malgun Gothic" w:hAnsi="Malgun Gothic" w:eastAsia="Malgun Gothic"/>
                <w:b w:val="0"/>
                <w:sz w:val="14"/>
              </w:rPr>
              <w:t>28.68</w:t>
            </w:r>
          </w:p>
        </w:tc>
        <w:tc>
          <w:tcPr>
            <w:tcW w:type="dxa" w:w="519"/>
            <w:vAlign w:val="center"/>
          </w:tcPr>
          <w:p>
            <w:r/>
            <w:r>
              <w:rPr>
                <w:rFonts w:ascii="Malgun Gothic" w:hAnsi="Malgun Gothic" w:eastAsia="Malgun Gothic"/>
                <w:b w:val="0"/>
                <w:sz w:val="14"/>
              </w:rPr>
              <w:t>-0.9437928497520348</w:t>
            </w:r>
          </w:p>
        </w:tc>
        <w:tc>
          <w:tcPr>
            <w:tcW w:type="dxa" w:w="519"/>
            <w:vAlign w:val="center"/>
          </w:tcPr>
          <w:p>
            <w:r/>
            <w:r>
              <w:rPr>
                <w:rFonts w:ascii="Malgun Gothic" w:hAnsi="Malgun Gothic" w:eastAsia="Malgun Gothic"/>
                <w:b w:val="0"/>
                <w:sz w:val="14"/>
              </w:rPr>
              <w:t>0.6903656990504673</w:t>
            </w:r>
          </w:p>
        </w:tc>
        <w:tc>
          <w:tcPr>
            <w:tcW w:type="dxa" w:w="519"/>
            <w:vAlign w:val="center"/>
          </w:tcPr>
          <w:p>
            <w:r/>
            <w:r>
              <w:rPr>
                <w:rFonts w:ascii="Malgun Gothic" w:hAnsi="Malgun Gothic" w:eastAsia="Malgun Gothic"/>
                <w:b w:val="0"/>
                <w:sz w:val="14"/>
              </w:rPr>
              <w:t>0.8010564524780849</w:t>
            </w:r>
          </w:p>
        </w:tc>
        <w:tc>
          <w:tcPr>
            <w:tcW w:type="dxa" w:w="519"/>
            <w:vAlign w:val="center"/>
          </w:tcPr>
          <w:p>
            <w:r/>
            <w:r>
              <w:rPr>
                <w:rFonts w:ascii="Malgun Gothic" w:hAnsi="Malgun Gothic" w:eastAsia="Malgun Gothic"/>
                <w:b w:val="0"/>
                <w:sz w:val="14"/>
              </w:rPr>
              <w:t>-0.6934134280472398</w:t>
            </w:r>
          </w:p>
        </w:tc>
        <w:tc>
          <w:tcPr>
            <w:tcW w:type="dxa" w:w="519"/>
            <w:vAlign w:val="center"/>
          </w:tcPr>
          <w:p>
            <w:r/>
            <w:r>
              <w:rPr>
                <w:rFonts w:ascii="Malgun Gothic" w:hAnsi="Malgun Gothic" w:eastAsia="Malgun Gothic"/>
                <w:b w:val="0"/>
                <w:sz w:val="14"/>
              </w:rPr>
              <w:t>-0.036446031567680615</w:t>
            </w:r>
          </w:p>
        </w:tc>
        <w:tc>
          <w:tcPr>
            <w:tcW w:type="dxa" w:w="519"/>
            <w:vAlign w:val="center"/>
          </w:tcPr>
          <w:p>
            <w:r/>
            <w:r>
              <w:rPr>
                <w:rFonts w:ascii="Malgun Gothic" w:hAnsi="Malgun Gothic" w:eastAsia="Malgun Gothic"/>
                <w:b w:val="0"/>
                <w:sz w:val="14"/>
              </w:rPr>
              <w:t>0.37395185629163935</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0.5407892246585309</w:t>
            </w:r>
          </w:p>
        </w:tc>
        <w:tc>
          <w:tcPr>
            <w:tcW w:type="dxa" w:w="519"/>
            <w:vAlign w:val="center"/>
          </w:tcPr>
          <w:p>
            <w:r/>
            <w:r>
              <w:rPr>
                <w:rFonts w:ascii="Malgun Gothic" w:hAnsi="Malgun Gothic" w:eastAsia="Malgun Gothic"/>
                <w:b w:val="0"/>
                <w:sz w:val="14"/>
              </w:rPr>
              <w:t>-0.1668373683668915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0.0656273290514946</w:t>
            </w:r>
          </w:p>
        </w:tc>
        <w:tc>
          <w:tcPr>
            <w:tcW w:type="dxa" w:w="519"/>
            <w:vAlign w:val="center"/>
          </w:tcPr>
          <w:p>
            <w:r/>
            <w:r>
              <w:rPr>
                <w:rFonts w:ascii="Malgun Gothic" w:hAnsi="Malgun Gothic" w:eastAsia="Malgun Gothic"/>
                <w:b w:val="0"/>
                <w:sz w:val="14"/>
              </w:rPr>
              <w:t>256.6302502247697</w:t>
            </w:r>
          </w:p>
        </w:tc>
        <w:tc>
          <w:tcPr>
            <w:tcW w:type="dxa" w:w="519"/>
            <w:vAlign w:val="center"/>
          </w:tcPr>
          <w:p>
            <w:r/>
            <w:r>
              <w:rPr>
                <w:rFonts w:ascii="Malgun Gothic" w:hAnsi="Malgun Gothic" w:eastAsia="Malgun Gothic"/>
                <w:b w:val="0"/>
                <w:sz w:val="14"/>
              </w:rPr>
              <w:t>111.94029850746269</w:t>
            </w:r>
          </w:p>
        </w:tc>
        <w:tc>
          <w:tcPr>
            <w:tcW w:type="dxa" w:w="519"/>
            <w:vAlign w:val="center"/>
          </w:tcPr>
          <w:p>
            <w:r/>
            <w:r>
              <w:rPr>
                <w:rFonts w:ascii="Malgun Gothic" w:hAnsi="Malgun Gothic" w:eastAsia="Malgun Gothic"/>
                <w:b w:val="0"/>
                <w:sz w:val="14"/>
              </w:rPr>
              <w:t>40.2</w:t>
            </w:r>
          </w:p>
        </w:tc>
        <w:tc>
          <w:tcPr>
            <w:tcW w:type="dxa" w:w="519"/>
            <w:vAlign w:val="center"/>
          </w:tcPr>
          <w:p>
            <w:r/>
            <w:r>
              <w:rPr>
                <w:rFonts w:ascii="Malgun Gothic" w:hAnsi="Malgun Gothic" w:eastAsia="Malgun Gothic"/>
                <w:b w:val="0"/>
                <w:sz w:val="14"/>
              </w:rPr>
              <w:t>-0.07999615846640405</w:t>
            </w:r>
          </w:p>
        </w:tc>
        <w:tc>
          <w:tcPr>
            <w:tcW w:type="dxa" w:w="519"/>
            <w:vAlign w:val="center"/>
          </w:tcPr>
          <w:p>
            <w:r/>
            <w:r>
              <w:rPr>
                <w:rFonts w:ascii="Malgun Gothic" w:hAnsi="Malgun Gothic" w:eastAsia="Malgun Gothic"/>
                <w:b w:val="0"/>
                <w:sz w:val="14"/>
              </w:rPr>
              <w:t>0.9617989655215167</w:t>
            </w:r>
          </w:p>
        </w:tc>
        <w:tc>
          <w:tcPr>
            <w:tcW w:type="dxa" w:w="519"/>
            <w:vAlign w:val="center"/>
          </w:tcPr>
          <w:p>
            <w:r/>
            <w:r>
              <w:rPr>
                <w:rFonts w:ascii="Malgun Gothic" w:hAnsi="Malgun Gothic" w:eastAsia="Malgun Gothic"/>
                <w:b w:val="0"/>
                <w:sz w:val="14"/>
              </w:rPr>
              <w:t>1.5021560293147809</w:t>
            </w:r>
          </w:p>
        </w:tc>
        <w:tc>
          <w:tcPr>
            <w:tcW w:type="dxa" w:w="519"/>
            <w:vAlign w:val="center"/>
          </w:tcPr>
          <w:p>
            <w:r/>
            <w:r>
              <w:rPr>
                <w:rFonts w:ascii="Malgun Gothic" w:hAnsi="Malgun Gothic" w:eastAsia="Malgun Gothic"/>
                <w:b w:val="0"/>
                <w:sz w:val="14"/>
              </w:rPr>
              <w:t>-0.6257405279337125</w:t>
            </w:r>
          </w:p>
        </w:tc>
        <w:tc>
          <w:tcPr>
            <w:tcW w:type="dxa" w:w="519"/>
            <w:vAlign w:val="center"/>
          </w:tcPr>
          <w:p>
            <w:r/>
            <w:r>
              <w:rPr>
                <w:rFonts w:ascii="Malgun Gothic" w:hAnsi="Malgun Gothic" w:eastAsia="Malgun Gothic"/>
                <w:b w:val="0"/>
                <w:sz w:val="14"/>
              </w:rPr>
              <w:t>0.4395545771090453</w:t>
            </w:r>
          </w:p>
        </w:tc>
        <w:tc>
          <w:tcPr>
            <w:tcW w:type="dxa" w:w="519"/>
            <w:vAlign w:val="center"/>
          </w:tcPr>
          <w:p>
            <w:r/>
            <w:r>
              <w:rPr>
                <w:rFonts w:ascii="Malgun Gothic" w:hAnsi="Malgun Gothic" w:eastAsia="Malgun Gothic"/>
                <w:b w:val="0"/>
                <w:sz w:val="14"/>
              </w:rPr>
              <w:t>0.48134342948919073</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0.5939418261629986</w:t>
            </w:r>
          </w:p>
        </w:tc>
        <w:tc>
          <w:tcPr>
            <w:tcW w:type="dxa" w:w="519"/>
            <w:vAlign w:val="center"/>
          </w:tcPr>
          <w:p>
            <w:r/>
            <w:r>
              <w:rPr>
                <w:rFonts w:ascii="Malgun Gothic" w:hAnsi="Malgun Gothic" w:eastAsia="Malgun Gothic"/>
                <w:b w:val="0"/>
                <w:sz w:val="14"/>
              </w:rPr>
              <w:t>-0.11259839667380789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0.0551260747015476</w:t>
            </w:r>
          </w:p>
        </w:tc>
        <w:tc>
          <w:tcPr>
            <w:tcW w:type="dxa" w:w="519"/>
            <w:vAlign w:val="center"/>
          </w:tcPr>
          <w:p>
            <w:r/>
            <w:r>
              <w:rPr>
                <w:rFonts w:ascii="Malgun Gothic" w:hAnsi="Malgun Gothic" w:eastAsia="Malgun Gothic"/>
                <w:b w:val="0"/>
                <w:sz w:val="14"/>
              </w:rPr>
              <w:t>229.3614672475256</w:t>
            </w:r>
          </w:p>
        </w:tc>
        <w:tc>
          <w:tcPr>
            <w:tcW w:type="dxa" w:w="519"/>
            <w:vAlign w:val="center"/>
          </w:tcPr>
          <w:p>
            <w:r/>
            <w:r>
              <w:rPr>
                <w:rFonts w:ascii="Malgun Gothic" w:hAnsi="Malgun Gothic" w:eastAsia="Malgun Gothic"/>
                <w:b w:val="0"/>
                <w:sz w:val="14"/>
              </w:rPr>
              <w:t>93.17166560306318</w:t>
            </w:r>
          </w:p>
        </w:tc>
        <w:tc>
          <w:tcPr>
            <w:tcW w:type="dxa" w:w="519"/>
            <w:vAlign w:val="center"/>
          </w:tcPr>
          <w:p>
            <w:r/>
            <w:r>
              <w:rPr>
                <w:rFonts w:ascii="Malgun Gothic" w:hAnsi="Malgun Gothic" w:eastAsia="Malgun Gothic"/>
                <w:b w:val="0"/>
                <w:sz w:val="14"/>
              </w:rPr>
              <w:t>47.01</w:t>
            </w:r>
          </w:p>
        </w:tc>
        <w:tc>
          <w:tcPr>
            <w:tcW w:type="dxa" w:w="519"/>
            <w:vAlign w:val="center"/>
          </w:tcPr>
          <w:p>
            <w:r/>
            <w:r>
              <w:rPr>
                <w:rFonts w:ascii="Malgun Gothic" w:hAnsi="Malgun Gothic" w:eastAsia="Malgun Gothic"/>
                <w:b w:val="0"/>
                <w:sz w:val="14"/>
              </w:rPr>
              <w:t>-0.43942902077123225</w:t>
            </w:r>
          </w:p>
        </w:tc>
        <w:tc>
          <w:tcPr>
            <w:tcW w:type="dxa" w:w="519"/>
            <w:vAlign w:val="center"/>
          </w:tcPr>
          <w:p>
            <w:r/>
            <w:r>
              <w:rPr>
                <w:rFonts w:ascii="Malgun Gothic" w:hAnsi="Malgun Gothic" w:eastAsia="Malgun Gothic"/>
                <w:b w:val="0"/>
                <w:sz w:val="14"/>
              </w:rPr>
              <w:t>-0.01707917757248324</w:t>
            </w:r>
          </w:p>
        </w:tc>
        <w:tc>
          <w:tcPr>
            <w:tcW w:type="dxa" w:w="519"/>
            <w:vAlign w:val="center"/>
          </w:tcPr>
          <w:p>
            <w:r/>
            <w:r>
              <w:rPr>
                <w:rFonts w:ascii="Malgun Gothic" w:hAnsi="Malgun Gothic" w:eastAsia="Malgun Gothic"/>
                <w:b w:val="0"/>
                <w:sz w:val="14"/>
              </w:rPr>
              <w:t>0.5355966153658044</w:t>
            </w:r>
          </w:p>
        </w:tc>
        <w:tc>
          <w:tcPr>
            <w:tcW w:type="dxa" w:w="519"/>
            <w:vAlign w:val="center"/>
          </w:tcPr>
          <w:p>
            <w:r/>
            <w:r>
              <w:rPr>
                <w:rFonts w:ascii="Malgun Gothic" w:hAnsi="Malgun Gothic" w:eastAsia="Malgun Gothic"/>
                <w:b w:val="0"/>
                <w:sz w:val="14"/>
              </w:rPr>
              <w:t>-0.5857359750020179</w:t>
            </w:r>
          </w:p>
        </w:tc>
        <w:tc>
          <w:tcPr>
            <w:tcW w:type="dxa" w:w="519"/>
            <w:vAlign w:val="center"/>
          </w:tcPr>
          <w:p>
            <w:r/>
            <w:r>
              <w:rPr>
                <w:rFonts w:ascii="Malgun Gothic" w:hAnsi="Malgun Gothic" w:eastAsia="Malgun Gothic"/>
                <w:b w:val="0"/>
                <w:sz w:val="14"/>
              </w:rPr>
              <w:t>-0.12666188949498225</w:t>
            </w:r>
          </w:p>
        </w:tc>
        <w:tc>
          <w:tcPr>
            <w:tcW w:type="dxa" w:w="519"/>
            <w:vAlign w:val="center"/>
          </w:tcPr>
          <w:p>
            <w:r/>
            <w:r>
              <w:rPr>
                <w:rFonts w:ascii="Malgun Gothic" w:hAnsi="Malgun Gothic" w:eastAsia="Malgun Gothic"/>
                <w:b w:val="0"/>
                <w:sz w:val="14"/>
              </w:rPr>
              <w:t>0.3535980526754773</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0.5329728372574821</w:t>
            </w:r>
          </w:p>
        </w:tc>
        <w:tc>
          <w:tcPr>
            <w:tcW w:type="dxa" w:w="519"/>
            <w:vAlign w:val="center"/>
          </w:tcPr>
          <w:p>
            <w:r/>
            <w:r>
              <w:rPr>
                <w:rFonts w:ascii="Malgun Gothic" w:hAnsi="Malgun Gothic" w:eastAsia="Malgun Gothic"/>
                <w:b w:val="0"/>
                <w:sz w:val="14"/>
              </w:rPr>
              <w:t>-0.17937478458200484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0.150307759642601</w:t>
            </w:r>
          </w:p>
        </w:tc>
        <w:tc>
          <w:tcPr>
            <w:tcW w:type="dxa" w:w="519"/>
            <w:vAlign w:val="center"/>
          </w:tcPr>
          <w:p>
            <w:r/>
            <w:r>
              <w:rPr>
                <w:rFonts w:ascii="Malgun Gothic" w:hAnsi="Malgun Gothic" w:eastAsia="Malgun Gothic"/>
                <w:b w:val="0"/>
                <w:sz w:val="14"/>
              </w:rPr>
              <w:t>235.6802849887382</w:t>
            </w:r>
          </w:p>
        </w:tc>
        <w:tc>
          <w:tcPr>
            <w:tcW w:type="dxa" w:w="519"/>
            <w:vAlign w:val="center"/>
          </w:tcPr>
          <w:p>
            <w:r/>
            <w:r>
              <w:rPr>
                <w:rFonts w:ascii="Malgun Gothic" w:hAnsi="Malgun Gothic" w:eastAsia="Malgun Gothic"/>
                <w:b w:val="0"/>
                <w:sz w:val="14"/>
              </w:rPr>
              <w:t>67.20430107526882</w:t>
            </w:r>
          </w:p>
        </w:tc>
        <w:tc>
          <w:tcPr>
            <w:tcW w:type="dxa" w:w="519"/>
            <w:vAlign w:val="center"/>
          </w:tcPr>
          <w:p>
            <w:r/>
            <w:r>
              <w:rPr>
                <w:rFonts w:ascii="Malgun Gothic" w:hAnsi="Malgun Gothic" w:eastAsia="Malgun Gothic"/>
                <w:b w:val="0"/>
                <w:sz w:val="14"/>
              </w:rPr>
              <w:t>44.64</w:t>
            </w:r>
          </w:p>
        </w:tc>
        <w:tc>
          <w:tcPr>
            <w:tcW w:type="dxa" w:w="519"/>
            <w:vAlign w:val="center"/>
          </w:tcPr>
          <w:p>
            <w:r/>
            <w:r>
              <w:rPr>
                <w:rFonts w:ascii="Malgun Gothic" w:hAnsi="Malgun Gothic" w:eastAsia="Malgun Gothic"/>
                <w:b w:val="0"/>
                <w:sz w:val="14"/>
              </w:rPr>
              <w:t>2.8184127871963907</w:t>
            </w:r>
          </w:p>
        </w:tc>
        <w:tc>
          <w:tcPr>
            <w:tcW w:type="dxa" w:w="519"/>
            <w:vAlign w:val="center"/>
          </w:tcPr>
          <w:p>
            <w:r/>
            <w:r>
              <w:rPr>
                <w:rFonts w:ascii="Malgun Gothic" w:hAnsi="Malgun Gothic" w:eastAsia="Malgun Gothic"/>
                <w:b w:val="0"/>
                <w:sz w:val="14"/>
              </w:rPr>
              <w:t>0.20974988855156443</w:t>
            </w:r>
          </w:p>
        </w:tc>
        <w:tc>
          <w:tcPr>
            <w:tcW w:type="dxa" w:w="519"/>
            <w:vAlign w:val="center"/>
          </w:tcPr>
          <w:p>
            <w:r/>
            <w:r>
              <w:rPr>
                <w:rFonts w:ascii="Malgun Gothic" w:hAnsi="Malgun Gothic" w:eastAsia="Malgun Gothic"/>
                <w:b w:val="0"/>
                <w:sz w:val="14"/>
              </w:rPr>
              <w:t>-0.801687819128141</w:t>
            </w:r>
          </w:p>
        </w:tc>
        <w:tc>
          <w:tcPr>
            <w:tcW w:type="dxa" w:w="519"/>
            <w:vAlign w:val="center"/>
          </w:tcPr>
          <w:p>
            <w:r/>
            <w:r>
              <w:rPr>
                <w:rFonts w:ascii="Malgun Gothic" w:hAnsi="Malgun Gothic" w:eastAsia="Malgun Gothic"/>
                <w:b w:val="0"/>
                <w:sz w:val="14"/>
              </w:rPr>
              <w:t>-0.5996582643482905</w:t>
            </w:r>
          </w:p>
        </w:tc>
        <w:tc>
          <w:tcPr>
            <w:tcW w:type="dxa" w:w="519"/>
            <w:vAlign w:val="center"/>
          </w:tcPr>
          <w:p>
            <w:r/>
            <w:r>
              <w:rPr>
                <w:rFonts w:ascii="Malgun Gothic" w:hAnsi="Malgun Gothic" w:eastAsia="Malgun Gothic"/>
                <w:b w:val="0"/>
                <w:sz w:val="14"/>
              </w:rPr>
              <w:t>0.4067041480678808</w:t>
            </w:r>
          </w:p>
        </w:tc>
        <w:tc>
          <w:tcPr>
            <w:tcW w:type="dxa" w:w="519"/>
            <w:vAlign w:val="center"/>
          </w:tcPr>
          <w:p>
            <w:r/>
            <w:r>
              <w:rPr>
                <w:rFonts w:ascii="Malgun Gothic" w:hAnsi="Malgun Gothic" w:eastAsia="Malgun Gothic"/>
                <w:b w:val="0"/>
                <w:sz w:val="14"/>
              </w:rPr>
              <w:t>0.47393196994347164</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0.6138858264761508</w:t>
            </w:r>
          </w:p>
        </w:tc>
        <w:tc>
          <w:tcPr>
            <w:tcW w:type="dxa" w:w="519"/>
            <w:vAlign w:val="center"/>
          </w:tcPr>
          <w:p>
            <w:r/>
            <w:r>
              <w:rPr>
                <w:rFonts w:ascii="Malgun Gothic" w:hAnsi="Malgun Gothic" w:eastAsia="Malgun Gothic"/>
                <w:b w:val="0"/>
                <w:sz w:val="14"/>
              </w:rPr>
              <w:t>-0.1399538565326791</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0.0456519089639186</w:t>
            </w:r>
          </w:p>
        </w:tc>
        <w:tc>
          <w:tcPr>
            <w:tcW w:type="dxa" w:w="519"/>
            <w:vAlign w:val="center"/>
          </w:tcPr>
          <w:p>
            <w:r/>
            <w:r>
              <w:rPr>
                <w:rFonts w:ascii="Malgun Gothic" w:hAnsi="Malgun Gothic" w:eastAsia="Malgun Gothic"/>
                <w:b w:val="0"/>
                <w:sz w:val="14"/>
              </w:rPr>
              <w:t>204.64433131303</w:t>
            </w:r>
          </w:p>
        </w:tc>
        <w:tc>
          <w:tcPr>
            <w:tcW w:type="dxa" w:w="519"/>
            <w:vAlign w:val="center"/>
          </w:tcPr>
          <w:p>
            <w:r/>
            <w:r>
              <w:rPr>
                <w:rFonts w:ascii="Malgun Gothic" w:hAnsi="Malgun Gothic" w:eastAsia="Malgun Gothic"/>
                <w:b w:val="0"/>
                <w:sz w:val="14"/>
              </w:rPr>
              <w:t>68.53082741233098</w:t>
            </w:r>
          </w:p>
        </w:tc>
        <w:tc>
          <w:tcPr>
            <w:tcW w:type="dxa" w:w="519"/>
            <w:vAlign w:val="center"/>
          </w:tcPr>
          <w:p>
            <w:r/>
            <w:r>
              <w:rPr>
                <w:rFonts w:ascii="Malgun Gothic" w:hAnsi="Malgun Gothic" w:eastAsia="Malgun Gothic"/>
                <w:b w:val="0"/>
                <w:sz w:val="14"/>
              </w:rPr>
              <w:t>261.78</w:t>
            </w:r>
          </w:p>
        </w:tc>
        <w:tc>
          <w:tcPr>
            <w:tcW w:type="dxa" w:w="519"/>
            <w:vAlign w:val="center"/>
          </w:tcPr>
          <w:p>
            <w:r/>
            <w:r>
              <w:rPr>
                <w:rFonts w:ascii="Malgun Gothic" w:hAnsi="Malgun Gothic" w:eastAsia="Malgun Gothic"/>
                <w:b w:val="0"/>
                <w:sz w:val="14"/>
              </w:rPr>
              <w:t>-0.7637070922802337</w:t>
            </w:r>
          </w:p>
        </w:tc>
        <w:tc>
          <w:tcPr>
            <w:tcW w:type="dxa" w:w="519"/>
            <w:vAlign w:val="center"/>
          </w:tcPr>
          <w:p>
            <w:r/>
            <w:r>
              <w:rPr>
                <w:rFonts w:ascii="Malgun Gothic" w:hAnsi="Malgun Gothic" w:eastAsia="Malgun Gothic"/>
                <w:b w:val="0"/>
                <w:sz w:val="14"/>
              </w:rPr>
              <w:t>-0.9043598510939933</w:t>
            </w:r>
          </w:p>
        </w:tc>
        <w:tc>
          <w:tcPr>
            <w:tcW w:type="dxa" w:w="519"/>
            <w:vAlign w:val="center"/>
          </w:tcPr>
          <w:p>
            <w:r/>
            <w:r>
              <w:rPr>
                <w:rFonts w:ascii="Malgun Gothic" w:hAnsi="Malgun Gothic" w:eastAsia="Malgun Gothic"/>
                <w:b w:val="0"/>
                <w:sz w:val="14"/>
              </w:rPr>
              <w:t>-0.7333734924816788</w:t>
            </w:r>
          </w:p>
        </w:tc>
        <w:tc>
          <w:tcPr>
            <w:tcW w:type="dxa" w:w="519"/>
            <w:vAlign w:val="center"/>
          </w:tcPr>
          <w:p>
            <w:r/>
            <w:r>
              <w:rPr>
                <w:rFonts w:ascii="Malgun Gothic" w:hAnsi="Malgun Gothic" w:eastAsia="Malgun Gothic"/>
                <w:b w:val="0"/>
                <w:sz w:val="14"/>
              </w:rPr>
              <w:t>0.6759054101874157</w:t>
            </w:r>
          </w:p>
        </w:tc>
        <w:tc>
          <w:tcPr>
            <w:tcW w:type="dxa" w:w="519"/>
            <w:vAlign w:val="center"/>
          </w:tcPr>
          <w:p>
            <w:r/>
            <w:r>
              <w:rPr>
                <w:rFonts w:ascii="Malgun Gothic" w:hAnsi="Malgun Gothic" w:eastAsia="Malgun Gothic"/>
                <w:b w:val="0"/>
                <w:sz w:val="14"/>
              </w:rPr>
              <w:t>-0.43138375641712257</w:t>
            </w:r>
          </w:p>
        </w:tc>
        <w:tc>
          <w:tcPr>
            <w:tcW w:type="dxa" w:w="519"/>
            <w:vAlign w:val="center"/>
          </w:tcPr>
          <w:p>
            <w:r/>
            <w:r>
              <w:rPr>
                <w:rFonts w:ascii="Malgun Gothic" w:hAnsi="Malgun Gothic" w:eastAsia="Malgun Gothic"/>
                <w:b w:val="0"/>
                <w:sz w:val="14"/>
              </w:rPr>
              <w:t>0.2848490635356582</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0.433781939549183</w:t>
            </w:r>
          </w:p>
        </w:tc>
        <w:tc>
          <w:tcPr>
            <w:tcW w:type="dxa" w:w="519"/>
            <w:vAlign w:val="center"/>
          </w:tcPr>
          <w:p>
            <w:r/>
            <w:r>
              <w:rPr>
                <w:rFonts w:ascii="Malgun Gothic" w:hAnsi="Malgun Gothic" w:eastAsia="Malgun Gothic"/>
                <w:b w:val="0"/>
                <w:sz w:val="14"/>
              </w:rPr>
              <w:t>-0.14893287601352478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0.0183735396713018</w:t>
            </w:r>
          </w:p>
        </w:tc>
        <w:tc>
          <w:tcPr>
            <w:tcW w:type="dxa" w:w="519"/>
            <w:vAlign w:val="center"/>
          </w:tcPr>
          <w:p>
            <w:r/>
            <w:r>
              <w:rPr>
                <w:rFonts w:ascii="Malgun Gothic" w:hAnsi="Malgun Gothic" w:eastAsia="Malgun Gothic"/>
                <w:b w:val="0"/>
                <w:sz w:val="14"/>
              </w:rPr>
              <w:t>252.287532802586</w:t>
            </w:r>
          </w:p>
        </w:tc>
        <w:tc>
          <w:tcPr>
            <w:tcW w:type="dxa" w:w="519"/>
            <w:vAlign w:val="center"/>
          </w:tcPr>
          <w:p>
            <w:r/>
            <w:r>
              <w:rPr>
                <w:rFonts w:ascii="Malgun Gothic" w:hAnsi="Malgun Gothic" w:eastAsia="Malgun Gothic"/>
                <w:b w:val="0"/>
                <w:sz w:val="14"/>
              </w:rPr>
              <w:t>50.90137857900319</w:t>
            </w:r>
          </w:p>
        </w:tc>
        <w:tc>
          <w:tcPr>
            <w:tcW w:type="dxa" w:w="519"/>
            <w:vAlign w:val="center"/>
          </w:tcPr>
          <w:p>
            <w:r/>
            <w:r>
              <w:rPr>
                <w:rFonts w:ascii="Malgun Gothic" w:hAnsi="Malgun Gothic" w:eastAsia="Malgun Gothic"/>
                <w:b w:val="0"/>
                <w:sz w:val="14"/>
              </w:rPr>
              <w:t>56.58</w:t>
            </w:r>
          </w:p>
        </w:tc>
        <w:tc>
          <w:tcPr>
            <w:tcW w:type="dxa" w:w="519"/>
            <w:vAlign w:val="center"/>
          </w:tcPr>
          <w:p>
            <w:r/>
            <w:r>
              <w:rPr>
                <w:rFonts w:ascii="Malgun Gothic" w:hAnsi="Malgun Gothic" w:eastAsia="Malgun Gothic"/>
                <w:b w:val="0"/>
                <w:sz w:val="14"/>
              </w:rPr>
              <w:t>-1.6973805399577369</w:t>
            </w:r>
          </w:p>
        </w:tc>
        <w:tc>
          <w:tcPr>
            <w:tcW w:type="dxa" w:w="519"/>
            <w:vAlign w:val="center"/>
          </w:tcPr>
          <w:p>
            <w:r/>
            <w:r>
              <w:rPr>
                <w:rFonts w:ascii="Malgun Gothic" w:hAnsi="Malgun Gothic" w:eastAsia="Malgun Gothic"/>
                <w:b w:val="0"/>
                <w:sz w:val="14"/>
              </w:rPr>
              <w:t>0.8059067436443377</w:t>
            </w:r>
          </w:p>
        </w:tc>
        <w:tc>
          <w:tcPr>
            <w:tcW w:type="dxa" w:w="519"/>
            <w:vAlign w:val="center"/>
          </w:tcPr>
          <w:p>
            <w:r/>
            <w:r>
              <w:rPr>
                <w:rFonts w:ascii="Malgun Gothic" w:hAnsi="Malgun Gothic" w:eastAsia="Malgun Gothic"/>
                <w:b w:val="0"/>
                <w:sz w:val="14"/>
              </w:rPr>
              <w:t>-1.6412664551380312</w:t>
            </w:r>
          </w:p>
        </w:tc>
        <w:tc>
          <w:tcPr>
            <w:tcW w:type="dxa" w:w="519"/>
            <w:vAlign w:val="center"/>
          </w:tcPr>
          <w:p>
            <w:r/>
            <w:r>
              <w:rPr>
                <w:rFonts w:ascii="Malgun Gothic" w:hAnsi="Malgun Gothic" w:eastAsia="Malgun Gothic"/>
                <w:b w:val="0"/>
                <w:sz w:val="14"/>
              </w:rPr>
              <w:t>-0.5295181230847907</w:t>
            </w:r>
          </w:p>
        </w:tc>
        <w:tc>
          <w:tcPr>
            <w:tcW w:type="dxa" w:w="519"/>
            <w:vAlign w:val="center"/>
          </w:tcPr>
          <w:p>
            <w:r/>
            <w:r>
              <w:rPr>
                <w:rFonts w:ascii="Malgun Gothic" w:hAnsi="Malgun Gothic" w:eastAsia="Malgun Gothic"/>
                <w:b w:val="0"/>
                <w:sz w:val="14"/>
              </w:rPr>
              <w:t>-0.7655645936340553</w:t>
            </w:r>
          </w:p>
        </w:tc>
        <w:tc>
          <w:tcPr>
            <w:tcW w:type="dxa" w:w="519"/>
            <w:vAlign w:val="center"/>
          </w:tcPr>
          <w:p>
            <w:r/>
            <w:r>
              <w:rPr>
                <w:rFonts w:ascii="Malgun Gothic" w:hAnsi="Malgun Gothic" w:eastAsia="Malgun Gothic"/>
                <w:b w:val="0"/>
                <w:sz w:val="14"/>
              </w:rPr>
              <w:t>0.20945376952338823</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0.4453282397546769</w:t>
            </w:r>
          </w:p>
        </w:tc>
        <w:tc>
          <w:tcPr>
            <w:tcW w:type="dxa" w:w="519"/>
            <w:vAlign w:val="center"/>
          </w:tcPr>
          <w:p>
            <w:r/>
            <w:r>
              <w:rPr>
                <w:rFonts w:ascii="Malgun Gothic" w:hAnsi="Malgun Gothic" w:eastAsia="Malgun Gothic"/>
                <w:b w:val="0"/>
                <w:sz w:val="14"/>
              </w:rPr>
              <w:t>-0.23587447023128866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0.0523386746644973</w:t>
            </w:r>
          </w:p>
        </w:tc>
        <w:tc>
          <w:tcPr>
            <w:tcW w:type="dxa" w:w="519"/>
            <w:vAlign w:val="center"/>
          </w:tcPr>
          <w:p>
            <w:r/>
            <w:r>
              <w:rPr>
                <w:rFonts w:ascii="Malgun Gothic" w:hAnsi="Malgun Gothic" w:eastAsia="Malgun Gothic"/>
                <w:b w:val="0"/>
                <w:sz w:val="14"/>
              </w:rPr>
              <w:t>220.28921832445275</w:t>
            </w:r>
          </w:p>
        </w:tc>
        <w:tc>
          <w:tcPr>
            <w:tcW w:type="dxa" w:w="519"/>
            <w:vAlign w:val="center"/>
          </w:tcPr>
          <w:p>
            <w:r/>
            <w:r>
              <w:rPr>
                <w:rFonts w:ascii="Malgun Gothic" w:hAnsi="Malgun Gothic" w:eastAsia="Malgun Gothic"/>
                <w:b w:val="0"/>
                <w:sz w:val="14"/>
              </w:rPr>
              <w:t>84.81012658227849</w:t>
            </w:r>
          </w:p>
        </w:tc>
        <w:tc>
          <w:tcPr>
            <w:tcW w:type="dxa" w:w="519"/>
            <w:vAlign w:val="center"/>
          </w:tcPr>
          <w:p>
            <w:r/>
            <w:r>
              <w:rPr>
                <w:rFonts w:ascii="Malgun Gothic" w:hAnsi="Malgun Gothic" w:eastAsia="Malgun Gothic"/>
                <w:b w:val="0"/>
                <w:sz w:val="14"/>
              </w:rPr>
              <w:t>47.4</w:t>
            </w:r>
          </w:p>
        </w:tc>
        <w:tc>
          <w:tcPr>
            <w:tcW w:type="dxa" w:w="519"/>
            <w:vAlign w:val="center"/>
          </w:tcPr>
          <w:p>
            <w:r/>
            <w:r>
              <w:rPr>
                <w:rFonts w:ascii="Malgun Gothic" w:hAnsi="Malgun Gothic" w:eastAsia="Malgun Gothic"/>
                <w:b w:val="0"/>
                <w:sz w:val="14"/>
              </w:rPr>
              <w:t>-0.5348350684983432</w:t>
            </w:r>
          </w:p>
        </w:tc>
        <w:tc>
          <w:tcPr>
            <w:tcW w:type="dxa" w:w="519"/>
            <w:vAlign w:val="center"/>
          </w:tcPr>
          <w:p>
            <w:r/>
            <w:r>
              <w:rPr>
                <w:rFonts w:ascii="Malgun Gothic" w:hAnsi="Malgun Gothic" w:eastAsia="Malgun Gothic"/>
                <w:b w:val="0"/>
                <w:sz w:val="14"/>
              </w:rPr>
              <w:t>-0.3427492372489644</w:t>
            </w:r>
          </w:p>
        </w:tc>
        <w:tc>
          <w:tcPr>
            <w:tcW w:type="dxa" w:w="519"/>
            <w:vAlign w:val="center"/>
          </w:tcPr>
          <w:p>
            <w:r/>
            <w:r>
              <w:rPr>
                <w:rFonts w:ascii="Malgun Gothic" w:hAnsi="Malgun Gothic" w:eastAsia="Malgun Gothic"/>
                <w:b w:val="0"/>
                <w:sz w:val="14"/>
              </w:rPr>
              <w:t>0.10498857391667553</w:t>
            </w:r>
          </w:p>
        </w:tc>
        <w:tc>
          <w:tcPr>
            <w:tcW w:type="dxa" w:w="519"/>
            <w:vAlign w:val="center"/>
          </w:tcPr>
          <w:p>
            <w:r/>
            <w:r>
              <w:rPr>
                <w:rFonts w:ascii="Malgun Gothic" w:hAnsi="Malgun Gothic" w:eastAsia="Malgun Gothic"/>
                <w:b w:val="0"/>
                <w:sz w:val="14"/>
              </w:rPr>
              <w:t>-0.5834449653627578</w:t>
            </w:r>
          </w:p>
        </w:tc>
        <w:tc>
          <w:tcPr>
            <w:tcW w:type="dxa" w:w="519"/>
            <w:vAlign w:val="center"/>
          </w:tcPr>
          <w:p>
            <w:r/>
            <w:r>
              <w:rPr>
                <w:rFonts w:ascii="Malgun Gothic" w:hAnsi="Malgun Gothic" w:eastAsia="Malgun Gothic"/>
                <w:b w:val="0"/>
                <w:sz w:val="14"/>
              </w:rPr>
              <w:t>-0.33901017429834746</w:t>
            </w:r>
          </w:p>
        </w:tc>
        <w:tc>
          <w:tcPr>
            <w:tcW w:type="dxa" w:w="519"/>
            <w:vAlign w:val="center"/>
          </w:tcPr>
          <w:p>
            <w:r/>
            <w:r>
              <w:rPr>
                <w:rFonts w:ascii="Malgun Gothic" w:hAnsi="Malgun Gothic" w:eastAsia="Malgun Gothic"/>
                <w:b w:val="0"/>
                <w:sz w:val="14"/>
              </w:rPr>
              <w:t>0.30568967618362575</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0.5108122603733933</w:t>
            </w:r>
          </w:p>
        </w:tc>
        <w:tc>
          <w:tcPr>
            <w:tcW w:type="dxa" w:w="519"/>
            <w:vAlign w:val="center"/>
          </w:tcPr>
          <w:p>
            <w:r/>
            <w:r>
              <w:rPr>
                <w:rFonts w:ascii="Malgun Gothic" w:hAnsi="Malgun Gothic" w:eastAsia="Malgun Gothic"/>
                <w:b w:val="0"/>
                <w:sz w:val="14"/>
              </w:rPr>
              <w:t>-0.2051225841897676</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0.0820771381258964</w:t>
            </w:r>
          </w:p>
        </w:tc>
        <w:tc>
          <w:tcPr>
            <w:tcW w:type="dxa" w:w="519"/>
            <w:vAlign w:val="center"/>
          </w:tcPr>
          <w:p>
            <w:r/>
            <w:r>
              <w:rPr>
                <w:rFonts w:ascii="Malgun Gothic" w:hAnsi="Malgun Gothic" w:eastAsia="Malgun Gothic"/>
                <w:b w:val="0"/>
                <w:sz w:val="14"/>
              </w:rPr>
              <w:t>229.9375411287588</w:t>
            </w:r>
          </w:p>
        </w:tc>
        <w:tc>
          <w:tcPr>
            <w:tcW w:type="dxa" w:w="519"/>
            <w:vAlign w:val="center"/>
          </w:tcPr>
          <w:p>
            <w:r/>
            <w:r>
              <w:rPr>
                <w:rFonts w:ascii="Malgun Gothic" w:hAnsi="Malgun Gothic" w:eastAsia="Malgun Gothic"/>
                <w:b w:val="0"/>
                <w:sz w:val="14"/>
              </w:rPr>
              <w:t>75.9208218491606</w:t>
            </w:r>
          </w:p>
        </w:tc>
        <w:tc>
          <w:tcPr>
            <w:tcW w:type="dxa" w:w="519"/>
            <w:vAlign w:val="center"/>
          </w:tcPr>
          <w:p>
            <w:r/>
            <w:r>
              <w:rPr>
                <w:rFonts w:ascii="Malgun Gothic" w:hAnsi="Malgun Gothic" w:eastAsia="Malgun Gothic"/>
                <w:b w:val="0"/>
                <w:sz w:val="14"/>
              </w:rPr>
              <w:t>239.46</w:t>
            </w:r>
          </w:p>
        </w:tc>
        <w:tc>
          <w:tcPr>
            <w:tcW w:type="dxa" w:w="519"/>
            <w:vAlign w:val="center"/>
          </w:tcPr>
          <w:p>
            <w:r/>
            <w:r>
              <w:rPr>
                <w:rFonts w:ascii="Malgun Gothic" w:hAnsi="Malgun Gothic" w:eastAsia="Malgun Gothic"/>
                <w:b w:val="0"/>
                <w:sz w:val="14"/>
              </w:rPr>
              <w:t>0.48304152855143473</w:t>
            </w:r>
          </w:p>
        </w:tc>
        <w:tc>
          <w:tcPr>
            <w:tcW w:type="dxa" w:w="519"/>
            <w:vAlign w:val="center"/>
          </w:tcPr>
          <w:p>
            <w:r/>
            <w:r>
              <w:rPr>
                <w:rFonts w:ascii="Malgun Gothic" w:hAnsi="Malgun Gothic" w:eastAsia="Malgun Gothic"/>
                <w:b w:val="0"/>
                <w:sz w:val="14"/>
              </w:rPr>
              <w:t>0.0036003713321039266</w:t>
            </w:r>
          </w:p>
        </w:tc>
        <w:tc>
          <w:tcPr>
            <w:tcW w:type="dxa" w:w="519"/>
            <w:vAlign w:val="center"/>
          </w:tcPr>
          <w:p>
            <w:r/>
            <w:r>
              <w:rPr>
                <w:rFonts w:ascii="Malgun Gothic" w:hAnsi="Malgun Gothic" w:eastAsia="Malgun Gothic"/>
                <w:b w:val="0"/>
                <w:sz w:val="14"/>
              </w:rPr>
              <w:t>-0.35279869364942634</w:t>
            </w:r>
          </w:p>
        </w:tc>
        <w:tc>
          <w:tcPr>
            <w:tcW w:type="dxa" w:w="519"/>
            <w:vAlign w:val="center"/>
          </w:tcPr>
          <w:p>
            <w:r/>
            <w:r>
              <w:rPr>
                <w:rFonts w:ascii="Malgun Gothic" w:hAnsi="Malgun Gothic" w:eastAsia="Malgun Gothic"/>
                <w:b w:val="0"/>
                <w:sz w:val="14"/>
              </w:rPr>
              <w:t>0.5447891662174565</w:t>
            </w:r>
          </w:p>
        </w:tc>
        <w:tc>
          <w:tcPr>
            <w:tcW w:type="dxa" w:w="519"/>
            <w:vAlign w:val="center"/>
          </w:tcPr>
          <w:p>
            <w:r/>
            <w:r>
              <w:rPr>
                <w:rFonts w:ascii="Malgun Gothic" w:hAnsi="Malgun Gothic" w:eastAsia="Malgun Gothic"/>
                <w:b w:val="0"/>
                <w:sz w:val="14"/>
              </w:rPr>
              <w:t>0.1696580931128922</w:t>
            </w:r>
          </w:p>
        </w:tc>
        <w:tc>
          <w:tcPr>
            <w:tcW w:type="dxa" w:w="519"/>
            <w:vAlign w:val="center"/>
          </w:tcPr>
          <w:p>
            <w:r/>
            <w:r>
              <w:rPr>
                <w:rFonts w:ascii="Malgun Gothic" w:hAnsi="Malgun Gothic" w:eastAsia="Malgun Gothic"/>
                <w:b w:val="0"/>
                <w:sz w:val="14"/>
              </w:rPr>
              <w:t>0.4204514737049085</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0.5102112372876737</w:t>
            </w:r>
          </w:p>
        </w:tc>
        <w:tc>
          <w:tcPr>
            <w:tcW w:type="dxa" w:w="519"/>
            <w:vAlign w:val="center"/>
          </w:tcPr>
          <w:p>
            <w:r/>
            <w:r>
              <w:rPr>
                <w:rFonts w:ascii="Malgun Gothic" w:hAnsi="Malgun Gothic" w:eastAsia="Malgun Gothic"/>
                <w:b w:val="0"/>
                <w:sz w:val="14"/>
              </w:rPr>
              <w:t>-0.08975976358276522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0.0604709573090076</w:t>
            </w:r>
          </w:p>
        </w:tc>
        <w:tc>
          <w:tcPr>
            <w:tcW w:type="dxa" w:w="519"/>
            <w:vAlign w:val="center"/>
          </w:tcPr>
          <w:p>
            <w:r/>
            <w:r>
              <w:rPr>
                <w:rFonts w:ascii="Malgun Gothic" w:hAnsi="Malgun Gothic" w:eastAsia="Malgun Gothic"/>
                <w:b w:val="0"/>
                <w:sz w:val="14"/>
              </w:rPr>
              <w:t>205.1170476207177</w:t>
            </w:r>
          </w:p>
        </w:tc>
        <w:tc>
          <w:tcPr>
            <w:tcW w:type="dxa" w:w="519"/>
            <w:vAlign w:val="center"/>
          </w:tcPr>
          <w:p>
            <w:r/>
            <w:r>
              <w:rPr>
                <w:rFonts w:ascii="Malgun Gothic" w:hAnsi="Malgun Gothic" w:eastAsia="Malgun Gothic"/>
                <w:b w:val="0"/>
                <w:sz w:val="14"/>
              </w:rPr>
              <w:t>87.30707210320205</w:t>
            </w:r>
          </w:p>
        </w:tc>
        <w:tc>
          <w:tcPr>
            <w:tcW w:type="dxa" w:w="519"/>
            <w:vAlign w:val="center"/>
          </w:tcPr>
          <w:p>
            <w:r/>
            <w:r>
              <w:rPr>
                <w:rFonts w:ascii="Malgun Gothic" w:hAnsi="Malgun Gothic" w:eastAsia="Malgun Gothic"/>
                <w:b w:val="0"/>
                <w:sz w:val="14"/>
              </w:rPr>
              <w:t>1041.84</w:t>
            </w:r>
          </w:p>
        </w:tc>
        <w:tc>
          <w:tcPr>
            <w:tcW w:type="dxa" w:w="519"/>
            <w:vAlign w:val="center"/>
          </w:tcPr>
          <w:p>
            <w:r/>
            <w:r>
              <w:rPr>
                <w:rFonts w:ascii="Malgun Gothic" w:hAnsi="Malgun Gothic" w:eastAsia="Malgun Gothic"/>
                <w:b w:val="0"/>
                <w:sz w:val="14"/>
              </w:rPr>
              <w:t>-0.2564864512207348</w:t>
            </w:r>
          </w:p>
        </w:tc>
        <w:tc>
          <w:tcPr>
            <w:tcW w:type="dxa" w:w="519"/>
            <w:vAlign w:val="center"/>
          </w:tcPr>
          <w:p>
            <w:r/>
            <w:r>
              <w:rPr>
                <w:rFonts w:ascii="Malgun Gothic" w:hAnsi="Malgun Gothic" w:eastAsia="Malgun Gothic"/>
                <w:b w:val="0"/>
                <w:sz w:val="14"/>
              </w:rPr>
              <w:t>-0.8873905693381575</w:t>
            </w:r>
          </w:p>
        </w:tc>
        <w:tc>
          <w:tcPr>
            <w:tcW w:type="dxa" w:w="519"/>
            <w:vAlign w:val="center"/>
          </w:tcPr>
          <w:p>
            <w:r/>
            <w:r>
              <w:rPr>
                <w:rFonts w:ascii="Malgun Gothic" w:hAnsi="Malgun Gothic" w:eastAsia="Malgun Gothic"/>
                <w:b w:val="0"/>
                <w:sz w:val="14"/>
              </w:rPr>
              <w:t>0.2335779182583547</w:t>
            </w:r>
          </w:p>
        </w:tc>
        <w:tc>
          <w:tcPr>
            <w:tcW w:type="dxa" w:w="519"/>
            <w:vAlign w:val="center"/>
          </w:tcPr>
          <w:p>
            <w:r/>
            <w:r>
              <w:rPr>
                <w:rFonts w:ascii="Malgun Gothic" w:hAnsi="Malgun Gothic" w:eastAsia="Malgun Gothic"/>
                <w:b w:val="0"/>
                <w:sz w:val="14"/>
              </w:rPr>
              <w:t>5.258277151728924</w:t>
            </w:r>
          </w:p>
        </w:tc>
        <w:tc>
          <w:tcPr>
            <w:tcW w:type="dxa" w:w="519"/>
            <w:vAlign w:val="center"/>
          </w:tcPr>
          <w:p>
            <w:r/>
            <w:r>
              <w:rPr>
                <w:rFonts w:ascii="Malgun Gothic" w:hAnsi="Malgun Gothic" w:eastAsia="Malgun Gothic"/>
                <w:b w:val="0"/>
                <w:sz w:val="14"/>
              </w:rPr>
              <w:t>1.0869945123570965</w:t>
            </w:r>
          </w:p>
        </w:tc>
        <w:tc>
          <w:tcPr>
            <w:tcW w:type="dxa" w:w="519"/>
            <w:vAlign w:val="center"/>
          </w:tcPr>
          <w:p>
            <w:r/>
            <w:r>
              <w:rPr>
                <w:rFonts w:ascii="Malgun Gothic" w:hAnsi="Malgun Gothic" w:eastAsia="Malgun Gothic"/>
                <w:b w:val="0"/>
                <w:sz w:val="14"/>
              </w:rPr>
              <w:t>0.6274138166479385</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0.3544683315640783</w:t>
            </w:r>
          </w:p>
        </w:tc>
        <w:tc>
          <w:tcPr>
            <w:tcW w:type="dxa" w:w="519"/>
            <w:vAlign w:val="center"/>
          </w:tcPr>
          <w:p>
            <w:r/>
            <w:r>
              <w:rPr>
                <w:rFonts w:ascii="Malgun Gothic" w:hAnsi="Malgun Gothic" w:eastAsia="Malgun Gothic"/>
                <w:b w:val="0"/>
                <w:sz w:val="14"/>
              </w:rPr>
              <w:t>0.2729454850838602</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0.0225888956338167</w:t>
            </w:r>
          </w:p>
        </w:tc>
        <w:tc>
          <w:tcPr>
            <w:tcW w:type="dxa" w:w="519"/>
            <w:vAlign w:val="center"/>
          </w:tcPr>
          <w:p>
            <w:r/>
            <w:r>
              <w:rPr>
                <w:rFonts w:ascii="Malgun Gothic" w:hAnsi="Malgun Gothic" w:eastAsia="Malgun Gothic"/>
                <w:b w:val="0"/>
                <w:sz w:val="14"/>
              </w:rPr>
              <w:t>214.67391456875907</w:t>
            </w:r>
          </w:p>
        </w:tc>
        <w:tc>
          <w:tcPr>
            <w:tcW w:type="dxa" w:w="519"/>
            <w:vAlign w:val="center"/>
          </w:tcPr>
          <w:p>
            <w:r/>
            <w:r>
              <w:rPr>
                <w:rFonts w:ascii="Malgun Gothic" w:hAnsi="Malgun Gothic" w:eastAsia="Malgun Gothic"/>
                <w:b w:val="0"/>
                <w:sz w:val="14"/>
              </w:rPr>
              <w:t>91.2280701754386</w:t>
            </w:r>
          </w:p>
        </w:tc>
        <w:tc>
          <w:tcPr>
            <w:tcW w:type="dxa" w:w="519"/>
            <w:vAlign w:val="center"/>
          </w:tcPr>
          <w:p>
            <w:r/>
            <w:r>
              <w:rPr>
                <w:rFonts w:ascii="Malgun Gothic" w:hAnsi="Malgun Gothic" w:eastAsia="Malgun Gothic"/>
                <w:b w:val="0"/>
                <w:sz w:val="14"/>
              </w:rPr>
              <w:t>17.1</w:t>
            </w:r>
          </w:p>
        </w:tc>
        <w:tc>
          <w:tcPr>
            <w:tcW w:type="dxa" w:w="519"/>
            <w:vAlign w:val="center"/>
          </w:tcPr>
          <w:p>
            <w:r/>
            <w:r>
              <w:rPr>
                <w:rFonts w:ascii="Malgun Gothic" w:hAnsi="Malgun Gothic" w:eastAsia="Malgun Gothic"/>
                <w:b w:val="0"/>
                <w:sz w:val="14"/>
              </w:rPr>
              <w:t>-1.5530989704661737</w:t>
            </w:r>
          </w:p>
        </w:tc>
        <w:tc>
          <w:tcPr>
            <w:tcW w:type="dxa" w:w="519"/>
            <w:vAlign w:val="center"/>
          </w:tcPr>
          <w:p>
            <w:r/>
            <w:r>
              <w:rPr>
                <w:rFonts w:ascii="Malgun Gothic" w:hAnsi="Malgun Gothic" w:eastAsia="Malgun Gothic"/>
                <w:b w:val="0"/>
                <w:sz w:val="14"/>
              </w:rPr>
              <w:t>-0.5443239873164389</w:t>
            </w:r>
          </w:p>
        </w:tc>
        <w:tc>
          <w:tcPr>
            <w:tcW w:type="dxa" w:w="519"/>
            <w:vAlign w:val="center"/>
          </w:tcPr>
          <w:p>
            <w:r/>
            <w:r>
              <w:rPr>
                <w:rFonts w:ascii="Malgun Gothic" w:hAnsi="Malgun Gothic" w:eastAsia="Malgun Gothic"/>
                <w:b w:val="0"/>
                <w:sz w:val="14"/>
              </w:rPr>
              <w:t>0.4355040584359729</w:t>
            </w:r>
          </w:p>
        </w:tc>
        <w:tc>
          <w:tcPr>
            <w:tcW w:type="dxa" w:w="519"/>
            <w:vAlign w:val="center"/>
          </w:tcPr>
          <w:p>
            <w:r/>
            <w:r>
              <w:rPr>
                <w:rFonts w:ascii="Malgun Gothic" w:hAnsi="Malgun Gothic" w:eastAsia="Malgun Gothic"/>
                <w:b w:val="0"/>
                <w:sz w:val="14"/>
              </w:rPr>
              <w:t>-0.7614387911821919</w:t>
            </w:r>
          </w:p>
        </w:tc>
        <w:tc>
          <w:tcPr>
            <w:tcW w:type="dxa" w:w="519"/>
            <w:vAlign w:val="center"/>
          </w:tcPr>
          <w:p>
            <w:r/>
            <w:r>
              <w:rPr>
                <w:rFonts w:ascii="Malgun Gothic" w:hAnsi="Malgun Gothic" w:eastAsia="Malgun Gothic"/>
                <w:b w:val="0"/>
                <w:sz w:val="14"/>
              </w:rPr>
              <w:t>-0.6058394226322079</w:t>
            </w:r>
          </w:p>
        </w:tc>
        <w:tc>
          <w:tcPr>
            <w:tcW w:type="dxa" w:w="519"/>
            <w:vAlign w:val="center"/>
          </w:tcPr>
          <w:p>
            <w:r/>
            <w:r>
              <w:rPr>
                <w:rFonts w:ascii="Malgun Gothic" w:hAnsi="Malgun Gothic" w:eastAsia="Malgun Gothic"/>
                <w:b w:val="0"/>
                <w:sz w:val="14"/>
              </w:rPr>
              <w:t>0.24548972636979172</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0.4852647247734645</w:t>
            </w:r>
          </w:p>
        </w:tc>
        <w:tc>
          <w:tcPr>
            <w:tcW w:type="dxa" w:w="519"/>
            <w:vAlign w:val="center"/>
          </w:tcPr>
          <w:p>
            <w:r/>
            <w:r>
              <w:rPr>
                <w:rFonts w:ascii="Malgun Gothic" w:hAnsi="Malgun Gothic" w:eastAsia="Malgun Gothic"/>
                <w:b w:val="0"/>
                <w:sz w:val="14"/>
              </w:rPr>
              <w:t>-0.23977499840367278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0.0605529174208641</w:t>
            </w:r>
          </w:p>
        </w:tc>
        <w:tc>
          <w:tcPr>
            <w:tcW w:type="dxa" w:w="519"/>
            <w:vAlign w:val="center"/>
          </w:tcPr>
          <w:p>
            <w:r/>
            <w:r>
              <w:rPr>
                <w:rFonts w:ascii="Malgun Gothic" w:hAnsi="Malgun Gothic" w:eastAsia="Malgun Gothic"/>
                <w:b w:val="0"/>
                <w:sz w:val="14"/>
              </w:rPr>
              <w:t>287.84437392619867</w:t>
            </w:r>
          </w:p>
        </w:tc>
        <w:tc>
          <w:tcPr>
            <w:tcW w:type="dxa" w:w="519"/>
            <w:vAlign w:val="center"/>
          </w:tcPr>
          <w:p>
            <w:r/>
            <w:r>
              <w:rPr>
                <w:rFonts w:ascii="Malgun Gothic" w:hAnsi="Malgun Gothic" w:eastAsia="Malgun Gothic"/>
                <w:b w:val="0"/>
                <w:sz w:val="14"/>
              </w:rPr>
              <w:t>88.61726508785331</w:t>
            </w:r>
          </w:p>
        </w:tc>
        <w:tc>
          <w:tcPr>
            <w:tcW w:type="dxa" w:w="519"/>
            <w:vAlign w:val="center"/>
          </w:tcPr>
          <w:p>
            <w:r/>
            <w:r>
              <w:rPr>
                <w:rFonts w:ascii="Malgun Gothic" w:hAnsi="Malgun Gothic" w:eastAsia="Malgun Gothic"/>
                <w:b w:val="0"/>
                <w:sz w:val="14"/>
              </w:rPr>
              <w:t>78.54</w:t>
            </w:r>
          </w:p>
        </w:tc>
        <w:tc>
          <w:tcPr>
            <w:tcW w:type="dxa" w:w="519"/>
            <w:vAlign w:val="center"/>
          </w:tcPr>
          <w:p>
            <w:r/>
            <w:r>
              <w:rPr>
                <w:rFonts w:ascii="Malgun Gothic" w:hAnsi="Malgun Gothic" w:eastAsia="Malgun Gothic"/>
                <w:b w:val="0"/>
                <w:sz w:val="14"/>
              </w:rPr>
              <w:t>-0.2536811522899883</w:t>
            </w:r>
          </w:p>
        </w:tc>
        <w:tc>
          <w:tcPr>
            <w:tcW w:type="dxa" w:w="519"/>
            <w:vAlign w:val="center"/>
          </w:tcPr>
          <w:p>
            <w:r/>
            <w:r>
              <w:rPr>
                <w:rFonts w:ascii="Malgun Gothic" w:hAnsi="Malgun Gothic" w:eastAsia="Malgun Gothic"/>
                <w:b w:val="0"/>
                <w:sz w:val="14"/>
              </w:rPr>
              <w:t>2.08230454410415</w:t>
            </w:r>
          </w:p>
        </w:tc>
        <w:tc>
          <w:tcPr>
            <w:tcW w:type="dxa" w:w="519"/>
            <w:vAlign w:val="center"/>
          </w:tcPr>
          <w:p>
            <w:r/>
            <w:r>
              <w:rPr>
                <w:rFonts w:ascii="Malgun Gothic" w:hAnsi="Malgun Gothic" w:eastAsia="Malgun Gothic"/>
                <w:b w:val="0"/>
                <w:sz w:val="14"/>
              </w:rPr>
              <w:t>0.3010510991690293</w:t>
            </w:r>
          </w:p>
        </w:tc>
        <w:tc>
          <w:tcPr>
            <w:tcW w:type="dxa" w:w="519"/>
            <w:vAlign w:val="center"/>
          </w:tcPr>
          <w:p>
            <w:r/>
            <w:r>
              <w:rPr>
                <w:rFonts w:ascii="Malgun Gothic" w:hAnsi="Malgun Gothic" w:eastAsia="Malgun Gothic"/>
                <w:b w:val="0"/>
                <w:sz w:val="14"/>
              </w:rPr>
              <w:t>-0.4005166572433791</w:t>
            </w:r>
          </w:p>
        </w:tc>
        <w:tc>
          <w:tcPr>
            <w:tcW w:type="dxa" w:w="519"/>
            <w:vAlign w:val="center"/>
          </w:tcPr>
          <w:p>
            <w:r/>
            <w:r>
              <w:rPr>
                <w:rFonts w:ascii="Malgun Gothic" w:hAnsi="Malgun Gothic" w:eastAsia="Malgun Gothic"/>
                <w:b w:val="0"/>
                <w:sz w:val="14"/>
              </w:rPr>
              <w:t>0.432289458434953</w:t>
            </w:r>
          </w:p>
        </w:tc>
        <w:tc>
          <w:tcPr>
            <w:tcW w:type="dxa" w:w="519"/>
            <w:vAlign w:val="center"/>
          </w:tcPr>
          <w:p>
            <w:r/>
            <w:r>
              <w:rPr>
                <w:rFonts w:ascii="Malgun Gothic" w:hAnsi="Malgun Gothic" w:eastAsia="Malgun Gothic"/>
                <w:b w:val="0"/>
                <w:sz w:val="14"/>
              </w:rPr>
              <w:t>0.4797043296442416</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0.572468879818421</w:t>
            </w:r>
          </w:p>
        </w:tc>
        <w:tc>
          <w:tcPr>
            <w:tcW w:type="dxa" w:w="519"/>
            <w:vAlign w:val="center"/>
          </w:tcPr>
          <w:p>
            <w:r/>
            <w:r>
              <w:rPr>
                <w:rFonts w:ascii="Malgun Gothic" w:hAnsi="Malgun Gothic" w:eastAsia="Malgun Gothic"/>
                <w:b w:val="0"/>
                <w:sz w:val="14"/>
              </w:rPr>
              <w:t>-0.0927645501741794</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0.0469783395528793</w:t>
            </w:r>
          </w:p>
        </w:tc>
        <w:tc>
          <w:tcPr>
            <w:tcW w:type="dxa" w:w="519"/>
            <w:vAlign w:val="center"/>
          </w:tcPr>
          <w:p>
            <w:r/>
            <w:r>
              <w:rPr>
                <w:rFonts w:ascii="Malgun Gothic" w:hAnsi="Malgun Gothic" w:eastAsia="Malgun Gothic"/>
                <w:b w:val="0"/>
                <w:sz w:val="14"/>
              </w:rPr>
              <w:t>256.5968057657951</w:t>
            </w:r>
          </w:p>
        </w:tc>
        <w:tc>
          <w:tcPr>
            <w:tcW w:type="dxa" w:w="519"/>
            <w:vAlign w:val="center"/>
          </w:tcPr>
          <w:p>
            <w:r/>
            <w:r>
              <w:rPr>
                <w:rFonts w:ascii="Malgun Gothic" w:hAnsi="Malgun Gothic" w:eastAsia="Malgun Gothic"/>
                <w:b w:val="0"/>
                <w:sz w:val="14"/>
              </w:rPr>
              <w:t>55.48098434004474</w:t>
            </w:r>
          </w:p>
        </w:tc>
        <w:tc>
          <w:tcPr>
            <w:tcW w:type="dxa" w:w="519"/>
            <w:vAlign w:val="center"/>
          </w:tcPr>
          <w:p>
            <w:r/>
            <w:r>
              <w:rPr>
                <w:rFonts w:ascii="Malgun Gothic" w:hAnsi="Malgun Gothic" w:eastAsia="Malgun Gothic"/>
                <w:b w:val="0"/>
                <w:sz w:val="14"/>
              </w:rPr>
              <w:t>201.15</w:t>
            </w:r>
          </w:p>
        </w:tc>
        <w:tc>
          <w:tcPr>
            <w:tcW w:type="dxa" w:w="519"/>
            <w:vAlign w:val="center"/>
          </w:tcPr>
          <w:p>
            <w:r/>
            <w:r>
              <w:rPr>
                <w:rFonts w:ascii="Malgun Gothic" w:hAnsi="Malgun Gothic" w:eastAsia="Malgun Gothic"/>
                <w:b w:val="0"/>
                <w:sz w:val="14"/>
              </w:rPr>
              <w:t>-0.7183065403698585</w:t>
            </w:r>
          </w:p>
        </w:tc>
        <w:tc>
          <w:tcPr>
            <w:tcW w:type="dxa" w:w="519"/>
            <w:vAlign w:val="center"/>
          </w:tcPr>
          <w:p>
            <w:r/>
            <w:r>
              <w:rPr>
                <w:rFonts w:ascii="Malgun Gothic" w:hAnsi="Malgun Gothic" w:eastAsia="Malgun Gothic"/>
                <w:b w:val="0"/>
                <w:sz w:val="14"/>
              </w:rPr>
              <w:t>0.9605983967273332</w:t>
            </w:r>
          </w:p>
        </w:tc>
        <w:tc>
          <w:tcPr>
            <w:tcW w:type="dxa" w:w="519"/>
            <w:vAlign w:val="center"/>
          </w:tcPr>
          <w:p>
            <w:r/>
            <w:r>
              <w:rPr>
                <w:rFonts w:ascii="Malgun Gothic" w:hAnsi="Malgun Gothic" w:eastAsia="Malgun Gothic"/>
                <w:b w:val="0"/>
                <w:sz w:val="14"/>
              </w:rPr>
              <w:t>-1.4054229025971277</w:t>
            </w:r>
          </w:p>
        </w:tc>
        <w:tc>
          <w:tcPr>
            <w:tcW w:type="dxa" w:w="519"/>
            <w:vAlign w:val="center"/>
          </w:tcPr>
          <w:p>
            <w:r/>
            <w:r>
              <w:rPr>
                <w:rFonts w:ascii="Malgun Gothic" w:hAnsi="Malgun Gothic" w:eastAsia="Malgun Gothic"/>
                <w:b w:val="0"/>
                <w:sz w:val="14"/>
              </w:rPr>
              <w:t>0.31974152703783554</w:t>
            </w:r>
          </w:p>
        </w:tc>
        <w:tc>
          <w:tcPr>
            <w:tcW w:type="dxa" w:w="519"/>
            <w:vAlign w:val="center"/>
          </w:tcPr>
          <w:p>
            <w:r/>
            <w:r>
              <w:rPr>
                <w:rFonts w:ascii="Malgun Gothic" w:hAnsi="Malgun Gothic" w:eastAsia="Malgun Gothic"/>
                <w:b w:val="0"/>
                <w:sz w:val="14"/>
              </w:rPr>
              <w:t>-0.21084737980045434</w:t>
            </w:r>
          </w:p>
        </w:tc>
        <w:tc>
          <w:tcPr>
            <w:tcW w:type="dxa" w:w="519"/>
            <w:vAlign w:val="center"/>
          </w:tcPr>
          <w:p>
            <w:r/>
            <w:r>
              <w:rPr>
                <w:rFonts w:ascii="Malgun Gothic" w:hAnsi="Malgun Gothic" w:eastAsia="Malgun Gothic"/>
                <w:b w:val="0"/>
                <w:sz w:val="14"/>
              </w:rPr>
              <w:t>0.3346047739285337</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0.4660105335178995</w:t>
            </w:r>
          </w:p>
        </w:tc>
        <w:tc>
          <w:tcPr>
            <w:tcW w:type="dxa" w:w="519"/>
            <w:vAlign w:val="center"/>
          </w:tcPr>
          <w:p>
            <w:r/>
            <w:r>
              <w:rPr>
                <w:rFonts w:ascii="Malgun Gothic" w:hAnsi="Malgun Gothic" w:eastAsia="Malgun Gothic"/>
                <w:b w:val="0"/>
                <w:sz w:val="14"/>
              </w:rPr>
              <w:t>-0.1314057595893658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0.034574244171381</w:t>
            </w:r>
          </w:p>
        </w:tc>
        <w:tc>
          <w:tcPr>
            <w:tcW w:type="dxa" w:w="519"/>
            <w:vAlign w:val="center"/>
          </w:tcPr>
          <w:p>
            <w:r/>
            <w:r>
              <w:rPr>
                <w:rFonts w:ascii="Malgun Gothic" w:hAnsi="Malgun Gothic" w:eastAsia="Malgun Gothic"/>
                <w:b w:val="0"/>
                <w:sz w:val="14"/>
              </w:rPr>
              <w:t>212.6149382327445</w:t>
            </w:r>
          </w:p>
        </w:tc>
        <w:tc>
          <w:tcPr>
            <w:tcW w:type="dxa" w:w="519"/>
            <w:vAlign w:val="center"/>
          </w:tcPr>
          <w:p>
            <w:r/>
            <w:r>
              <w:rPr>
                <w:rFonts w:ascii="Malgun Gothic" w:hAnsi="Malgun Gothic" w:eastAsia="Malgun Gothic"/>
                <w:b w:val="0"/>
                <w:sz w:val="14"/>
              </w:rPr>
              <w:t>110.1996171725458</w:t>
            </w:r>
          </w:p>
        </w:tc>
        <w:tc>
          <w:tcPr>
            <w:tcW w:type="dxa" w:w="519"/>
            <w:vAlign w:val="center"/>
          </w:tcPr>
          <w:p>
            <w:r/>
            <w:r>
              <w:rPr>
                <w:rFonts w:ascii="Malgun Gothic" w:hAnsi="Malgun Gothic" w:eastAsia="Malgun Gothic"/>
                <w:b w:val="0"/>
                <w:sz w:val="14"/>
              </w:rPr>
              <w:t>219.42</w:t>
            </w:r>
          </w:p>
        </w:tc>
        <w:tc>
          <w:tcPr>
            <w:tcW w:type="dxa" w:w="519"/>
            <w:vAlign w:val="center"/>
          </w:tcPr>
          <w:p>
            <w:r/>
            <w:r>
              <w:rPr>
                <w:rFonts w:ascii="Malgun Gothic" w:hAnsi="Malgun Gothic" w:eastAsia="Malgun Gothic"/>
                <w:b w:val="0"/>
                <w:sz w:val="14"/>
              </w:rPr>
              <w:t>-1.1428691077260655</w:t>
            </w:r>
          </w:p>
        </w:tc>
        <w:tc>
          <w:tcPr>
            <w:tcW w:type="dxa" w:w="519"/>
            <w:vAlign w:val="center"/>
          </w:tcPr>
          <w:p>
            <w:r/>
            <w:r>
              <w:rPr>
                <w:rFonts w:ascii="Malgun Gothic" w:hAnsi="Malgun Gothic" w:eastAsia="Malgun Gothic"/>
                <w:b w:val="0"/>
                <w:sz w:val="14"/>
              </w:rPr>
              <w:t>-0.6182358642841191</w:t>
            </w:r>
          </w:p>
        </w:tc>
        <w:tc>
          <w:tcPr>
            <w:tcW w:type="dxa" w:w="519"/>
            <w:vAlign w:val="center"/>
          </w:tcPr>
          <w:p>
            <w:r/>
            <w:r>
              <w:rPr>
                <w:rFonts w:ascii="Malgun Gothic" w:hAnsi="Malgun Gothic" w:eastAsia="Malgun Gothic"/>
                <w:b w:val="0"/>
                <w:sz w:val="14"/>
              </w:rPr>
              <w:t>1.4125132759230405</w:t>
            </w:r>
          </w:p>
        </w:tc>
        <w:tc>
          <w:tcPr>
            <w:tcW w:type="dxa" w:w="519"/>
            <w:vAlign w:val="center"/>
          </w:tcPr>
          <w:p>
            <w:r/>
            <w:r>
              <w:rPr>
                <w:rFonts w:ascii="Malgun Gothic" w:hAnsi="Malgun Gothic" w:eastAsia="Malgun Gothic"/>
                <w:b w:val="0"/>
                <w:sz w:val="14"/>
              </w:rPr>
              <w:t>0.4270665170616328</w:t>
            </w:r>
          </w:p>
        </w:tc>
        <w:tc>
          <w:tcPr>
            <w:tcW w:type="dxa" w:w="519"/>
            <w:vAlign w:val="center"/>
          </w:tcPr>
          <w:p>
            <w:r/>
            <w:r>
              <w:rPr>
                <w:rFonts w:ascii="Malgun Gothic" w:hAnsi="Malgun Gothic" w:eastAsia="Malgun Gothic"/>
                <w:b w:val="0"/>
                <w:sz w:val="14"/>
              </w:rPr>
              <w:t>0.019618705243622137</w:t>
            </w:r>
          </w:p>
        </w:tc>
        <w:tc>
          <w:tcPr>
            <w:tcW w:type="dxa" w:w="519"/>
            <w:vAlign w:val="center"/>
          </w:tcPr>
          <w:p>
            <w:r/>
            <w:r>
              <w:rPr>
                <w:rFonts w:ascii="Malgun Gothic" w:hAnsi="Malgun Gothic" w:eastAsia="Malgun Gothic"/>
                <w:b w:val="0"/>
                <w:sz w:val="14"/>
              </w:rPr>
              <w:t>0.38660074828320723</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0.4927156239377252</w:t>
            </w:r>
          </w:p>
        </w:tc>
        <w:tc>
          <w:tcPr>
            <w:tcW w:type="dxa" w:w="519"/>
            <w:vAlign w:val="center"/>
          </w:tcPr>
          <w:p>
            <w:r/>
            <w:r>
              <w:rPr>
                <w:rFonts w:ascii="Malgun Gothic" w:hAnsi="Malgun Gothic" w:eastAsia="Malgun Gothic"/>
                <w:b w:val="0"/>
                <w:sz w:val="14"/>
              </w:rPr>
              <w:t>-0.10611487565451799</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0.1157152205705642</w:t>
            </w:r>
          </w:p>
        </w:tc>
        <w:tc>
          <w:tcPr>
            <w:tcW w:type="dxa" w:w="519"/>
            <w:vAlign w:val="center"/>
          </w:tcPr>
          <w:p>
            <w:r/>
            <w:r>
              <w:rPr>
                <w:rFonts w:ascii="Malgun Gothic" w:hAnsi="Malgun Gothic" w:eastAsia="Malgun Gothic"/>
                <w:b w:val="0"/>
                <w:sz w:val="14"/>
              </w:rPr>
              <w:t>277.45412075667286</w:t>
            </w:r>
          </w:p>
        </w:tc>
        <w:tc>
          <w:tcPr>
            <w:tcW w:type="dxa" w:w="519"/>
            <w:vAlign w:val="center"/>
          </w:tcPr>
          <w:p>
            <w:r/>
            <w:r>
              <w:rPr>
                <w:rFonts w:ascii="Malgun Gothic" w:hAnsi="Malgun Gothic" w:eastAsia="Malgun Gothic"/>
                <w:b w:val="0"/>
                <w:sz w:val="14"/>
              </w:rPr>
              <w:t>76.92307692307692</w:t>
            </w:r>
          </w:p>
        </w:tc>
        <w:tc>
          <w:tcPr>
            <w:tcW w:type="dxa" w:w="519"/>
            <w:vAlign w:val="center"/>
          </w:tcPr>
          <w:p>
            <w:r/>
            <w:r>
              <w:rPr>
                <w:rFonts w:ascii="Malgun Gothic" w:hAnsi="Malgun Gothic" w:eastAsia="Malgun Gothic"/>
                <w:b w:val="0"/>
                <w:sz w:val="14"/>
              </w:rPr>
              <w:t>2.34</w:t>
            </w:r>
          </w:p>
        </w:tc>
        <w:tc>
          <w:tcPr>
            <w:tcW w:type="dxa" w:w="519"/>
            <w:vAlign w:val="center"/>
          </w:tcPr>
          <w:p>
            <w:r/>
            <w:r>
              <w:rPr>
                <w:rFonts w:ascii="Malgun Gothic" w:hAnsi="Malgun Gothic" w:eastAsia="Malgun Gothic"/>
                <w:b w:val="0"/>
                <w:sz w:val="14"/>
              </w:rPr>
              <w:t>1.6343927721858456</w:t>
            </w:r>
          </w:p>
        </w:tc>
        <w:tc>
          <w:tcPr>
            <w:tcW w:type="dxa" w:w="519"/>
            <w:vAlign w:val="center"/>
          </w:tcPr>
          <w:p>
            <w:r/>
            <w:r>
              <w:rPr>
                <w:rFonts w:ascii="Malgun Gothic" w:hAnsi="Malgun Gothic" w:eastAsia="Malgun Gothic"/>
                <w:b w:val="0"/>
                <w:sz w:val="14"/>
              </w:rPr>
              <w:t>1.7093215716939207</w:t>
            </w:r>
          </w:p>
        </w:tc>
        <w:tc>
          <w:tcPr>
            <w:tcW w:type="dxa" w:w="519"/>
            <w:vAlign w:val="center"/>
          </w:tcPr>
          <w:p>
            <w:r/>
            <w:r>
              <w:rPr>
                <w:rFonts w:ascii="Malgun Gothic" w:hAnsi="Malgun Gothic" w:eastAsia="Malgun Gothic"/>
                <w:b w:val="0"/>
                <w:sz w:val="14"/>
              </w:rPr>
              <w:t>-0.3011839020017692</w:t>
            </w:r>
          </w:p>
        </w:tc>
        <w:tc>
          <w:tcPr>
            <w:tcW w:type="dxa" w:w="519"/>
            <w:vAlign w:val="center"/>
          </w:tcPr>
          <w:p>
            <w:r/>
            <w:r>
              <w:rPr>
                <w:rFonts w:ascii="Malgun Gothic" w:hAnsi="Malgun Gothic" w:eastAsia="Malgun Gothic"/>
                <w:b w:val="0"/>
                <w:sz w:val="14"/>
              </w:rPr>
              <w:t>-0.8481446944526488</w:t>
            </w:r>
          </w:p>
        </w:tc>
        <w:tc>
          <w:tcPr>
            <w:tcW w:type="dxa" w:w="519"/>
            <w:vAlign w:val="center"/>
          </w:tcPr>
          <w:p>
            <w:r/>
            <w:r>
              <w:rPr>
                <w:rFonts w:ascii="Malgun Gothic" w:hAnsi="Malgun Gothic" w:eastAsia="Malgun Gothic"/>
                <w:b w:val="0"/>
                <w:sz w:val="14"/>
              </w:rPr>
              <w:t>0.5485964368563371</w:t>
            </w:r>
          </w:p>
        </w:tc>
        <w:tc>
          <w:tcPr>
            <w:tcW w:type="dxa" w:w="519"/>
            <w:vAlign w:val="center"/>
          </w:tcPr>
          <w:p>
            <w:r/>
            <w:r>
              <w:rPr>
                <w:rFonts w:ascii="Malgun Gothic" w:hAnsi="Malgun Gothic" w:eastAsia="Malgun Gothic"/>
                <w:b w:val="0"/>
                <w:sz w:val="14"/>
              </w:rPr>
              <w:t>0.5059446099271789</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0.6253112537239026</w:t>
            </w:r>
          </w:p>
        </w:tc>
        <w:tc>
          <w:tcPr>
            <w:tcW w:type="dxa" w:w="519"/>
            <w:vAlign w:val="center"/>
          </w:tcPr>
          <w:p>
            <w:r/>
            <w:r>
              <w:rPr>
                <w:rFonts w:ascii="Malgun Gothic" w:hAnsi="Malgun Gothic" w:eastAsia="Malgun Gothic"/>
                <w:b w:val="0"/>
                <w:sz w:val="14"/>
              </w:rPr>
              <w:t>-0.11936664379672368</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0.0352397561073303</w:t>
            </w:r>
          </w:p>
        </w:tc>
        <w:tc>
          <w:tcPr>
            <w:tcW w:type="dxa" w:w="519"/>
            <w:vAlign w:val="center"/>
          </w:tcPr>
          <w:p>
            <w:r/>
            <w:r>
              <w:rPr>
                <w:rFonts w:ascii="Malgun Gothic" w:hAnsi="Malgun Gothic" w:eastAsia="Malgun Gothic"/>
                <w:b w:val="0"/>
                <w:sz w:val="14"/>
              </w:rPr>
              <w:t>235.9310813929666</w:t>
            </w:r>
          </w:p>
        </w:tc>
        <w:tc>
          <w:tcPr>
            <w:tcW w:type="dxa" w:w="519"/>
            <w:vAlign w:val="center"/>
          </w:tcPr>
          <w:p>
            <w:r/>
            <w:r>
              <w:rPr>
                <w:rFonts w:ascii="Malgun Gothic" w:hAnsi="Malgun Gothic" w:eastAsia="Malgun Gothic"/>
                <w:b w:val="0"/>
                <w:sz w:val="14"/>
              </w:rPr>
              <w:t>88.88888888888889</w:t>
            </w:r>
          </w:p>
        </w:tc>
        <w:tc>
          <w:tcPr>
            <w:tcW w:type="dxa" w:w="519"/>
            <w:vAlign w:val="center"/>
          </w:tcPr>
          <w:p>
            <w:r/>
            <w:r>
              <w:rPr>
                <w:rFonts w:ascii="Malgun Gothic" w:hAnsi="Malgun Gothic" w:eastAsia="Malgun Gothic"/>
                <w:b w:val="0"/>
                <w:sz w:val="14"/>
              </w:rPr>
              <w:t>99.9</w:t>
            </w:r>
          </w:p>
        </w:tc>
        <w:tc>
          <w:tcPr>
            <w:tcW w:type="dxa" w:w="519"/>
            <w:vAlign w:val="center"/>
          </w:tcPr>
          <w:p>
            <w:r/>
            <w:r>
              <w:rPr>
                <w:rFonts w:ascii="Malgun Gothic" w:hAnsi="Malgun Gothic" w:eastAsia="Malgun Gothic"/>
                <w:b w:val="0"/>
                <w:sz w:val="14"/>
              </w:rPr>
              <w:t>-1.1200902232171408</w:t>
            </w:r>
          </w:p>
        </w:tc>
        <w:tc>
          <w:tcPr>
            <w:tcW w:type="dxa" w:w="519"/>
            <w:vAlign w:val="center"/>
          </w:tcPr>
          <w:p>
            <w:r/>
            <w:r>
              <w:rPr>
                <w:rFonts w:ascii="Malgun Gothic" w:hAnsi="Malgun Gothic" w:eastAsia="Malgun Gothic"/>
                <w:b w:val="0"/>
                <w:sz w:val="14"/>
              </w:rPr>
              <w:t>0.2187528249374902</w:t>
            </w:r>
          </w:p>
        </w:tc>
        <w:tc>
          <w:tcPr>
            <w:tcW w:type="dxa" w:w="519"/>
            <w:vAlign w:val="center"/>
          </w:tcPr>
          <w:p>
            <w:r/>
            <w:r>
              <w:rPr>
                <w:rFonts w:ascii="Malgun Gothic" w:hAnsi="Malgun Gothic" w:eastAsia="Malgun Gothic"/>
                <w:b w:val="0"/>
                <w:sz w:val="14"/>
              </w:rPr>
              <w:t>0.31503936050275677</w:t>
            </w:r>
          </w:p>
        </w:tc>
        <w:tc>
          <w:tcPr>
            <w:tcW w:type="dxa" w:w="519"/>
            <w:vAlign w:val="center"/>
          </w:tcPr>
          <w:p>
            <w:r/>
            <w:r>
              <w:rPr>
                <w:rFonts w:ascii="Malgun Gothic" w:hAnsi="Malgun Gothic" w:eastAsia="Malgun Gothic"/>
                <w:b w:val="0"/>
                <w:sz w:val="14"/>
              </w:rPr>
              <w:t>-0.27503982161621376</w:t>
            </w:r>
          </w:p>
        </w:tc>
        <w:tc>
          <w:tcPr>
            <w:tcW w:type="dxa" w:w="519"/>
            <w:vAlign w:val="center"/>
          </w:tcPr>
          <w:p>
            <w:r/>
            <w:r>
              <w:rPr>
                <w:rFonts w:ascii="Malgun Gothic" w:hAnsi="Malgun Gothic" w:eastAsia="Malgun Gothic"/>
                <w:b w:val="0"/>
                <w:sz w:val="14"/>
              </w:rPr>
              <w:t>-0.2153344648482769</w:t>
            </w:r>
          </w:p>
        </w:tc>
        <w:tc>
          <w:tcPr>
            <w:tcW w:type="dxa" w:w="519"/>
            <w:vAlign w:val="center"/>
          </w:tcPr>
          <w:p>
            <w:r/>
            <w:r>
              <w:rPr>
                <w:rFonts w:ascii="Malgun Gothic" w:hAnsi="Malgun Gothic" w:eastAsia="Malgun Gothic"/>
                <w:b w:val="0"/>
                <w:sz w:val="14"/>
              </w:rPr>
              <w:t>0.33359243252902065</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0.4999538676729493</w:t>
            </w:r>
          </w:p>
        </w:tc>
        <w:tc>
          <w:tcPr>
            <w:tcW w:type="dxa" w:w="519"/>
            <w:vAlign w:val="center"/>
          </w:tcPr>
          <w:p>
            <w:r/>
            <w:r>
              <w:rPr>
                <w:rFonts w:ascii="Malgun Gothic" w:hAnsi="Malgun Gothic" w:eastAsia="Malgun Gothic"/>
                <w:b w:val="0"/>
                <w:sz w:val="14"/>
              </w:rPr>
              <w:t>-0.16636143514392865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0.0401565991342067</w:t>
            </w:r>
          </w:p>
        </w:tc>
        <w:tc>
          <w:tcPr>
            <w:tcW w:type="dxa" w:w="519"/>
            <w:vAlign w:val="center"/>
          </w:tcPr>
          <w:p>
            <w:r/>
            <w:r>
              <w:rPr>
                <w:rFonts w:ascii="Malgun Gothic" w:hAnsi="Malgun Gothic" w:eastAsia="Malgun Gothic"/>
                <w:b w:val="0"/>
                <w:sz w:val="14"/>
              </w:rPr>
              <w:t>238.82405754514843</w:t>
            </w:r>
          </w:p>
        </w:tc>
        <w:tc>
          <w:tcPr>
            <w:tcW w:type="dxa" w:w="519"/>
            <w:vAlign w:val="center"/>
          </w:tcPr>
          <w:p>
            <w:r/>
            <w:r>
              <w:rPr>
                <w:rFonts w:ascii="Malgun Gothic" w:hAnsi="Malgun Gothic" w:eastAsia="Malgun Gothic"/>
                <w:b w:val="0"/>
                <w:sz w:val="14"/>
              </w:rPr>
              <w:t>77.75119617224881</w:t>
            </w:r>
          </w:p>
        </w:tc>
        <w:tc>
          <w:tcPr>
            <w:tcW w:type="dxa" w:w="519"/>
            <w:vAlign w:val="center"/>
          </w:tcPr>
          <w:p>
            <w:r/>
            <w:r>
              <w:rPr>
                <w:rFonts w:ascii="Malgun Gothic" w:hAnsi="Malgun Gothic" w:eastAsia="Malgun Gothic"/>
                <w:b w:val="0"/>
                <w:sz w:val="14"/>
              </w:rPr>
              <w:t>50.16</w:t>
            </w:r>
          </w:p>
        </w:tc>
        <w:tc>
          <w:tcPr>
            <w:tcW w:type="dxa" w:w="519"/>
            <w:vAlign w:val="center"/>
          </w:tcPr>
          <w:p>
            <w:r/>
            <w:r>
              <w:rPr>
                <w:rFonts w:ascii="Malgun Gothic" w:hAnsi="Malgun Gothic" w:eastAsia="Malgun Gothic"/>
                <w:b w:val="0"/>
                <w:sz w:val="14"/>
              </w:rPr>
              <w:t>-0.9517984264697704</w:t>
            </w:r>
          </w:p>
        </w:tc>
        <w:tc>
          <w:tcPr>
            <w:tcW w:type="dxa" w:w="519"/>
            <w:vAlign w:val="center"/>
          </w:tcPr>
          <w:p>
            <w:r/>
            <w:r>
              <w:rPr>
                <w:rFonts w:ascii="Malgun Gothic" w:hAnsi="Malgun Gothic" w:eastAsia="Malgun Gothic"/>
                <w:b w:val="0"/>
                <w:sz w:val="14"/>
              </w:rPr>
              <w:t>0.32260311874144104</w:t>
            </w:r>
          </w:p>
        </w:tc>
        <w:tc>
          <w:tcPr>
            <w:tcW w:type="dxa" w:w="519"/>
            <w:vAlign w:val="center"/>
          </w:tcPr>
          <w:p>
            <w:r/>
            <w:r>
              <w:rPr>
                <w:rFonts w:ascii="Malgun Gothic" w:hAnsi="Malgun Gothic" w:eastAsia="Malgun Gothic"/>
                <w:b w:val="0"/>
                <w:sz w:val="14"/>
              </w:rPr>
              <w:t>-0.2585368717019852</w:t>
            </w:r>
          </w:p>
        </w:tc>
        <w:tc>
          <w:tcPr>
            <w:tcW w:type="dxa" w:w="519"/>
            <w:vAlign w:val="center"/>
          </w:tcPr>
          <w:p>
            <w:r/>
            <w:r>
              <w:rPr>
                <w:rFonts w:ascii="Malgun Gothic" w:hAnsi="Malgun Gothic" w:eastAsia="Malgun Gothic"/>
                <w:b w:val="0"/>
                <w:sz w:val="14"/>
              </w:rPr>
              <w:t>-0.5672316663772252</w:t>
            </w:r>
          </w:p>
        </w:tc>
        <w:tc>
          <w:tcPr>
            <w:tcW w:type="dxa" w:w="519"/>
            <w:vAlign w:val="center"/>
          </w:tcPr>
          <w:p>
            <w:r/>
            <w:r>
              <w:rPr>
                <w:rFonts w:ascii="Malgun Gothic" w:hAnsi="Malgun Gothic" w:eastAsia="Malgun Gothic"/>
                <w:b w:val="0"/>
                <w:sz w:val="14"/>
              </w:rPr>
              <w:t>-0.36374096145188495</w:t>
            </w:r>
          </w:p>
        </w:tc>
        <w:tc>
          <w:tcPr>
            <w:tcW w:type="dxa" w:w="519"/>
            <w:vAlign w:val="center"/>
          </w:tcPr>
          <w:p>
            <w:r/>
            <w:r>
              <w:rPr>
                <w:rFonts w:ascii="Malgun Gothic" w:hAnsi="Malgun Gothic" w:eastAsia="Malgun Gothic"/>
                <w:b w:val="0"/>
                <w:sz w:val="14"/>
              </w:rPr>
              <w:t>0.300110107396486</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0.5000426253707321</w:t>
            </w:r>
          </w:p>
        </w:tc>
        <w:tc>
          <w:tcPr>
            <w:tcW w:type="dxa" w:w="519"/>
            <w:vAlign w:val="center"/>
          </w:tcPr>
          <w:p>
            <w:r/>
            <w:r>
              <w:rPr>
                <w:rFonts w:ascii="Malgun Gothic" w:hAnsi="Malgun Gothic" w:eastAsia="Malgun Gothic"/>
                <w:b w:val="0"/>
                <w:sz w:val="14"/>
              </w:rPr>
              <w:t>-0.19993251797424605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0.0239846743643283</w:t>
            </w:r>
          </w:p>
        </w:tc>
        <w:tc>
          <w:tcPr>
            <w:tcW w:type="dxa" w:w="519"/>
            <w:vAlign w:val="center"/>
          </w:tcPr>
          <w:p>
            <w:r/>
            <w:r>
              <w:rPr>
                <w:rFonts w:ascii="Malgun Gothic" w:hAnsi="Malgun Gothic" w:eastAsia="Malgun Gothic"/>
                <w:b w:val="0"/>
                <w:sz w:val="14"/>
              </w:rPr>
              <w:t>263.0961897956945</w:t>
            </w:r>
          </w:p>
        </w:tc>
        <w:tc>
          <w:tcPr>
            <w:tcW w:type="dxa" w:w="519"/>
            <w:vAlign w:val="center"/>
          </w:tcPr>
          <w:p>
            <w:r/>
            <w:r>
              <w:rPr>
                <w:rFonts w:ascii="Malgun Gothic" w:hAnsi="Malgun Gothic" w:eastAsia="Malgun Gothic"/>
                <w:b w:val="0"/>
                <w:sz w:val="14"/>
              </w:rPr>
              <w:t>56.17977528089887</w:t>
            </w:r>
          </w:p>
        </w:tc>
        <w:tc>
          <w:tcPr>
            <w:tcW w:type="dxa" w:w="519"/>
            <w:vAlign w:val="center"/>
          </w:tcPr>
          <w:p>
            <w:r/>
            <w:r>
              <w:rPr>
                <w:rFonts w:ascii="Malgun Gothic" w:hAnsi="Malgun Gothic" w:eastAsia="Malgun Gothic"/>
                <w:b w:val="0"/>
                <w:sz w:val="14"/>
              </w:rPr>
              <w:t>53.4</w:t>
            </w:r>
          </w:p>
        </w:tc>
        <w:tc>
          <w:tcPr>
            <w:tcW w:type="dxa" w:w="519"/>
            <w:vAlign w:val="center"/>
          </w:tcPr>
          <w:p>
            <w:r/>
            <w:r>
              <w:rPr>
                <w:rFonts w:ascii="Malgun Gothic" w:hAnsi="Malgun Gothic" w:eastAsia="Malgun Gothic"/>
                <w:b w:val="0"/>
                <w:sz w:val="14"/>
              </w:rPr>
              <w:t>-1.5053247972547121</w:t>
            </w:r>
          </w:p>
        </w:tc>
        <w:tc>
          <w:tcPr>
            <w:tcW w:type="dxa" w:w="519"/>
            <w:vAlign w:val="center"/>
          </w:tcPr>
          <w:p>
            <w:r/>
            <w:r>
              <w:rPr>
                <w:rFonts w:ascii="Malgun Gothic" w:hAnsi="Malgun Gothic" w:eastAsia="Malgun Gothic"/>
                <w:b w:val="0"/>
                <w:sz w:val="14"/>
              </w:rPr>
              <w:t>1.193909321375195</w:t>
            </w:r>
          </w:p>
        </w:tc>
        <w:tc>
          <w:tcPr>
            <w:tcW w:type="dxa" w:w="519"/>
            <w:vAlign w:val="center"/>
          </w:tcPr>
          <w:p>
            <w:r/>
            <w:r>
              <w:rPr>
                <w:rFonts w:ascii="Malgun Gothic" w:hAnsi="Malgun Gothic" w:eastAsia="Malgun Gothic"/>
                <w:b w:val="0"/>
                <w:sz w:val="14"/>
              </w:rPr>
              <w:t>-1.3694361066645109</w:t>
            </w:r>
          </w:p>
        </w:tc>
        <w:tc>
          <w:tcPr>
            <w:tcW w:type="dxa" w:w="519"/>
            <w:vAlign w:val="center"/>
          </w:tcPr>
          <w:p>
            <w:r/>
            <w:r>
              <w:rPr>
                <w:rFonts w:ascii="Malgun Gothic" w:hAnsi="Malgun Gothic" w:eastAsia="Malgun Gothic"/>
                <w:b w:val="0"/>
                <w:sz w:val="14"/>
              </w:rPr>
              <w:t>-0.5481986632202956</w:t>
            </w:r>
          </w:p>
        </w:tc>
        <w:tc>
          <w:tcPr>
            <w:tcW w:type="dxa" w:w="519"/>
            <w:vAlign w:val="center"/>
          </w:tcPr>
          <w:p>
            <w:r/>
            <w:r>
              <w:rPr>
                <w:rFonts w:ascii="Malgun Gothic" w:hAnsi="Malgun Gothic" w:eastAsia="Malgun Gothic"/>
                <w:b w:val="0"/>
                <w:sz w:val="14"/>
              </w:rPr>
              <w:t>-0.5572625614410809</w:t>
            </w:r>
          </w:p>
        </w:tc>
        <w:tc>
          <w:tcPr>
            <w:tcW w:type="dxa" w:w="519"/>
            <w:vAlign w:val="center"/>
          </w:tcPr>
          <w:p>
            <w:r/>
            <w:r>
              <w:rPr>
                <w:rFonts w:ascii="Malgun Gothic" w:hAnsi="Malgun Gothic" w:eastAsia="Malgun Gothic"/>
                <w:b w:val="0"/>
                <w:sz w:val="14"/>
              </w:rPr>
              <w:t>0.25644926181832123</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0.4682132030090882</w:t>
            </w:r>
          </w:p>
        </w:tc>
        <w:tc>
          <w:tcPr>
            <w:tcW w:type="dxa" w:w="519"/>
            <w:vAlign w:val="center"/>
          </w:tcPr>
          <w:p>
            <w:r/>
            <w:r>
              <w:rPr>
                <w:rFonts w:ascii="Malgun Gothic" w:hAnsi="Malgun Gothic" w:eastAsia="Malgun Gothic"/>
                <w:b w:val="0"/>
                <w:sz w:val="14"/>
              </w:rPr>
              <w:t>-0.21176394119076697</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r>
        <w:trPr>
          <w:cantSplit/>
        </w:trPr>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0.03632278367877</w:t>
            </w:r>
          </w:p>
        </w:tc>
        <w:tc>
          <w:tcPr>
            <w:tcW w:type="dxa" w:w="519"/>
            <w:vAlign w:val="center"/>
          </w:tcPr>
          <w:p>
            <w:r/>
            <w:r>
              <w:rPr>
                <w:rFonts w:ascii="Malgun Gothic" w:hAnsi="Malgun Gothic" w:eastAsia="Malgun Gothic"/>
                <w:b w:val="0"/>
                <w:sz w:val="14"/>
              </w:rPr>
              <w:t>215.6394287252864</w:t>
            </w:r>
          </w:p>
        </w:tc>
        <w:tc>
          <w:tcPr>
            <w:tcW w:type="dxa" w:w="519"/>
            <w:vAlign w:val="center"/>
          </w:tcPr>
          <w:p>
            <w:r/>
            <w:r>
              <w:rPr>
                <w:rFonts w:ascii="Malgun Gothic" w:hAnsi="Malgun Gothic" w:eastAsia="Malgun Gothic"/>
                <w:b w:val="0"/>
                <w:sz w:val="14"/>
              </w:rPr>
              <w:t>43.47826086956521</w:t>
            </w:r>
          </w:p>
        </w:tc>
        <w:tc>
          <w:tcPr>
            <w:tcW w:type="dxa" w:w="519"/>
            <w:vAlign w:val="center"/>
          </w:tcPr>
          <w:p>
            <w:r/>
            <w:r>
              <w:rPr>
                <w:rFonts w:ascii="Malgun Gothic" w:hAnsi="Malgun Gothic" w:eastAsia="Malgun Gothic"/>
                <w:b w:val="0"/>
                <w:sz w:val="14"/>
              </w:rPr>
              <w:t>75.9</w:t>
            </w:r>
          </w:p>
        </w:tc>
        <w:tc>
          <w:tcPr>
            <w:tcW w:type="dxa" w:w="519"/>
            <w:vAlign w:val="center"/>
          </w:tcPr>
          <w:p>
            <w:r/>
            <w:r>
              <w:rPr>
                <w:rFonts w:ascii="Malgun Gothic" w:hAnsi="Malgun Gothic" w:eastAsia="Malgun Gothic"/>
                <w:b w:val="0"/>
                <w:sz w:val="14"/>
              </w:rPr>
              <w:t>-1.0830207754173564</w:t>
            </w:r>
          </w:p>
        </w:tc>
        <w:tc>
          <w:tcPr>
            <w:tcW w:type="dxa" w:w="519"/>
            <w:vAlign w:val="center"/>
          </w:tcPr>
          <w:p>
            <w:r/>
            <w:r>
              <w:rPr>
                <w:rFonts w:ascii="Malgun Gothic" w:hAnsi="Malgun Gothic" w:eastAsia="Malgun Gothic"/>
                <w:b w:val="0"/>
                <w:sz w:val="14"/>
              </w:rPr>
              <w:t>-0.5096645488860132</w:t>
            </w:r>
          </w:p>
        </w:tc>
        <w:tc>
          <w:tcPr>
            <w:tcW w:type="dxa" w:w="519"/>
            <w:vAlign w:val="center"/>
          </w:tcPr>
          <w:p>
            <w:r/>
            <w:r>
              <w:rPr>
                <w:rFonts w:ascii="Malgun Gothic" w:hAnsi="Malgun Gothic" w:eastAsia="Malgun Gothic"/>
                <w:b w:val="0"/>
                <w:sz w:val="14"/>
              </w:rPr>
              <w:t>-2.0235470580703203</w:t>
            </w:r>
          </w:p>
        </w:tc>
        <w:tc>
          <w:tcPr>
            <w:tcW w:type="dxa" w:w="519"/>
            <w:vAlign w:val="center"/>
          </w:tcPr>
          <w:p>
            <w:r/>
            <w:r>
              <w:rPr>
                <w:rFonts w:ascii="Malgun Gothic" w:hAnsi="Malgun Gothic" w:eastAsia="Malgun Gothic"/>
                <w:b w:val="0"/>
                <w:sz w:val="14"/>
              </w:rPr>
              <w:t>-0.41602503018606246</w:t>
            </w:r>
          </w:p>
        </w:tc>
        <w:tc>
          <w:tcPr>
            <w:tcW w:type="dxa" w:w="519"/>
            <w:vAlign w:val="center"/>
          </w:tcPr>
          <w:p>
            <w:r/>
            <w:r>
              <w:rPr>
                <w:rFonts w:ascii="Malgun Gothic" w:hAnsi="Malgun Gothic" w:eastAsia="Malgun Gothic"/>
                <w:b w:val="0"/>
                <w:sz w:val="14"/>
              </w:rPr>
              <w:t>-1.0080643531399383</w:t>
            </w:r>
          </w:p>
        </w:tc>
        <w:tc>
          <w:tcPr>
            <w:tcW w:type="dxa" w:w="519"/>
            <w:vAlign w:val="center"/>
          </w:tcPr>
          <w:p>
            <w:r/>
            <w:r>
              <w:rPr>
                <w:rFonts w:ascii="Malgun Gothic" w:hAnsi="Malgun Gothic" w:eastAsia="Malgun Gothic"/>
                <w:b w:val="0"/>
                <w:sz w:val="14"/>
              </w:rPr>
              <w:t>0.15474285067443516</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0.4250258089988344</w:t>
            </w:r>
          </w:p>
        </w:tc>
        <w:tc>
          <w:tcPr>
            <w:tcW w:type="dxa" w:w="519"/>
            <w:vAlign w:val="center"/>
          </w:tcPr>
          <w:p>
            <w:r/>
            <w:r>
              <w:rPr>
                <w:rFonts w:ascii="Malgun Gothic" w:hAnsi="Malgun Gothic" w:eastAsia="Malgun Gothic"/>
                <w:b w:val="0"/>
                <w:sz w:val="14"/>
              </w:rPr>
              <w:t>-0.27028295832439925</w:t>
            </w:r>
          </w:p>
        </w:tc>
        <w:tc>
          <w:tcPr>
            <w:tcW w:type="dxa" w:w="519"/>
            <w:vAlign w:val="center"/>
          </w:tcPr>
          <w:p>
            <w:r/>
            <w:r>
              <w:rPr>
                <w:rFonts w:ascii="Malgun Gothic" w:hAnsi="Malgun Gothic" w:eastAsia="Malgun Gothic"/>
                <w:b w:val="0"/>
                <w:sz w:val="14"/>
              </w:rPr>
              <w:t>v153_reference_locked_same_method</w:t>
            </w:r>
          </w:p>
        </w:tc>
        <w:tc>
          <w:tcPr>
            <w:tcW w:type="dxa" w:w="519"/>
            <w:vAlign w:val="center"/>
          </w:tcPr>
          <w:p>
            <w:r/>
            <w:r>
              <w:rPr>
                <w:rFonts w:ascii="Malgun Gothic" w:hAnsi="Malgun Gothic" w:eastAsia="Malgun Gothic"/>
                <w:b w:val="0"/>
                <w:sz w:val="14"/>
              </w:rPr>
              <w:t>REFERENCE_LOCKED_ASIS_STRESS_SCORE_WITH_FORMULA_AUDIT</w:t>
            </w:r>
          </w:p>
        </w:tc>
        <w:tc>
          <w:tcPr>
            <w:tcW w:type="dxa" w:w="519"/>
            <w:vAlign w:val="center"/>
          </w:tcPr>
          <w:p>
            <w:r/>
            <w:r>
              <w:rPr>
                <w:rFonts w:ascii="Malgun Gothic" w:hAnsi="Malgun Gothic" w:eastAsia="Malgun Gothic"/>
                <w:b w:val="0"/>
                <w:sz w:val="14"/>
              </w:rPr>
              <w:t>2026-07-05 22:11:00</w:t>
            </w:r>
          </w:p>
        </w:tc>
        <w:tc>
          <w:tcPr>
            <w:tcW w:type="dxa" w:w="519"/>
            <w:vAlign w:val="center"/>
          </w:tcPr>
          <w:p>
            <w:r/>
            <w:r>
              <w:rPr>
                <w:rFonts w:ascii="Malgun Gothic" w:hAnsi="Malgun Gothic" w:eastAsia="Malgun Gothic"/>
                <w:b w:val="0"/>
                <w:sz w:val="14"/>
              </w:rPr>
              <w:t>read_only</w:t>
            </w:r>
          </w:p>
        </w:tc>
      </w:tr>
    </w:tbl>
    <w:p/>
    <w:p>
      <w:pPr>
        <w:pStyle w:val="Heading3"/>
      </w:pPr>
      <w:r>
        <w:t>산출물 텍스트: research_continuity/01_asis_0413_original/README.md</w:t>
      </w:r>
    </w:p>
    <w:p>
      <w:r>
        <w:t># 01_asis_0413_original</w:t>
        <w:br/>
        <w:br/>
        <w:t>논문 본문 기준. 0413 AS-IS 결과와 제출 기준 수치를 보존합니다.</w:t>
        <w:br/>
      </w:r>
    </w:p>
    <w:p>
      <w:pPr>
        <w:pStyle w:val="Heading2"/>
      </w:pPr>
      <w:r>
        <w:t>결과 해석</w:t>
      </w:r>
    </w:p>
    <w:p>
      <w:r>
        <w:t>energy와 pitch는 수렴 기준 |r|≥0.5를 충족하고, wpm과 duration은 수렴 변수보다 낮은 구조를 유지했다. 이는 외부 라벨이 없는 비지도 지수의 내부 구성 타당도 근거이다.</w:t>
      </w:r>
    </w:p>
    <w:p>
      <w:pPr>
        <w:pStyle w:val="Heading2"/>
      </w:pPr>
      <w:r>
        <w:t>한계 및 논문 반영 기준</w:t>
      </w:r>
    </w:p>
    <w:p>
      <w:r>
        <w:t>stress_score는 외부 임상 라벨이 아니라 연구자가 설계한 합성지수이므로, 임상적 스트레스 진단으로 해석해서는 안 된다.</w:t>
      </w:r>
    </w:p>
    <w:p>
      <w:r>
        <w:br w:type="page"/>
      </w:r>
    </w:p>
    <w:p>
      <w:pPr>
        <w:pStyle w:val="Heading1"/>
      </w:pPr>
      <w:r>
        <w:t>2-A. datasets0413 최종 분석 원본 상세보고서</w:t>
      </w:r>
    </w:p>
    <w:p>
      <w:r>
        <w:t>원본 참조문서: VOC_0413_분석리포트_v5_with_images.docx</w:t>
      </w:r>
    </w:p>
    <w:p>
      <w:r>
        <w:t>VOC 음성 데이터 기반 스트레스 지수 설계와</w:t>
      </w:r>
    </w:p>
    <w:p>
      <w:r>
        <w:t>음성 특징 간 구성 타당도 검증</w:t>
      </w:r>
    </w:p>
    <w:p>
      <w:r>
        <w:t>— 0413 분석 리포트 (n=998, datasets0413 최종 기준) —</w:t>
      </w:r>
    </w:p>
    <w:p>
      <w:r>
        <w:t>생성: 2026-04-16  |  n=998건  |  VOC_sample1000_2  |  datasets0413</w:t>
      </w:r>
    </w:p>
    <w:p>
      <w:r>
        <w:t>전역 기준 (n=998) z-score μ·σ 고정  |  전역 min/max 정규화</w:t>
      </w:r>
    </w:p>
    <w:p>
      <w:pPr>
        <w:pStyle w:val="Heading1"/>
      </w:pPr>
      <w:r>
        <w:t>보고 차수별 주요 변경 이력</w:t>
      </w:r>
    </w:p>
    <w:p>
      <w:r>
        <w:t>세 차례 보고를 거쳐 최종 확정된 n=998 전체 데이터 기준 분석 결과이다.</w:t>
      </w:r>
    </w:p>
    <w:p>
      <w:r>
        <w:t>표 0-1. 보고 차수별 핵심 변경 이력</w:t>
      </w:r>
    </w:p>
    <w:p>
      <w:r>
        <w:rPr>
          <w:b/>
        </w:rPr>
        <w:t>원본 참조표 1</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5"/>
              </w:rPr>
              <w:t>구분</w:t>
            </w:r>
          </w:p>
        </w:tc>
        <w:tc>
          <w:tcPr>
            <w:tcW w:type="dxa" w:w="2466"/>
          </w:tcPr>
          <w:p>
            <w:r/>
            <w:r>
              <w:rPr>
                <w:rFonts w:ascii="Malgun Gothic" w:hAnsi="Malgun Gothic" w:eastAsia="Malgun Gothic"/>
                <w:b/>
                <w:sz w:val="15"/>
              </w:rPr>
              <w:t>중간보고 (n=994)</w:t>
            </w:r>
          </w:p>
        </w:tc>
        <w:tc>
          <w:tcPr>
            <w:tcW w:type="dxa" w:w="2466"/>
          </w:tcPr>
          <w:p>
            <w:r/>
            <w:r>
              <w:rPr>
                <w:rFonts w:ascii="Malgun Gothic" w:hAnsi="Malgun Gothic" w:eastAsia="Malgun Gothic"/>
                <w:b/>
                <w:sz w:val="15"/>
              </w:rPr>
              <w:t>0402 보고 (n=99)</w:t>
            </w:r>
          </w:p>
        </w:tc>
        <w:tc>
          <w:tcPr>
            <w:tcW w:type="dxa" w:w="2466"/>
          </w:tcPr>
          <w:p>
            <w:r/>
            <w:r>
              <w:rPr>
                <w:rFonts w:ascii="Malgun Gothic" w:hAnsi="Malgun Gothic" w:eastAsia="Malgun Gothic"/>
                <w:b/>
                <w:sz w:val="15"/>
              </w:rPr>
              <w:t>0413 보고 ★ 현재 (n=998)</w:t>
            </w:r>
          </w:p>
        </w:tc>
      </w:tr>
      <w:tr>
        <w:trPr>
          <w:cantSplit/>
        </w:trPr>
        <w:tc>
          <w:tcPr>
            <w:tcW w:type="dxa" w:w="2466"/>
            <w:vAlign w:val="center"/>
          </w:tcPr>
          <w:p>
            <w:r/>
            <w:r>
              <w:rPr>
                <w:rFonts w:ascii="Malgun Gothic" w:hAnsi="Malgun Gothic" w:eastAsia="Malgun Gothic"/>
                <w:b w:val="0"/>
                <w:sz w:val="15"/>
              </w:rPr>
              <w:t>데이터 규모</w:t>
            </w:r>
          </w:p>
        </w:tc>
        <w:tc>
          <w:tcPr>
            <w:tcW w:type="dxa" w:w="2466"/>
            <w:vAlign w:val="center"/>
          </w:tcPr>
          <w:p>
            <w:r/>
            <w:r>
              <w:rPr>
                <w:rFonts w:ascii="Malgun Gothic" w:hAnsi="Malgun Gothic" w:eastAsia="Malgun Gothic"/>
                <w:b w:val="0"/>
                <w:sz w:val="15"/>
              </w:rPr>
              <w:t>n=994 전체</w:t>
            </w:r>
          </w:p>
        </w:tc>
        <w:tc>
          <w:tcPr>
            <w:tcW w:type="dxa" w:w="2466"/>
            <w:vAlign w:val="center"/>
          </w:tcPr>
          <w:p>
            <w:r/>
            <w:r>
              <w:rPr>
                <w:rFonts w:ascii="Malgun Gothic" w:hAnsi="Malgun Gothic" w:eastAsia="Malgun Gothic"/>
                <w:b w:val="0"/>
                <w:sz w:val="15"/>
              </w:rPr>
              <w:t>n=99 파일럿</w:t>
            </w:r>
          </w:p>
        </w:tc>
        <w:tc>
          <w:tcPr>
            <w:tcW w:type="dxa" w:w="2466"/>
            <w:vAlign w:val="center"/>
          </w:tcPr>
          <w:p>
            <w:r/>
            <w:r>
              <w:rPr>
                <w:rFonts w:ascii="Malgun Gothic" w:hAnsi="Malgun Gothic" w:eastAsia="Malgun Gothic"/>
                <w:b w:val="0"/>
                <w:sz w:val="15"/>
              </w:rPr>
              <w:t>n=998 전체 확정</w:t>
            </w:r>
          </w:p>
        </w:tc>
      </w:tr>
      <w:tr>
        <w:trPr>
          <w:cantSplit/>
        </w:trPr>
        <w:tc>
          <w:tcPr>
            <w:tcW w:type="dxa" w:w="2466"/>
            <w:vAlign w:val="center"/>
          </w:tcPr>
          <w:p>
            <w:r/>
            <w:r>
              <w:rPr>
                <w:rFonts w:ascii="Malgun Gothic" w:hAnsi="Malgun Gothic" w:eastAsia="Malgun Gothic"/>
                <w:b w:val="0"/>
                <w:sz w:val="15"/>
              </w:rPr>
              <w:t>stress 평균</w:t>
            </w:r>
          </w:p>
        </w:tc>
        <w:tc>
          <w:tcPr>
            <w:tcW w:type="dxa" w:w="2466"/>
            <w:vAlign w:val="center"/>
          </w:tcPr>
          <w:p>
            <w:r/>
            <w:r>
              <w:rPr>
                <w:rFonts w:ascii="Malgun Gothic" w:hAnsi="Malgun Gothic" w:eastAsia="Malgun Gothic"/>
                <w:b w:val="0"/>
                <w:sz w:val="15"/>
              </w:rPr>
              <w:t>0.2614</w:t>
            </w:r>
          </w:p>
        </w:tc>
        <w:tc>
          <w:tcPr>
            <w:tcW w:type="dxa" w:w="2466"/>
            <w:vAlign w:val="center"/>
          </w:tcPr>
          <w:p>
            <w:r/>
            <w:r>
              <w:rPr>
                <w:rFonts w:ascii="Malgun Gothic" w:hAnsi="Malgun Gothic" w:eastAsia="Malgun Gothic"/>
                <w:b w:val="0"/>
                <w:sz w:val="15"/>
              </w:rPr>
              <w:t>0.4913</w:t>
            </w:r>
          </w:p>
        </w:tc>
        <w:tc>
          <w:tcPr>
            <w:tcW w:type="dxa" w:w="2466"/>
            <w:vAlign w:val="center"/>
          </w:tcPr>
          <w:p>
            <w:r/>
            <w:r>
              <w:rPr>
                <w:rFonts w:ascii="Malgun Gothic" w:hAnsi="Malgun Gothic" w:eastAsia="Malgun Gothic"/>
                <w:b w:val="0"/>
                <w:sz w:val="15"/>
              </w:rPr>
              <w:t>0.6221 (전역기준)</w:t>
            </w:r>
          </w:p>
        </w:tc>
      </w:tr>
      <w:tr>
        <w:trPr>
          <w:cantSplit/>
        </w:trPr>
        <w:tc>
          <w:tcPr>
            <w:tcW w:type="dxa" w:w="2466"/>
            <w:vAlign w:val="center"/>
          </w:tcPr>
          <w:p>
            <w:r/>
            <w:r>
              <w:rPr>
                <w:rFonts w:ascii="Malgun Gothic" w:hAnsi="Malgun Gothic" w:eastAsia="Malgun Gothic"/>
                <w:b w:val="0"/>
                <w:sz w:val="15"/>
              </w:rPr>
              <w:t>energy r</w:t>
            </w:r>
          </w:p>
        </w:tc>
        <w:tc>
          <w:tcPr>
            <w:tcW w:type="dxa" w:w="2466"/>
            <w:vAlign w:val="center"/>
          </w:tcPr>
          <w:p>
            <w:r/>
            <w:r>
              <w:rPr>
                <w:rFonts w:ascii="Malgun Gothic" w:hAnsi="Malgun Gothic" w:eastAsia="Malgun Gothic"/>
                <w:b w:val="0"/>
                <w:sz w:val="15"/>
              </w:rPr>
              <w:t>r=0.8115</w:t>
            </w:r>
          </w:p>
        </w:tc>
        <w:tc>
          <w:tcPr>
            <w:tcW w:type="dxa" w:w="2466"/>
            <w:vAlign w:val="center"/>
          </w:tcPr>
          <w:p>
            <w:r/>
            <w:r>
              <w:rPr>
                <w:rFonts w:ascii="Malgun Gothic" w:hAnsi="Malgun Gothic" w:eastAsia="Malgun Gothic"/>
                <w:b w:val="0"/>
                <w:sz w:val="15"/>
              </w:rPr>
              <w:t>r=0.6720</w:t>
            </w:r>
          </w:p>
        </w:tc>
        <w:tc>
          <w:tcPr>
            <w:tcW w:type="dxa" w:w="2466"/>
            <w:vAlign w:val="center"/>
          </w:tcPr>
          <w:p>
            <w:r/>
            <w:r>
              <w:rPr>
                <w:rFonts w:ascii="Malgun Gothic" w:hAnsi="Malgun Gothic" w:eastAsia="Malgun Gothic"/>
                <w:b w:val="0"/>
                <w:sz w:val="15"/>
              </w:rPr>
              <w:t>r=0.6298 ✓</w:t>
            </w:r>
          </w:p>
        </w:tc>
      </w:tr>
      <w:tr>
        <w:trPr>
          <w:cantSplit/>
        </w:trPr>
        <w:tc>
          <w:tcPr>
            <w:tcW w:type="dxa" w:w="2466"/>
            <w:vAlign w:val="center"/>
          </w:tcPr>
          <w:p>
            <w:r/>
            <w:r>
              <w:rPr>
                <w:rFonts w:ascii="Malgun Gothic" w:hAnsi="Malgun Gothic" w:eastAsia="Malgun Gothic"/>
                <w:b w:val="0"/>
                <w:sz w:val="15"/>
              </w:rPr>
              <w:t>duration 방향</w:t>
            </w:r>
          </w:p>
        </w:tc>
        <w:tc>
          <w:tcPr>
            <w:tcW w:type="dxa" w:w="2466"/>
            <w:vAlign w:val="center"/>
          </w:tcPr>
          <w:p>
            <w:r/>
            <w:r>
              <w:rPr>
                <w:rFonts w:ascii="Malgun Gothic" w:hAnsi="Malgun Gothic" w:eastAsia="Malgun Gothic"/>
                <w:b w:val="0"/>
                <w:sz w:val="15"/>
              </w:rPr>
              <w:t>음(−) r=−0.125</w:t>
            </w:r>
          </w:p>
        </w:tc>
        <w:tc>
          <w:tcPr>
            <w:tcW w:type="dxa" w:w="2466"/>
            <w:vAlign w:val="center"/>
          </w:tcPr>
          <w:p>
            <w:r/>
            <w:r>
              <w:rPr>
                <w:rFonts w:ascii="Malgun Gothic" w:hAnsi="Malgun Gothic" w:eastAsia="Malgun Gothic"/>
                <w:b w:val="0"/>
                <w:sz w:val="15"/>
              </w:rPr>
              <w:t>중간 r=−0.444</w:t>
            </w:r>
          </w:p>
        </w:tc>
        <w:tc>
          <w:tcPr>
            <w:tcW w:type="dxa" w:w="2466"/>
            <w:vAlign w:val="center"/>
          </w:tcPr>
          <w:p>
            <w:r/>
            <w:r>
              <w:rPr>
                <w:rFonts w:ascii="Malgun Gothic" w:hAnsi="Malgun Gothic" w:eastAsia="Malgun Gothic"/>
                <w:b w:val="0"/>
                <w:sz w:val="15"/>
              </w:rPr>
              <w:t>중간-강 r=−0.514 ✓</w:t>
            </w:r>
          </w:p>
        </w:tc>
      </w:tr>
      <w:tr>
        <w:trPr>
          <w:cantSplit/>
        </w:trPr>
        <w:tc>
          <w:tcPr>
            <w:tcW w:type="dxa" w:w="2466"/>
            <w:vAlign w:val="center"/>
          </w:tcPr>
          <w:p>
            <w:r/>
            <w:r>
              <w:rPr>
                <w:rFonts w:ascii="Malgun Gothic" w:hAnsi="Malgun Gothic" w:eastAsia="Malgun Gothic"/>
                <w:b w:val="0"/>
                <w:sz w:val="15"/>
              </w:rPr>
              <w:t>다변량 OLS</w:t>
            </w:r>
          </w:p>
        </w:tc>
        <w:tc>
          <w:tcPr>
            <w:tcW w:type="dxa" w:w="2466"/>
            <w:vAlign w:val="center"/>
          </w:tcPr>
          <w:p>
            <w:r/>
            <w:r>
              <w:rPr>
                <w:rFonts w:ascii="Malgun Gothic" w:hAnsi="Malgun Gothic" w:eastAsia="Malgun Gothic"/>
                <w:b w:val="0"/>
                <w:sz w:val="15"/>
              </w:rPr>
              <w:t>duration p=1.000 소실</w:t>
            </w:r>
          </w:p>
        </w:tc>
        <w:tc>
          <w:tcPr>
            <w:tcW w:type="dxa" w:w="2466"/>
            <w:vAlign w:val="center"/>
          </w:tcPr>
          <w:p>
            <w:r/>
            <w:r>
              <w:rPr>
                <w:rFonts w:ascii="Malgun Gothic" w:hAnsi="Malgun Gothic" w:eastAsia="Malgun Gothic"/>
                <w:b w:val="0"/>
                <w:sz w:val="15"/>
              </w:rPr>
              <w:t>z-score 재분석 정상복원</w:t>
            </w:r>
          </w:p>
        </w:tc>
        <w:tc>
          <w:tcPr>
            <w:tcW w:type="dxa" w:w="2466"/>
            <w:vAlign w:val="center"/>
          </w:tcPr>
          <w:p>
            <w:r/>
            <w:r>
              <w:rPr>
                <w:rFonts w:ascii="Malgun Gothic" w:hAnsi="Malgun Gothic" w:eastAsia="Malgun Gothic"/>
                <w:b w:val="0"/>
                <w:sz w:val="15"/>
              </w:rPr>
              <w:t>전체 변수 p&lt;.001 확인</w:t>
            </w:r>
          </w:p>
        </w:tc>
      </w:tr>
    </w:tbl>
    <w:p/>
    <w:p>
      <w:r>
        <w:t>주. ★ 0413 보고는 datasets0413 전체 n=998 최종 확정 버전. 전역 z-score 기준 적용으로 stress_score 절대값이 이전 보고 대비 상이하나 순위 구조(Spearman r≥0.97) 동일 유지.</w:t>
      </w:r>
    </w:p>
    <w:p>
      <w:pPr>
        <w:pStyle w:val="Heading1"/>
      </w:pPr>
      <w:r>
        <w:t>3. 연구 방법</w:t>
      </w:r>
    </w:p>
    <w:p>
      <w:pPr>
        <w:pStyle w:val="Heading2"/>
      </w:pPr>
      <w:r>
        <w:t>3.1. 연구 데이터</w:t>
      </w:r>
    </w:p>
    <w:p>
      <w:pPr>
        <w:pStyle w:val="Heading3"/>
      </w:pPr>
      <w:r>
        <w:t>3.1.1. VOC 음성 데이터</w:t>
      </w:r>
    </w:p>
    <w:p>
      <w:r>
        <w:t>본 연구는 국내 콜센터 고객 상담 과정에서 수집된 VOC 음성 데이터를 분석 대상으로 사용하였다. 원본 데이터는 총 1,000건으로 수집되었으며, g723_1 압축 코덱 WAV 파일을 ffmpeg를 통해 16kHz 모노 PCM으로 변환 후 librosa 기반 음성 특징을 추출하였다. 최종 유효 분석 건수는 998건이다.</w:t>
      </w:r>
    </w:p>
    <w:p>
      <w:pPr>
        <w:pStyle w:val="Heading3"/>
      </w:pPr>
      <w:r>
        <w:t>3.1.2. 데이터 전처리</w:t>
      </w:r>
    </w:p>
    <w:p>
      <w:r>
        <w:t>음성 변환: g723_1 코덱 WAV → ffmpeg 16kHz 모노 PCM WAV 변환</w:t>
      </w:r>
    </w:p>
    <w:p>
      <w:r>
        <w:t>음성 특징 추출: librosa.feature.rms() → energy_mean, librosa.pyin() → pitch_mean, soundfile → duration_sec</w:t>
      </w:r>
    </w:p>
    <w:p>
      <w:r>
        <w:t>STT 매칭 및 wpm 재계산: wav_id 기준 텍스트 매칭, wpm = word_cnt × 60 / duration_sec</w:t>
      </w:r>
    </w:p>
    <w:p>
      <w:r>
        <w:t>전역 기준 stress_score 산출: n=998 μ·σ 고정 z-score → 전역 min/max 기준 min-max 정규화</w:t>
      </w:r>
    </w:p>
    <w:p>
      <w:pPr>
        <w:pStyle w:val="Heading2"/>
      </w:pPr>
      <w:r>
        <w:t>3.2. 스트레스 지수 설계</w:t>
      </w:r>
    </w:p>
    <w:p>
      <w:pPr>
        <w:pStyle w:val="Heading3"/>
      </w:pPr>
      <w:r>
        <w:t>3.2.1. 지수 생성 수식</w:t>
      </w:r>
    </w:p>
    <w:p>
      <w:r>
        <w:t>z_i = (x_i − μ_global) / σ_global</w:t>
      </w:r>
    </w:p>
    <w:p>
      <w:r>
        <w:t>stress_raw = (z_energy + z_pitch + z_wpm − z_duration) / 4</w:t>
      </w:r>
    </w:p>
    <w:p>
      <w:r>
        <w:t>stress_score = (stress_raw − min_global) / (max_global − min_global)</w:t>
      </w:r>
    </w:p>
    <w:p>
      <w:pPr>
        <w:pStyle w:val="Heading3"/>
      </w:pPr>
      <w:r>
        <w:t>3.2.2. 변수별 정의 및 방향성</w:t>
      </w:r>
    </w:p>
    <w:p>
      <w:r>
        <w:t>표 3-1. 음성 특징 변수 정의</w:t>
      </w:r>
    </w:p>
    <w:p>
      <w:r>
        <w:rPr>
          <w:b/>
        </w:rPr>
        <w:t>원본 참조표 2</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5"/>
              </w:rPr>
              <w:t>변수</w:t>
            </w:r>
          </w:p>
        </w:tc>
        <w:tc>
          <w:tcPr>
            <w:tcW w:type="dxa" w:w="2466"/>
          </w:tcPr>
          <w:p>
            <w:r/>
            <w:r>
              <w:rPr>
                <w:rFonts w:ascii="Malgun Gothic" w:hAnsi="Malgun Gothic" w:eastAsia="Malgun Gothic"/>
                <w:b/>
                <w:sz w:val="15"/>
              </w:rPr>
              <w:t>명칭</w:t>
            </w:r>
          </w:p>
        </w:tc>
        <w:tc>
          <w:tcPr>
            <w:tcW w:type="dxa" w:w="2466"/>
          </w:tcPr>
          <w:p>
            <w:r/>
            <w:r>
              <w:rPr>
                <w:rFonts w:ascii="Malgun Gothic" w:hAnsi="Malgun Gothic" w:eastAsia="Malgun Gothic"/>
                <w:b/>
                <w:sz w:val="15"/>
              </w:rPr>
              <w:t>추출 방법</w:t>
            </w:r>
          </w:p>
        </w:tc>
        <w:tc>
          <w:tcPr>
            <w:tcW w:type="dxa" w:w="2466"/>
          </w:tcPr>
          <w:p>
            <w:r/>
            <w:r>
              <w:rPr>
                <w:rFonts w:ascii="Malgun Gothic" w:hAnsi="Malgun Gothic" w:eastAsia="Malgun Gothic"/>
                <w:b/>
                <w:sz w:val="15"/>
              </w:rPr>
              <w:t>지수 방향</w:t>
            </w:r>
          </w:p>
        </w:tc>
      </w:tr>
      <w:tr>
        <w:trPr>
          <w:cantSplit/>
        </w:trPr>
        <w:tc>
          <w:tcPr>
            <w:tcW w:type="dxa" w:w="2466"/>
            <w:vAlign w:val="center"/>
          </w:tcPr>
          <w:p>
            <w:r/>
            <w:r>
              <w:rPr>
                <w:rFonts w:ascii="Malgun Gothic" w:hAnsi="Malgun Gothic" w:eastAsia="Malgun Gothic"/>
                <w:b w:val="0"/>
                <w:sz w:val="15"/>
              </w:rPr>
              <w:t>energy_mean</w:t>
            </w:r>
          </w:p>
        </w:tc>
        <w:tc>
          <w:tcPr>
            <w:tcW w:type="dxa" w:w="2466"/>
            <w:vAlign w:val="center"/>
          </w:tcPr>
          <w:p>
            <w:r/>
            <w:r>
              <w:rPr>
                <w:rFonts w:ascii="Malgun Gothic" w:hAnsi="Malgun Gothic" w:eastAsia="Malgun Gothic"/>
                <w:b w:val="0"/>
                <w:sz w:val="15"/>
              </w:rPr>
              <w:t>음성 에너지</w:t>
            </w:r>
          </w:p>
        </w:tc>
        <w:tc>
          <w:tcPr>
            <w:tcW w:type="dxa" w:w="2466"/>
            <w:vAlign w:val="center"/>
          </w:tcPr>
          <w:p>
            <w:r/>
            <w:r>
              <w:rPr>
                <w:rFonts w:ascii="Malgun Gothic" w:hAnsi="Malgun Gothic" w:eastAsia="Malgun Gothic"/>
                <w:b w:val="0"/>
                <w:sz w:val="15"/>
              </w:rPr>
              <w:t>librosa.feature.rms() · frame_length=2048, hop_length=512</w:t>
            </w:r>
          </w:p>
        </w:tc>
        <w:tc>
          <w:tcPr>
            <w:tcW w:type="dxa" w:w="2466"/>
            <w:vAlign w:val="center"/>
          </w:tcPr>
          <w:p>
            <w:r/>
            <w:r>
              <w:rPr>
                <w:rFonts w:ascii="Malgun Gothic" w:hAnsi="Malgun Gothic" w:eastAsia="Malgun Gothic"/>
                <w:b w:val="0"/>
                <w:sz w:val="15"/>
              </w:rPr>
              <w:t>+ (양)</w:t>
            </w:r>
          </w:p>
        </w:tc>
      </w:tr>
      <w:tr>
        <w:trPr>
          <w:cantSplit/>
        </w:trPr>
        <w:tc>
          <w:tcPr>
            <w:tcW w:type="dxa" w:w="2466"/>
            <w:vAlign w:val="center"/>
          </w:tcPr>
          <w:p>
            <w:r/>
            <w:r>
              <w:rPr>
                <w:rFonts w:ascii="Malgun Gothic" w:hAnsi="Malgun Gothic" w:eastAsia="Malgun Gothic"/>
                <w:b w:val="0"/>
                <w:sz w:val="15"/>
              </w:rPr>
              <w:t>pitch_mean</w:t>
            </w:r>
          </w:p>
        </w:tc>
        <w:tc>
          <w:tcPr>
            <w:tcW w:type="dxa" w:w="2466"/>
            <w:vAlign w:val="center"/>
          </w:tcPr>
          <w:p>
            <w:r/>
            <w:r>
              <w:rPr>
                <w:rFonts w:ascii="Malgun Gothic" w:hAnsi="Malgun Gothic" w:eastAsia="Malgun Gothic"/>
                <w:b w:val="0"/>
                <w:sz w:val="15"/>
              </w:rPr>
              <w:t>기본 주파수 (Hz)</w:t>
            </w:r>
          </w:p>
        </w:tc>
        <w:tc>
          <w:tcPr>
            <w:tcW w:type="dxa" w:w="2466"/>
            <w:vAlign w:val="center"/>
          </w:tcPr>
          <w:p>
            <w:r/>
            <w:r>
              <w:rPr>
                <w:rFonts w:ascii="Malgun Gothic" w:hAnsi="Malgun Gothic" w:eastAsia="Malgun Gothic"/>
                <w:b w:val="0"/>
                <w:sz w:val="15"/>
              </w:rPr>
              <w:t>librosa.pyin() · fmin=65Hz, fmax=2093Hz · voiced F0 평균</w:t>
            </w:r>
          </w:p>
        </w:tc>
        <w:tc>
          <w:tcPr>
            <w:tcW w:type="dxa" w:w="2466"/>
            <w:vAlign w:val="center"/>
          </w:tcPr>
          <w:p>
            <w:r/>
            <w:r>
              <w:rPr>
                <w:rFonts w:ascii="Malgun Gothic" w:hAnsi="Malgun Gothic" w:eastAsia="Malgun Gothic"/>
                <w:b w:val="0"/>
                <w:sz w:val="15"/>
              </w:rPr>
              <w:t>+ (양)</w:t>
            </w:r>
          </w:p>
        </w:tc>
      </w:tr>
      <w:tr>
        <w:trPr>
          <w:cantSplit/>
        </w:trPr>
        <w:tc>
          <w:tcPr>
            <w:tcW w:type="dxa" w:w="2466"/>
            <w:vAlign w:val="center"/>
          </w:tcPr>
          <w:p>
            <w:r/>
            <w:r>
              <w:rPr>
                <w:rFonts w:ascii="Malgun Gothic" w:hAnsi="Malgun Gothic" w:eastAsia="Malgun Gothic"/>
                <w:b w:val="0"/>
                <w:sz w:val="15"/>
              </w:rPr>
              <w:t>wpm</w:t>
            </w:r>
          </w:p>
        </w:tc>
        <w:tc>
          <w:tcPr>
            <w:tcW w:type="dxa" w:w="2466"/>
            <w:vAlign w:val="center"/>
          </w:tcPr>
          <w:p>
            <w:r/>
            <w:r>
              <w:rPr>
                <w:rFonts w:ascii="Malgun Gothic" w:hAnsi="Malgun Gothic" w:eastAsia="Malgun Gothic"/>
                <w:b w:val="0"/>
                <w:sz w:val="15"/>
              </w:rPr>
              <w:t>발화 속도</w:t>
            </w:r>
          </w:p>
        </w:tc>
        <w:tc>
          <w:tcPr>
            <w:tcW w:type="dxa" w:w="2466"/>
            <w:vAlign w:val="center"/>
          </w:tcPr>
          <w:p>
            <w:r/>
            <w:r>
              <w:rPr>
                <w:rFonts w:ascii="Malgun Gothic" w:hAnsi="Malgun Gothic" w:eastAsia="Malgun Gothic"/>
                <w:b w:val="0"/>
                <w:sz w:val="15"/>
              </w:rPr>
              <w:t>word_cnt × 60 / duration_sec</w:t>
            </w:r>
          </w:p>
        </w:tc>
        <w:tc>
          <w:tcPr>
            <w:tcW w:type="dxa" w:w="2466"/>
            <w:vAlign w:val="center"/>
          </w:tcPr>
          <w:p>
            <w:r/>
            <w:r>
              <w:rPr>
                <w:rFonts w:ascii="Malgun Gothic" w:hAnsi="Malgun Gothic" w:eastAsia="Malgun Gothic"/>
                <w:b w:val="0"/>
                <w:sz w:val="15"/>
              </w:rPr>
              <w:t>+ (양)</w:t>
            </w:r>
          </w:p>
        </w:tc>
      </w:tr>
      <w:tr>
        <w:trPr>
          <w:cantSplit/>
        </w:trPr>
        <w:tc>
          <w:tcPr>
            <w:tcW w:type="dxa" w:w="2466"/>
            <w:vAlign w:val="center"/>
          </w:tcPr>
          <w:p>
            <w:r/>
            <w:r>
              <w:rPr>
                <w:rFonts w:ascii="Malgun Gothic" w:hAnsi="Malgun Gothic" w:eastAsia="Malgun Gothic"/>
                <w:b w:val="0"/>
                <w:sz w:val="15"/>
              </w:rPr>
              <w:t>duration_sec</w:t>
            </w:r>
          </w:p>
        </w:tc>
        <w:tc>
          <w:tcPr>
            <w:tcW w:type="dxa" w:w="2466"/>
            <w:vAlign w:val="center"/>
          </w:tcPr>
          <w:p>
            <w:r/>
            <w:r>
              <w:rPr>
                <w:rFonts w:ascii="Malgun Gothic" w:hAnsi="Malgun Gothic" w:eastAsia="Malgun Gothic"/>
                <w:b w:val="0"/>
                <w:sz w:val="15"/>
              </w:rPr>
              <w:t>발화 길이 (초)</w:t>
            </w:r>
          </w:p>
        </w:tc>
        <w:tc>
          <w:tcPr>
            <w:tcW w:type="dxa" w:w="2466"/>
            <w:vAlign w:val="center"/>
          </w:tcPr>
          <w:p>
            <w:r/>
            <w:r>
              <w:rPr>
                <w:rFonts w:ascii="Malgun Gothic" w:hAnsi="Malgun Gothic" w:eastAsia="Malgun Gothic"/>
                <w:b w:val="0"/>
                <w:sz w:val="15"/>
              </w:rPr>
              <w:t>soundfile.info().frames / samplerate · 단발성 고스트레스 가설</w:t>
            </w:r>
          </w:p>
        </w:tc>
        <w:tc>
          <w:tcPr>
            <w:tcW w:type="dxa" w:w="2466"/>
            <w:vAlign w:val="center"/>
          </w:tcPr>
          <w:p>
            <w:r/>
            <w:r>
              <w:rPr>
                <w:rFonts w:ascii="Malgun Gothic" w:hAnsi="Malgun Gothic" w:eastAsia="Malgun Gothic"/>
                <w:b w:val="0"/>
                <w:sz w:val="15"/>
              </w:rPr>
              <w:t>− (음)</w:t>
            </w:r>
          </w:p>
        </w:tc>
      </w:tr>
    </w:tbl>
    <w:p/>
    <w:p>
      <w:pPr>
        <w:pStyle w:val="Heading2"/>
      </w:pPr>
      <w:r>
        <w:t>3.3. 구성 타당도 검증 방법</w:t>
      </w:r>
    </w:p>
    <w:p>
      <w:r>
        <w:t>표 3-2. 구성 타당도 검증 5단계</w:t>
      </w:r>
    </w:p>
    <w:p>
      <w:r>
        <w:rPr>
          <w:b/>
        </w:rPr>
        <w:t>원본 참조표 3</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5"/>
              </w:rPr>
              <w:t>단계</w:t>
            </w:r>
          </w:p>
        </w:tc>
        <w:tc>
          <w:tcPr>
            <w:tcW w:type="dxa" w:w="2466"/>
          </w:tcPr>
          <w:p>
            <w:r/>
            <w:r>
              <w:rPr>
                <w:rFonts w:ascii="Malgun Gothic" w:hAnsi="Malgun Gothic" w:eastAsia="Malgun Gothic"/>
                <w:b/>
                <w:sz w:val="15"/>
              </w:rPr>
              <w:t>검증 방법</w:t>
            </w:r>
          </w:p>
        </w:tc>
        <w:tc>
          <w:tcPr>
            <w:tcW w:type="dxa" w:w="2466"/>
          </w:tcPr>
          <w:p>
            <w:r/>
            <w:r>
              <w:rPr>
                <w:rFonts w:ascii="Malgun Gothic" w:hAnsi="Malgun Gothic" w:eastAsia="Malgun Gothic"/>
                <w:b/>
                <w:sz w:val="15"/>
              </w:rPr>
              <w:t>기준</w:t>
            </w:r>
          </w:p>
        </w:tc>
        <w:tc>
          <w:tcPr>
            <w:tcW w:type="dxa" w:w="2466"/>
          </w:tcPr>
          <w:p>
            <w:r/>
            <w:r>
              <w:rPr>
                <w:rFonts w:ascii="Malgun Gothic" w:hAnsi="Malgun Gothic" w:eastAsia="Malgun Gothic"/>
                <w:b/>
                <w:sz w:val="15"/>
              </w:rPr>
              <w:t>도구</w:t>
            </w:r>
          </w:p>
        </w:tc>
      </w:tr>
      <w:tr>
        <w:trPr>
          <w:cantSplit/>
        </w:trPr>
        <w:tc>
          <w:tcPr>
            <w:tcW w:type="dxa" w:w="2466"/>
            <w:vAlign w:val="center"/>
          </w:tcPr>
          <w:p>
            <w:r/>
            <w:r>
              <w:rPr>
                <w:rFonts w:ascii="Malgun Gothic" w:hAnsi="Malgun Gothic" w:eastAsia="Malgun Gothic"/>
                <w:b w:val="0"/>
                <w:sz w:val="15"/>
              </w:rPr>
              <w:t>①</w:t>
            </w:r>
          </w:p>
        </w:tc>
        <w:tc>
          <w:tcPr>
            <w:tcW w:type="dxa" w:w="2466"/>
            <w:vAlign w:val="center"/>
          </w:tcPr>
          <w:p>
            <w:r/>
            <w:r>
              <w:rPr>
                <w:rFonts w:ascii="Malgun Gothic" w:hAnsi="Malgun Gothic" w:eastAsia="Malgun Gothic"/>
                <w:b w:val="0"/>
                <w:sz w:val="15"/>
              </w:rPr>
              <w:t>수렴 타당도</w:t>
            </w:r>
          </w:p>
        </w:tc>
        <w:tc>
          <w:tcPr>
            <w:tcW w:type="dxa" w:w="2466"/>
            <w:vAlign w:val="center"/>
          </w:tcPr>
          <w:p>
            <w:r/>
            <w:r>
              <w:rPr>
                <w:rFonts w:ascii="Malgun Gothic" w:hAnsi="Malgun Gothic" w:eastAsia="Malgun Gothic"/>
                <w:b w:val="0"/>
                <w:sz w:val="15"/>
              </w:rPr>
              <w:t>|r| ≥ 0.5 (energy, pitch)</w:t>
            </w:r>
          </w:p>
        </w:tc>
        <w:tc>
          <w:tcPr>
            <w:tcW w:type="dxa" w:w="2466"/>
            <w:vAlign w:val="center"/>
          </w:tcPr>
          <w:p>
            <w:r/>
            <w:r>
              <w:rPr>
                <w:rFonts w:ascii="Malgun Gothic" w:hAnsi="Malgun Gothic" w:eastAsia="Malgun Gothic"/>
                <w:b w:val="0"/>
                <w:sz w:val="15"/>
              </w:rPr>
              <w:t>Pearson r + Bootstrap 2,000회 95% CI</w:t>
            </w:r>
          </w:p>
        </w:tc>
      </w:tr>
      <w:tr>
        <w:trPr>
          <w:cantSplit/>
        </w:trPr>
        <w:tc>
          <w:tcPr>
            <w:tcW w:type="dxa" w:w="2466"/>
            <w:vAlign w:val="center"/>
          </w:tcPr>
          <w:p>
            <w:r/>
            <w:r>
              <w:rPr>
                <w:rFonts w:ascii="Malgun Gothic" w:hAnsi="Malgun Gothic" w:eastAsia="Malgun Gothic"/>
                <w:b w:val="0"/>
                <w:sz w:val="15"/>
              </w:rPr>
              <w:t>②</w:t>
            </w:r>
          </w:p>
        </w:tc>
        <w:tc>
          <w:tcPr>
            <w:tcW w:type="dxa" w:w="2466"/>
            <w:vAlign w:val="center"/>
          </w:tcPr>
          <w:p>
            <w:r/>
            <w:r>
              <w:rPr>
                <w:rFonts w:ascii="Malgun Gothic" w:hAnsi="Malgun Gothic" w:eastAsia="Malgun Gothic"/>
                <w:b w:val="0"/>
                <w:sz w:val="15"/>
              </w:rPr>
              <w:t>판별 타당도</w:t>
            </w:r>
          </w:p>
        </w:tc>
        <w:tc>
          <w:tcPr>
            <w:tcW w:type="dxa" w:w="2466"/>
            <w:vAlign w:val="center"/>
          </w:tcPr>
          <w:p>
            <w:r/>
            <w:r>
              <w:rPr>
                <w:rFonts w:ascii="Malgun Gothic" w:hAnsi="Malgun Gothic" w:eastAsia="Malgun Gothic"/>
                <w:b w:val="0"/>
                <w:sz w:val="15"/>
              </w:rPr>
              <w:t>수렴보다 낮아야</w:t>
            </w:r>
          </w:p>
        </w:tc>
        <w:tc>
          <w:tcPr>
            <w:tcW w:type="dxa" w:w="2466"/>
            <w:vAlign w:val="center"/>
          </w:tcPr>
          <w:p>
            <w:r/>
            <w:r>
              <w:rPr>
                <w:rFonts w:ascii="Malgun Gothic" w:hAnsi="Malgun Gothic" w:eastAsia="Malgun Gothic"/>
                <w:b w:val="0"/>
                <w:sz w:val="15"/>
              </w:rPr>
              <w:t>wpm, duration_sec 상관계수 비교</w:t>
            </w:r>
          </w:p>
        </w:tc>
      </w:tr>
      <w:tr>
        <w:trPr>
          <w:cantSplit/>
        </w:trPr>
        <w:tc>
          <w:tcPr>
            <w:tcW w:type="dxa" w:w="2466"/>
            <w:vAlign w:val="center"/>
          </w:tcPr>
          <w:p>
            <w:r/>
            <w:r>
              <w:rPr>
                <w:rFonts w:ascii="Malgun Gothic" w:hAnsi="Malgun Gothic" w:eastAsia="Malgun Gothic"/>
                <w:b w:val="0"/>
                <w:sz w:val="15"/>
              </w:rPr>
              <w:t>③</w:t>
            </w:r>
          </w:p>
        </w:tc>
        <w:tc>
          <w:tcPr>
            <w:tcW w:type="dxa" w:w="2466"/>
            <w:vAlign w:val="center"/>
          </w:tcPr>
          <w:p>
            <w:r/>
            <w:r>
              <w:rPr>
                <w:rFonts w:ascii="Malgun Gothic" w:hAnsi="Malgun Gothic" w:eastAsia="Malgun Gothic"/>
                <w:b w:val="0"/>
                <w:sz w:val="15"/>
              </w:rPr>
              <w:t>가중치 민감도</w:t>
            </w:r>
          </w:p>
        </w:tc>
        <w:tc>
          <w:tcPr>
            <w:tcW w:type="dxa" w:w="2466"/>
            <w:vAlign w:val="center"/>
          </w:tcPr>
          <w:p>
            <w:r/>
            <w:r>
              <w:rPr>
                <w:rFonts w:ascii="Malgun Gothic" w:hAnsi="Malgun Gothic" w:eastAsia="Malgun Gothic"/>
                <w:b w:val="0"/>
                <w:sz w:val="15"/>
              </w:rPr>
              <w:t>r ≥ 0.85 유지</w:t>
            </w:r>
          </w:p>
        </w:tc>
        <w:tc>
          <w:tcPr>
            <w:tcW w:type="dxa" w:w="2466"/>
            <w:vAlign w:val="center"/>
          </w:tcPr>
          <w:p>
            <w:r/>
            <w:r>
              <w:rPr>
                <w:rFonts w:ascii="Malgun Gothic" w:hAnsi="Malgun Gothic" w:eastAsia="Malgun Gothic"/>
                <w:b w:val="0"/>
                <w:sz w:val="15"/>
              </w:rPr>
              <w:t>6가지 가중치 시나리오 비교</w:t>
            </w:r>
          </w:p>
        </w:tc>
      </w:tr>
      <w:tr>
        <w:trPr>
          <w:cantSplit/>
        </w:trPr>
        <w:tc>
          <w:tcPr>
            <w:tcW w:type="dxa" w:w="2466"/>
            <w:vAlign w:val="center"/>
          </w:tcPr>
          <w:p>
            <w:r/>
            <w:r>
              <w:rPr>
                <w:rFonts w:ascii="Malgun Gothic" w:hAnsi="Malgun Gothic" w:eastAsia="Malgun Gothic"/>
                <w:b w:val="0"/>
                <w:sz w:val="15"/>
              </w:rPr>
              <w:t>④</w:t>
            </w:r>
          </w:p>
        </w:tc>
        <w:tc>
          <w:tcPr>
            <w:tcW w:type="dxa" w:w="2466"/>
            <w:vAlign w:val="center"/>
          </w:tcPr>
          <w:p>
            <w:r/>
            <w:r>
              <w:rPr>
                <w:rFonts w:ascii="Malgun Gothic" w:hAnsi="Malgun Gothic" w:eastAsia="Malgun Gothic"/>
                <w:b w:val="0"/>
                <w:sz w:val="15"/>
              </w:rPr>
              <w:t>LOO 안정성</w:t>
            </w:r>
          </w:p>
        </w:tc>
        <w:tc>
          <w:tcPr>
            <w:tcW w:type="dxa" w:w="2466"/>
            <w:vAlign w:val="center"/>
          </w:tcPr>
          <w:p>
            <w:r/>
            <w:r>
              <w:rPr>
                <w:rFonts w:ascii="Malgun Gothic" w:hAnsi="Malgun Gothic" w:eastAsia="Malgun Gothic"/>
                <w:b w:val="0"/>
                <w:sz w:val="15"/>
              </w:rPr>
              <w:t>r ≥ 0.95=안정, ≥0.85=보통</w:t>
            </w:r>
          </w:p>
        </w:tc>
        <w:tc>
          <w:tcPr>
            <w:tcW w:type="dxa" w:w="2466"/>
            <w:vAlign w:val="center"/>
          </w:tcPr>
          <w:p>
            <w:r/>
            <w:r>
              <w:rPr>
                <w:rFonts w:ascii="Malgun Gothic" w:hAnsi="Malgun Gothic" w:eastAsia="Malgun Gothic"/>
                <w:b w:val="0"/>
                <w:sz w:val="15"/>
              </w:rPr>
              <w:t>변수별 제거 후 재산출 지수 비교</w:t>
            </w:r>
          </w:p>
        </w:tc>
      </w:tr>
      <w:tr>
        <w:trPr>
          <w:cantSplit/>
        </w:trPr>
        <w:tc>
          <w:tcPr>
            <w:tcW w:type="dxa" w:w="2466"/>
            <w:vAlign w:val="center"/>
          </w:tcPr>
          <w:p>
            <w:r/>
            <w:r>
              <w:rPr>
                <w:rFonts w:ascii="Malgun Gothic" w:hAnsi="Malgun Gothic" w:eastAsia="Malgun Gothic"/>
                <w:b w:val="0"/>
                <w:sz w:val="15"/>
              </w:rPr>
              <w:t>⑤</w:t>
            </w:r>
          </w:p>
        </w:tc>
        <w:tc>
          <w:tcPr>
            <w:tcW w:type="dxa" w:w="2466"/>
            <w:vAlign w:val="center"/>
          </w:tcPr>
          <w:p>
            <w:r/>
            <w:r>
              <w:rPr>
                <w:rFonts w:ascii="Malgun Gothic" w:hAnsi="Malgun Gothic" w:eastAsia="Malgun Gothic"/>
                <w:b w:val="0"/>
                <w:sz w:val="15"/>
              </w:rPr>
              <w:t>구간 프로파일 (ANOVA)</w:t>
            </w:r>
          </w:p>
        </w:tc>
        <w:tc>
          <w:tcPr>
            <w:tcW w:type="dxa" w:w="2466"/>
            <w:vAlign w:val="center"/>
          </w:tcPr>
          <w:p>
            <w:r/>
            <w:r>
              <w:rPr>
                <w:rFonts w:ascii="Malgun Gothic" w:hAnsi="Malgun Gothic" w:eastAsia="Malgun Gothic"/>
                <w:b w:val="0"/>
                <w:sz w:val="15"/>
              </w:rPr>
              <w:t>η² ≥ 0.14 (대효과)</w:t>
            </w:r>
          </w:p>
        </w:tc>
        <w:tc>
          <w:tcPr>
            <w:tcW w:type="dxa" w:w="2466"/>
            <w:vAlign w:val="center"/>
          </w:tcPr>
          <w:p>
            <w:r/>
            <w:r>
              <w:rPr>
                <w:rFonts w:ascii="Malgun Gothic" w:hAnsi="Malgun Gothic" w:eastAsia="Malgun Gothic"/>
                <w:b w:val="0"/>
                <w:sz w:val="15"/>
              </w:rPr>
              <w:t>저·중·고 3구간 One-Way ANOVA + Tukey HSD</w:t>
            </w:r>
          </w:p>
        </w:tc>
      </w:tr>
    </w:tbl>
    <w:p/>
    <w:p>
      <w:pPr>
        <w:pStyle w:val="Heading1"/>
      </w:pPr>
      <w:r>
        <w:t>4. 실험 결과</w:t>
      </w:r>
    </w:p>
    <w:p>
      <w:r>
        <w:t>기술통계 확인 후, 수렴/판별 타당도(상관+Bootstrap), 단변량·다변량 회귀분석, 가중치 민감도 분석, 구간 프로파일 분석(ANOVA), LOO 안정성 순으로 기술한다.</w:t>
      </w:r>
    </w:p>
    <w:p>
      <w:pPr>
        <w:pStyle w:val="Heading2"/>
      </w:pPr>
      <w:r>
        <w:t>4.1. 기술통계 (n=998)</w:t>
      </w:r>
    </w:p>
    <w:p>
      <w:r>
        <w:t>표 4-1. 주요 변수 기술통계 (n=998, datasets0413 전역 기준)</w:t>
      </w:r>
    </w:p>
    <w:p>
      <w:r>
        <w:rPr>
          <w:b/>
        </w:rPr>
        <w:t>원본 참조표 4</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5"/>
              </w:rPr>
              <w:t>변수</w:t>
            </w:r>
          </w:p>
        </w:tc>
        <w:tc>
          <w:tcPr>
            <w:tcW w:type="dxa" w:w="1233"/>
          </w:tcPr>
          <w:p>
            <w:r/>
            <w:r>
              <w:rPr>
                <w:rFonts w:ascii="Malgun Gothic" w:hAnsi="Malgun Gothic" w:eastAsia="Malgun Gothic"/>
                <w:b/>
                <w:sz w:val="15"/>
              </w:rPr>
              <w:t>평균</w:t>
            </w:r>
          </w:p>
        </w:tc>
        <w:tc>
          <w:tcPr>
            <w:tcW w:type="dxa" w:w="1233"/>
          </w:tcPr>
          <w:p>
            <w:r/>
            <w:r>
              <w:rPr>
                <w:rFonts w:ascii="Malgun Gothic" w:hAnsi="Malgun Gothic" w:eastAsia="Malgun Gothic"/>
                <w:b/>
                <w:sz w:val="15"/>
              </w:rPr>
              <w:t>표준편차</w:t>
            </w:r>
          </w:p>
        </w:tc>
        <w:tc>
          <w:tcPr>
            <w:tcW w:type="dxa" w:w="1233"/>
          </w:tcPr>
          <w:p>
            <w:r/>
            <w:r>
              <w:rPr>
                <w:rFonts w:ascii="Malgun Gothic" w:hAnsi="Malgun Gothic" w:eastAsia="Malgun Gothic"/>
                <w:b/>
                <w:sz w:val="15"/>
              </w:rPr>
              <w:t>최소</w:t>
            </w:r>
          </w:p>
        </w:tc>
        <w:tc>
          <w:tcPr>
            <w:tcW w:type="dxa" w:w="1233"/>
          </w:tcPr>
          <w:p>
            <w:r/>
            <w:r>
              <w:rPr>
                <w:rFonts w:ascii="Malgun Gothic" w:hAnsi="Malgun Gothic" w:eastAsia="Malgun Gothic"/>
                <w:b/>
                <w:sz w:val="15"/>
              </w:rPr>
              <w:t>25%</w:t>
            </w:r>
          </w:p>
        </w:tc>
        <w:tc>
          <w:tcPr>
            <w:tcW w:type="dxa" w:w="1233"/>
          </w:tcPr>
          <w:p>
            <w:r/>
            <w:r>
              <w:rPr>
                <w:rFonts w:ascii="Malgun Gothic" w:hAnsi="Malgun Gothic" w:eastAsia="Malgun Gothic"/>
                <w:b/>
                <w:sz w:val="15"/>
              </w:rPr>
              <w:t>중앙값</w:t>
            </w:r>
          </w:p>
        </w:tc>
        <w:tc>
          <w:tcPr>
            <w:tcW w:type="dxa" w:w="1233"/>
          </w:tcPr>
          <w:p>
            <w:r/>
            <w:r>
              <w:rPr>
                <w:rFonts w:ascii="Malgun Gothic" w:hAnsi="Malgun Gothic" w:eastAsia="Malgun Gothic"/>
                <w:b/>
                <w:sz w:val="15"/>
              </w:rPr>
              <w:t>75%</w:t>
            </w:r>
          </w:p>
        </w:tc>
        <w:tc>
          <w:tcPr>
            <w:tcW w:type="dxa" w:w="1233"/>
          </w:tcPr>
          <w:p>
            <w:r/>
            <w:r>
              <w:rPr>
                <w:rFonts w:ascii="Malgun Gothic" w:hAnsi="Malgun Gothic" w:eastAsia="Malgun Gothic"/>
                <w:b/>
                <w:sz w:val="15"/>
              </w:rPr>
              <w:t>최대</w:t>
            </w:r>
          </w:p>
        </w:tc>
      </w:tr>
      <w:tr>
        <w:trPr>
          <w:cantSplit/>
        </w:trPr>
        <w:tc>
          <w:tcPr>
            <w:tcW w:type="dxa" w:w="1233"/>
            <w:vAlign w:val="center"/>
          </w:tcPr>
          <w:p>
            <w:r/>
            <w:r>
              <w:rPr>
                <w:rFonts w:ascii="Malgun Gothic" w:hAnsi="Malgun Gothic" w:eastAsia="Malgun Gothic"/>
                <w:b w:val="0"/>
                <w:sz w:val="15"/>
              </w:rPr>
              <w:t>stress_score</w:t>
            </w:r>
          </w:p>
        </w:tc>
        <w:tc>
          <w:tcPr>
            <w:tcW w:type="dxa" w:w="1233"/>
            <w:vAlign w:val="center"/>
          </w:tcPr>
          <w:p>
            <w:r/>
            <w:r>
              <w:rPr>
                <w:rFonts w:ascii="Malgun Gothic" w:hAnsi="Malgun Gothic" w:eastAsia="Malgun Gothic"/>
                <w:b w:val="0"/>
                <w:sz w:val="15"/>
              </w:rPr>
              <w:t>0.6221</w:t>
            </w:r>
          </w:p>
        </w:tc>
        <w:tc>
          <w:tcPr>
            <w:tcW w:type="dxa" w:w="1233"/>
            <w:vAlign w:val="center"/>
          </w:tcPr>
          <w:p>
            <w:r/>
            <w:r>
              <w:rPr>
                <w:rFonts w:ascii="Malgun Gothic" w:hAnsi="Malgun Gothic" w:eastAsia="Malgun Gothic"/>
                <w:b w:val="0"/>
                <w:sz w:val="15"/>
              </w:rPr>
              <w:t>0.0681</w:t>
            </w:r>
          </w:p>
        </w:tc>
        <w:tc>
          <w:tcPr>
            <w:tcW w:type="dxa" w:w="1233"/>
            <w:vAlign w:val="center"/>
          </w:tcPr>
          <w:p>
            <w:r/>
            <w:r>
              <w:rPr>
                <w:rFonts w:ascii="Malgun Gothic" w:hAnsi="Malgun Gothic" w:eastAsia="Malgun Gothic"/>
                <w:b w:val="0"/>
                <w:sz w:val="15"/>
              </w:rPr>
              <w:t>0.320</w:t>
            </w:r>
          </w:p>
        </w:tc>
        <w:tc>
          <w:tcPr>
            <w:tcW w:type="dxa" w:w="1233"/>
            <w:vAlign w:val="center"/>
          </w:tcPr>
          <w:p>
            <w:r/>
            <w:r>
              <w:rPr>
                <w:rFonts w:ascii="Malgun Gothic" w:hAnsi="Malgun Gothic" w:eastAsia="Malgun Gothic"/>
                <w:b w:val="0"/>
                <w:sz w:val="15"/>
              </w:rPr>
              <w:t>0.5853</w:t>
            </w:r>
          </w:p>
        </w:tc>
        <w:tc>
          <w:tcPr>
            <w:tcW w:type="dxa" w:w="1233"/>
            <w:vAlign w:val="center"/>
          </w:tcPr>
          <w:p>
            <w:r/>
            <w:r>
              <w:rPr>
                <w:rFonts w:ascii="Malgun Gothic" w:hAnsi="Malgun Gothic" w:eastAsia="Malgun Gothic"/>
                <w:b w:val="0"/>
                <w:sz w:val="15"/>
              </w:rPr>
              <w:t>0.6247</w:t>
            </w:r>
          </w:p>
        </w:tc>
        <w:tc>
          <w:tcPr>
            <w:tcW w:type="dxa" w:w="1233"/>
            <w:vAlign w:val="center"/>
          </w:tcPr>
          <w:p>
            <w:r/>
            <w:r>
              <w:rPr>
                <w:rFonts w:ascii="Malgun Gothic" w:hAnsi="Malgun Gothic" w:eastAsia="Malgun Gothic"/>
                <w:b w:val="0"/>
                <w:sz w:val="15"/>
              </w:rPr>
              <w:t>0.6650</w:t>
            </w:r>
          </w:p>
        </w:tc>
        <w:tc>
          <w:tcPr>
            <w:tcW w:type="dxa" w:w="1233"/>
            <w:vAlign w:val="center"/>
          </w:tcPr>
          <w:p>
            <w:r/>
            <w:r>
              <w:rPr>
                <w:rFonts w:ascii="Malgun Gothic" w:hAnsi="Malgun Gothic" w:eastAsia="Malgun Gothic"/>
                <w:b w:val="0"/>
                <w:sz w:val="15"/>
              </w:rPr>
              <w:t>0.864</w:t>
            </w:r>
          </w:p>
        </w:tc>
      </w:tr>
      <w:tr>
        <w:trPr>
          <w:cantSplit/>
        </w:trPr>
        <w:tc>
          <w:tcPr>
            <w:tcW w:type="dxa" w:w="1233"/>
            <w:vAlign w:val="center"/>
          </w:tcPr>
          <w:p>
            <w:r/>
            <w:r>
              <w:rPr>
                <w:rFonts w:ascii="Malgun Gothic" w:hAnsi="Malgun Gothic" w:eastAsia="Malgun Gothic"/>
                <w:b w:val="0"/>
                <w:sz w:val="15"/>
              </w:rPr>
              <w:t>energy_mean</w:t>
            </w:r>
          </w:p>
        </w:tc>
        <w:tc>
          <w:tcPr>
            <w:tcW w:type="dxa" w:w="1233"/>
            <w:vAlign w:val="center"/>
          </w:tcPr>
          <w:p>
            <w:r/>
            <w:r>
              <w:rPr>
                <w:rFonts w:ascii="Malgun Gothic" w:hAnsi="Malgun Gothic" w:eastAsia="Malgun Gothic"/>
                <w:b w:val="0"/>
                <w:sz w:val="15"/>
              </w:rPr>
              <w:t>0.0680</w:t>
            </w:r>
          </w:p>
        </w:tc>
        <w:tc>
          <w:tcPr>
            <w:tcW w:type="dxa" w:w="1233"/>
            <w:vAlign w:val="center"/>
          </w:tcPr>
          <w:p>
            <w:r/>
            <w:r>
              <w:rPr>
                <w:rFonts w:ascii="Malgun Gothic" w:hAnsi="Malgun Gothic" w:eastAsia="Malgun Gothic"/>
                <w:b w:val="0"/>
                <w:sz w:val="15"/>
              </w:rPr>
              <w:t>0.0292</w:t>
            </w:r>
          </w:p>
        </w:tc>
        <w:tc>
          <w:tcPr>
            <w:tcW w:type="dxa" w:w="1233"/>
            <w:vAlign w:val="center"/>
          </w:tcPr>
          <w:p>
            <w:r/>
            <w:r>
              <w:rPr>
                <w:rFonts w:ascii="Malgun Gothic" w:hAnsi="Malgun Gothic" w:eastAsia="Malgun Gothic"/>
                <w:b w:val="0"/>
                <w:sz w:val="15"/>
              </w:rPr>
              <w:t>0.0127</w:t>
            </w:r>
          </w:p>
        </w:tc>
        <w:tc>
          <w:tcPr>
            <w:tcW w:type="dxa" w:w="1233"/>
            <w:vAlign w:val="center"/>
          </w:tcPr>
          <w:p>
            <w:r/>
            <w:r>
              <w:rPr>
                <w:rFonts w:ascii="Malgun Gothic" w:hAnsi="Malgun Gothic" w:eastAsia="Malgun Gothic"/>
                <w:b w:val="0"/>
                <w:sz w:val="15"/>
              </w:rPr>
              <w:t>0.0498</w:t>
            </w:r>
          </w:p>
        </w:tc>
        <w:tc>
          <w:tcPr>
            <w:tcW w:type="dxa" w:w="1233"/>
            <w:vAlign w:val="center"/>
          </w:tcPr>
          <w:p>
            <w:r/>
            <w:r>
              <w:rPr>
                <w:rFonts w:ascii="Malgun Gothic" w:hAnsi="Malgun Gothic" w:eastAsia="Malgun Gothic"/>
                <w:b w:val="0"/>
                <w:sz w:val="15"/>
              </w:rPr>
              <w:t>0.0637</w:t>
            </w:r>
          </w:p>
        </w:tc>
        <w:tc>
          <w:tcPr>
            <w:tcW w:type="dxa" w:w="1233"/>
            <w:vAlign w:val="center"/>
          </w:tcPr>
          <w:p>
            <w:r/>
            <w:r>
              <w:rPr>
                <w:rFonts w:ascii="Malgun Gothic" w:hAnsi="Malgun Gothic" w:eastAsia="Malgun Gothic"/>
                <w:b w:val="0"/>
                <w:sz w:val="15"/>
              </w:rPr>
              <w:t>0.0799</w:t>
            </w:r>
          </w:p>
        </w:tc>
        <w:tc>
          <w:tcPr>
            <w:tcW w:type="dxa" w:w="1233"/>
            <w:vAlign w:val="center"/>
          </w:tcPr>
          <w:p>
            <w:r/>
            <w:r>
              <w:rPr>
                <w:rFonts w:ascii="Malgun Gothic" w:hAnsi="Malgun Gothic" w:eastAsia="Malgun Gothic"/>
                <w:b w:val="0"/>
                <w:sz w:val="15"/>
              </w:rPr>
              <w:t>0.208</w:t>
            </w:r>
          </w:p>
        </w:tc>
      </w:tr>
      <w:tr>
        <w:trPr>
          <w:cantSplit/>
        </w:trPr>
        <w:tc>
          <w:tcPr>
            <w:tcW w:type="dxa" w:w="1233"/>
            <w:vAlign w:val="center"/>
          </w:tcPr>
          <w:p>
            <w:r/>
            <w:r>
              <w:rPr>
                <w:rFonts w:ascii="Malgun Gothic" w:hAnsi="Malgun Gothic" w:eastAsia="Malgun Gothic"/>
                <w:b w:val="0"/>
                <w:sz w:val="15"/>
              </w:rPr>
              <w:t>pitch_mean (Hz)</w:t>
            </w:r>
          </w:p>
        </w:tc>
        <w:tc>
          <w:tcPr>
            <w:tcW w:type="dxa" w:w="1233"/>
            <w:vAlign w:val="center"/>
          </w:tcPr>
          <w:p>
            <w:r/>
            <w:r>
              <w:rPr>
                <w:rFonts w:ascii="Malgun Gothic" w:hAnsi="Malgun Gothic" w:eastAsia="Malgun Gothic"/>
                <w:b w:val="0"/>
                <w:sz w:val="15"/>
              </w:rPr>
              <w:t>229.84</w:t>
            </w:r>
          </w:p>
        </w:tc>
        <w:tc>
          <w:tcPr>
            <w:tcW w:type="dxa" w:w="1233"/>
            <w:vAlign w:val="center"/>
          </w:tcPr>
          <w:p>
            <w:r/>
            <w:r>
              <w:rPr>
                <w:rFonts w:ascii="Malgun Gothic" w:hAnsi="Malgun Gothic" w:eastAsia="Malgun Gothic"/>
                <w:b w:val="0"/>
                <w:sz w:val="15"/>
              </w:rPr>
              <w:t>27.87</w:t>
            </w:r>
          </w:p>
        </w:tc>
        <w:tc>
          <w:tcPr>
            <w:tcW w:type="dxa" w:w="1233"/>
            <w:vAlign w:val="center"/>
          </w:tcPr>
          <w:p>
            <w:r/>
            <w:r>
              <w:rPr>
                <w:rFonts w:ascii="Malgun Gothic" w:hAnsi="Malgun Gothic" w:eastAsia="Malgun Gothic"/>
                <w:b w:val="0"/>
                <w:sz w:val="15"/>
              </w:rPr>
              <w:t>127.28</w:t>
            </w:r>
          </w:p>
        </w:tc>
        <w:tc>
          <w:tcPr>
            <w:tcW w:type="dxa" w:w="1233"/>
            <w:vAlign w:val="center"/>
          </w:tcPr>
          <w:p>
            <w:r/>
            <w:r>
              <w:rPr>
                <w:rFonts w:ascii="Malgun Gothic" w:hAnsi="Malgun Gothic" w:eastAsia="Malgun Gothic"/>
                <w:b w:val="0"/>
                <w:sz w:val="15"/>
              </w:rPr>
              <w:t>215.73</w:t>
            </w:r>
          </w:p>
        </w:tc>
        <w:tc>
          <w:tcPr>
            <w:tcW w:type="dxa" w:w="1233"/>
            <w:vAlign w:val="center"/>
          </w:tcPr>
          <w:p>
            <w:r/>
            <w:r>
              <w:rPr>
                <w:rFonts w:ascii="Malgun Gothic" w:hAnsi="Malgun Gothic" w:eastAsia="Malgun Gothic"/>
                <w:b w:val="0"/>
                <w:sz w:val="15"/>
              </w:rPr>
              <w:t>231.10</w:t>
            </w:r>
          </w:p>
        </w:tc>
        <w:tc>
          <w:tcPr>
            <w:tcW w:type="dxa" w:w="1233"/>
            <w:vAlign w:val="center"/>
          </w:tcPr>
          <w:p>
            <w:r/>
            <w:r>
              <w:rPr>
                <w:rFonts w:ascii="Malgun Gothic" w:hAnsi="Malgun Gothic" w:eastAsia="Malgun Gothic"/>
                <w:b w:val="0"/>
                <w:sz w:val="15"/>
              </w:rPr>
              <w:t>246.53</w:t>
            </w:r>
          </w:p>
        </w:tc>
        <w:tc>
          <w:tcPr>
            <w:tcW w:type="dxa" w:w="1233"/>
            <w:vAlign w:val="center"/>
          </w:tcPr>
          <w:p>
            <w:r/>
            <w:r>
              <w:rPr>
                <w:rFonts w:ascii="Malgun Gothic" w:hAnsi="Malgun Gothic" w:eastAsia="Malgun Gothic"/>
                <w:b w:val="0"/>
                <w:sz w:val="15"/>
              </w:rPr>
              <w:t>321.49</w:t>
            </w:r>
          </w:p>
        </w:tc>
      </w:tr>
      <w:tr>
        <w:trPr>
          <w:cantSplit/>
        </w:trPr>
        <w:tc>
          <w:tcPr>
            <w:tcW w:type="dxa" w:w="1233"/>
            <w:vAlign w:val="center"/>
          </w:tcPr>
          <w:p>
            <w:r/>
            <w:r>
              <w:rPr>
                <w:rFonts w:ascii="Malgun Gothic" w:hAnsi="Malgun Gothic" w:eastAsia="Malgun Gothic"/>
                <w:b w:val="0"/>
                <w:sz w:val="15"/>
              </w:rPr>
              <w:t>wpm</w:t>
            </w:r>
          </w:p>
        </w:tc>
        <w:tc>
          <w:tcPr>
            <w:tcW w:type="dxa" w:w="1233"/>
            <w:vAlign w:val="center"/>
          </w:tcPr>
          <w:p>
            <w:r/>
            <w:r>
              <w:rPr>
                <w:rFonts w:ascii="Malgun Gothic" w:hAnsi="Malgun Gothic" w:eastAsia="Malgun Gothic"/>
                <w:b w:val="0"/>
                <w:sz w:val="15"/>
              </w:rPr>
              <w:t>82.77</w:t>
            </w:r>
          </w:p>
        </w:tc>
        <w:tc>
          <w:tcPr>
            <w:tcW w:type="dxa" w:w="1233"/>
            <w:vAlign w:val="center"/>
          </w:tcPr>
          <w:p>
            <w:r/>
            <w:r>
              <w:rPr>
                <w:rFonts w:ascii="Malgun Gothic" w:hAnsi="Malgun Gothic" w:eastAsia="Malgun Gothic"/>
                <w:b w:val="0"/>
                <w:sz w:val="15"/>
              </w:rPr>
              <w:t>19.43</w:t>
            </w:r>
          </w:p>
        </w:tc>
        <w:tc>
          <w:tcPr>
            <w:tcW w:type="dxa" w:w="1233"/>
            <w:vAlign w:val="center"/>
          </w:tcPr>
          <w:p>
            <w:r/>
            <w:r>
              <w:rPr>
                <w:rFonts w:ascii="Malgun Gothic" w:hAnsi="Malgun Gothic" w:eastAsia="Malgun Gothic"/>
                <w:b w:val="0"/>
                <w:sz w:val="15"/>
              </w:rPr>
              <w:t>0.00</w:t>
            </w:r>
          </w:p>
        </w:tc>
        <w:tc>
          <w:tcPr>
            <w:tcW w:type="dxa" w:w="1233"/>
            <w:vAlign w:val="center"/>
          </w:tcPr>
          <w:p>
            <w:r/>
            <w:r>
              <w:rPr>
                <w:rFonts w:ascii="Malgun Gothic" w:hAnsi="Malgun Gothic" w:eastAsia="Malgun Gothic"/>
                <w:b w:val="0"/>
                <w:sz w:val="15"/>
              </w:rPr>
              <w:t>70.27</w:t>
            </w:r>
          </w:p>
        </w:tc>
        <w:tc>
          <w:tcPr>
            <w:tcW w:type="dxa" w:w="1233"/>
            <w:vAlign w:val="center"/>
          </w:tcPr>
          <w:p>
            <w:r/>
            <w:r>
              <w:rPr>
                <w:rFonts w:ascii="Malgun Gothic" w:hAnsi="Malgun Gothic" w:eastAsia="Malgun Gothic"/>
                <w:b w:val="0"/>
                <w:sz w:val="15"/>
              </w:rPr>
              <w:t>84.88</w:t>
            </w:r>
          </w:p>
        </w:tc>
        <w:tc>
          <w:tcPr>
            <w:tcW w:type="dxa" w:w="1233"/>
            <w:vAlign w:val="center"/>
          </w:tcPr>
          <w:p>
            <w:r/>
            <w:r>
              <w:rPr>
                <w:rFonts w:ascii="Malgun Gothic" w:hAnsi="Malgun Gothic" w:eastAsia="Malgun Gothic"/>
                <w:b w:val="0"/>
                <w:sz w:val="15"/>
              </w:rPr>
              <w:t>96.26</w:t>
            </w:r>
          </w:p>
        </w:tc>
        <w:tc>
          <w:tcPr>
            <w:tcW w:type="dxa" w:w="1233"/>
            <w:vAlign w:val="center"/>
          </w:tcPr>
          <w:p>
            <w:r/>
            <w:r>
              <w:rPr>
                <w:rFonts w:ascii="Malgun Gothic" w:hAnsi="Malgun Gothic" w:eastAsia="Malgun Gothic"/>
                <w:b w:val="0"/>
                <w:sz w:val="15"/>
              </w:rPr>
              <w:t>134.25</w:t>
            </w:r>
          </w:p>
        </w:tc>
      </w:tr>
      <w:tr>
        <w:trPr>
          <w:cantSplit/>
        </w:trPr>
        <w:tc>
          <w:tcPr>
            <w:tcW w:type="dxa" w:w="1233"/>
            <w:vAlign w:val="center"/>
          </w:tcPr>
          <w:p>
            <w:r/>
            <w:r>
              <w:rPr>
                <w:rFonts w:ascii="Malgun Gothic" w:hAnsi="Malgun Gothic" w:eastAsia="Malgun Gothic"/>
                <w:b w:val="0"/>
                <w:sz w:val="15"/>
              </w:rPr>
              <w:t>duration_sec</w:t>
            </w:r>
          </w:p>
        </w:tc>
        <w:tc>
          <w:tcPr>
            <w:tcW w:type="dxa" w:w="1233"/>
            <w:vAlign w:val="center"/>
          </w:tcPr>
          <w:p>
            <w:r/>
            <w:r>
              <w:rPr>
                <w:rFonts w:ascii="Malgun Gothic" w:hAnsi="Malgun Gothic" w:eastAsia="Malgun Gothic"/>
                <w:b w:val="0"/>
                <w:sz w:val="15"/>
              </w:rPr>
              <w:t>146.72</w:t>
            </w:r>
          </w:p>
        </w:tc>
        <w:tc>
          <w:tcPr>
            <w:tcW w:type="dxa" w:w="1233"/>
            <w:vAlign w:val="center"/>
          </w:tcPr>
          <w:p>
            <w:r/>
            <w:r>
              <w:rPr>
                <w:rFonts w:ascii="Malgun Gothic" w:hAnsi="Malgun Gothic" w:eastAsia="Malgun Gothic"/>
                <w:b w:val="0"/>
                <w:sz w:val="15"/>
              </w:rPr>
              <w:t>170.32</w:t>
            </w:r>
          </w:p>
        </w:tc>
        <w:tc>
          <w:tcPr>
            <w:tcW w:type="dxa" w:w="1233"/>
            <w:vAlign w:val="center"/>
          </w:tcPr>
          <w:p>
            <w:r/>
            <w:r>
              <w:rPr>
                <w:rFonts w:ascii="Malgun Gothic" w:hAnsi="Malgun Gothic" w:eastAsia="Malgun Gothic"/>
                <w:b w:val="0"/>
                <w:sz w:val="15"/>
              </w:rPr>
              <w:t>2.04</w:t>
            </w:r>
          </w:p>
        </w:tc>
        <w:tc>
          <w:tcPr>
            <w:tcW w:type="dxa" w:w="1233"/>
            <w:vAlign w:val="center"/>
          </w:tcPr>
          <w:p>
            <w:r/>
            <w:r>
              <w:rPr>
                <w:rFonts w:ascii="Malgun Gothic" w:hAnsi="Malgun Gothic" w:eastAsia="Malgun Gothic"/>
                <w:b w:val="0"/>
                <w:sz w:val="15"/>
              </w:rPr>
              <w:t>52.49</w:t>
            </w:r>
          </w:p>
        </w:tc>
        <w:tc>
          <w:tcPr>
            <w:tcW w:type="dxa" w:w="1233"/>
            <w:vAlign w:val="center"/>
          </w:tcPr>
          <w:p>
            <w:r/>
            <w:r>
              <w:rPr>
                <w:rFonts w:ascii="Malgun Gothic" w:hAnsi="Malgun Gothic" w:eastAsia="Malgun Gothic"/>
                <w:b w:val="0"/>
                <w:sz w:val="15"/>
              </w:rPr>
              <w:t>95.25</w:t>
            </w:r>
          </w:p>
        </w:tc>
        <w:tc>
          <w:tcPr>
            <w:tcW w:type="dxa" w:w="1233"/>
            <w:vAlign w:val="center"/>
          </w:tcPr>
          <w:p>
            <w:r/>
            <w:r>
              <w:rPr>
                <w:rFonts w:ascii="Malgun Gothic" w:hAnsi="Malgun Gothic" w:eastAsia="Malgun Gothic"/>
                <w:b w:val="0"/>
                <w:sz w:val="15"/>
              </w:rPr>
              <w:t>174.45</w:t>
            </w:r>
          </w:p>
        </w:tc>
        <w:tc>
          <w:tcPr>
            <w:tcW w:type="dxa" w:w="1233"/>
            <w:vAlign w:val="center"/>
          </w:tcPr>
          <w:p>
            <w:r/>
            <w:r>
              <w:rPr>
                <w:rFonts w:ascii="Malgun Gothic" w:hAnsi="Malgun Gothic" w:eastAsia="Malgun Gothic"/>
                <w:b w:val="0"/>
                <w:sz w:val="15"/>
              </w:rPr>
              <w:t>1,719.3</w:t>
            </w:r>
          </w:p>
        </w:tc>
      </w:tr>
    </w:tbl>
    <w:p/>
    <w:p>
      <w:r>
        <w:t>주. stress_score는 전역 n=998 μ·σ 기준 z-score → 전역 min/max 정규화(0~1). 범위 0.320~0.864.</w:t>
      </w:r>
    </w:p>
    <w:p>
      <w:pPr>
        <w:jc w:val="center"/>
      </w:pPr>
      <w:r>
        <w:drawing>
          <wp:inline xmlns:a="http://schemas.openxmlformats.org/drawingml/2006/main" xmlns:pic="http://schemas.openxmlformats.org/drawingml/2006/picture">
            <wp:extent cx="5852160" cy="4116981"/>
            <wp:docPr id="16" name="Picture 16"/>
            <wp:cNvGraphicFramePr>
              <a:graphicFrameLocks noChangeAspect="1"/>
            </wp:cNvGraphicFramePr>
            <a:graphic>
              <a:graphicData uri="http://schemas.openxmlformats.org/drawingml/2006/picture">
                <pic:pic>
                  <pic:nvPicPr>
                    <pic:cNvPr id="0" name="ch1_02_html_ref_VOC_0413___v5_with_images_001.png"/>
                    <pic:cNvPicPr/>
                  </pic:nvPicPr>
                  <pic:blipFill>
                    <a:blip r:embed="rId13"/>
                    <a:stretch>
                      <a:fillRect/>
                    </a:stretch>
                  </pic:blipFill>
                  <pic:spPr>
                    <a:xfrm>
                      <a:off x="0" y="0"/>
                      <a:ext cx="5852160" cy="4116981"/>
                    </a:xfrm>
                    <a:prstGeom prst="rect"/>
                  </pic:spPr>
                </pic:pic>
              </a:graphicData>
            </a:graphic>
          </wp:inline>
        </w:drawing>
      </w:r>
    </w:p>
    <w:p>
      <w:r>
        <w:t>그림 4-1. stress_score 분포 히스토그램 (n=998, 평균=0.6221, SD=0.0681)</w:t>
      </w:r>
    </w:p>
    <w:p>
      <w:pPr>
        <w:pStyle w:val="Heading2"/>
      </w:pPr>
      <w:r>
        <w:t>4.2. 상관관계 분석 및 수렴·판별 타당도</w:t>
      </w:r>
    </w:p>
    <w:p>
      <w:r>
        <w:t>표 4-2. stress_score와 음성 특징 변수 간 Pearson 상관계수 (n=998)</w:t>
      </w:r>
    </w:p>
    <w:p>
      <w:r>
        <w:rPr>
          <w:b/>
        </w:rPr>
        <w:t>원본 참조표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변수</w:t>
            </w:r>
          </w:p>
        </w:tc>
        <w:tc>
          <w:tcPr>
            <w:tcW w:type="dxa" w:w="1973"/>
          </w:tcPr>
          <w:p>
            <w:r/>
            <w:r>
              <w:rPr>
                <w:rFonts w:ascii="Malgun Gothic" w:hAnsi="Malgun Gothic" w:eastAsia="Malgun Gothic"/>
                <w:b/>
                <w:sz w:val="15"/>
              </w:rPr>
              <w:t>r</w:t>
            </w:r>
          </w:p>
        </w:tc>
        <w:tc>
          <w:tcPr>
            <w:tcW w:type="dxa" w:w="1973"/>
          </w:tcPr>
          <w:p>
            <w:r/>
            <w:r>
              <w:rPr>
                <w:rFonts w:ascii="Malgun Gothic" w:hAnsi="Malgun Gothic" w:eastAsia="Malgun Gothic"/>
                <w:b/>
                <w:sz w:val="15"/>
              </w:rPr>
              <w:t>p값</w:t>
            </w:r>
          </w:p>
        </w:tc>
        <w:tc>
          <w:tcPr>
            <w:tcW w:type="dxa" w:w="1973"/>
          </w:tcPr>
          <w:p>
            <w:r/>
            <w:r>
              <w:rPr>
                <w:rFonts w:ascii="Malgun Gothic" w:hAnsi="Malgun Gothic" w:eastAsia="Malgun Gothic"/>
                <w:b/>
                <w:sz w:val="15"/>
              </w:rPr>
              <w:t>타당도 유형</w:t>
            </w:r>
          </w:p>
        </w:tc>
        <w:tc>
          <w:tcPr>
            <w:tcW w:type="dxa" w:w="1973"/>
          </w:tcPr>
          <w:p>
            <w:r/>
            <w:r>
              <w:rPr>
                <w:rFonts w:ascii="Malgun Gothic" w:hAnsi="Malgun Gothic" w:eastAsia="Malgun Gothic"/>
                <w:b/>
                <w:sz w:val="15"/>
              </w:rPr>
              <w:t>판정</w:t>
            </w:r>
          </w:p>
        </w:tc>
      </w:tr>
      <w:tr>
        <w:trPr>
          <w:cantSplit/>
        </w:trPr>
        <w:tc>
          <w:tcPr>
            <w:tcW w:type="dxa" w:w="1973"/>
            <w:vAlign w:val="center"/>
          </w:tcPr>
          <w:p>
            <w:r/>
            <w:r>
              <w:rPr>
                <w:rFonts w:ascii="Malgun Gothic" w:hAnsi="Malgun Gothic" w:eastAsia="Malgun Gothic"/>
                <w:b w:val="0"/>
                <w:sz w:val="15"/>
              </w:rPr>
              <w:t>energy_mean</w:t>
            </w:r>
          </w:p>
        </w:tc>
        <w:tc>
          <w:tcPr>
            <w:tcW w:type="dxa" w:w="1973"/>
            <w:vAlign w:val="center"/>
          </w:tcPr>
          <w:p>
            <w:r/>
            <w:r>
              <w:rPr>
                <w:rFonts w:ascii="Malgun Gothic" w:hAnsi="Malgun Gothic" w:eastAsia="Malgun Gothic"/>
                <w:b w:val="0"/>
                <w:sz w:val="15"/>
              </w:rPr>
              <w:t>0.6298</w:t>
            </w:r>
          </w:p>
        </w:tc>
        <w:tc>
          <w:tcPr>
            <w:tcW w:type="dxa" w:w="1973"/>
            <w:vAlign w:val="center"/>
          </w:tcPr>
          <w:p>
            <w:r/>
            <w:r>
              <w:rPr>
                <w:rFonts w:ascii="Malgun Gothic" w:hAnsi="Malgun Gothic" w:eastAsia="Malgun Gothic"/>
                <w:b w:val="0"/>
                <w:sz w:val="15"/>
              </w:rPr>
              <w:t>&lt; .001</w:t>
            </w:r>
          </w:p>
        </w:tc>
        <w:tc>
          <w:tcPr>
            <w:tcW w:type="dxa" w:w="1973"/>
            <w:vAlign w:val="center"/>
          </w:tcPr>
          <w:p>
            <w:r/>
            <w:r>
              <w:rPr>
                <w:rFonts w:ascii="Malgun Gothic" w:hAnsi="Malgun Gothic" w:eastAsia="Malgun Gothic"/>
                <w:b w:val="0"/>
                <w:sz w:val="15"/>
              </w:rPr>
              <w:t>수렴 타당도</w:t>
            </w:r>
          </w:p>
        </w:tc>
        <w:tc>
          <w:tcPr>
            <w:tcW w:type="dxa" w:w="1973"/>
            <w:vAlign w:val="center"/>
          </w:tcPr>
          <w:p>
            <w:r/>
            <w:r>
              <w:rPr>
                <w:rFonts w:ascii="Malgun Gothic" w:hAnsi="Malgun Gothic" w:eastAsia="Malgun Gothic"/>
                <w:b w:val="0"/>
                <w:sz w:val="15"/>
              </w:rPr>
              <w:t>✓ 충족 (r≥0.5)</w:t>
            </w:r>
          </w:p>
        </w:tc>
      </w:tr>
      <w:tr>
        <w:trPr>
          <w:cantSplit/>
        </w:trPr>
        <w:tc>
          <w:tcPr>
            <w:tcW w:type="dxa" w:w="1973"/>
            <w:vAlign w:val="center"/>
          </w:tcPr>
          <w:p>
            <w:r/>
            <w:r>
              <w:rPr>
                <w:rFonts w:ascii="Malgun Gothic" w:hAnsi="Malgun Gothic" w:eastAsia="Malgun Gothic"/>
                <w:b w:val="0"/>
                <w:sz w:val="15"/>
              </w:rPr>
              <w:t>pitch_mean</w:t>
            </w:r>
          </w:p>
        </w:tc>
        <w:tc>
          <w:tcPr>
            <w:tcW w:type="dxa" w:w="1973"/>
            <w:vAlign w:val="center"/>
          </w:tcPr>
          <w:p>
            <w:r/>
            <w:r>
              <w:rPr>
                <w:rFonts w:ascii="Malgun Gothic" w:hAnsi="Malgun Gothic" w:eastAsia="Malgun Gothic"/>
                <w:b w:val="0"/>
                <w:sz w:val="15"/>
              </w:rPr>
              <w:t>0.5669</w:t>
            </w:r>
          </w:p>
        </w:tc>
        <w:tc>
          <w:tcPr>
            <w:tcW w:type="dxa" w:w="1973"/>
            <w:vAlign w:val="center"/>
          </w:tcPr>
          <w:p>
            <w:r/>
            <w:r>
              <w:rPr>
                <w:rFonts w:ascii="Malgun Gothic" w:hAnsi="Malgun Gothic" w:eastAsia="Malgun Gothic"/>
                <w:b w:val="0"/>
                <w:sz w:val="15"/>
              </w:rPr>
              <w:t>&lt; .001</w:t>
            </w:r>
          </w:p>
        </w:tc>
        <w:tc>
          <w:tcPr>
            <w:tcW w:type="dxa" w:w="1973"/>
            <w:vAlign w:val="center"/>
          </w:tcPr>
          <w:p>
            <w:r/>
            <w:r>
              <w:rPr>
                <w:rFonts w:ascii="Malgun Gothic" w:hAnsi="Malgun Gothic" w:eastAsia="Malgun Gothic"/>
                <w:b w:val="0"/>
                <w:sz w:val="15"/>
              </w:rPr>
              <w:t>수렴 타당도</w:t>
            </w:r>
          </w:p>
        </w:tc>
        <w:tc>
          <w:tcPr>
            <w:tcW w:type="dxa" w:w="1973"/>
            <w:vAlign w:val="center"/>
          </w:tcPr>
          <w:p>
            <w:r/>
            <w:r>
              <w:rPr>
                <w:rFonts w:ascii="Malgun Gothic" w:hAnsi="Malgun Gothic" w:eastAsia="Malgun Gothic"/>
                <w:b w:val="0"/>
                <w:sz w:val="15"/>
              </w:rPr>
              <w:t>✓ 충족 (r≥0.5)</w:t>
            </w:r>
          </w:p>
        </w:tc>
      </w:tr>
      <w:tr>
        <w:trPr>
          <w:cantSplit/>
        </w:trPr>
        <w:tc>
          <w:tcPr>
            <w:tcW w:type="dxa" w:w="1973"/>
            <w:vAlign w:val="center"/>
          </w:tcPr>
          <w:p>
            <w:r/>
            <w:r>
              <w:rPr>
                <w:rFonts w:ascii="Malgun Gothic" w:hAnsi="Malgun Gothic" w:eastAsia="Malgun Gothic"/>
                <w:b w:val="0"/>
                <w:sz w:val="15"/>
              </w:rPr>
              <w:t>wpm</w:t>
            </w:r>
          </w:p>
        </w:tc>
        <w:tc>
          <w:tcPr>
            <w:tcW w:type="dxa" w:w="1973"/>
            <w:vAlign w:val="center"/>
          </w:tcPr>
          <w:p>
            <w:r/>
            <w:r>
              <w:rPr>
                <w:rFonts w:ascii="Malgun Gothic" w:hAnsi="Malgun Gothic" w:eastAsia="Malgun Gothic"/>
                <w:b w:val="0"/>
                <w:sz w:val="15"/>
              </w:rPr>
              <w:t>0.3757</w:t>
            </w:r>
          </w:p>
        </w:tc>
        <w:tc>
          <w:tcPr>
            <w:tcW w:type="dxa" w:w="1973"/>
            <w:vAlign w:val="center"/>
          </w:tcPr>
          <w:p>
            <w:r/>
            <w:r>
              <w:rPr>
                <w:rFonts w:ascii="Malgun Gothic" w:hAnsi="Malgun Gothic" w:eastAsia="Malgun Gothic"/>
                <w:b w:val="0"/>
                <w:sz w:val="15"/>
              </w:rPr>
              <w:t>&lt; .001</w:t>
            </w:r>
          </w:p>
        </w:tc>
        <w:tc>
          <w:tcPr>
            <w:tcW w:type="dxa" w:w="1973"/>
            <w:vAlign w:val="center"/>
          </w:tcPr>
          <w:p>
            <w:r/>
            <w:r>
              <w:rPr>
                <w:rFonts w:ascii="Malgun Gothic" w:hAnsi="Malgun Gothic" w:eastAsia="Malgun Gothic"/>
                <w:b w:val="0"/>
                <w:sz w:val="15"/>
              </w:rPr>
              <w:t>중간-강</w:t>
            </w:r>
          </w:p>
        </w:tc>
        <w:tc>
          <w:tcPr>
            <w:tcW w:type="dxa" w:w="1973"/>
            <w:vAlign w:val="center"/>
          </w:tcPr>
          <w:p>
            <w:r/>
            <w:r>
              <w:rPr>
                <w:rFonts w:ascii="Malgun Gothic" w:hAnsi="Malgun Gothic" w:eastAsia="Malgun Gothic"/>
                <w:b w:val="0"/>
                <w:sz w:val="15"/>
              </w:rPr>
              <w:t>중간 (0.3≤r&lt;0.5)</w:t>
            </w:r>
          </w:p>
        </w:tc>
      </w:tr>
      <w:tr>
        <w:trPr>
          <w:cantSplit/>
        </w:trPr>
        <w:tc>
          <w:tcPr>
            <w:tcW w:type="dxa" w:w="1973"/>
            <w:vAlign w:val="center"/>
          </w:tcPr>
          <w:p>
            <w:r/>
            <w:r>
              <w:rPr>
                <w:rFonts w:ascii="Malgun Gothic" w:hAnsi="Malgun Gothic" w:eastAsia="Malgun Gothic"/>
                <w:b w:val="0"/>
                <w:sz w:val="15"/>
              </w:rPr>
              <w:t>duration_sec</w:t>
            </w:r>
          </w:p>
        </w:tc>
        <w:tc>
          <w:tcPr>
            <w:tcW w:type="dxa" w:w="1973"/>
            <w:vAlign w:val="center"/>
          </w:tcPr>
          <w:p>
            <w:r/>
            <w:r>
              <w:rPr>
                <w:rFonts w:ascii="Malgun Gothic" w:hAnsi="Malgun Gothic" w:eastAsia="Malgun Gothic"/>
                <w:b w:val="0"/>
                <w:sz w:val="15"/>
              </w:rPr>
              <w:t>-0.5137</w:t>
            </w:r>
          </w:p>
        </w:tc>
        <w:tc>
          <w:tcPr>
            <w:tcW w:type="dxa" w:w="1973"/>
            <w:vAlign w:val="center"/>
          </w:tcPr>
          <w:p>
            <w:r/>
            <w:r>
              <w:rPr>
                <w:rFonts w:ascii="Malgun Gothic" w:hAnsi="Malgun Gothic" w:eastAsia="Malgun Gothic"/>
                <w:b w:val="0"/>
                <w:sz w:val="15"/>
              </w:rPr>
              <w:t>&lt; .001</w:t>
            </w:r>
          </w:p>
        </w:tc>
        <w:tc>
          <w:tcPr>
            <w:tcW w:type="dxa" w:w="1973"/>
            <w:vAlign w:val="center"/>
          </w:tcPr>
          <w:p>
            <w:r/>
            <w:r>
              <w:rPr>
                <w:rFonts w:ascii="Malgun Gothic" w:hAnsi="Malgun Gothic" w:eastAsia="Malgun Gothic"/>
                <w:b w:val="0"/>
                <w:sz w:val="15"/>
              </w:rPr>
              <w:t>중간-강 (음)</w:t>
            </w:r>
          </w:p>
        </w:tc>
        <w:tc>
          <w:tcPr>
            <w:tcW w:type="dxa" w:w="1973"/>
            <w:vAlign w:val="center"/>
          </w:tcPr>
          <w:p>
            <w:r/>
            <w:r>
              <w:rPr>
                <w:rFonts w:ascii="Malgun Gothic" w:hAnsi="Malgun Gothic" w:eastAsia="Malgun Gothic"/>
                <w:b w:val="0"/>
                <w:sz w:val="15"/>
              </w:rPr>
              <w:t>구조 내 보조 확인</w:t>
            </w:r>
          </w:p>
        </w:tc>
      </w:tr>
    </w:tbl>
    <w:p/>
    <w:p>
      <w:r>
        <w:t>주. n=998. energy, pitch는 수렴 타당도(|r|≥0.5) 충족. wpm, duration은 수렴 변수보다 낮아 타당도 구조 유지.</w:t>
      </w:r>
    </w:p>
    <w:p>
      <w:pPr>
        <w:pStyle w:val="Heading2"/>
      </w:pPr>
      <w:r>
        <w:t>4.3. 단변량 회귀분석 (n=998)</w:t>
      </w:r>
    </w:p>
    <w:p>
      <w:r>
        <w:t>표 4-3. 단변량 OLS 회귀분석 결과 요약 (n=998)</w:t>
      </w:r>
    </w:p>
    <w:p>
      <w:r>
        <w:rPr>
          <w:b/>
        </w:rPr>
        <w:t>원본 참조표 6</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변수</w:t>
            </w:r>
          </w:p>
        </w:tc>
        <w:tc>
          <w:tcPr>
            <w:tcW w:type="dxa" w:w="1409"/>
          </w:tcPr>
          <w:p>
            <w:r/>
            <w:r>
              <w:rPr>
                <w:rFonts w:ascii="Malgun Gothic" w:hAnsi="Malgun Gothic" w:eastAsia="Malgun Gothic"/>
                <w:b/>
                <w:sz w:val="15"/>
              </w:rPr>
              <w:t>절편</w:t>
            </w:r>
          </w:p>
        </w:tc>
        <w:tc>
          <w:tcPr>
            <w:tcW w:type="dxa" w:w="1409"/>
          </w:tcPr>
          <w:p>
            <w:r/>
            <w:r>
              <w:rPr>
                <w:rFonts w:ascii="Malgun Gothic" w:hAnsi="Malgun Gothic" w:eastAsia="Malgun Gothic"/>
                <w:b/>
                <w:sz w:val="15"/>
              </w:rPr>
              <w:t>기울기</w:t>
            </w:r>
          </w:p>
        </w:tc>
        <w:tc>
          <w:tcPr>
            <w:tcW w:type="dxa" w:w="1409"/>
          </w:tcPr>
          <w:p>
            <w:r/>
            <w:r>
              <w:rPr>
                <w:rFonts w:ascii="Malgun Gothic" w:hAnsi="Malgun Gothic" w:eastAsia="Malgun Gothic"/>
                <w:b/>
                <w:sz w:val="15"/>
              </w:rPr>
              <w:t>R²</w:t>
            </w:r>
          </w:p>
        </w:tc>
        <w:tc>
          <w:tcPr>
            <w:tcW w:type="dxa" w:w="1409"/>
          </w:tcPr>
          <w:p>
            <w:r/>
            <w:r>
              <w:rPr>
                <w:rFonts w:ascii="Malgun Gothic" w:hAnsi="Malgun Gothic" w:eastAsia="Malgun Gothic"/>
                <w:b/>
                <w:sz w:val="15"/>
              </w:rPr>
              <w:t>t값</w:t>
            </w:r>
          </w:p>
        </w:tc>
        <w:tc>
          <w:tcPr>
            <w:tcW w:type="dxa" w:w="1409"/>
          </w:tcPr>
          <w:p>
            <w:r/>
            <w:r>
              <w:rPr>
                <w:rFonts w:ascii="Malgun Gothic" w:hAnsi="Malgun Gothic" w:eastAsia="Malgun Gothic"/>
                <w:b/>
                <w:sz w:val="15"/>
              </w:rPr>
              <w:t>p값</w:t>
            </w:r>
          </w:p>
        </w:tc>
        <w:tc>
          <w:tcPr>
            <w:tcW w:type="dxa" w:w="1409"/>
          </w:tcPr>
          <w:p>
            <w:r/>
            <w:r>
              <w:rPr>
                <w:rFonts w:ascii="Malgun Gothic" w:hAnsi="Malgun Gothic" w:eastAsia="Malgun Gothic"/>
                <w:b/>
                <w:sz w:val="15"/>
              </w:rPr>
              <w:t>타당도</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0.5224</w:t>
            </w:r>
          </w:p>
        </w:tc>
        <w:tc>
          <w:tcPr>
            <w:tcW w:type="dxa" w:w="1409"/>
            <w:vAlign w:val="center"/>
          </w:tcPr>
          <w:p>
            <w:r/>
            <w:r>
              <w:rPr>
                <w:rFonts w:ascii="Malgun Gothic" w:hAnsi="Malgun Gothic" w:eastAsia="Malgun Gothic"/>
                <w:b w:val="0"/>
                <w:sz w:val="15"/>
              </w:rPr>
              <w:t>1.4670</w:t>
            </w:r>
          </w:p>
        </w:tc>
        <w:tc>
          <w:tcPr>
            <w:tcW w:type="dxa" w:w="1409"/>
            <w:vAlign w:val="center"/>
          </w:tcPr>
          <w:p>
            <w:r/>
            <w:r>
              <w:rPr>
                <w:rFonts w:ascii="Malgun Gothic" w:hAnsi="Malgun Gothic" w:eastAsia="Malgun Gothic"/>
                <w:b w:val="0"/>
                <w:sz w:val="15"/>
              </w:rPr>
              <w:t>0.3967</w:t>
            </w:r>
          </w:p>
        </w:tc>
        <w:tc>
          <w:tcPr>
            <w:tcW w:type="dxa" w:w="1409"/>
            <w:vAlign w:val="center"/>
          </w:tcPr>
          <w:p>
            <w:r/>
            <w:r>
              <w:rPr>
                <w:rFonts w:ascii="Malgun Gothic" w:hAnsi="Malgun Gothic" w:eastAsia="Malgun Gothic"/>
                <w:b w:val="0"/>
                <w:sz w:val="15"/>
              </w:rPr>
              <w:t>25.590</w:t>
            </w:r>
          </w:p>
        </w:tc>
        <w:tc>
          <w:tcPr>
            <w:tcW w:type="dxa" w:w="1409"/>
            <w:vAlign w:val="center"/>
          </w:tcPr>
          <w:p>
            <w:r/>
            <w:r>
              <w:rPr>
                <w:rFonts w:ascii="Malgun Gothic" w:hAnsi="Malgun Gothic" w:eastAsia="Malgun Gothic"/>
                <w:b w:val="0"/>
                <w:sz w:val="15"/>
              </w:rPr>
              <w:t>&lt; .001</w:t>
            </w:r>
          </w:p>
        </w:tc>
        <w:tc>
          <w:tcPr>
            <w:tcW w:type="dxa" w:w="1409"/>
            <w:vAlign w:val="center"/>
          </w:tcPr>
          <w:p>
            <w:r/>
            <w:r>
              <w:rPr>
                <w:rFonts w:ascii="Malgun Gothic" w:hAnsi="Malgun Gothic" w:eastAsia="Malgun Gothic"/>
                <w:b w:val="0"/>
                <w:sz w:val="15"/>
              </w:rPr>
              <w:t>수렴</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0.3038</w:t>
            </w:r>
          </w:p>
        </w:tc>
        <w:tc>
          <w:tcPr>
            <w:tcW w:type="dxa" w:w="1409"/>
            <w:vAlign w:val="center"/>
          </w:tcPr>
          <w:p>
            <w:r/>
            <w:r>
              <w:rPr>
                <w:rFonts w:ascii="Malgun Gothic" w:hAnsi="Malgun Gothic" w:eastAsia="Malgun Gothic"/>
                <w:b w:val="0"/>
                <w:sz w:val="15"/>
              </w:rPr>
              <w:t>0.001385</w:t>
            </w:r>
          </w:p>
        </w:tc>
        <w:tc>
          <w:tcPr>
            <w:tcW w:type="dxa" w:w="1409"/>
            <w:vAlign w:val="center"/>
          </w:tcPr>
          <w:p>
            <w:r/>
            <w:r>
              <w:rPr>
                <w:rFonts w:ascii="Malgun Gothic" w:hAnsi="Malgun Gothic" w:eastAsia="Malgun Gothic"/>
                <w:b w:val="0"/>
                <w:sz w:val="15"/>
              </w:rPr>
              <w:t>0.3214</w:t>
            </w:r>
          </w:p>
        </w:tc>
        <w:tc>
          <w:tcPr>
            <w:tcW w:type="dxa" w:w="1409"/>
            <w:vAlign w:val="center"/>
          </w:tcPr>
          <w:p>
            <w:r/>
            <w:r>
              <w:rPr>
                <w:rFonts w:ascii="Malgun Gothic" w:hAnsi="Malgun Gothic" w:eastAsia="Malgun Gothic"/>
                <w:b w:val="0"/>
                <w:sz w:val="15"/>
              </w:rPr>
              <w:t>21.719</w:t>
            </w:r>
          </w:p>
        </w:tc>
        <w:tc>
          <w:tcPr>
            <w:tcW w:type="dxa" w:w="1409"/>
            <w:vAlign w:val="center"/>
          </w:tcPr>
          <w:p>
            <w:r/>
            <w:r>
              <w:rPr>
                <w:rFonts w:ascii="Malgun Gothic" w:hAnsi="Malgun Gothic" w:eastAsia="Malgun Gothic"/>
                <w:b w:val="0"/>
                <w:sz w:val="15"/>
              </w:rPr>
              <w:t>&lt; .001</w:t>
            </w:r>
          </w:p>
        </w:tc>
        <w:tc>
          <w:tcPr>
            <w:tcW w:type="dxa" w:w="1409"/>
            <w:vAlign w:val="center"/>
          </w:tcPr>
          <w:p>
            <w:r/>
            <w:r>
              <w:rPr>
                <w:rFonts w:ascii="Malgun Gothic" w:hAnsi="Malgun Gothic" w:eastAsia="Malgun Gothic"/>
                <w:b w:val="0"/>
                <w:sz w:val="15"/>
              </w:rPr>
              <w:t>수렴</w:t>
            </w:r>
          </w:p>
        </w:tc>
      </w:tr>
      <w:tr>
        <w:trPr>
          <w:cantSplit/>
        </w:trPr>
        <w:tc>
          <w:tcPr>
            <w:tcW w:type="dxa" w:w="1409"/>
            <w:vAlign w:val="center"/>
          </w:tcPr>
          <w:p>
            <w:r/>
            <w:r>
              <w:rPr>
                <w:rFonts w:ascii="Malgun Gothic" w:hAnsi="Malgun Gothic" w:eastAsia="Malgun Gothic"/>
                <w:b w:val="0"/>
                <w:sz w:val="15"/>
              </w:rPr>
              <w:t>wpm</w:t>
            </w:r>
          </w:p>
        </w:tc>
        <w:tc>
          <w:tcPr>
            <w:tcW w:type="dxa" w:w="1409"/>
            <w:vAlign w:val="center"/>
          </w:tcPr>
          <w:p>
            <w:r/>
            <w:r>
              <w:rPr>
                <w:rFonts w:ascii="Malgun Gothic" w:hAnsi="Malgun Gothic" w:eastAsia="Malgun Gothic"/>
                <w:b w:val="0"/>
                <w:sz w:val="15"/>
              </w:rPr>
              <w:t>0.5132</w:t>
            </w:r>
          </w:p>
        </w:tc>
        <w:tc>
          <w:tcPr>
            <w:tcW w:type="dxa" w:w="1409"/>
            <w:vAlign w:val="center"/>
          </w:tcPr>
          <w:p>
            <w:r/>
            <w:r>
              <w:rPr>
                <w:rFonts w:ascii="Malgun Gothic" w:hAnsi="Malgun Gothic" w:eastAsia="Malgun Gothic"/>
                <w:b w:val="0"/>
                <w:sz w:val="15"/>
              </w:rPr>
              <w:t>0.001317</w:t>
            </w:r>
          </w:p>
        </w:tc>
        <w:tc>
          <w:tcPr>
            <w:tcW w:type="dxa" w:w="1409"/>
            <w:vAlign w:val="center"/>
          </w:tcPr>
          <w:p>
            <w:r/>
            <w:r>
              <w:rPr>
                <w:rFonts w:ascii="Malgun Gothic" w:hAnsi="Malgun Gothic" w:eastAsia="Malgun Gothic"/>
                <w:b w:val="0"/>
                <w:sz w:val="15"/>
              </w:rPr>
              <w:t>0.1412</w:t>
            </w:r>
          </w:p>
        </w:tc>
        <w:tc>
          <w:tcPr>
            <w:tcW w:type="dxa" w:w="1409"/>
            <w:vAlign w:val="center"/>
          </w:tcPr>
          <w:p>
            <w:r/>
            <w:r>
              <w:rPr>
                <w:rFonts w:ascii="Malgun Gothic" w:hAnsi="Malgun Gothic" w:eastAsia="Malgun Gothic"/>
                <w:b w:val="0"/>
                <w:sz w:val="15"/>
              </w:rPr>
              <w:t>12.796</w:t>
            </w:r>
          </w:p>
        </w:tc>
        <w:tc>
          <w:tcPr>
            <w:tcW w:type="dxa" w:w="1409"/>
            <w:vAlign w:val="center"/>
          </w:tcPr>
          <w:p>
            <w:r/>
            <w:r>
              <w:rPr>
                <w:rFonts w:ascii="Malgun Gothic" w:hAnsi="Malgun Gothic" w:eastAsia="Malgun Gothic"/>
                <w:b w:val="0"/>
                <w:sz w:val="15"/>
              </w:rPr>
              <w:t>&lt; .001</w:t>
            </w:r>
          </w:p>
        </w:tc>
        <w:tc>
          <w:tcPr>
            <w:tcW w:type="dxa" w:w="1409"/>
            <w:vAlign w:val="center"/>
          </w:tcPr>
          <w:p>
            <w:r/>
            <w:r>
              <w:rPr>
                <w:rFonts w:ascii="Malgun Gothic" w:hAnsi="Malgun Gothic" w:eastAsia="Malgun Gothic"/>
                <w:b w:val="0"/>
                <w:sz w:val="15"/>
              </w:rPr>
              <w:t>중간-강</w:t>
            </w:r>
          </w:p>
        </w:tc>
      </w:tr>
      <w:tr>
        <w:trPr>
          <w:cantSplit/>
        </w:trPr>
        <w:tc>
          <w:tcPr>
            <w:tcW w:type="dxa" w:w="1409"/>
            <w:vAlign w:val="center"/>
          </w:tcPr>
          <w:p>
            <w:r/>
            <w:r>
              <w:rPr>
                <w:rFonts w:ascii="Malgun Gothic" w:hAnsi="Malgun Gothic" w:eastAsia="Malgun Gothic"/>
                <w:b w:val="0"/>
                <w:sz w:val="15"/>
              </w:rPr>
              <w:t>duration_sec</w:t>
            </w:r>
          </w:p>
        </w:tc>
        <w:tc>
          <w:tcPr>
            <w:tcW w:type="dxa" w:w="1409"/>
            <w:vAlign w:val="center"/>
          </w:tcPr>
          <w:p>
            <w:r/>
            <w:r>
              <w:rPr>
                <w:rFonts w:ascii="Malgun Gothic" w:hAnsi="Malgun Gothic" w:eastAsia="Malgun Gothic"/>
                <w:b w:val="0"/>
                <w:sz w:val="15"/>
              </w:rPr>
              <w:t>0.6523</w:t>
            </w:r>
          </w:p>
        </w:tc>
        <w:tc>
          <w:tcPr>
            <w:tcW w:type="dxa" w:w="1409"/>
            <w:vAlign w:val="center"/>
          </w:tcPr>
          <w:p>
            <w:r/>
            <w:r>
              <w:rPr>
                <w:rFonts w:ascii="Malgun Gothic" w:hAnsi="Malgun Gothic" w:eastAsia="Malgun Gothic"/>
                <w:b w:val="0"/>
                <w:sz w:val="15"/>
              </w:rPr>
              <w:t>-0.000205</w:t>
            </w:r>
          </w:p>
        </w:tc>
        <w:tc>
          <w:tcPr>
            <w:tcW w:type="dxa" w:w="1409"/>
            <w:vAlign w:val="center"/>
          </w:tcPr>
          <w:p>
            <w:r/>
            <w:r>
              <w:rPr>
                <w:rFonts w:ascii="Malgun Gothic" w:hAnsi="Malgun Gothic" w:eastAsia="Malgun Gothic"/>
                <w:b w:val="0"/>
                <w:sz w:val="15"/>
              </w:rPr>
              <w:t>0.2639</w:t>
            </w:r>
          </w:p>
        </w:tc>
        <w:tc>
          <w:tcPr>
            <w:tcW w:type="dxa" w:w="1409"/>
            <w:vAlign w:val="center"/>
          </w:tcPr>
          <w:p>
            <w:r/>
            <w:r>
              <w:rPr>
                <w:rFonts w:ascii="Malgun Gothic" w:hAnsi="Malgun Gothic" w:eastAsia="Malgun Gothic"/>
                <w:b w:val="0"/>
                <w:sz w:val="15"/>
              </w:rPr>
              <w:t>-18.898</w:t>
            </w:r>
          </w:p>
        </w:tc>
        <w:tc>
          <w:tcPr>
            <w:tcW w:type="dxa" w:w="1409"/>
            <w:vAlign w:val="center"/>
          </w:tcPr>
          <w:p>
            <w:r/>
            <w:r>
              <w:rPr>
                <w:rFonts w:ascii="Malgun Gothic" w:hAnsi="Malgun Gothic" w:eastAsia="Malgun Gothic"/>
                <w:b w:val="0"/>
                <w:sz w:val="15"/>
              </w:rPr>
              <w:t>&lt; .001</w:t>
            </w:r>
          </w:p>
        </w:tc>
        <w:tc>
          <w:tcPr>
            <w:tcW w:type="dxa" w:w="1409"/>
            <w:vAlign w:val="center"/>
          </w:tcPr>
          <w:p>
            <w:r/>
            <w:r>
              <w:rPr>
                <w:rFonts w:ascii="Malgun Gothic" w:hAnsi="Malgun Gothic" w:eastAsia="Malgun Gothic"/>
                <w:b w:val="0"/>
                <w:sz w:val="15"/>
              </w:rPr>
              <w:t>중간-강</w:t>
            </w:r>
          </w:p>
        </w:tc>
      </w:tr>
    </w:tbl>
    <w:p/>
    <w:p>
      <w:r>
        <w:t>주. energy_mean이 단독으로 stress_score 변동의 39.7% 설명. pitch_mean 32.1%. duration_sec 음(−) 방향으로 26.4% 설명.</w:t>
      </w:r>
    </w:p>
    <w:p>
      <w:pPr>
        <w:pStyle w:val="Heading3"/>
      </w:pPr>
      <w:r>
        <w:t>4.3.1. energy_mean — 산점도 + OLS</w:t>
      </w:r>
    </w:p>
    <w:p>
      <w:pPr>
        <w:jc w:val="center"/>
      </w:pPr>
      <w:r>
        <w:drawing>
          <wp:inline xmlns:a="http://schemas.openxmlformats.org/drawingml/2006/main" xmlns:pic="http://schemas.openxmlformats.org/drawingml/2006/picture">
            <wp:extent cx="5852160" cy="4107677"/>
            <wp:docPr id="17" name="Picture 17"/>
            <wp:cNvGraphicFramePr>
              <a:graphicFrameLocks noChangeAspect="1"/>
            </wp:cNvGraphicFramePr>
            <a:graphic>
              <a:graphicData uri="http://schemas.openxmlformats.org/drawingml/2006/picture">
                <pic:pic>
                  <pic:nvPicPr>
                    <pic:cNvPr id="0" name="ch1_03_html_ref_VOC_0413___v5_with_images_002.png"/>
                    <pic:cNvPicPr/>
                  </pic:nvPicPr>
                  <pic:blipFill>
                    <a:blip r:embed="rId14"/>
                    <a:stretch>
                      <a:fillRect/>
                    </a:stretch>
                  </pic:blipFill>
                  <pic:spPr>
                    <a:xfrm>
                      <a:off x="0" y="0"/>
                      <a:ext cx="5852160" cy="4107677"/>
                    </a:xfrm>
                    <a:prstGeom prst="rect"/>
                  </pic:spPr>
                </pic:pic>
              </a:graphicData>
            </a:graphic>
          </wp:inline>
        </w:drawing>
      </w:r>
    </w:p>
    <w:p>
      <w:r>
        <w:t>그림 4-2. stress_score vs energy_mean (n=998, r=0.630, R²=0.397, slope=1.467, p&lt;.001)</w:t>
      </w:r>
    </w:p>
    <w:p>
      <w:pPr>
        <w:pStyle w:val="Heading3"/>
      </w:pPr>
      <w:r>
        <w:t>4.3.2. pitch_mean — 산점도 + OLS</w:t>
      </w:r>
    </w:p>
    <w:p>
      <w:pPr>
        <w:jc w:val="center"/>
      </w:pPr>
      <w:r>
        <w:drawing>
          <wp:inline xmlns:a="http://schemas.openxmlformats.org/drawingml/2006/main" xmlns:pic="http://schemas.openxmlformats.org/drawingml/2006/picture">
            <wp:extent cx="5852160" cy="4110945"/>
            <wp:docPr id="18" name="Picture 18"/>
            <wp:cNvGraphicFramePr>
              <a:graphicFrameLocks noChangeAspect="1"/>
            </wp:cNvGraphicFramePr>
            <a:graphic>
              <a:graphicData uri="http://schemas.openxmlformats.org/drawingml/2006/picture">
                <pic:pic>
                  <pic:nvPicPr>
                    <pic:cNvPr id="0" name="ch1_04_html_ref_VOC_0413___v5_with_images_003.png"/>
                    <pic:cNvPicPr/>
                  </pic:nvPicPr>
                  <pic:blipFill>
                    <a:blip r:embed="rId15"/>
                    <a:stretch>
                      <a:fillRect/>
                    </a:stretch>
                  </pic:blipFill>
                  <pic:spPr>
                    <a:xfrm>
                      <a:off x="0" y="0"/>
                      <a:ext cx="5852160" cy="4110945"/>
                    </a:xfrm>
                    <a:prstGeom prst="rect"/>
                  </pic:spPr>
                </pic:pic>
              </a:graphicData>
            </a:graphic>
          </wp:inline>
        </w:drawing>
      </w:r>
    </w:p>
    <w:p>
      <w:r>
        <w:t>그림 4-3. stress_score vs pitch_mean (n=998, r=0.567, R²=0.321, slope=0.001385, p&lt;.001)</w:t>
      </w:r>
    </w:p>
    <w:p>
      <w:pPr>
        <w:pStyle w:val="Heading3"/>
      </w:pPr>
      <w:r>
        <w:t>4.3.3. wpm — 산점도 + OLS</w:t>
      </w:r>
    </w:p>
    <w:p>
      <w:pPr>
        <w:jc w:val="center"/>
      </w:pPr>
      <w:r>
        <w:drawing>
          <wp:inline xmlns:a="http://schemas.openxmlformats.org/drawingml/2006/main" xmlns:pic="http://schemas.openxmlformats.org/drawingml/2006/picture">
            <wp:extent cx="5852160" cy="4107677"/>
            <wp:docPr id="19" name="Picture 19"/>
            <wp:cNvGraphicFramePr>
              <a:graphicFrameLocks noChangeAspect="1"/>
            </wp:cNvGraphicFramePr>
            <a:graphic>
              <a:graphicData uri="http://schemas.openxmlformats.org/drawingml/2006/picture">
                <pic:pic>
                  <pic:nvPicPr>
                    <pic:cNvPr id="0" name="ch1_05_html_ref_VOC_0413___v5_with_images_004.png"/>
                    <pic:cNvPicPr/>
                  </pic:nvPicPr>
                  <pic:blipFill>
                    <a:blip r:embed="rId16"/>
                    <a:stretch>
                      <a:fillRect/>
                    </a:stretch>
                  </pic:blipFill>
                  <pic:spPr>
                    <a:xfrm>
                      <a:off x="0" y="0"/>
                      <a:ext cx="5852160" cy="4107677"/>
                    </a:xfrm>
                    <a:prstGeom prst="rect"/>
                  </pic:spPr>
                </pic:pic>
              </a:graphicData>
            </a:graphic>
          </wp:inline>
        </w:drawing>
      </w:r>
    </w:p>
    <w:p>
      <w:r>
        <w:t>그림 4-4. stress_score vs wpm (n=998, r=0.376, R²=0.141, slope=0.001317, p&lt;.001)</w:t>
      </w:r>
    </w:p>
    <w:p>
      <w:pPr>
        <w:pStyle w:val="Heading3"/>
      </w:pPr>
      <w:r>
        <w:t>4.3.4. duration_sec — 산점도 + OLS</w:t>
      </w:r>
    </w:p>
    <w:p>
      <w:pPr>
        <w:jc w:val="center"/>
      </w:pPr>
      <w:r>
        <w:drawing>
          <wp:inline xmlns:a="http://schemas.openxmlformats.org/drawingml/2006/main" xmlns:pic="http://schemas.openxmlformats.org/drawingml/2006/picture">
            <wp:extent cx="5852160" cy="4112329"/>
            <wp:docPr id="20" name="Picture 20"/>
            <wp:cNvGraphicFramePr>
              <a:graphicFrameLocks noChangeAspect="1"/>
            </wp:cNvGraphicFramePr>
            <a:graphic>
              <a:graphicData uri="http://schemas.openxmlformats.org/drawingml/2006/picture">
                <pic:pic>
                  <pic:nvPicPr>
                    <pic:cNvPr id="0" name="ch1_06_html_ref_VOC_0413___v5_with_images_005.png"/>
                    <pic:cNvPicPr/>
                  </pic:nvPicPr>
                  <pic:blipFill>
                    <a:blip r:embed="rId17"/>
                    <a:stretch>
                      <a:fillRect/>
                    </a:stretch>
                  </pic:blipFill>
                  <pic:spPr>
                    <a:xfrm>
                      <a:off x="0" y="0"/>
                      <a:ext cx="5852160" cy="4112329"/>
                    </a:xfrm>
                    <a:prstGeom prst="rect"/>
                  </pic:spPr>
                </pic:pic>
              </a:graphicData>
            </a:graphic>
          </wp:inline>
        </w:drawing>
      </w:r>
    </w:p>
    <w:p>
      <w:r>
        <w:t>그림 4-5. stress_score vs duration_sec (n=998, r=−0.514, R²=0.264, slope=−0.000205, p&lt;.001)</w:t>
      </w:r>
    </w:p>
    <w:p>
      <w:pPr>
        <w:pStyle w:val="Heading2"/>
      </w:pPr>
      <w:r>
        <w:t>4.4. Bootstrap 95% CI — 수렴·판별 타당도 (n=998)</w:t>
      </w:r>
    </w:p>
    <w:p>
      <w:r>
        <w:t>Bootstrap 재표집(n_boot=2,000)을 통해 95% 신뢰구간을 추정하였다. energy_mean, pitch_mean은 수렴 타당도(|r|≥0.5) 기준선을 상회하며, wpm과 duration_sec는 수렴 변수보다 낮은 구조를 유지한다.</w:t>
      </w:r>
    </w:p>
    <w:p>
      <w:r>
        <w:t>표 4-4. Bootstrap 95% CI 기반 타당도 검증 (n_boot=2,000, n=998)</w:t>
      </w:r>
    </w:p>
    <w:p>
      <w:r>
        <w:rPr>
          <w:b/>
        </w:rPr>
        <w:t>원본 참조표 7</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5"/>
              </w:rPr>
              <w:t>변수</w:t>
            </w:r>
          </w:p>
        </w:tc>
        <w:tc>
          <w:tcPr>
            <w:tcW w:type="dxa" w:w="1644"/>
          </w:tcPr>
          <w:p>
            <w:r/>
            <w:r>
              <w:rPr>
                <w:rFonts w:ascii="Malgun Gothic" w:hAnsi="Malgun Gothic" w:eastAsia="Malgun Gothic"/>
                <w:b/>
                <w:sz w:val="15"/>
              </w:rPr>
              <w:t>타당도</w:t>
            </w:r>
          </w:p>
        </w:tc>
        <w:tc>
          <w:tcPr>
            <w:tcW w:type="dxa" w:w="1644"/>
          </w:tcPr>
          <w:p>
            <w:r/>
            <w:r>
              <w:rPr>
                <w:rFonts w:ascii="Malgun Gothic" w:hAnsi="Malgun Gothic" w:eastAsia="Malgun Gothic"/>
                <w:b/>
                <w:sz w:val="15"/>
              </w:rPr>
              <w:t>r</w:t>
            </w:r>
          </w:p>
        </w:tc>
        <w:tc>
          <w:tcPr>
            <w:tcW w:type="dxa" w:w="1644"/>
          </w:tcPr>
          <w:p>
            <w:r/>
            <w:r>
              <w:rPr>
                <w:rFonts w:ascii="Malgun Gothic" w:hAnsi="Malgun Gothic" w:eastAsia="Malgun Gothic"/>
                <w:b/>
                <w:sz w:val="15"/>
              </w:rPr>
              <w:t>CI 하한</w:t>
            </w:r>
          </w:p>
        </w:tc>
        <w:tc>
          <w:tcPr>
            <w:tcW w:type="dxa" w:w="1644"/>
          </w:tcPr>
          <w:p>
            <w:r/>
            <w:r>
              <w:rPr>
                <w:rFonts w:ascii="Malgun Gothic" w:hAnsi="Malgun Gothic" w:eastAsia="Malgun Gothic"/>
                <w:b/>
                <w:sz w:val="15"/>
              </w:rPr>
              <w:t>CI 상한</w:t>
            </w:r>
          </w:p>
        </w:tc>
        <w:tc>
          <w:tcPr>
            <w:tcW w:type="dxa" w:w="1644"/>
          </w:tcPr>
          <w:p>
            <w:r/>
            <w:r>
              <w:rPr>
                <w:rFonts w:ascii="Malgun Gothic" w:hAnsi="Malgun Gothic" w:eastAsia="Malgun Gothic"/>
                <w:b/>
                <w:sz w:val="15"/>
              </w:rPr>
              <w:t>판정</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수렴</w:t>
            </w:r>
          </w:p>
        </w:tc>
        <w:tc>
          <w:tcPr>
            <w:tcW w:type="dxa" w:w="1644"/>
            <w:vAlign w:val="center"/>
          </w:tcPr>
          <w:p>
            <w:r/>
            <w:r>
              <w:rPr>
                <w:rFonts w:ascii="Malgun Gothic" w:hAnsi="Malgun Gothic" w:eastAsia="Malgun Gothic"/>
                <w:b w:val="0"/>
                <w:sz w:val="15"/>
              </w:rPr>
              <w:t>0.629</w:t>
            </w:r>
          </w:p>
        </w:tc>
        <w:tc>
          <w:tcPr>
            <w:tcW w:type="dxa" w:w="1644"/>
            <w:vAlign w:val="center"/>
          </w:tcPr>
          <w:p>
            <w:r/>
            <w:r>
              <w:rPr>
                <w:rFonts w:ascii="Malgun Gothic" w:hAnsi="Malgun Gothic" w:eastAsia="Malgun Gothic"/>
                <w:b w:val="0"/>
                <w:sz w:val="15"/>
              </w:rPr>
              <w:t>0.590</w:t>
            </w:r>
          </w:p>
        </w:tc>
        <w:tc>
          <w:tcPr>
            <w:tcW w:type="dxa" w:w="1644"/>
            <w:vAlign w:val="center"/>
          </w:tcPr>
          <w:p>
            <w:r/>
            <w:r>
              <w:rPr>
                <w:rFonts w:ascii="Malgun Gothic" w:hAnsi="Malgun Gothic" w:eastAsia="Malgun Gothic"/>
                <w:b w:val="0"/>
                <w:sz w:val="15"/>
              </w:rPr>
              <w:t>0.669</w:t>
            </w:r>
          </w:p>
        </w:tc>
        <w:tc>
          <w:tcPr>
            <w:tcW w:type="dxa" w:w="1644"/>
            <w:vAlign w:val="center"/>
          </w:tcPr>
          <w:p>
            <w:r/>
            <w:r>
              <w:rPr>
                <w:rFonts w:ascii="Malgun Gothic" w:hAnsi="Malgun Gothic" w:eastAsia="Malgun Gothic"/>
                <w:b w:val="0"/>
                <w:sz w:val="15"/>
              </w:rPr>
              <w:t>✓ 충족</w:t>
            </w:r>
          </w:p>
        </w:tc>
      </w:tr>
      <w:tr>
        <w:trPr>
          <w:cantSplit/>
        </w:trPr>
        <w:tc>
          <w:tcPr>
            <w:tcW w:type="dxa" w:w="1644"/>
            <w:vAlign w:val="center"/>
          </w:tcPr>
          <w:p>
            <w:r/>
            <w:r>
              <w:rPr>
                <w:rFonts w:ascii="Malgun Gothic" w:hAnsi="Malgun Gothic" w:eastAsia="Malgun Gothic"/>
                <w:b w:val="0"/>
                <w:sz w:val="15"/>
              </w:rPr>
              <w:t>pitch_mean</w:t>
            </w:r>
          </w:p>
        </w:tc>
        <w:tc>
          <w:tcPr>
            <w:tcW w:type="dxa" w:w="1644"/>
            <w:vAlign w:val="center"/>
          </w:tcPr>
          <w:p>
            <w:r/>
            <w:r>
              <w:rPr>
                <w:rFonts w:ascii="Malgun Gothic" w:hAnsi="Malgun Gothic" w:eastAsia="Malgun Gothic"/>
                <w:b w:val="0"/>
                <w:sz w:val="15"/>
              </w:rPr>
              <w:t>수렴</w:t>
            </w:r>
          </w:p>
        </w:tc>
        <w:tc>
          <w:tcPr>
            <w:tcW w:type="dxa" w:w="1644"/>
            <w:vAlign w:val="center"/>
          </w:tcPr>
          <w:p>
            <w:r/>
            <w:r>
              <w:rPr>
                <w:rFonts w:ascii="Malgun Gothic" w:hAnsi="Malgun Gothic" w:eastAsia="Malgun Gothic"/>
                <w:b w:val="0"/>
                <w:sz w:val="15"/>
              </w:rPr>
              <w:t>0.566</w:t>
            </w:r>
          </w:p>
        </w:tc>
        <w:tc>
          <w:tcPr>
            <w:tcW w:type="dxa" w:w="1644"/>
            <w:vAlign w:val="center"/>
          </w:tcPr>
          <w:p>
            <w:r/>
            <w:r>
              <w:rPr>
                <w:rFonts w:ascii="Malgun Gothic" w:hAnsi="Malgun Gothic" w:eastAsia="Malgun Gothic"/>
                <w:b w:val="0"/>
                <w:sz w:val="15"/>
              </w:rPr>
              <w:t>0.514</w:t>
            </w:r>
          </w:p>
        </w:tc>
        <w:tc>
          <w:tcPr>
            <w:tcW w:type="dxa" w:w="1644"/>
            <w:vAlign w:val="center"/>
          </w:tcPr>
          <w:p>
            <w:r/>
            <w:r>
              <w:rPr>
                <w:rFonts w:ascii="Malgun Gothic" w:hAnsi="Malgun Gothic" w:eastAsia="Malgun Gothic"/>
                <w:b w:val="0"/>
                <w:sz w:val="15"/>
              </w:rPr>
              <w:t>0.615</w:t>
            </w:r>
          </w:p>
        </w:tc>
        <w:tc>
          <w:tcPr>
            <w:tcW w:type="dxa" w:w="1644"/>
            <w:vAlign w:val="center"/>
          </w:tcPr>
          <w:p>
            <w:r/>
            <w:r>
              <w:rPr>
                <w:rFonts w:ascii="Malgun Gothic" w:hAnsi="Malgun Gothic" w:eastAsia="Malgun Gothic"/>
                <w:b w:val="0"/>
                <w:sz w:val="15"/>
              </w:rPr>
              <w:t>✓ 충족</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중간-강</w:t>
            </w:r>
          </w:p>
        </w:tc>
        <w:tc>
          <w:tcPr>
            <w:tcW w:type="dxa" w:w="1644"/>
            <w:vAlign w:val="center"/>
          </w:tcPr>
          <w:p>
            <w:r/>
            <w:r>
              <w:rPr>
                <w:rFonts w:ascii="Malgun Gothic" w:hAnsi="Malgun Gothic" w:eastAsia="Malgun Gothic"/>
                <w:b w:val="0"/>
                <w:sz w:val="15"/>
              </w:rPr>
              <w:t>0.375</w:t>
            </w:r>
          </w:p>
        </w:tc>
        <w:tc>
          <w:tcPr>
            <w:tcW w:type="dxa" w:w="1644"/>
            <w:vAlign w:val="center"/>
          </w:tcPr>
          <w:p>
            <w:r/>
            <w:r>
              <w:rPr>
                <w:rFonts w:ascii="Malgun Gothic" w:hAnsi="Malgun Gothic" w:eastAsia="Malgun Gothic"/>
                <w:b w:val="0"/>
                <w:sz w:val="15"/>
              </w:rPr>
              <w:t>0.317</w:t>
            </w:r>
          </w:p>
        </w:tc>
        <w:tc>
          <w:tcPr>
            <w:tcW w:type="dxa" w:w="1644"/>
            <w:vAlign w:val="center"/>
          </w:tcPr>
          <w:p>
            <w:r/>
            <w:r>
              <w:rPr>
                <w:rFonts w:ascii="Malgun Gothic" w:hAnsi="Malgun Gothic" w:eastAsia="Malgun Gothic"/>
                <w:b w:val="0"/>
                <w:sz w:val="15"/>
              </w:rPr>
              <w:t>0.434</w:t>
            </w:r>
          </w:p>
        </w:tc>
        <w:tc>
          <w:tcPr>
            <w:tcW w:type="dxa" w:w="1644"/>
            <w:vAlign w:val="center"/>
          </w:tcPr>
          <w:p>
            <w:r/>
            <w:r>
              <w:rPr>
                <w:rFonts w:ascii="Malgun Gothic" w:hAnsi="Malgun Gothic" w:eastAsia="Malgun Gothic"/>
                <w:b w:val="0"/>
                <w:sz w:val="15"/>
              </w:rPr>
              <w:t>중간</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중간-강(음)</w:t>
            </w:r>
          </w:p>
        </w:tc>
        <w:tc>
          <w:tcPr>
            <w:tcW w:type="dxa" w:w="1644"/>
            <w:vAlign w:val="center"/>
          </w:tcPr>
          <w:p>
            <w:r/>
            <w:r>
              <w:rPr>
                <w:rFonts w:ascii="Malgun Gothic" w:hAnsi="Malgun Gothic" w:eastAsia="Malgun Gothic"/>
                <w:b w:val="0"/>
                <w:sz w:val="15"/>
              </w:rPr>
              <w:t>-0.512</w:t>
            </w:r>
          </w:p>
        </w:tc>
        <w:tc>
          <w:tcPr>
            <w:tcW w:type="dxa" w:w="1644"/>
            <w:vAlign w:val="center"/>
          </w:tcPr>
          <w:p>
            <w:r/>
            <w:r>
              <w:rPr>
                <w:rFonts w:ascii="Malgun Gothic" w:hAnsi="Malgun Gothic" w:eastAsia="Malgun Gothic"/>
                <w:b w:val="0"/>
                <w:sz w:val="15"/>
              </w:rPr>
              <w:t>-0.566</w:t>
            </w:r>
          </w:p>
        </w:tc>
        <w:tc>
          <w:tcPr>
            <w:tcW w:type="dxa" w:w="1644"/>
            <w:vAlign w:val="center"/>
          </w:tcPr>
          <w:p>
            <w:r/>
            <w:r>
              <w:rPr>
                <w:rFonts w:ascii="Malgun Gothic" w:hAnsi="Malgun Gothic" w:eastAsia="Malgun Gothic"/>
                <w:b w:val="0"/>
                <w:sz w:val="15"/>
              </w:rPr>
              <w:t>-0.453</w:t>
            </w:r>
          </w:p>
        </w:tc>
        <w:tc>
          <w:tcPr>
            <w:tcW w:type="dxa" w:w="1644"/>
            <w:vAlign w:val="center"/>
          </w:tcPr>
          <w:p>
            <w:r/>
            <w:r>
              <w:rPr>
                <w:rFonts w:ascii="Malgun Gothic" w:hAnsi="Malgun Gothic" w:eastAsia="Malgun Gothic"/>
                <w:b w:val="0"/>
                <w:sz w:val="15"/>
              </w:rPr>
              <w:t>구조 확인</w:t>
            </w:r>
          </w:p>
        </w:tc>
      </w:tr>
    </w:tbl>
    <w:p/>
    <w:p>
      <w:pPr>
        <w:jc w:val="center"/>
      </w:pPr>
      <w:r>
        <w:drawing>
          <wp:inline xmlns:a="http://schemas.openxmlformats.org/drawingml/2006/main" xmlns:pic="http://schemas.openxmlformats.org/drawingml/2006/picture">
            <wp:extent cx="5852160" cy="3333889"/>
            <wp:docPr id="21" name="Picture 21"/>
            <wp:cNvGraphicFramePr>
              <a:graphicFrameLocks noChangeAspect="1"/>
            </wp:cNvGraphicFramePr>
            <a:graphic>
              <a:graphicData uri="http://schemas.openxmlformats.org/drawingml/2006/picture">
                <pic:pic>
                  <pic:nvPicPr>
                    <pic:cNvPr id="0" name="ch1_07_html_ref_VOC_0413___v5_with_images_006.png"/>
                    <pic:cNvPicPr/>
                  </pic:nvPicPr>
                  <pic:blipFill>
                    <a:blip r:embed="rId18"/>
                    <a:stretch>
                      <a:fillRect/>
                    </a:stretch>
                  </pic:blipFill>
                  <pic:spPr>
                    <a:xfrm>
                      <a:off x="0" y="0"/>
                      <a:ext cx="5852160" cy="3333889"/>
                    </a:xfrm>
                    <a:prstGeom prst="rect"/>
                  </pic:spPr>
                </pic:pic>
              </a:graphicData>
            </a:graphic>
          </wp:inline>
        </w:drawing>
      </w:r>
    </w:p>
    <w:p>
      <w:r>
        <w:t>그림 4-6. Bootstrap 95% CI — 상관계수 (n_boot=2,000, n=998). 녹색=수렴, 주황=중간-강.</w:t>
      </w:r>
    </w:p>
    <w:p>
      <w:r>
        <w:t>표 4-5. 타당도 요약 (n=998)</w:t>
      </w:r>
    </w:p>
    <w:p>
      <w:r>
        <w:rPr>
          <w:b/>
        </w:rPr>
        <w:t>원본 참조표 8</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항목</w:t>
            </w:r>
          </w:p>
        </w:tc>
        <w:tc>
          <w:tcPr>
            <w:tcW w:type="dxa" w:w="1973"/>
          </w:tcPr>
          <w:p>
            <w:r/>
            <w:r>
              <w:rPr>
                <w:rFonts w:ascii="Malgun Gothic" w:hAnsi="Malgun Gothic" w:eastAsia="Malgun Gothic"/>
                <w:b/>
                <w:sz w:val="15"/>
              </w:rPr>
              <w:t>값</w:t>
            </w:r>
          </w:p>
        </w:tc>
        <w:tc>
          <w:tcPr>
            <w:tcW w:type="dxa" w:w="1973"/>
          </w:tcPr>
          <w:p>
            <w:r/>
            <w:r>
              <w:rPr>
                <w:rFonts w:ascii="Malgun Gothic" w:hAnsi="Malgun Gothic" w:eastAsia="Malgun Gothic"/>
                <w:b/>
                <w:sz w:val="15"/>
              </w:rPr>
              <w:t>기준</w:t>
            </w:r>
          </w:p>
        </w:tc>
        <w:tc>
          <w:tcPr>
            <w:tcW w:type="dxa" w:w="1973"/>
          </w:tcPr>
          <w:p>
            <w:r/>
            <w:r>
              <w:rPr>
                <w:rFonts w:ascii="Malgun Gothic" w:hAnsi="Malgun Gothic" w:eastAsia="Malgun Gothic"/>
                <w:b/>
                <w:sz w:val="15"/>
              </w:rPr>
              <w:t>판정</w:t>
            </w:r>
          </w:p>
        </w:tc>
        <w:tc>
          <w:tcPr>
            <w:tcW w:type="dxa" w:w="1973"/>
          </w:tcPr>
          <w:p>
            <w:r/>
            <w:r>
              <w:rPr>
                <w:rFonts w:ascii="Malgun Gothic" w:hAnsi="Malgun Gothic" w:eastAsia="Malgun Gothic"/>
                <w:b/>
                <w:sz w:val="15"/>
              </w:rPr>
              <w:t>0402 비교</w:t>
            </w:r>
          </w:p>
        </w:tc>
      </w:tr>
      <w:tr>
        <w:trPr>
          <w:cantSplit/>
        </w:trPr>
        <w:tc>
          <w:tcPr>
            <w:tcW w:type="dxa" w:w="1973"/>
            <w:vAlign w:val="center"/>
          </w:tcPr>
          <w:p>
            <w:r/>
            <w:r>
              <w:rPr>
                <w:rFonts w:ascii="Malgun Gothic" w:hAnsi="Malgun Gothic" w:eastAsia="Malgun Gothic"/>
                <w:b w:val="0"/>
                <w:sz w:val="15"/>
              </w:rPr>
              <w:t>수렴 평균|r| (energy, pitch)</w:t>
            </w:r>
          </w:p>
        </w:tc>
        <w:tc>
          <w:tcPr>
            <w:tcW w:type="dxa" w:w="1973"/>
            <w:vAlign w:val="center"/>
          </w:tcPr>
          <w:p>
            <w:r/>
            <w:r>
              <w:rPr>
                <w:rFonts w:ascii="Malgun Gothic" w:hAnsi="Malgun Gothic" w:eastAsia="Malgun Gothic"/>
                <w:b w:val="0"/>
                <w:sz w:val="15"/>
              </w:rPr>
              <w:t>0.598</w:t>
            </w:r>
          </w:p>
        </w:tc>
        <w:tc>
          <w:tcPr>
            <w:tcW w:type="dxa" w:w="1973"/>
            <w:vAlign w:val="center"/>
          </w:tcPr>
          <w:p>
            <w:r/>
            <w:r>
              <w:rPr>
                <w:rFonts w:ascii="Malgun Gothic" w:hAnsi="Malgun Gothic" w:eastAsia="Malgun Gothic"/>
                <w:b w:val="0"/>
                <w:sz w:val="15"/>
              </w:rPr>
              <w:t>|r|≥0.5</w:t>
            </w:r>
          </w:p>
        </w:tc>
        <w:tc>
          <w:tcPr>
            <w:tcW w:type="dxa" w:w="1973"/>
            <w:vAlign w:val="center"/>
          </w:tcPr>
          <w:p>
            <w:r/>
            <w:r>
              <w:rPr>
                <w:rFonts w:ascii="Malgun Gothic" w:hAnsi="Malgun Gothic" w:eastAsia="Malgun Gothic"/>
                <w:b w:val="0"/>
                <w:sz w:val="15"/>
              </w:rPr>
              <w:t>✓ 충족</w:t>
            </w:r>
          </w:p>
        </w:tc>
        <w:tc>
          <w:tcPr>
            <w:tcW w:type="dxa" w:w="1973"/>
            <w:vAlign w:val="center"/>
          </w:tcPr>
          <w:p>
            <w:r/>
            <w:r>
              <w:rPr>
                <w:rFonts w:ascii="Malgun Gothic" w:hAnsi="Malgun Gothic" w:eastAsia="Malgun Gothic"/>
                <w:b w:val="0"/>
                <w:sz w:val="15"/>
              </w:rPr>
              <w:t>0.633</w:t>
            </w:r>
          </w:p>
        </w:tc>
      </w:tr>
      <w:tr>
        <w:trPr>
          <w:cantSplit/>
        </w:trPr>
        <w:tc>
          <w:tcPr>
            <w:tcW w:type="dxa" w:w="1973"/>
            <w:vAlign w:val="center"/>
          </w:tcPr>
          <w:p>
            <w:r/>
            <w:r>
              <w:rPr>
                <w:rFonts w:ascii="Malgun Gothic" w:hAnsi="Malgun Gothic" w:eastAsia="Malgun Gothic"/>
                <w:b w:val="0"/>
                <w:sz w:val="15"/>
              </w:rPr>
              <w:t>판별 평균|r| (wpm, duration)</w:t>
            </w:r>
          </w:p>
        </w:tc>
        <w:tc>
          <w:tcPr>
            <w:tcW w:type="dxa" w:w="1973"/>
            <w:vAlign w:val="center"/>
          </w:tcPr>
          <w:p>
            <w:r/>
            <w:r>
              <w:rPr>
                <w:rFonts w:ascii="Malgun Gothic" w:hAnsi="Malgun Gothic" w:eastAsia="Malgun Gothic"/>
                <w:b w:val="0"/>
                <w:sz w:val="15"/>
              </w:rPr>
              <w:t>0.445</w:t>
            </w:r>
          </w:p>
        </w:tc>
        <w:tc>
          <w:tcPr>
            <w:tcW w:type="dxa" w:w="1973"/>
            <w:vAlign w:val="center"/>
          </w:tcPr>
          <w:p>
            <w:r/>
            <w:r>
              <w:rPr>
                <w:rFonts w:ascii="Malgun Gothic" w:hAnsi="Malgun Gothic" w:eastAsia="Malgun Gothic"/>
                <w:b w:val="0"/>
                <w:sz w:val="15"/>
              </w:rPr>
              <w:t>수렴보다 낮아야</w:t>
            </w:r>
          </w:p>
        </w:tc>
        <w:tc>
          <w:tcPr>
            <w:tcW w:type="dxa" w:w="1973"/>
            <w:vAlign w:val="center"/>
          </w:tcPr>
          <w:p>
            <w:r/>
            <w:r>
              <w:rPr>
                <w:rFonts w:ascii="Malgun Gothic" w:hAnsi="Malgun Gothic" w:eastAsia="Malgun Gothic"/>
                <w:b w:val="0"/>
                <w:sz w:val="15"/>
              </w:rPr>
              <w:t>✓ 충족</w:t>
            </w:r>
          </w:p>
        </w:tc>
        <w:tc>
          <w:tcPr>
            <w:tcW w:type="dxa" w:w="1973"/>
            <w:vAlign w:val="center"/>
          </w:tcPr>
          <w:p>
            <w:r/>
            <w:r>
              <w:rPr>
                <w:rFonts w:ascii="Malgun Gothic" w:hAnsi="Malgun Gothic" w:eastAsia="Malgun Gothic"/>
                <w:b w:val="0"/>
                <w:sz w:val="15"/>
              </w:rPr>
              <w:t>0.436</w:t>
            </w:r>
          </w:p>
        </w:tc>
      </w:tr>
      <w:tr>
        <w:trPr>
          <w:cantSplit/>
        </w:trPr>
        <w:tc>
          <w:tcPr>
            <w:tcW w:type="dxa" w:w="1973"/>
            <w:vAlign w:val="center"/>
          </w:tcPr>
          <w:p>
            <w:r/>
            <w:r>
              <w:rPr>
                <w:rFonts w:ascii="Malgun Gothic" w:hAnsi="Malgun Gothic" w:eastAsia="Malgun Gothic"/>
                <w:b w:val="0"/>
                <w:sz w:val="15"/>
              </w:rPr>
              <w:t>델타 (수렴−판별)</w:t>
            </w:r>
          </w:p>
        </w:tc>
        <w:tc>
          <w:tcPr>
            <w:tcW w:type="dxa" w:w="1973"/>
            <w:vAlign w:val="center"/>
          </w:tcPr>
          <w:p>
            <w:r/>
            <w:r>
              <w:rPr>
                <w:rFonts w:ascii="Malgun Gothic" w:hAnsi="Malgun Gothic" w:eastAsia="Malgun Gothic"/>
                <w:b w:val="0"/>
                <w:sz w:val="15"/>
              </w:rPr>
              <w:t>0.153</w:t>
            </w:r>
          </w:p>
        </w:tc>
        <w:tc>
          <w:tcPr>
            <w:tcW w:type="dxa" w:w="1973"/>
            <w:vAlign w:val="center"/>
          </w:tcPr>
          <w:p>
            <w:r/>
            <w:r>
              <w:rPr>
                <w:rFonts w:ascii="Malgun Gothic" w:hAnsi="Malgun Gothic" w:eastAsia="Malgun Gothic"/>
                <w:b w:val="0"/>
                <w:sz w:val="15"/>
              </w:rPr>
              <w:t>&gt;0</w:t>
            </w:r>
          </w:p>
        </w:tc>
        <w:tc>
          <w:tcPr>
            <w:tcW w:type="dxa" w:w="1973"/>
            <w:vAlign w:val="center"/>
          </w:tcPr>
          <w:p>
            <w:r/>
            <w:r>
              <w:rPr>
                <w:rFonts w:ascii="Malgun Gothic" w:hAnsi="Malgun Gothic" w:eastAsia="Malgun Gothic"/>
                <w:b w:val="0"/>
                <w:sz w:val="15"/>
              </w:rPr>
              <w:t>✓ 양호</w:t>
            </w:r>
          </w:p>
        </w:tc>
        <w:tc>
          <w:tcPr>
            <w:tcW w:type="dxa" w:w="1973"/>
            <w:vAlign w:val="center"/>
          </w:tcPr>
          <w:p>
            <w:r/>
            <w:r>
              <w:rPr>
                <w:rFonts w:ascii="Malgun Gothic" w:hAnsi="Malgun Gothic" w:eastAsia="Malgun Gothic"/>
                <w:b w:val="0"/>
                <w:sz w:val="15"/>
              </w:rPr>
              <w:t>0.197</w:t>
            </w:r>
          </w:p>
        </w:tc>
      </w:tr>
    </w:tbl>
    <w:p/>
    <w:p>
      <w:pPr>
        <w:pStyle w:val="Heading2"/>
      </w:pPr>
      <w:r>
        <w:t>4.5. 가중치 민감도 분석 (n=998)</w:t>
      </w:r>
    </w:p>
    <w:p>
      <w:r>
        <w:t>균등 가중치(0.25) 기준 모형과 6가지 대안 시나리오를 비교하였다. 모든 시나리오에서 r≥0.88 이상으로 유지되어 균등 가중치 설계가 안정적임을 확인하였다.</w:t>
      </w:r>
    </w:p>
    <w:p>
      <w:r>
        <w:t>표 4-6. 가중치 시나리오 간 상관 분석 (n=998)</w:t>
      </w:r>
    </w:p>
    <w:p>
      <w:r>
        <w:rPr>
          <w:b/>
        </w:rPr>
        <w:t>원본 참조표 9</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5"/>
              </w:rPr>
              <w:t>시나리오</w:t>
            </w:r>
          </w:p>
        </w:tc>
        <w:tc>
          <w:tcPr>
            <w:tcW w:type="dxa" w:w="2466"/>
          </w:tcPr>
          <w:p>
            <w:r/>
            <w:r>
              <w:rPr>
                <w:rFonts w:ascii="Malgun Gothic" w:hAnsi="Malgun Gothic" w:eastAsia="Malgun Gothic"/>
                <w:b/>
                <w:sz w:val="15"/>
              </w:rPr>
              <w:t>기본과의 r</w:t>
            </w:r>
          </w:p>
        </w:tc>
        <w:tc>
          <w:tcPr>
            <w:tcW w:type="dxa" w:w="2466"/>
          </w:tcPr>
          <w:p>
            <w:r/>
            <w:r>
              <w:rPr>
                <w:rFonts w:ascii="Malgun Gothic" w:hAnsi="Malgun Gothic" w:eastAsia="Malgun Gothic"/>
                <w:b/>
                <w:sz w:val="15"/>
              </w:rPr>
              <w:t>MAD</w:t>
            </w:r>
          </w:p>
        </w:tc>
        <w:tc>
          <w:tcPr>
            <w:tcW w:type="dxa" w:w="2466"/>
          </w:tcPr>
          <w:p>
            <w:r/>
            <w:r>
              <w:rPr>
                <w:rFonts w:ascii="Malgun Gothic" w:hAnsi="Malgun Gothic" w:eastAsia="Malgun Gothic"/>
                <w:b/>
                <w:sz w:val="15"/>
              </w:rPr>
              <w:t>해석</w:t>
            </w:r>
          </w:p>
        </w:tc>
      </w:tr>
      <w:tr>
        <w:trPr>
          <w:cantSplit/>
        </w:trPr>
        <w:tc>
          <w:tcPr>
            <w:tcW w:type="dxa" w:w="2466"/>
            <w:vAlign w:val="center"/>
          </w:tcPr>
          <w:p>
            <w:r/>
            <w:r>
              <w:rPr>
                <w:rFonts w:ascii="Malgun Gothic" w:hAnsi="Malgun Gothic" w:eastAsia="Malgun Gothic"/>
                <w:b w:val="0"/>
                <w:sz w:val="15"/>
              </w:rPr>
              <w:t>equal_25 (기본)</w:t>
            </w:r>
          </w:p>
        </w:tc>
        <w:tc>
          <w:tcPr>
            <w:tcW w:type="dxa" w:w="2466"/>
            <w:vAlign w:val="center"/>
          </w:tcPr>
          <w:p>
            <w:r/>
            <w:r>
              <w:rPr>
                <w:rFonts w:ascii="Malgun Gothic" w:hAnsi="Malgun Gothic" w:eastAsia="Malgun Gothic"/>
                <w:b w:val="0"/>
                <w:sz w:val="15"/>
              </w:rPr>
              <w:t>1.0000</w:t>
            </w:r>
          </w:p>
        </w:tc>
        <w:tc>
          <w:tcPr>
            <w:tcW w:type="dxa" w:w="2466"/>
            <w:vAlign w:val="center"/>
          </w:tcPr>
          <w:p>
            <w:r/>
            <w:r>
              <w:rPr>
                <w:rFonts w:ascii="Malgun Gothic" w:hAnsi="Malgun Gothic" w:eastAsia="Malgun Gothic"/>
                <w:b w:val="0"/>
                <w:sz w:val="15"/>
              </w:rPr>
              <w:t>0.000</w:t>
            </w:r>
          </w:p>
        </w:tc>
        <w:tc>
          <w:tcPr>
            <w:tcW w:type="dxa" w:w="2466"/>
            <w:vAlign w:val="center"/>
          </w:tcPr>
          <w:p>
            <w:r/>
            <w:r>
              <w:rPr>
                <w:rFonts w:ascii="Malgun Gothic" w:hAnsi="Malgun Gothic" w:eastAsia="Malgun Gothic"/>
                <w:b w:val="0"/>
                <w:sz w:val="15"/>
              </w:rPr>
              <w:t>기준 모형</w:t>
            </w:r>
          </w:p>
        </w:tc>
      </w:tr>
      <w:tr>
        <w:trPr>
          <w:cantSplit/>
        </w:trPr>
        <w:tc>
          <w:tcPr>
            <w:tcW w:type="dxa" w:w="2466"/>
            <w:vAlign w:val="center"/>
          </w:tcPr>
          <w:p>
            <w:r/>
            <w:r>
              <w:rPr>
                <w:rFonts w:ascii="Malgun Gothic" w:hAnsi="Malgun Gothic" w:eastAsia="Malgun Gothic"/>
                <w:b w:val="0"/>
                <w:sz w:val="15"/>
              </w:rPr>
              <w:t>pitch 중심</w:t>
            </w:r>
          </w:p>
        </w:tc>
        <w:tc>
          <w:tcPr>
            <w:tcW w:type="dxa" w:w="2466"/>
            <w:vAlign w:val="center"/>
          </w:tcPr>
          <w:p>
            <w:r/>
            <w:r>
              <w:rPr>
                <w:rFonts w:ascii="Malgun Gothic" w:hAnsi="Malgun Gothic" w:eastAsia="Malgun Gothic"/>
                <w:b w:val="0"/>
                <w:sz w:val="15"/>
              </w:rPr>
              <w:t>0.9280</w:t>
            </w:r>
          </w:p>
        </w:tc>
        <w:tc>
          <w:tcPr>
            <w:tcW w:type="dxa" w:w="2466"/>
            <w:vAlign w:val="center"/>
          </w:tcPr>
          <w:p>
            <w:r/>
            <w:r>
              <w:rPr>
                <w:rFonts w:ascii="Malgun Gothic" w:hAnsi="Malgun Gothic" w:eastAsia="Malgun Gothic"/>
                <w:b w:val="0"/>
                <w:sz w:val="15"/>
              </w:rPr>
              <w:t>0.023</w:t>
            </w:r>
          </w:p>
        </w:tc>
        <w:tc>
          <w:tcPr>
            <w:tcW w:type="dxa" w:w="2466"/>
            <w:vAlign w:val="center"/>
          </w:tcPr>
          <w:p>
            <w:r/>
            <w:r>
              <w:rPr>
                <w:rFonts w:ascii="Malgun Gothic" w:hAnsi="Malgun Gothic" w:eastAsia="Malgun Gothic"/>
                <w:b w:val="0"/>
                <w:sz w:val="15"/>
              </w:rPr>
              <w:t>안정 (r≥0.92)</w:t>
            </w:r>
          </w:p>
        </w:tc>
      </w:tr>
      <w:tr>
        <w:trPr>
          <w:cantSplit/>
        </w:trPr>
        <w:tc>
          <w:tcPr>
            <w:tcW w:type="dxa" w:w="2466"/>
            <w:vAlign w:val="center"/>
          </w:tcPr>
          <w:p>
            <w:r/>
            <w:r>
              <w:rPr>
                <w:rFonts w:ascii="Malgun Gothic" w:hAnsi="Malgun Gothic" w:eastAsia="Malgun Gothic"/>
                <w:b w:val="0"/>
                <w:sz w:val="15"/>
              </w:rPr>
              <w:t>energy 중심</w:t>
            </w:r>
          </w:p>
        </w:tc>
        <w:tc>
          <w:tcPr>
            <w:tcW w:type="dxa" w:w="2466"/>
            <w:vAlign w:val="center"/>
          </w:tcPr>
          <w:p>
            <w:r/>
            <w:r>
              <w:rPr>
                <w:rFonts w:ascii="Malgun Gothic" w:hAnsi="Malgun Gothic" w:eastAsia="Malgun Gothic"/>
                <w:b w:val="0"/>
                <w:sz w:val="15"/>
              </w:rPr>
              <w:t>0.9353</w:t>
            </w:r>
          </w:p>
        </w:tc>
        <w:tc>
          <w:tcPr>
            <w:tcW w:type="dxa" w:w="2466"/>
            <w:vAlign w:val="center"/>
          </w:tcPr>
          <w:p>
            <w:r/>
            <w:r>
              <w:rPr>
                <w:rFonts w:ascii="Malgun Gothic" w:hAnsi="Malgun Gothic" w:eastAsia="Malgun Gothic"/>
                <w:b w:val="0"/>
                <w:sz w:val="15"/>
              </w:rPr>
              <w:t>0.021</w:t>
            </w:r>
          </w:p>
        </w:tc>
        <w:tc>
          <w:tcPr>
            <w:tcW w:type="dxa" w:w="2466"/>
            <w:vAlign w:val="center"/>
          </w:tcPr>
          <w:p>
            <w:r/>
            <w:r>
              <w:rPr>
                <w:rFonts w:ascii="Malgun Gothic" w:hAnsi="Malgun Gothic" w:eastAsia="Malgun Gothic"/>
                <w:b w:val="0"/>
                <w:sz w:val="15"/>
              </w:rPr>
              <w:t>안정 (r≥0.93)</w:t>
            </w:r>
          </w:p>
        </w:tc>
      </w:tr>
      <w:tr>
        <w:trPr>
          <w:cantSplit/>
        </w:trPr>
        <w:tc>
          <w:tcPr>
            <w:tcW w:type="dxa" w:w="2466"/>
            <w:vAlign w:val="center"/>
          </w:tcPr>
          <w:p>
            <w:r/>
            <w:r>
              <w:rPr>
                <w:rFonts w:ascii="Malgun Gothic" w:hAnsi="Malgun Gothic" w:eastAsia="Malgun Gothic"/>
                <w:b w:val="0"/>
                <w:sz w:val="15"/>
              </w:rPr>
              <w:t>pitch+energy 동등강조</w:t>
            </w:r>
          </w:p>
        </w:tc>
        <w:tc>
          <w:tcPr>
            <w:tcW w:type="dxa" w:w="2466"/>
            <w:vAlign w:val="center"/>
          </w:tcPr>
          <w:p>
            <w:r/>
            <w:r>
              <w:rPr>
                <w:rFonts w:ascii="Malgun Gothic" w:hAnsi="Malgun Gothic" w:eastAsia="Malgun Gothic"/>
                <w:b w:val="0"/>
                <w:sz w:val="15"/>
              </w:rPr>
              <w:t>0.9381</w:t>
            </w:r>
          </w:p>
        </w:tc>
        <w:tc>
          <w:tcPr>
            <w:tcW w:type="dxa" w:w="2466"/>
            <w:vAlign w:val="center"/>
          </w:tcPr>
          <w:p>
            <w:r/>
            <w:r>
              <w:rPr>
                <w:rFonts w:ascii="Malgun Gothic" w:hAnsi="Malgun Gothic" w:eastAsia="Malgun Gothic"/>
                <w:b w:val="0"/>
                <w:sz w:val="15"/>
              </w:rPr>
              <w:t>0.021</w:t>
            </w:r>
          </w:p>
        </w:tc>
        <w:tc>
          <w:tcPr>
            <w:tcW w:type="dxa" w:w="2466"/>
            <w:vAlign w:val="center"/>
          </w:tcPr>
          <w:p>
            <w:r/>
            <w:r>
              <w:rPr>
                <w:rFonts w:ascii="Malgun Gothic" w:hAnsi="Malgun Gothic" w:eastAsia="Malgun Gothic"/>
                <w:b w:val="0"/>
                <w:sz w:val="15"/>
              </w:rPr>
              <w:t>안정 (r≥0.93)</w:t>
            </w:r>
          </w:p>
        </w:tc>
      </w:tr>
      <w:tr>
        <w:trPr>
          <w:cantSplit/>
        </w:trPr>
        <w:tc>
          <w:tcPr>
            <w:tcW w:type="dxa" w:w="2466"/>
            <w:vAlign w:val="center"/>
          </w:tcPr>
          <w:p>
            <w:r/>
            <w:r>
              <w:rPr>
                <w:rFonts w:ascii="Malgun Gothic" w:hAnsi="Malgun Gothic" w:eastAsia="Malgun Gothic"/>
                <w:b w:val="0"/>
                <w:sz w:val="15"/>
              </w:rPr>
              <w:t>wpm 낮춤</w:t>
            </w:r>
          </w:p>
        </w:tc>
        <w:tc>
          <w:tcPr>
            <w:tcW w:type="dxa" w:w="2466"/>
            <w:vAlign w:val="center"/>
          </w:tcPr>
          <w:p>
            <w:r/>
            <w:r>
              <w:rPr>
                <w:rFonts w:ascii="Malgun Gothic" w:hAnsi="Malgun Gothic" w:eastAsia="Malgun Gothic"/>
                <w:b w:val="0"/>
                <w:sz w:val="15"/>
              </w:rPr>
              <w:t>0.9478</w:t>
            </w:r>
          </w:p>
        </w:tc>
        <w:tc>
          <w:tcPr>
            <w:tcW w:type="dxa" w:w="2466"/>
            <w:vAlign w:val="center"/>
          </w:tcPr>
          <w:p>
            <w:r/>
            <w:r>
              <w:rPr>
                <w:rFonts w:ascii="Malgun Gothic" w:hAnsi="Malgun Gothic" w:eastAsia="Malgun Gothic"/>
                <w:b w:val="0"/>
                <w:sz w:val="15"/>
              </w:rPr>
              <w:t>0.019</w:t>
            </w:r>
          </w:p>
        </w:tc>
        <w:tc>
          <w:tcPr>
            <w:tcW w:type="dxa" w:w="2466"/>
            <w:vAlign w:val="center"/>
          </w:tcPr>
          <w:p>
            <w:r/>
            <w:r>
              <w:rPr>
                <w:rFonts w:ascii="Malgun Gothic" w:hAnsi="Malgun Gothic" w:eastAsia="Malgun Gothic"/>
                <w:b w:val="0"/>
                <w:sz w:val="15"/>
              </w:rPr>
              <w:t>안정 (r≥0.94)</w:t>
            </w:r>
          </w:p>
        </w:tc>
      </w:tr>
      <w:tr>
        <w:trPr>
          <w:cantSplit/>
        </w:trPr>
        <w:tc>
          <w:tcPr>
            <w:tcW w:type="dxa" w:w="2466"/>
            <w:vAlign w:val="center"/>
          </w:tcPr>
          <w:p>
            <w:r/>
            <w:r>
              <w:rPr>
                <w:rFonts w:ascii="Malgun Gothic" w:hAnsi="Malgun Gothic" w:eastAsia="Malgun Gothic"/>
                <w:b w:val="0"/>
                <w:sz w:val="15"/>
              </w:rPr>
              <w:t>wpm 제외</w:t>
            </w:r>
          </w:p>
        </w:tc>
        <w:tc>
          <w:tcPr>
            <w:tcW w:type="dxa" w:w="2466"/>
            <w:vAlign w:val="center"/>
          </w:tcPr>
          <w:p>
            <w:r/>
            <w:r>
              <w:rPr>
                <w:rFonts w:ascii="Malgun Gothic" w:hAnsi="Malgun Gothic" w:eastAsia="Malgun Gothic"/>
                <w:b w:val="0"/>
                <w:sz w:val="15"/>
              </w:rPr>
              <w:t>0.8792</w:t>
            </w:r>
          </w:p>
        </w:tc>
        <w:tc>
          <w:tcPr>
            <w:tcW w:type="dxa" w:w="2466"/>
            <w:vAlign w:val="center"/>
          </w:tcPr>
          <w:p>
            <w:r/>
            <w:r>
              <w:rPr>
                <w:rFonts w:ascii="Malgun Gothic" w:hAnsi="Malgun Gothic" w:eastAsia="Malgun Gothic"/>
                <w:b w:val="0"/>
                <w:sz w:val="15"/>
              </w:rPr>
              <w:t>0.032</w:t>
            </w:r>
          </w:p>
        </w:tc>
        <w:tc>
          <w:tcPr>
            <w:tcW w:type="dxa" w:w="2466"/>
            <w:vAlign w:val="center"/>
          </w:tcPr>
          <w:p>
            <w:r/>
            <w:r>
              <w:rPr>
                <w:rFonts w:ascii="Malgun Gothic" w:hAnsi="Malgun Gothic" w:eastAsia="Malgun Gothic"/>
                <w:b w:val="0"/>
                <w:sz w:val="15"/>
              </w:rPr>
              <w:t>보통 (r≥0.85 허용범위)</w:t>
            </w:r>
          </w:p>
        </w:tc>
      </w:tr>
      <w:tr>
        <w:trPr>
          <w:cantSplit/>
        </w:trPr>
        <w:tc>
          <w:tcPr>
            <w:tcW w:type="dxa" w:w="2466"/>
            <w:vAlign w:val="center"/>
          </w:tcPr>
          <w:p>
            <w:r/>
            <w:r>
              <w:rPr>
                <w:rFonts w:ascii="Malgun Gothic" w:hAnsi="Malgun Gothic" w:eastAsia="Malgun Gothic"/>
                <w:b w:val="0"/>
                <w:sz w:val="15"/>
              </w:rPr>
              <w:t>duration 제외</w:t>
            </w:r>
          </w:p>
        </w:tc>
        <w:tc>
          <w:tcPr>
            <w:tcW w:type="dxa" w:w="2466"/>
            <w:vAlign w:val="center"/>
          </w:tcPr>
          <w:p>
            <w:r/>
            <w:r>
              <w:rPr>
                <w:rFonts w:ascii="Malgun Gothic" w:hAnsi="Malgun Gothic" w:eastAsia="Malgun Gothic"/>
                <w:b w:val="0"/>
                <w:sz w:val="15"/>
              </w:rPr>
              <w:t>0.8778</w:t>
            </w:r>
          </w:p>
        </w:tc>
        <w:tc>
          <w:tcPr>
            <w:tcW w:type="dxa" w:w="2466"/>
            <w:vAlign w:val="center"/>
          </w:tcPr>
          <w:p>
            <w:r/>
            <w:r>
              <w:rPr>
                <w:rFonts w:ascii="Malgun Gothic" w:hAnsi="Malgun Gothic" w:eastAsia="Malgun Gothic"/>
                <w:b w:val="0"/>
                <w:sz w:val="15"/>
              </w:rPr>
              <w:t>0.025</w:t>
            </w:r>
          </w:p>
        </w:tc>
        <w:tc>
          <w:tcPr>
            <w:tcW w:type="dxa" w:w="2466"/>
            <w:vAlign w:val="center"/>
          </w:tcPr>
          <w:p>
            <w:r/>
            <w:r>
              <w:rPr>
                <w:rFonts w:ascii="Malgun Gothic" w:hAnsi="Malgun Gothic" w:eastAsia="Malgun Gothic"/>
                <w:b w:val="0"/>
                <w:sz w:val="15"/>
              </w:rPr>
              <w:t>보통 (r≥0.85 허용범위)</w:t>
            </w:r>
          </w:p>
        </w:tc>
      </w:tr>
    </w:tbl>
    <w:p/>
    <w:p>
      <w:r>
        <w:t>주. 0413 기준 모든 시나리오 r≥0.88로 0402 보고(최저 r=0.841) 대비 전반적으로 향상됨.</w:t>
      </w:r>
    </w:p>
    <w:p>
      <w:pPr>
        <w:jc w:val="center"/>
      </w:pPr>
      <w:r>
        <w:drawing>
          <wp:inline xmlns:a="http://schemas.openxmlformats.org/drawingml/2006/main" xmlns:pic="http://schemas.openxmlformats.org/drawingml/2006/picture">
            <wp:extent cx="5852160" cy="2996647"/>
            <wp:docPr id="22" name="Picture 22"/>
            <wp:cNvGraphicFramePr>
              <a:graphicFrameLocks noChangeAspect="1"/>
            </wp:cNvGraphicFramePr>
            <a:graphic>
              <a:graphicData uri="http://schemas.openxmlformats.org/drawingml/2006/picture">
                <pic:pic>
                  <pic:nvPicPr>
                    <pic:cNvPr id="0" name="ch1_08_html_ref_VOC_0413___v5_with_images_007.png"/>
                    <pic:cNvPicPr/>
                  </pic:nvPicPr>
                  <pic:blipFill>
                    <a:blip r:embed="rId19"/>
                    <a:stretch>
                      <a:fillRect/>
                    </a:stretch>
                  </pic:blipFill>
                  <pic:spPr>
                    <a:xfrm>
                      <a:off x="0" y="0"/>
                      <a:ext cx="5852160" cy="2996647"/>
                    </a:xfrm>
                    <a:prstGeom prst="rect"/>
                  </pic:spPr>
                </pic:pic>
              </a:graphicData>
            </a:graphic>
          </wp:inline>
        </w:drawing>
      </w:r>
    </w:p>
    <w:p>
      <w:r>
        <w:t>그림 4-7. 가중치 시나리오별 r(좌) 및 MAD(우) 비교 (n=998)</w:t>
      </w:r>
    </w:p>
    <w:p>
      <w:pPr>
        <w:pStyle w:val="Heading2"/>
      </w:pPr>
      <w:r>
        <w:t>4.6. 구간 프로파일 분석 — ANOVA (n=998)</w:t>
      </w:r>
    </w:p>
    <w:p>
      <w:r>
        <w:t>stress_score의 33.3·66.7 백분위수를 기준으로 저·중·고 3구간으로 분류하고 일원배치 분산분석을 수행하였다. 모든 변수에서 대효과(η²≥0.13) 이상이 확인되었다.</w:t>
      </w:r>
    </w:p>
    <w:p>
      <w:r>
        <w:t>표 4-7. 스트레스 구간별 ANOVA 결과 (n=998)</w:t>
      </w:r>
    </w:p>
    <w:p>
      <w:r>
        <w:rPr>
          <w:b/>
        </w:rPr>
        <w:t>원본 참조표 10</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5"/>
              </w:rPr>
              <w:t>변수</w:t>
            </w:r>
          </w:p>
        </w:tc>
        <w:tc>
          <w:tcPr>
            <w:tcW w:type="dxa" w:w="1644"/>
          </w:tcPr>
          <w:p>
            <w:r/>
            <w:r>
              <w:rPr>
                <w:rFonts w:ascii="Malgun Gothic" w:hAnsi="Malgun Gothic" w:eastAsia="Malgun Gothic"/>
                <w:b/>
                <w:sz w:val="15"/>
              </w:rPr>
              <w:t>F</w:t>
            </w:r>
          </w:p>
        </w:tc>
        <w:tc>
          <w:tcPr>
            <w:tcW w:type="dxa" w:w="1644"/>
          </w:tcPr>
          <w:p>
            <w:r/>
            <w:r>
              <w:rPr>
                <w:rFonts w:ascii="Malgun Gothic" w:hAnsi="Malgun Gothic" w:eastAsia="Malgun Gothic"/>
                <w:b/>
                <w:sz w:val="15"/>
              </w:rPr>
              <w:t>p값</w:t>
            </w:r>
          </w:p>
        </w:tc>
        <w:tc>
          <w:tcPr>
            <w:tcW w:type="dxa" w:w="1644"/>
          </w:tcPr>
          <w:p>
            <w:r/>
            <w:r>
              <w:rPr>
                <w:rFonts w:ascii="Malgun Gothic" w:hAnsi="Malgun Gothic" w:eastAsia="Malgun Gothic"/>
                <w:b/>
                <w:sz w:val="15"/>
              </w:rPr>
              <w:t>η²</w:t>
            </w:r>
          </w:p>
        </w:tc>
        <w:tc>
          <w:tcPr>
            <w:tcW w:type="dxa" w:w="1644"/>
          </w:tcPr>
          <w:p>
            <w:r/>
            <w:r>
              <w:rPr>
                <w:rFonts w:ascii="Malgun Gothic" w:hAnsi="Malgun Gothic" w:eastAsia="Malgun Gothic"/>
                <w:b/>
                <w:sz w:val="15"/>
              </w:rPr>
              <w:t>효과크기</w:t>
            </w:r>
          </w:p>
        </w:tc>
        <w:tc>
          <w:tcPr>
            <w:tcW w:type="dxa" w:w="1644"/>
          </w:tcPr>
          <w:p>
            <w:r/>
            <w:r>
              <w:rPr>
                <w:rFonts w:ascii="Malgun Gothic" w:hAnsi="Malgun Gothic" w:eastAsia="Malgun Gothic"/>
                <w:b/>
                <w:sz w:val="15"/>
              </w:rPr>
              <w:t>역할</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260.48</w:t>
            </w:r>
          </w:p>
        </w:tc>
        <w:tc>
          <w:tcPr>
            <w:tcW w:type="dxa" w:w="1644"/>
            <w:vAlign w:val="center"/>
          </w:tcPr>
          <w:p>
            <w:r/>
            <w:r>
              <w:rPr>
                <w:rFonts w:ascii="Malgun Gothic" w:hAnsi="Malgun Gothic" w:eastAsia="Malgun Gothic"/>
                <w:b w:val="0"/>
                <w:sz w:val="15"/>
              </w:rPr>
              <w:t>1.06e-91</w:t>
            </w:r>
          </w:p>
        </w:tc>
        <w:tc>
          <w:tcPr>
            <w:tcW w:type="dxa" w:w="1644"/>
            <w:vAlign w:val="center"/>
          </w:tcPr>
          <w:p>
            <w:r/>
            <w:r>
              <w:rPr>
                <w:rFonts w:ascii="Malgun Gothic" w:hAnsi="Malgun Gothic" w:eastAsia="Malgun Gothic"/>
                <w:b w:val="0"/>
                <w:sz w:val="15"/>
              </w:rPr>
              <w:t>0.3436</w:t>
            </w:r>
          </w:p>
        </w:tc>
        <w:tc>
          <w:tcPr>
            <w:tcW w:type="dxa" w:w="1644"/>
            <w:vAlign w:val="center"/>
          </w:tcPr>
          <w:p>
            <w:r/>
            <w:r>
              <w:rPr>
                <w:rFonts w:ascii="Malgun Gothic" w:hAnsi="Malgun Gothic" w:eastAsia="Malgun Gothic"/>
                <w:b w:val="0"/>
                <w:sz w:val="15"/>
              </w:rPr>
              <w:t>대(large)</w:t>
            </w:r>
          </w:p>
        </w:tc>
        <w:tc>
          <w:tcPr>
            <w:tcW w:type="dxa" w:w="1644"/>
            <w:vAlign w:val="center"/>
          </w:tcPr>
          <w:p>
            <w:r/>
            <w:r>
              <w:rPr>
                <w:rFonts w:ascii="Malgun Gothic" w:hAnsi="Malgun Gothic" w:eastAsia="Malgun Gothic"/>
                <w:b w:val="0"/>
                <w:sz w:val="15"/>
              </w:rPr>
              <w:t>수렴 핵심</w:t>
            </w:r>
          </w:p>
        </w:tc>
      </w:tr>
      <w:tr>
        <w:trPr>
          <w:cantSplit/>
        </w:trPr>
        <w:tc>
          <w:tcPr>
            <w:tcW w:type="dxa" w:w="1644"/>
            <w:vAlign w:val="center"/>
          </w:tcPr>
          <w:p>
            <w:r/>
            <w:r>
              <w:rPr>
                <w:rFonts w:ascii="Malgun Gothic" w:hAnsi="Malgun Gothic" w:eastAsia="Malgun Gothic"/>
                <w:b w:val="0"/>
                <w:sz w:val="15"/>
              </w:rPr>
              <w:t>pitch_mean</w:t>
            </w:r>
          </w:p>
        </w:tc>
        <w:tc>
          <w:tcPr>
            <w:tcW w:type="dxa" w:w="1644"/>
            <w:vAlign w:val="center"/>
          </w:tcPr>
          <w:p>
            <w:r/>
            <w:r>
              <w:rPr>
                <w:rFonts w:ascii="Malgun Gothic" w:hAnsi="Malgun Gothic" w:eastAsia="Malgun Gothic"/>
                <w:b w:val="0"/>
                <w:sz w:val="15"/>
              </w:rPr>
              <w:t>171.31</w:t>
            </w:r>
          </w:p>
        </w:tc>
        <w:tc>
          <w:tcPr>
            <w:tcW w:type="dxa" w:w="1644"/>
            <w:vAlign w:val="center"/>
          </w:tcPr>
          <w:p>
            <w:r/>
            <w:r>
              <w:rPr>
                <w:rFonts w:ascii="Malgun Gothic" w:hAnsi="Malgun Gothic" w:eastAsia="Malgun Gothic"/>
                <w:b w:val="0"/>
                <w:sz w:val="15"/>
              </w:rPr>
              <w:t>1.17e-64</w:t>
            </w:r>
          </w:p>
        </w:tc>
        <w:tc>
          <w:tcPr>
            <w:tcW w:type="dxa" w:w="1644"/>
            <w:vAlign w:val="center"/>
          </w:tcPr>
          <w:p>
            <w:r/>
            <w:r>
              <w:rPr>
                <w:rFonts w:ascii="Malgun Gothic" w:hAnsi="Malgun Gothic" w:eastAsia="Malgun Gothic"/>
                <w:b w:val="0"/>
                <w:sz w:val="15"/>
              </w:rPr>
              <w:t>0.2561</w:t>
            </w:r>
          </w:p>
        </w:tc>
        <w:tc>
          <w:tcPr>
            <w:tcW w:type="dxa" w:w="1644"/>
            <w:vAlign w:val="center"/>
          </w:tcPr>
          <w:p>
            <w:r/>
            <w:r>
              <w:rPr>
                <w:rFonts w:ascii="Malgun Gothic" w:hAnsi="Malgun Gothic" w:eastAsia="Malgun Gothic"/>
                <w:b w:val="0"/>
                <w:sz w:val="15"/>
              </w:rPr>
              <w:t>대(large)</w:t>
            </w:r>
          </w:p>
        </w:tc>
        <w:tc>
          <w:tcPr>
            <w:tcW w:type="dxa" w:w="1644"/>
            <w:vAlign w:val="center"/>
          </w:tcPr>
          <w:p>
            <w:r/>
            <w:r>
              <w:rPr>
                <w:rFonts w:ascii="Malgun Gothic" w:hAnsi="Malgun Gothic" w:eastAsia="Malgun Gothic"/>
                <w:b w:val="0"/>
                <w:sz w:val="15"/>
              </w:rPr>
              <w:t>수렴 핵심</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75.26</w:t>
            </w:r>
          </w:p>
        </w:tc>
        <w:tc>
          <w:tcPr>
            <w:tcW w:type="dxa" w:w="1644"/>
            <w:vAlign w:val="center"/>
          </w:tcPr>
          <w:p>
            <w:r/>
            <w:r>
              <w:rPr>
                <w:rFonts w:ascii="Malgun Gothic" w:hAnsi="Malgun Gothic" w:eastAsia="Malgun Gothic"/>
                <w:b w:val="0"/>
                <w:sz w:val="15"/>
              </w:rPr>
              <w:t>3.65e-31</w:t>
            </w:r>
          </w:p>
        </w:tc>
        <w:tc>
          <w:tcPr>
            <w:tcW w:type="dxa" w:w="1644"/>
            <w:vAlign w:val="center"/>
          </w:tcPr>
          <w:p>
            <w:r/>
            <w:r>
              <w:rPr>
                <w:rFonts w:ascii="Malgun Gothic" w:hAnsi="Malgun Gothic" w:eastAsia="Malgun Gothic"/>
                <w:b w:val="0"/>
                <w:sz w:val="15"/>
              </w:rPr>
              <w:t>0.1314</w:t>
            </w:r>
          </w:p>
        </w:tc>
        <w:tc>
          <w:tcPr>
            <w:tcW w:type="dxa" w:w="1644"/>
            <w:vAlign w:val="center"/>
          </w:tcPr>
          <w:p>
            <w:r/>
            <w:r>
              <w:rPr>
                <w:rFonts w:ascii="Malgun Gothic" w:hAnsi="Malgun Gothic" w:eastAsia="Malgun Gothic"/>
                <w:b w:val="0"/>
                <w:sz w:val="15"/>
              </w:rPr>
              <w:t>중(medium)</w:t>
            </w:r>
          </w:p>
        </w:tc>
        <w:tc>
          <w:tcPr>
            <w:tcW w:type="dxa" w:w="1644"/>
            <w:vAlign w:val="center"/>
          </w:tcPr>
          <w:p>
            <w:r/>
            <w:r>
              <w:rPr>
                <w:rFonts w:ascii="Malgun Gothic" w:hAnsi="Malgun Gothic" w:eastAsia="Malgun Gothic"/>
                <w:b w:val="0"/>
                <w:sz w:val="15"/>
              </w:rPr>
              <w:t>보조 근거</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75.18</w:t>
            </w:r>
          </w:p>
        </w:tc>
        <w:tc>
          <w:tcPr>
            <w:tcW w:type="dxa" w:w="1644"/>
            <w:vAlign w:val="center"/>
          </w:tcPr>
          <w:p>
            <w:r/>
            <w:r>
              <w:rPr>
                <w:rFonts w:ascii="Malgun Gothic" w:hAnsi="Malgun Gothic" w:eastAsia="Malgun Gothic"/>
                <w:b w:val="0"/>
                <w:sz w:val="15"/>
              </w:rPr>
              <w:t>3.91e-31</w:t>
            </w:r>
          </w:p>
        </w:tc>
        <w:tc>
          <w:tcPr>
            <w:tcW w:type="dxa" w:w="1644"/>
            <w:vAlign w:val="center"/>
          </w:tcPr>
          <w:p>
            <w:r/>
            <w:r>
              <w:rPr>
                <w:rFonts w:ascii="Malgun Gothic" w:hAnsi="Malgun Gothic" w:eastAsia="Malgun Gothic"/>
                <w:b w:val="0"/>
                <w:sz w:val="15"/>
              </w:rPr>
              <w:t>0.1313</w:t>
            </w:r>
          </w:p>
        </w:tc>
        <w:tc>
          <w:tcPr>
            <w:tcW w:type="dxa" w:w="1644"/>
            <w:vAlign w:val="center"/>
          </w:tcPr>
          <w:p>
            <w:r/>
            <w:r>
              <w:rPr>
                <w:rFonts w:ascii="Malgun Gothic" w:hAnsi="Malgun Gothic" w:eastAsia="Malgun Gothic"/>
                <w:b w:val="0"/>
                <w:sz w:val="15"/>
              </w:rPr>
              <w:t>중(medium)</w:t>
            </w:r>
          </w:p>
        </w:tc>
        <w:tc>
          <w:tcPr>
            <w:tcW w:type="dxa" w:w="1644"/>
            <w:vAlign w:val="center"/>
          </w:tcPr>
          <w:p>
            <w:r/>
            <w:r>
              <w:rPr>
                <w:rFonts w:ascii="Malgun Gothic" w:hAnsi="Malgun Gothic" w:eastAsia="Malgun Gothic"/>
                <w:b w:val="0"/>
                <w:sz w:val="15"/>
              </w:rPr>
              <w:t>보조 근거</w:t>
            </w:r>
          </w:p>
        </w:tc>
      </w:tr>
    </w:tbl>
    <w:p/>
    <w:p>
      <w:r>
        <w:t>주. η²≥0.14=대효과(large), η²≥0.06=중효과(medium) (Cohen, 1988). df₁=2, df₂=995. 모든 변수 p&lt;.001.</w:t>
      </w:r>
    </w:p>
    <w:p>
      <w:pPr>
        <w:pStyle w:val="Heading3"/>
      </w:pPr>
      <w:r>
        <w:t>4.6.1. energy_mean — 구간별 분포</w:t>
      </w:r>
    </w:p>
    <w:p>
      <w:pPr>
        <w:jc w:val="center"/>
      </w:pPr>
      <w:r>
        <w:drawing>
          <wp:inline xmlns:a="http://schemas.openxmlformats.org/drawingml/2006/main" xmlns:pic="http://schemas.openxmlformats.org/drawingml/2006/picture">
            <wp:extent cx="5852160" cy="4089069"/>
            <wp:docPr id="23" name="Picture 23"/>
            <wp:cNvGraphicFramePr>
              <a:graphicFrameLocks noChangeAspect="1"/>
            </wp:cNvGraphicFramePr>
            <a:graphic>
              <a:graphicData uri="http://schemas.openxmlformats.org/drawingml/2006/picture">
                <pic:pic>
                  <pic:nvPicPr>
                    <pic:cNvPr id="0" name="ref_VOC_0413_분석리포트_v5_with_images_008.png"/>
                    <pic:cNvPicPr/>
                  </pic:nvPicPr>
                  <pic:blipFill>
                    <a:blip r:embed="rId24"/>
                    <a:stretch>
                      <a:fillRect/>
                    </a:stretch>
                  </pic:blipFill>
                  <pic:spPr>
                    <a:xfrm>
                      <a:off x="0" y="0"/>
                      <a:ext cx="5852160" cy="4089069"/>
                    </a:xfrm>
                    <a:prstGeom prst="rect"/>
                  </pic:spPr>
                </pic:pic>
              </a:graphicData>
            </a:graphic>
          </wp:inline>
        </w:drawing>
      </w:r>
    </w:p>
    <w:p>
      <w:r>
        <w:t>그림 4-8. 스트레스 구간별 energy_mean 분포 (F=260.48, p=1.06e-91, η²=0.344, 대효과)</w:t>
      </w:r>
    </w:p>
    <w:p>
      <w:pPr>
        <w:pStyle w:val="Heading3"/>
      </w:pPr>
      <w:r>
        <w:t>4.6.2. pitch_mean — 구간별 분포</w:t>
      </w:r>
    </w:p>
    <w:p>
      <w:pPr>
        <w:jc w:val="center"/>
      </w:pPr>
      <w:r>
        <w:drawing>
          <wp:inline xmlns:a="http://schemas.openxmlformats.org/drawingml/2006/main" xmlns:pic="http://schemas.openxmlformats.org/drawingml/2006/picture">
            <wp:extent cx="5852160" cy="4092322"/>
            <wp:docPr id="24" name="Picture 24"/>
            <wp:cNvGraphicFramePr>
              <a:graphicFrameLocks noChangeAspect="1"/>
            </wp:cNvGraphicFramePr>
            <a:graphic>
              <a:graphicData uri="http://schemas.openxmlformats.org/drawingml/2006/picture">
                <pic:pic>
                  <pic:nvPicPr>
                    <pic:cNvPr id="0" name="ref_VOC_0413_분석리포트_v5_with_images_009.png"/>
                    <pic:cNvPicPr/>
                  </pic:nvPicPr>
                  <pic:blipFill>
                    <a:blip r:embed="rId25"/>
                    <a:stretch>
                      <a:fillRect/>
                    </a:stretch>
                  </pic:blipFill>
                  <pic:spPr>
                    <a:xfrm>
                      <a:off x="0" y="0"/>
                      <a:ext cx="5852160" cy="4092322"/>
                    </a:xfrm>
                    <a:prstGeom prst="rect"/>
                  </pic:spPr>
                </pic:pic>
              </a:graphicData>
            </a:graphic>
          </wp:inline>
        </w:drawing>
      </w:r>
    </w:p>
    <w:p>
      <w:r>
        <w:t>그림 4-9. 스트레스 구간별 pitch_mean 분포 (F=171.31, p=1.17e-64, η²=0.256, 대효과)</w:t>
      </w:r>
    </w:p>
    <w:p>
      <w:pPr>
        <w:pStyle w:val="Heading3"/>
      </w:pPr>
      <w:r>
        <w:t>4.6.3. wpm — 구간별 분포</w:t>
      </w:r>
    </w:p>
    <w:p>
      <w:pPr>
        <w:jc w:val="center"/>
      </w:pPr>
      <w:r>
        <w:drawing>
          <wp:inline xmlns:a="http://schemas.openxmlformats.org/drawingml/2006/main" xmlns:pic="http://schemas.openxmlformats.org/drawingml/2006/picture">
            <wp:extent cx="5852160" cy="4089069"/>
            <wp:docPr id="25" name="Picture 25"/>
            <wp:cNvGraphicFramePr>
              <a:graphicFrameLocks noChangeAspect="1"/>
            </wp:cNvGraphicFramePr>
            <a:graphic>
              <a:graphicData uri="http://schemas.openxmlformats.org/drawingml/2006/picture">
                <pic:pic>
                  <pic:nvPicPr>
                    <pic:cNvPr id="0" name="ref_VOC_0413_분석리포트_v5_with_images_010.png"/>
                    <pic:cNvPicPr/>
                  </pic:nvPicPr>
                  <pic:blipFill>
                    <a:blip r:embed="rId26"/>
                    <a:stretch>
                      <a:fillRect/>
                    </a:stretch>
                  </pic:blipFill>
                  <pic:spPr>
                    <a:xfrm>
                      <a:off x="0" y="0"/>
                      <a:ext cx="5852160" cy="4089069"/>
                    </a:xfrm>
                    <a:prstGeom prst="rect"/>
                  </pic:spPr>
                </pic:pic>
              </a:graphicData>
            </a:graphic>
          </wp:inline>
        </w:drawing>
      </w:r>
    </w:p>
    <w:p>
      <w:r>
        <w:t>그림 4-10. 스트레스 구간별 wpm 분포 (F=75.26, p=3.65e-31, η²=0.131, 중효과)</w:t>
      </w:r>
    </w:p>
    <w:p>
      <w:pPr>
        <w:pStyle w:val="Heading3"/>
      </w:pPr>
      <w:r>
        <w:t>4.6.4. duration_sec — 구간별 분포</w:t>
      </w:r>
    </w:p>
    <w:p>
      <w:pPr>
        <w:jc w:val="center"/>
      </w:pPr>
      <w:r>
        <w:drawing>
          <wp:inline xmlns:a="http://schemas.openxmlformats.org/drawingml/2006/main" xmlns:pic="http://schemas.openxmlformats.org/drawingml/2006/picture">
            <wp:extent cx="5852160" cy="4085821"/>
            <wp:docPr id="26" name="Picture 26"/>
            <wp:cNvGraphicFramePr>
              <a:graphicFrameLocks noChangeAspect="1"/>
            </wp:cNvGraphicFramePr>
            <a:graphic>
              <a:graphicData uri="http://schemas.openxmlformats.org/drawingml/2006/picture">
                <pic:pic>
                  <pic:nvPicPr>
                    <pic:cNvPr id="0" name="ref_VOC_0413_분석리포트_v5_with_images_011.png"/>
                    <pic:cNvPicPr/>
                  </pic:nvPicPr>
                  <pic:blipFill>
                    <a:blip r:embed="rId27"/>
                    <a:stretch>
                      <a:fillRect/>
                    </a:stretch>
                  </pic:blipFill>
                  <pic:spPr>
                    <a:xfrm>
                      <a:off x="0" y="0"/>
                      <a:ext cx="5852160" cy="4085821"/>
                    </a:xfrm>
                    <a:prstGeom prst="rect"/>
                  </pic:spPr>
                </pic:pic>
              </a:graphicData>
            </a:graphic>
          </wp:inline>
        </w:drawing>
      </w:r>
    </w:p>
    <w:p>
      <w:r>
        <w:t>그림 4-11. 스트레스 구간별 duration_sec 분포 (F=75.18, p=3.91e-31, η²=0.131, 중효과)</w:t>
      </w:r>
    </w:p>
    <w:p>
      <w:r>
        <w:t>주. duration_sec는 저스트레스 구간에서 음수(-) 시뮬레이션 값이 나타나는 것은 정규분포 역산 방식의 한계이며, 실제 데이터에서는 양수만 존재함.</w:t>
      </w:r>
    </w:p>
    <w:p>
      <w:pPr>
        <w:pStyle w:val="Heading2"/>
      </w:pPr>
      <w:r>
        <w:t>4.7. 다면적 타당도 검증 종합 요약 (n=998)</w:t>
      </w:r>
    </w:p>
    <w:p>
      <w:r>
        <w:t>표 4-8. 내적 일관성 지표 및 다면적 타당도 검증 근거 요약 (n=998)</w:t>
      </w:r>
    </w:p>
    <w:p>
      <w:r>
        <w:rPr>
          <w:b/>
        </w:rPr>
        <w:t>원본 참조표 11</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지표</w:t>
            </w:r>
          </w:p>
        </w:tc>
        <w:tc>
          <w:tcPr>
            <w:tcW w:type="dxa" w:w="1973"/>
          </w:tcPr>
          <w:p>
            <w:r/>
            <w:r>
              <w:rPr>
                <w:rFonts w:ascii="Malgun Gothic" w:hAnsi="Malgun Gothic" w:eastAsia="Malgun Gothic"/>
                <w:b/>
                <w:sz w:val="15"/>
              </w:rPr>
              <w:t>값 (n=998)</w:t>
            </w:r>
          </w:p>
        </w:tc>
        <w:tc>
          <w:tcPr>
            <w:tcW w:type="dxa" w:w="1973"/>
          </w:tcPr>
          <w:p>
            <w:r/>
            <w:r>
              <w:rPr>
                <w:rFonts w:ascii="Malgun Gothic" w:hAnsi="Malgun Gothic" w:eastAsia="Malgun Gothic"/>
                <w:b/>
                <w:sz w:val="15"/>
              </w:rPr>
              <w:t>기준</w:t>
            </w:r>
          </w:p>
        </w:tc>
        <w:tc>
          <w:tcPr>
            <w:tcW w:type="dxa" w:w="1973"/>
          </w:tcPr>
          <w:p>
            <w:r/>
            <w:r>
              <w:rPr>
                <w:rFonts w:ascii="Malgun Gothic" w:hAnsi="Malgun Gothic" w:eastAsia="Malgun Gothic"/>
                <w:b/>
                <w:sz w:val="15"/>
              </w:rPr>
              <w:t>판정</w:t>
            </w:r>
          </w:p>
        </w:tc>
        <w:tc>
          <w:tcPr>
            <w:tcW w:type="dxa" w:w="1973"/>
          </w:tcPr>
          <w:p>
            <w:r/>
            <w:r>
              <w:rPr>
                <w:rFonts w:ascii="Malgun Gothic" w:hAnsi="Malgun Gothic" w:eastAsia="Malgun Gothic"/>
                <w:b/>
                <w:sz w:val="15"/>
              </w:rPr>
              <w:t>0402 비교</w:t>
            </w:r>
          </w:p>
        </w:tc>
      </w:tr>
      <w:tr>
        <w:trPr>
          <w:cantSplit/>
        </w:trPr>
        <w:tc>
          <w:tcPr>
            <w:tcW w:type="dxa" w:w="1973"/>
            <w:vAlign w:val="center"/>
          </w:tcPr>
          <w:p>
            <w:r/>
            <w:r>
              <w:rPr>
                <w:rFonts w:ascii="Malgun Gothic" w:hAnsi="Malgun Gothic" w:eastAsia="Malgun Gothic"/>
                <w:b w:val="0"/>
                <w:sz w:val="15"/>
              </w:rPr>
              <w:t>① 수렴 타당도 — energy r</w:t>
            </w:r>
          </w:p>
        </w:tc>
        <w:tc>
          <w:tcPr>
            <w:tcW w:type="dxa" w:w="1973"/>
            <w:vAlign w:val="center"/>
          </w:tcPr>
          <w:p>
            <w:r/>
            <w:r>
              <w:rPr>
                <w:rFonts w:ascii="Malgun Gothic" w:hAnsi="Malgun Gothic" w:eastAsia="Malgun Gothic"/>
                <w:b w:val="0"/>
                <w:sz w:val="15"/>
              </w:rPr>
              <w:t>0.6298</w:t>
            </w:r>
          </w:p>
        </w:tc>
        <w:tc>
          <w:tcPr>
            <w:tcW w:type="dxa" w:w="1973"/>
            <w:vAlign w:val="center"/>
          </w:tcPr>
          <w:p>
            <w:r/>
            <w:r>
              <w:rPr>
                <w:rFonts w:ascii="Malgun Gothic" w:hAnsi="Malgun Gothic" w:eastAsia="Malgun Gothic"/>
                <w:b w:val="0"/>
                <w:sz w:val="15"/>
              </w:rPr>
              <w:t>r≥0.50</w:t>
            </w:r>
          </w:p>
        </w:tc>
        <w:tc>
          <w:tcPr>
            <w:tcW w:type="dxa" w:w="1973"/>
            <w:vAlign w:val="center"/>
          </w:tcPr>
          <w:p>
            <w:r/>
            <w:r>
              <w:rPr>
                <w:rFonts w:ascii="Malgun Gothic" w:hAnsi="Malgun Gothic" w:eastAsia="Malgun Gothic"/>
                <w:b w:val="0"/>
                <w:sz w:val="15"/>
              </w:rPr>
              <w:t>✓ 충족</w:t>
            </w:r>
          </w:p>
        </w:tc>
        <w:tc>
          <w:tcPr>
            <w:tcW w:type="dxa" w:w="1973"/>
            <w:vAlign w:val="center"/>
          </w:tcPr>
          <w:p>
            <w:r/>
            <w:r>
              <w:rPr>
                <w:rFonts w:ascii="Malgun Gothic" w:hAnsi="Malgun Gothic" w:eastAsia="Malgun Gothic"/>
                <w:b w:val="0"/>
                <w:sz w:val="15"/>
              </w:rPr>
              <w:t>0.672</w:t>
            </w:r>
          </w:p>
        </w:tc>
      </w:tr>
      <w:tr>
        <w:trPr>
          <w:cantSplit/>
        </w:trPr>
        <w:tc>
          <w:tcPr>
            <w:tcW w:type="dxa" w:w="1973"/>
            <w:vAlign w:val="center"/>
          </w:tcPr>
          <w:p>
            <w:r/>
            <w:r>
              <w:rPr>
                <w:rFonts w:ascii="Malgun Gothic" w:hAnsi="Malgun Gothic" w:eastAsia="Malgun Gothic"/>
                <w:b w:val="0"/>
                <w:sz w:val="15"/>
              </w:rPr>
              <w:t>① 수렴 타당도 — pitch r</w:t>
            </w:r>
          </w:p>
        </w:tc>
        <w:tc>
          <w:tcPr>
            <w:tcW w:type="dxa" w:w="1973"/>
            <w:vAlign w:val="center"/>
          </w:tcPr>
          <w:p>
            <w:r/>
            <w:r>
              <w:rPr>
                <w:rFonts w:ascii="Malgun Gothic" w:hAnsi="Malgun Gothic" w:eastAsia="Malgun Gothic"/>
                <w:b w:val="0"/>
                <w:sz w:val="15"/>
              </w:rPr>
              <w:t>0.5669</w:t>
            </w:r>
          </w:p>
        </w:tc>
        <w:tc>
          <w:tcPr>
            <w:tcW w:type="dxa" w:w="1973"/>
            <w:vAlign w:val="center"/>
          </w:tcPr>
          <w:p>
            <w:r/>
            <w:r>
              <w:rPr>
                <w:rFonts w:ascii="Malgun Gothic" w:hAnsi="Malgun Gothic" w:eastAsia="Malgun Gothic"/>
                <w:b w:val="0"/>
                <w:sz w:val="15"/>
              </w:rPr>
              <w:t>r≥0.50</w:t>
            </w:r>
          </w:p>
        </w:tc>
        <w:tc>
          <w:tcPr>
            <w:tcW w:type="dxa" w:w="1973"/>
            <w:vAlign w:val="center"/>
          </w:tcPr>
          <w:p>
            <w:r/>
            <w:r>
              <w:rPr>
                <w:rFonts w:ascii="Malgun Gothic" w:hAnsi="Malgun Gothic" w:eastAsia="Malgun Gothic"/>
                <w:b w:val="0"/>
                <w:sz w:val="15"/>
              </w:rPr>
              <w:t>✓ 충족</w:t>
            </w:r>
          </w:p>
        </w:tc>
        <w:tc>
          <w:tcPr>
            <w:tcW w:type="dxa" w:w="1973"/>
            <w:vAlign w:val="center"/>
          </w:tcPr>
          <w:p>
            <w:r/>
            <w:r>
              <w:rPr>
                <w:rFonts w:ascii="Malgun Gothic" w:hAnsi="Malgun Gothic" w:eastAsia="Malgun Gothic"/>
                <w:b w:val="0"/>
                <w:sz w:val="15"/>
              </w:rPr>
              <w:t>0.594</w:t>
            </w:r>
          </w:p>
        </w:tc>
      </w:tr>
      <w:tr>
        <w:trPr>
          <w:cantSplit/>
        </w:trPr>
        <w:tc>
          <w:tcPr>
            <w:tcW w:type="dxa" w:w="1973"/>
            <w:vAlign w:val="center"/>
          </w:tcPr>
          <w:p>
            <w:r/>
            <w:r>
              <w:rPr>
                <w:rFonts w:ascii="Malgun Gothic" w:hAnsi="Malgun Gothic" w:eastAsia="Malgun Gothic"/>
                <w:b w:val="0"/>
                <w:sz w:val="15"/>
              </w:rPr>
              <w:t>수렴 평균|r|</w:t>
            </w:r>
          </w:p>
        </w:tc>
        <w:tc>
          <w:tcPr>
            <w:tcW w:type="dxa" w:w="1973"/>
            <w:vAlign w:val="center"/>
          </w:tcPr>
          <w:p>
            <w:r/>
            <w:r>
              <w:rPr>
                <w:rFonts w:ascii="Malgun Gothic" w:hAnsi="Malgun Gothic" w:eastAsia="Malgun Gothic"/>
                <w:b w:val="0"/>
                <w:sz w:val="15"/>
              </w:rPr>
              <w:t>0.598</w:t>
            </w:r>
          </w:p>
        </w:tc>
        <w:tc>
          <w:tcPr>
            <w:tcW w:type="dxa" w:w="1973"/>
            <w:vAlign w:val="center"/>
          </w:tcPr>
          <w:p>
            <w:r/>
            <w:r>
              <w:rPr>
                <w:rFonts w:ascii="Malgun Gothic" w:hAnsi="Malgun Gothic" w:eastAsia="Malgun Gothic"/>
                <w:b w:val="0"/>
                <w:sz w:val="15"/>
              </w:rPr>
              <w:t>r≥0.50</w:t>
            </w:r>
          </w:p>
        </w:tc>
        <w:tc>
          <w:tcPr>
            <w:tcW w:type="dxa" w:w="1973"/>
            <w:vAlign w:val="center"/>
          </w:tcPr>
          <w:p>
            <w:r/>
            <w:r>
              <w:rPr>
                <w:rFonts w:ascii="Malgun Gothic" w:hAnsi="Malgun Gothic" w:eastAsia="Malgun Gothic"/>
                <w:b w:val="0"/>
                <w:sz w:val="15"/>
              </w:rPr>
              <w:t>✓ 충족</w:t>
            </w:r>
          </w:p>
        </w:tc>
        <w:tc>
          <w:tcPr>
            <w:tcW w:type="dxa" w:w="1973"/>
            <w:vAlign w:val="center"/>
          </w:tcPr>
          <w:p>
            <w:r/>
            <w:r>
              <w:rPr>
                <w:rFonts w:ascii="Malgun Gothic" w:hAnsi="Malgun Gothic" w:eastAsia="Malgun Gothic"/>
                <w:b w:val="0"/>
                <w:sz w:val="15"/>
              </w:rPr>
              <w:t>0.633</w:t>
            </w:r>
          </w:p>
        </w:tc>
      </w:tr>
      <w:tr>
        <w:trPr>
          <w:cantSplit/>
        </w:trPr>
        <w:tc>
          <w:tcPr>
            <w:tcW w:type="dxa" w:w="1973"/>
            <w:vAlign w:val="center"/>
          </w:tcPr>
          <w:p>
            <w:r/>
            <w:r>
              <w:rPr>
                <w:rFonts w:ascii="Malgun Gothic" w:hAnsi="Malgun Gothic" w:eastAsia="Malgun Gothic"/>
                <w:b w:val="0"/>
                <w:sz w:val="15"/>
              </w:rPr>
              <w:t>② 판별 평균|r| (수렴 대비)</w:t>
            </w:r>
          </w:p>
        </w:tc>
        <w:tc>
          <w:tcPr>
            <w:tcW w:type="dxa" w:w="1973"/>
            <w:vAlign w:val="center"/>
          </w:tcPr>
          <w:p>
            <w:r/>
            <w:r>
              <w:rPr>
                <w:rFonts w:ascii="Malgun Gothic" w:hAnsi="Malgun Gothic" w:eastAsia="Malgun Gothic"/>
                <w:b w:val="0"/>
                <w:sz w:val="15"/>
              </w:rPr>
              <w:t>0.445</w:t>
            </w:r>
          </w:p>
        </w:tc>
        <w:tc>
          <w:tcPr>
            <w:tcW w:type="dxa" w:w="1973"/>
            <w:vAlign w:val="center"/>
          </w:tcPr>
          <w:p>
            <w:r/>
            <w:r>
              <w:rPr>
                <w:rFonts w:ascii="Malgun Gothic" w:hAnsi="Malgun Gothic" w:eastAsia="Malgun Gothic"/>
                <w:b w:val="0"/>
                <w:sz w:val="15"/>
              </w:rPr>
              <w:t>수렴보다 낮아야</w:t>
            </w:r>
          </w:p>
        </w:tc>
        <w:tc>
          <w:tcPr>
            <w:tcW w:type="dxa" w:w="1973"/>
            <w:vAlign w:val="center"/>
          </w:tcPr>
          <w:p>
            <w:r/>
            <w:r>
              <w:rPr>
                <w:rFonts w:ascii="Malgun Gothic" w:hAnsi="Malgun Gothic" w:eastAsia="Malgun Gothic"/>
                <w:b w:val="0"/>
                <w:sz w:val="15"/>
              </w:rPr>
              <w:t>✓ 충족</w:t>
            </w:r>
          </w:p>
        </w:tc>
        <w:tc>
          <w:tcPr>
            <w:tcW w:type="dxa" w:w="1973"/>
            <w:vAlign w:val="center"/>
          </w:tcPr>
          <w:p>
            <w:r/>
            <w:r>
              <w:rPr>
                <w:rFonts w:ascii="Malgun Gothic" w:hAnsi="Malgun Gothic" w:eastAsia="Malgun Gothic"/>
                <w:b w:val="0"/>
                <w:sz w:val="15"/>
              </w:rPr>
              <w:t>0.436</w:t>
            </w:r>
          </w:p>
        </w:tc>
      </w:tr>
      <w:tr>
        <w:trPr>
          <w:cantSplit/>
        </w:trPr>
        <w:tc>
          <w:tcPr>
            <w:tcW w:type="dxa" w:w="1973"/>
            <w:vAlign w:val="center"/>
          </w:tcPr>
          <w:p>
            <w:r/>
            <w:r>
              <w:rPr>
                <w:rFonts w:ascii="Malgun Gothic" w:hAnsi="Malgun Gothic" w:eastAsia="Malgun Gothic"/>
                <w:b w:val="0"/>
                <w:sz w:val="15"/>
              </w:rPr>
              <w:t>델타 (수렴−판별)</w:t>
            </w:r>
          </w:p>
        </w:tc>
        <w:tc>
          <w:tcPr>
            <w:tcW w:type="dxa" w:w="1973"/>
            <w:vAlign w:val="center"/>
          </w:tcPr>
          <w:p>
            <w:r/>
            <w:r>
              <w:rPr>
                <w:rFonts w:ascii="Malgun Gothic" w:hAnsi="Malgun Gothic" w:eastAsia="Malgun Gothic"/>
                <w:b w:val="0"/>
                <w:sz w:val="15"/>
              </w:rPr>
              <w:t>0.153</w:t>
            </w:r>
          </w:p>
        </w:tc>
        <w:tc>
          <w:tcPr>
            <w:tcW w:type="dxa" w:w="1973"/>
            <w:vAlign w:val="center"/>
          </w:tcPr>
          <w:p>
            <w:r/>
            <w:r>
              <w:rPr>
                <w:rFonts w:ascii="Malgun Gothic" w:hAnsi="Malgun Gothic" w:eastAsia="Malgun Gothic"/>
                <w:b w:val="0"/>
                <w:sz w:val="15"/>
              </w:rPr>
              <w:t>&gt;0</w:t>
            </w:r>
          </w:p>
        </w:tc>
        <w:tc>
          <w:tcPr>
            <w:tcW w:type="dxa" w:w="1973"/>
            <w:vAlign w:val="center"/>
          </w:tcPr>
          <w:p>
            <w:r/>
            <w:r>
              <w:rPr>
                <w:rFonts w:ascii="Malgun Gothic" w:hAnsi="Malgun Gothic" w:eastAsia="Malgun Gothic"/>
                <w:b w:val="0"/>
                <w:sz w:val="15"/>
              </w:rPr>
              <w:t>✓ 양호</w:t>
            </w:r>
          </w:p>
        </w:tc>
        <w:tc>
          <w:tcPr>
            <w:tcW w:type="dxa" w:w="1973"/>
            <w:vAlign w:val="center"/>
          </w:tcPr>
          <w:p>
            <w:r/>
            <w:r>
              <w:rPr>
                <w:rFonts w:ascii="Malgun Gothic" w:hAnsi="Malgun Gothic" w:eastAsia="Malgun Gothic"/>
                <w:b w:val="0"/>
                <w:sz w:val="15"/>
              </w:rPr>
              <w:t>0.197</w:t>
            </w:r>
          </w:p>
        </w:tc>
      </w:tr>
      <w:tr>
        <w:trPr>
          <w:cantSplit/>
        </w:trPr>
        <w:tc>
          <w:tcPr>
            <w:tcW w:type="dxa" w:w="1973"/>
            <w:vAlign w:val="center"/>
          </w:tcPr>
          <w:p>
            <w:r/>
            <w:r>
              <w:rPr>
                <w:rFonts w:ascii="Malgun Gothic" w:hAnsi="Malgun Gothic" w:eastAsia="Malgun Gothic"/>
                <w:b w:val="0"/>
                <w:sz w:val="15"/>
              </w:rPr>
              <w:t>③ ANOVA η² — energy</w:t>
            </w:r>
          </w:p>
        </w:tc>
        <w:tc>
          <w:tcPr>
            <w:tcW w:type="dxa" w:w="1973"/>
            <w:vAlign w:val="center"/>
          </w:tcPr>
          <w:p>
            <w:r/>
            <w:r>
              <w:rPr>
                <w:rFonts w:ascii="Malgun Gothic" w:hAnsi="Malgun Gothic" w:eastAsia="Malgun Gothic"/>
                <w:b w:val="0"/>
                <w:sz w:val="15"/>
              </w:rPr>
              <w:t>0.3436</w:t>
            </w:r>
          </w:p>
        </w:tc>
        <w:tc>
          <w:tcPr>
            <w:tcW w:type="dxa" w:w="1973"/>
            <w:vAlign w:val="center"/>
          </w:tcPr>
          <w:p>
            <w:r/>
            <w:r>
              <w:rPr>
                <w:rFonts w:ascii="Malgun Gothic" w:hAnsi="Malgun Gothic" w:eastAsia="Malgun Gothic"/>
                <w:b w:val="0"/>
                <w:sz w:val="15"/>
              </w:rPr>
              <w:t>η²≥0.14 (대효과)</w:t>
            </w:r>
          </w:p>
        </w:tc>
        <w:tc>
          <w:tcPr>
            <w:tcW w:type="dxa" w:w="1973"/>
            <w:vAlign w:val="center"/>
          </w:tcPr>
          <w:p>
            <w:r/>
            <w:r>
              <w:rPr>
                <w:rFonts w:ascii="Malgun Gothic" w:hAnsi="Malgun Gothic" w:eastAsia="Malgun Gothic"/>
                <w:b w:val="0"/>
                <w:sz w:val="15"/>
              </w:rPr>
              <w:t>✓ 대효과</w:t>
            </w:r>
          </w:p>
        </w:tc>
        <w:tc>
          <w:tcPr>
            <w:tcW w:type="dxa" w:w="1973"/>
            <w:vAlign w:val="center"/>
          </w:tcPr>
          <w:p>
            <w:r/>
            <w:r>
              <w:rPr>
                <w:rFonts w:ascii="Malgun Gothic" w:hAnsi="Malgun Gothic" w:eastAsia="Malgun Gothic"/>
                <w:b w:val="0"/>
                <w:sz w:val="15"/>
              </w:rPr>
              <w:t>0.424</w:t>
            </w:r>
          </w:p>
        </w:tc>
      </w:tr>
      <w:tr>
        <w:trPr>
          <w:cantSplit/>
        </w:trPr>
        <w:tc>
          <w:tcPr>
            <w:tcW w:type="dxa" w:w="1973"/>
            <w:vAlign w:val="center"/>
          </w:tcPr>
          <w:p>
            <w:r/>
            <w:r>
              <w:rPr>
                <w:rFonts w:ascii="Malgun Gothic" w:hAnsi="Malgun Gothic" w:eastAsia="Malgun Gothic"/>
                <w:b w:val="0"/>
                <w:sz w:val="15"/>
              </w:rPr>
              <w:t>③ ANOVA η² — pitch</w:t>
            </w:r>
          </w:p>
        </w:tc>
        <w:tc>
          <w:tcPr>
            <w:tcW w:type="dxa" w:w="1973"/>
            <w:vAlign w:val="center"/>
          </w:tcPr>
          <w:p>
            <w:r/>
            <w:r>
              <w:rPr>
                <w:rFonts w:ascii="Malgun Gothic" w:hAnsi="Malgun Gothic" w:eastAsia="Malgun Gothic"/>
                <w:b w:val="0"/>
                <w:sz w:val="15"/>
              </w:rPr>
              <w:t>0.2561</w:t>
            </w:r>
          </w:p>
        </w:tc>
        <w:tc>
          <w:tcPr>
            <w:tcW w:type="dxa" w:w="1973"/>
            <w:vAlign w:val="center"/>
          </w:tcPr>
          <w:p>
            <w:r/>
            <w:r>
              <w:rPr>
                <w:rFonts w:ascii="Malgun Gothic" w:hAnsi="Malgun Gothic" w:eastAsia="Malgun Gothic"/>
                <w:b w:val="0"/>
                <w:sz w:val="15"/>
              </w:rPr>
              <w:t>η²≥0.14 (대효과)</w:t>
            </w:r>
          </w:p>
        </w:tc>
        <w:tc>
          <w:tcPr>
            <w:tcW w:type="dxa" w:w="1973"/>
            <w:vAlign w:val="center"/>
          </w:tcPr>
          <w:p>
            <w:r/>
            <w:r>
              <w:rPr>
                <w:rFonts w:ascii="Malgun Gothic" w:hAnsi="Malgun Gothic" w:eastAsia="Malgun Gothic"/>
                <w:b w:val="0"/>
                <w:sz w:val="15"/>
              </w:rPr>
              <w:t>✓ 대효과</w:t>
            </w:r>
          </w:p>
        </w:tc>
        <w:tc>
          <w:tcPr>
            <w:tcW w:type="dxa" w:w="1973"/>
            <w:vAlign w:val="center"/>
          </w:tcPr>
          <w:p>
            <w:r/>
            <w:r>
              <w:rPr>
                <w:rFonts w:ascii="Malgun Gothic" w:hAnsi="Malgun Gothic" w:eastAsia="Malgun Gothic"/>
                <w:b w:val="0"/>
                <w:sz w:val="15"/>
              </w:rPr>
              <w:t>0.177</w:t>
            </w:r>
          </w:p>
        </w:tc>
      </w:tr>
      <w:tr>
        <w:trPr>
          <w:cantSplit/>
        </w:trPr>
        <w:tc>
          <w:tcPr>
            <w:tcW w:type="dxa" w:w="1973"/>
            <w:vAlign w:val="center"/>
          </w:tcPr>
          <w:p>
            <w:r/>
            <w:r>
              <w:rPr>
                <w:rFonts w:ascii="Malgun Gothic" w:hAnsi="Malgun Gothic" w:eastAsia="Malgun Gothic"/>
                <w:b w:val="0"/>
                <w:sz w:val="15"/>
              </w:rPr>
              <w:t>④ 가중치 민감도 최저 r</w:t>
            </w:r>
          </w:p>
        </w:tc>
        <w:tc>
          <w:tcPr>
            <w:tcW w:type="dxa" w:w="1973"/>
            <w:vAlign w:val="center"/>
          </w:tcPr>
          <w:p>
            <w:r/>
            <w:r>
              <w:rPr>
                <w:rFonts w:ascii="Malgun Gothic" w:hAnsi="Malgun Gothic" w:eastAsia="Malgun Gothic"/>
                <w:b w:val="0"/>
                <w:sz w:val="15"/>
              </w:rPr>
              <w:t>0.878</w:t>
            </w:r>
          </w:p>
        </w:tc>
        <w:tc>
          <w:tcPr>
            <w:tcW w:type="dxa" w:w="1973"/>
            <w:vAlign w:val="center"/>
          </w:tcPr>
          <w:p>
            <w:r/>
            <w:r>
              <w:rPr>
                <w:rFonts w:ascii="Malgun Gothic" w:hAnsi="Malgun Gothic" w:eastAsia="Malgun Gothic"/>
                <w:b w:val="0"/>
                <w:sz w:val="15"/>
              </w:rPr>
              <w:t>r≥0.85</w:t>
            </w:r>
          </w:p>
        </w:tc>
        <w:tc>
          <w:tcPr>
            <w:tcW w:type="dxa" w:w="1973"/>
            <w:vAlign w:val="center"/>
          </w:tcPr>
          <w:p>
            <w:r/>
            <w:r>
              <w:rPr>
                <w:rFonts w:ascii="Malgun Gothic" w:hAnsi="Malgun Gothic" w:eastAsia="Malgun Gothic"/>
                <w:b w:val="0"/>
                <w:sz w:val="15"/>
              </w:rPr>
              <w:t>✓ 안정</w:t>
            </w:r>
          </w:p>
        </w:tc>
        <w:tc>
          <w:tcPr>
            <w:tcW w:type="dxa" w:w="1973"/>
            <w:vAlign w:val="center"/>
          </w:tcPr>
          <w:p>
            <w:r/>
            <w:r>
              <w:rPr>
                <w:rFonts w:ascii="Malgun Gothic" w:hAnsi="Malgun Gothic" w:eastAsia="Malgun Gothic"/>
                <w:b w:val="0"/>
                <w:sz w:val="15"/>
              </w:rPr>
              <w:t>0.841</w:t>
            </w:r>
          </w:p>
        </w:tc>
      </w:tr>
    </w:tbl>
    <w:p/>
    <w:p>
      <w:r>
        <w:t>주. 0413 기준 모든 지표에서 타당도 기준 충족 확인. 가중치 민감도 최저 r이 0402(0.841)→0413(0.878)로 개선됨.</w:t>
      </w:r>
    </w:p>
    <w:p>
      <w:pPr>
        <w:pStyle w:val="Heading1"/>
      </w:pPr>
      <w:r>
        <w:t>5. 결론</w:t>
      </w:r>
    </w:p>
    <w:p>
      <w:r>
        <w:t>본 연구는 국내 콜센터 VOC 음성 데이터 998건을 대상으로 음성 특징 기반 스트레스 지수를 설계하고, 다면적 구성 타당도 검증을 수행하였다. 세 차례의 단계적 보고를 통해 방법론을 정련하였으며, 최종 n=998 datasets0413 전역 기준 분석에서 다음 결론을 도출하였다.</w:t>
      </w:r>
    </w:p>
    <w:p>
      <w:r>
        <w:rPr>
          <w:b/>
        </w:rPr>
        <w:t>원본 참조표 12</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5"/>
              </w:rPr>
              <w:t>결론</w:t>
            </w:r>
          </w:p>
        </w:tc>
        <w:tc>
          <w:tcPr>
            <w:tcW w:type="dxa" w:w="3289"/>
          </w:tcPr>
          <w:p>
            <w:r/>
            <w:r>
              <w:rPr>
                <w:rFonts w:ascii="Malgun Gothic" w:hAnsi="Malgun Gothic" w:eastAsia="Malgun Gothic"/>
                <w:b/>
                <w:sz w:val="15"/>
              </w:rPr>
              <w:t>내용</w:t>
            </w:r>
          </w:p>
        </w:tc>
        <w:tc>
          <w:tcPr>
            <w:tcW w:type="dxa" w:w="3289"/>
          </w:tcPr>
          <w:p>
            <w:r/>
            <w:r>
              <w:rPr>
                <w:rFonts w:ascii="Malgun Gothic" w:hAnsi="Malgun Gothic" w:eastAsia="Malgun Gothic"/>
                <w:b/>
                <w:sz w:val="15"/>
              </w:rPr>
              <w:t>근거 지표</w:t>
            </w:r>
          </w:p>
        </w:tc>
      </w:tr>
      <w:tr>
        <w:trPr>
          <w:cantSplit/>
        </w:trPr>
        <w:tc>
          <w:tcPr>
            <w:tcW w:type="dxa" w:w="3289"/>
            <w:vAlign w:val="center"/>
          </w:tcPr>
          <w:p>
            <w:r/>
            <w:r>
              <w:rPr>
                <w:rFonts w:ascii="Malgun Gothic" w:hAnsi="Malgun Gothic" w:eastAsia="Malgun Gothic"/>
                <w:b w:val="0"/>
                <w:sz w:val="15"/>
              </w:rPr>
              <w:t>①</w:t>
            </w:r>
          </w:p>
        </w:tc>
        <w:tc>
          <w:tcPr>
            <w:tcW w:type="dxa" w:w="3289"/>
            <w:vAlign w:val="center"/>
          </w:tcPr>
          <w:p>
            <w:r/>
            <w:r>
              <w:rPr>
                <w:rFonts w:ascii="Malgun Gothic" w:hAnsi="Malgun Gothic" w:eastAsia="Malgun Gothic"/>
                <w:b w:val="0"/>
                <w:sz w:val="15"/>
              </w:rPr>
              <w:t>수렴 타당도 확보</w:t>
            </w:r>
          </w:p>
        </w:tc>
        <w:tc>
          <w:tcPr>
            <w:tcW w:type="dxa" w:w="3289"/>
            <w:vAlign w:val="center"/>
          </w:tcPr>
          <w:p>
            <w:r/>
            <w:r>
              <w:rPr>
                <w:rFonts w:ascii="Malgun Gothic" w:hAnsi="Malgun Gothic" w:eastAsia="Malgun Gothic"/>
                <w:b w:val="0"/>
                <w:sz w:val="15"/>
              </w:rPr>
              <w:t>energy r=0.630, pitch r=0.567 (기준 r≥0.50 충족)</w:t>
            </w:r>
          </w:p>
        </w:tc>
      </w:tr>
      <w:tr>
        <w:trPr>
          <w:cantSplit/>
        </w:trPr>
        <w:tc>
          <w:tcPr>
            <w:tcW w:type="dxa" w:w="3289"/>
            <w:vAlign w:val="center"/>
          </w:tcPr>
          <w:p>
            <w:r/>
            <w:r>
              <w:rPr>
                <w:rFonts w:ascii="Malgun Gothic" w:hAnsi="Malgun Gothic" w:eastAsia="Malgun Gothic"/>
                <w:b w:val="0"/>
                <w:sz w:val="15"/>
              </w:rPr>
              <w:t>②</w:t>
            </w:r>
          </w:p>
        </w:tc>
        <w:tc>
          <w:tcPr>
            <w:tcW w:type="dxa" w:w="3289"/>
            <w:vAlign w:val="center"/>
          </w:tcPr>
          <w:p>
            <w:r/>
            <w:r>
              <w:rPr>
                <w:rFonts w:ascii="Malgun Gothic" w:hAnsi="Malgun Gothic" w:eastAsia="Malgun Gothic"/>
                <w:b w:val="0"/>
                <w:sz w:val="15"/>
              </w:rPr>
              <w:t>타당도 구조 양호</w:t>
            </w:r>
          </w:p>
        </w:tc>
        <w:tc>
          <w:tcPr>
            <w:tcW w:type="dxa" w:w="3289"/>
            <w:vAlign w:val="center"/>
          </w:tcPr>
          <w:p>
            <w:r/>
            <w:r>
              <w:rPr>
                <w:rFonts w:ascii="Malgun Gothic" w:hAnsi="Malgun Gothic" w:eastAsia="Malgun Gothic"/>
                <w:b w:val="0"/>
                <w:sz w:val="15"/>
              </w:rPr>
              <w:t>수렴 평균|r|=0.598 &gt; 판별 평균|r|=0.445 (델타=0.153)</w:t>
            </w:r>
          </w:p>
        </w:tc>
      </w:tr>
      <w:tr>
        <w:trPr>
          <w:cantSplit/>
        </w:trPr>
        <w:tc>
          <w:tcPr>
            <w:tcW w:type="dxa" w:w="3289"/>
            <w:vAlign w:val="center"/>
          </w:tcPr>
          <w:p>
            <w:r/>
            <w:r>
              <w:rPr>
                <w:rFonts w:ascii="Malgun Gothic" w:hAnsi="Malgun Gothic" w:eastAsia="Malgun Gothic"/>
                <w:b w:val="0"/>
                <w:sz w:val="15"/>
              </w:rPr>
              <w:t>③</w:t>
            </w:r>
          </w:p>
        </w:tc>
        <w:tc>
          <w:tcPr>
            <w:tcW w:type="dxa" w:w="3289"/>
            <w:vAlign w:val="center"/>
          </w:tcPr>
          <w:p>
            <w:r/>
            <w:r>
              <w:rPr>
                <w:rFonts w:ascii="Malgun Gothic" w:hAnsi="Malgun Gothic" w:eastAsia="Malgun Gothic"/>
                <w:b w:val="0"/>
                <w:sz w:val="15"/>
              </w:rPr>
              <w:t>구간별 대효과 확인</w:t>
            </w:r>
          </w:p>
        </w:tc>
        <w:tc>
          <w:tcPr>
            <w:tcW w:type="dxa" w:w="3289"/>
            <w:vAlign w:val="center"/>
          </w:tcPr>
          <w:p>
            <w:r/>
            <w:r>
              <w:rPr>
                <w:rFonts w:ascii="Malgun Gothic" w:hAnsi="Malgun Gothic" w:eastAsia="Malgun Gothic"/>
                <w:b w:val="0"/>
                <w:sz w:val="15"/>
              </w:rPr>
              <w:t>ANOVA: energy η²=0.344, pitch η²=0.256 (모두 대효과)</w:t>
            </w:r>
          </w:p>
        </w:tc>
      </w:tr>
      <w:tr>
        <w:trPr>
          <w:cantSplit/>
        </w:trPr>
        <w:tc>
          <w:tcPr>
            <w:tcW w:type="dxa" w:w="3289"/>
            <w:vAlign w:val="center"/>
          </w:tcPr>
          <w:p>
            <w:r/>
            <w:r>
              <w:rPr>
                <w:rFonts w:ascii="Malgun Gothic" w:hAnsi="Malgun Gothic" w:eastAsia="Malgun Gothic"/>
                <w:b w:val="0"/>
                <w:sz w:val="15"/>
              </w:rPr>
              <w:t>④</w:t>
            </w:r>
          </w:p>
        </w:tc>
        <w:tc>
          <w:tcPr>
            <w:tcW w:type="dxa" w:w="3289"/>
            <w:vAlign w:val="center"/>
          </w:tcPr>
          <w:p>
            <w:r/>
            <w:r>
              <w:rPr>
                <w:rFonts w:ascii="Malgun Gothic" w:hAnsi="Malgun Gothic" w:eastAsia="Malgun Gothic"/>
                <w:b w:val="0"/>
                <w:sz w:val="15"/>
              </w:rPr>
              <w:t>가중치 설계 안정성</w:t>
            </w:r>
          </w:p>
        </w:tc>
        <w:tc>
          <w:tcPr>
            <w:tcW w:type="dxa" w:w="3289"/>
            <w:vAlign w:val="center"/>
          </w:tcPr>
          <w:p>
            <w:r/>
            <w:r>
              <w:rPr>
                <w:rFonts w:ascii="Malgun Gothic" w:hAnsi="Malgun Gothic" w:eastAsia="Malgun Gothic"/>
                <w:b w:val="0"/>
                <w:sz w:val="15"/>
              </w:rPr>
              <w:t>민감도 최저 r=0.878, 모든 시나리오 r≥0.85 허용범위</w:t>
            </w:r>
          </w:p>
        </w:tc>
      </w:tr>
      <w:tr>
        <w:trPr>
          <w:cantSplit/>
        </w:trPr>
        <w:tc>
          <w:tcPr>
            <w:tcW w:type="dxa" w:w="3289"/>
            <w:vAlign w:val="center"/>
          </w:tcPr>
          <w:p>
            <w:r/>
            <w:r>
              <w:rPr>
                <w:rFonts w:ascii="Malgun Gothic" w:hAnsi="Malgun Gothic" w:eastAsia="Malgun Gothic"/>
                <w:b w:val="0"/>
                <w:sz w:val="15"/>
              </w:rPr>
              <w:t>⑤</w:t>
            </w:r>
          </w:p>
        </w:tc>
        <w:tc>
          <w:tcPr>
            <w:tcW w:type="dxa" w:w="3289"/>
            <w:vAlign w:val="center"/>
          </w:tcPr>
          <w:p>
            <w:r/>
            <w:r>
              <w:rPr>
                <w:rFonts w:ascii="Malgun Gothic" w:hAnsi="Malgun Gothic" w:eastAsia="Malgun Gothic"/>
                <w:b w:val="0"/>
                <w:sz w:val="15"/>
              </w:rPr>
              <w:t>다중공선성 없음</w:t>
            </w:r>
          </w:p>
        </w:tc>
        <w:tc>
          <w:tcPr>
            <w:tcW w:type="dxa" w:w="3289"/>
            <w:vAlign w:val="center"/>
          </w:tcPr>
          <w:p>
            <w:r/>
            <w:r>
              <w:rPr>
                <w:rFonts w:ascii="Malgun Gothic" w:hAnsi="Malgun Gothic" w:eastAsia="Malgun Gothic"/>
                <w:b w:val="0"/>
                <w:sz w:val="15"/>
              </w:rPr>
              <w:t>VIF 최대 1.10 (기준 VIF&lt;5 충족)</w:t>
            </w:r>
          </w:p>
        </w:tc>
      </w:tr>
    </w:tbl>
    <w:p/>
    <w:p>
      <w:r>
        <w:t>n=998 전체 데이터에서도 5가지 독립적 근거가 모두 타당도 기준을 충족하여 스트레스 지수 설계의 통계적 신뢰성이 확인되었다. 특히 duration_sec의 음(−)의 방향성(r=−0.514)은 단발성 고스트레스 발화 가설을 n=998 규모에서 실증적으로 뒷받침한다.</w:t>
      </w:r>
    </w:p>
    <w:p>
      <w:pPr>
        <w:pStyle w:val="Heading1"/>
      </w:pPr>
      <w:r>
        <w:t>참고문헌</w:t>
      </w:r>
    </w:p>
    <w:p>
      <w:r>
        <w:t>Cronbach, L. J., &amp; Meehl, P. E. (1955). Construct validity in psychological tests. Psychological Bulletin, 52(4), 281-302.</w:t>
      </w:r>
    </w:p>
    <w:p>
      <w:r>
        <w:t>Hansen, J. H. L., &amp; Patil, S. (2007). Speech under stress: Analysis, modeling and recognition. Speaker Classification I, Springer.</w:t>
      </w:r>
    </w:p>
    <w:p>
      <w:r>
        <w:t>McFee, B., et al. (2015). librosa: Audio and music signal analysis in Python. Proceedings of the 14th Python in Science Conference.</w:t>
      </w:r>
    </w:p>
    <w:p>
      <w:r>
        <w:t>Nunnally, J. C., &amp; Bernstein, I. H. (1994). Psychometric Theory (3rd ed.). McGraw-Hill.</w:t>
      </w:r>
    </w:p>
    <w:p>
      <w:r>
        <w:t>Scherer, K. R. (2003). Vocal communication of emotion: A review of research paradigms. Speech Communication, 40(1-2), 227-256.</w:t>
      </w:r>
    </w:p>
    <w:p>
      <w:r>
        <w:t>0413 분석 리포트 끝  |  n=998  |  datasets0413  |  생성: 2026-04-16</w:t>
      </w:r>
    </w:p>
    <w:p>
      <w:r>
        <w:br w:type="page"/>
      </w:r>
    </w:p>
    <w:p>
      <w:pPr>
        <w:pStyle w:val="Heading1"/>
      </w:pPr>
      <w:r>
        <w:t>3. TO-BE n=1,000 재현성 분석</w:t>
      </w:r>
    </w:p>
    <w:p>
      <w:pPr>
        <w:pStyle w:val="Heading2"/>
      </w:pPr>
      <w:r>
        <w:t>논문 작성용 상세 본문</w:t>
      </w:r>
    </w:p>
    <w:p>
      <w:r>
        <w:t>TO-BE 분석은 동일 분석 체인을 n=1,000 운영 데이터에 적용해 STT, 음성 특징, 통화 단위 stress index의 재현 가능성을 확인하는 단계이다.</w:t>
      </w:r>
    </w:p>
    <w:p>
      <w:r>
        <w:t>TO-BE의 목적은 본문 n=998 수치를 교체하는 것이 아니라, 자동화 파이프라인이 동일한 입력 규모에서 반복 실행되고 결과 슬롯이 일관되게 생성되는지를 검증하는 데 있다.</w:t>
      </w:r>
    </w:p>
    <w:p>
      <w:r>
        <w:t>운영 콘솔은 STT·Features·Stress 각 단계의 행 수를 분리 표시하고, 서로 다른 결과 슬롯이 혼합되지 않도록 상태 코드를 관리한다.</w:t>
      </w:r>
    </w:p>
    <w:p>
      <w:r>
        <w:t>TO-BE는 본문 통계를 교체하기 위한 재분석이 아니라, 자동화 파이프라인이 운영 규모에서 안정적으로 작동하는지를 검증하는 재현성 축이다.</w:t>
      </w:r>
    </w:p>
    <w:p>
      <w:r>
        <w:t>각 단계의 행 수와 결과 슬롯을 분리해 관리함으로써 STT 1,000건, 특징 1,000건, 통화 단위 stress 1,000건이 같은 프로필에 속하는지 확인한다.</w:t>
      </w:r>
    </w:p>
    <w:p>
      <w:r>
        <w:t>중단 후 재개와 성공 파일 건너뛰기는 대규모 음성 분석의 비용과 시간을 통제하는 운영적 재현성 요소이다.</w:t>
      </w:r>
    </w:p>
    <w:p>
      <w:pPr>
        <w:pStyle w:val="Heading2"/>
      </w:pPr>
      <w:r>
        <w:t>분석 수치 및 결과표</w:t>
      </w:r>
    </w:p>
    <w:p>
      <w:r>
        <w:rPr>
          <w:b/>
        </w:rPr>
        <w:t>표 3-1. TO-BE 단계별 결과</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단계</w:t>
            </w:r>
          </w:p>
        </w:tc>
        <w:tc>
          <w:tcPr>
            <w:tcW w:type="dxa" w:w="3289"/>
          </w:tcPr>
          <w:p>
            <w:r/>
            <w:r>
              <w:rPr>
                <w:rFonts w:ascii="Malgun Gothic" w:hAnsi="Malgun Gothic" w:eastAsia="Malgun Gothic"/>
                <w:b/>
                <w:sz w:val="16"/>
              </w:rPr>
              <w:t>건수</w:t>
            </w:r>
          </w:p>
        </w:tc>
        <w:tc>
          <w:tcPr>
            <w:tcW w:type="dxa" w:w="3289"/>
          </w:tcPr>
          <w:p>
            <w:r/>
            <w:r>
              <w:rPr>
                <w:rFonts w:ascii="Malgun Gothic" w:hAnsi="Malgun Gothic" w:eastAsia="Malgun Gothic"/>
                <w:b/>
                <w:sz w:val="16"/>
              </w:rPr>
              <w:t>상태</w:t>
            </w:r>
          </w:p>
        </w:tc>
      </w:tr>
      <w:tr>
        <w:trPr>
          <w:cantSplit/>
        </w:trPr>
        <w:tc>
          <w:tcPr>
            <w:tcW w:type="dxa" w:w="3289"/>
            <w:vAlign w:val="center"/>
          </w:tcPr>
          <w:p>
            <w:r/>
            <w:r>
              <w:rPr>
                <w:rFonts w:ascii="Malgun Gothic" w:hAnsi="Malgun Gothic" w:eastAsia="Malgun Gothic"/>
                <w:b w:val="0"/>
                <w:sz w:val="16"/>
              </w:rPr>
              <w:t>STT</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READY</w:t>
            </w:r>
          </w:p>
        </w:tc>
      </w:tr>
      <w:tr>
        <w:trPr>
          <w:cantSplit/>
        </w:trPr>
        <w:tc>
          <w:tcPr>
            <w:tcW w:type="dxa" w:w="3289"/>
            <w:vAlign w:val="center"/>
          </w:tcPr>
          <w:p>
            <w:r/>
            <w:r>
              <w:rPr>
                <w:rFonts w:ascii="Malgun Gothic" w:hAnsi="Malgun Gothic" w:eastAsia="Malgun Gothic"/>
                <w:b w:val="0"/>
                <w:sz w:val="16"/>
              </w:rPr>
              <w:t>Acoustic Features</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READY</w:t>
            </w:r>
          </w:p>
        </w:tc>
      </w:tr>
      <w:tr>
        <w:trPr>
          <w:cantSplit/>
        </w:trPr>
        <w:tc>
          <w:tcPr>
            <w:tcW w:type="dxa" w:w="3289"/>
            <w:vAlign w:val="center"/>
          </w:tcPr>
          <w:p>
            <w:r/>
            <w:r>
              <w:rPr>
                <w:rFonts w:ascii="Malgun Gothic" w:hAnsi="Malgun Gothic" w:eastAsia="Malgun Gothic"/>
                <w:b w:val="0"/>
                <w:sz w:val="16"/>
              </w:rPr>
              <w:t>Call-level Stress Index</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READY</w:t>
            </w:r>
          </w:p>
        </w:tc>
      </w:tr>
    </w:tbl>
    <w:p/>
    <w:p>
      <w:r>
        <w:rPr>
          <w:b/>
        </w:rPr>
        <w:t>표 3-2. AS-IS와 TO-BE 역할 구분</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항목</w:t>
            </w:r>
          </w:p>
        </w:tc>
        <w:tc>
          <w:tcPr>
            <w:tcW w:type="dxa" w:w="3289"/>
          </w:tcPr>
          <w:p>
            <w:r/>
            <w:r>
              <w:rPr>
                <w:rFonts w:ascii="Malgun Gothic" w:hAnsi="Malgun Gothic" w:eastAsia="Malgun Gothic"/>
                <w:b/>
                <w:sz w:val="16"/>
              </w:rPr>
              <w:t>AS-IS</w:t>
            </w:r>
          </w:p>
        </w:tc>
        <w:tc>
          <w:tcPr>
            <w:tcW w:type="dxa" w:w="3289"/>
          </w:tcPr>
          <w:p>
            <w:r/>
            <w:r>
              <w:rPr>
                <w:rFonts w:ascii="Malgun Gothic" w:hAnsi="Malgun Gothic" w:eastAsia="Malgun Gothic"/>
                <w:b/>
                <w:sz w:val="16"/>
              </w:rPr>
              <w:t>TO-BE</w:t>
            </w:r>
          </w:p>
        </w:tc>
      </w:tr>
      <w:tr>
        <w:trPr>
          <w:cantSplit/>
        </w:trPr>
        <w:tc>
          <w:tcPr>
            <w:tcW w:type="dxa" w:w="3289"/>
            <w:vAlign w:val="center"/>
          </w:tcPr>
          <w:p>
            <w:r/>
            <w:r>
              <w:rPr>
                <w:rFonts w:ascii="Malgun Gothic" w:hAnsi="Malgun Gothic" w:eastAsia="Malgun Gothic"/>
                <w:b w:val="0"/>
                <w:sz w:val="16"/>
              </w:rPr>
              <w:t>분석 목적</w:t>
            </w:r>
          </w:p>
        </w:tc>
        <w:tc>
          <w:tcPr>
            <w:tcW w:type="dxa" w:w="3289"/>
            <w:vAlign w:val="center"/>
          </w:tcPr>
          <w:p>
            <w:r/>
            <w:r>
              <w:rPr>
                <w:rFonts w:ascii="Malgun Gothic" w:hAnsi="Malgun Gothic" w:eastAsia="Malgun Gothic"/>
                <w:b w:val="0"/>
                <w:sz w:val="16"/>
              </w:rPr>
              <w:t>본문 타당도 검증</w:t>
            </w:r>
          </w:p>
        </w:tc>
        <w:tc>
          <w:tcPr>
            <w:tcW w:type="dxa" w:w="3289"/>
            <w:vAlign w:val="center"/>
          </w:tcPr>
          <w:p>
            <w:r/>
            <w:r>
              <w:rPr>
                <w:rFonts w:ascii="Malgun Gothic" w:hAnsi="Malgun Gothic" w:eastAsia="Malgun Gothic"/>
                <w:b w:val="0"/>
                <w:sz w:val="16"/>
              </w:rPr>
              <w:t>재현성·자동화 검증</w:t>
            </w:r>
          </w:p>
        </w:tc>
      </w:tr>
      <w:tr>
        <w:trPr>
          <w:cantSplit/>
        </w:trPr>
        <w:tc>
          <w:tcPr>
            <w:tcW w:type="dxa" w:w="3289"/>
            <w:vAlign w:val="center"/>
          </w:tcPr>
          <w:p>
            <w:r/>
            <w:r>
              <w:rPr>
                <w:rFonts w:ascii="Malgun Gothic" w:hAnsi="Malgun Gothic" w:eastAsia="Malgun Gothic"/>
                <w:b w:val="0"/>
                <w:sz w:val="16"/>
              </w:rPr>
              <w:t>표본</w:t>
            </w:r>
          </w:p>
        </w:tc>
        <w:tc>
          <w:tcPr>
            <w:tcW w:type="dxa" w:w="3289"/>
            <w:vAlign w:val="center"/>
          </w:tcPr>
          <w:p>
            <w:r/>
            <w:r>
              <w:rPr>
                <w:rFonts w:ascii="Malgun Gothic" w:hAnsi="Malgun Gothic" w:eastAsia="Malgun Gothic"/>
                <w:b w:val="0"/>
                <w:sz w:val="16"/>
              </w:rPr>
              <w:t>n=998</w:t>
            </w:r>
          </w:p>
        </w:tc>
        <w:tc>
          <w:tcPr>
            <w:tcW w:type="dxa" w:w="3289"/>
            <w:vAlign w:val="center"/>
          </w:tcPr>
          <w:p>
            <w:r/>
            <w:r>
              <w:rPr>
                <w:rFonts w:ascii="Malgun Gothic" w:hAnsi="Malgun Gothic" w:eastAsia="Malgun Gothic"/>
                <w:b w:val="0"/>
                <w:sz w:val="16"/>
              </w:rPr>
              <w:t>n=1,000</w:t>
            </w:r>
          </w:p>
        </w:tc>
      </w:tr>
      <w:tr>
        <w:trPr>
          <w:cantSplit/>
        </w:trPr>
        <w:tc>
          <w:tcPr>
            <w:tcW w:type="dxa" w:w="3289"/>
            <w:vAlign w:val="center"/>
          </w:tcPr>
          <w:p>
            <w:r/>
            <w:r>
              <w:rPr>
                <w:rFonts w:ascii="Malgun Gothic" w:hAnsi="Malgun Gothic" w:eastAsia="Malgun Gothic"/>
                <w:b w:val="0"/>
                <w:sz w:val="16"/>
              </w:rPr>
              <w:t>본문 대체</w:t>
            </w:r>
          </w:p>
        </w:tc>
        <w:tc>
          <w:tcPr>
            <w:tcW w:type="dxa" w:w="3289"/>
            <w:vAlign w:val="center"/>
          </w:tcPr>
          <w:p>
            <w:r/>
            <w:r>
              <w:rPr>
                <w:rFonts w:ascii="Malgun Gothic" w:hAnsi="Malgun Gothic" w:eastAsia="Malgun Gothic"/>
                <w:b w:val="0"/>
                <w:sz w:val="16"/>
              </w:rPr>
              <w:t>기준</w:t>
            </w:r>
          </w:p>
        </w:tc>
        <w:tc>
          <w:tcPr>
            <w:tcW w:type="dxa" w:w="3289"/>
            <w:vAlign w:val="center"/>
          </w:tcPr>
          <w:p>
            <w:r/>
            <w:r>
              <w:rPr>
                <w:rFonts w:ascii="Malgun Gothic" w:hAnsi="Malgun Gothic" w:eastAsia="Malgun Gothic"/>
                <w:b w:val="0"/>
                <w:sz w:val="16"/>
              </w:rPr>
              <w:t>대체 금지</w:t>
            </w:r>
          </w:p>
        </w:tc>
      </w:tr>
      <w:tr>
        <w:trPr>
          <w:cantSplit/>
        </w:trPr>
        <w:tc>
          <w:tcPr>
            <w:tcW w:type="dxa" w:w="3289"/>
            <w:vAlign w:val="center"/>
          </w:tcPr>
          <w:p>
            <w:r/>
            <w:r>
              <w:rPr>
                <w:rFonts w:ascii="Malgun Gothic" w:hAnsi="Malgun Gothic" w:eastAsia="Malgun Gothic"/>
                <w:b w:val="0"/>
                <w:sz w:val="16"/>
              </w:rPr>
              <w:t>활용</w:t>
            </w:r>
          </w:p>
        </w:tc>
        <w:tc>
          <w:tcPr>
            <w:tcW w:type="dxa" w:w="3289"/>
            <w:vAlign w:val="center"/>
          </w:tcPr>
          <w:p>
            <w:r/>
            <w:r>
              <w:rPr>
                <w:rFonts w:ascii="Malgun Gothic" w:hAnsi="Malgun Gothic" w:eastAsia="Malgun Gothic"/>
                <w:b w:val="0"/>
                <w:sz w:val="16"/>
              </w:rPr>
              <w:t>논문 본문</w:t>
            </w:r>
          </w:p>
        </w:tc>
        <w:tc>
          <w:tcPr>
            <w:tcW w:type="dxa" w:w="3289"/>
            <w:vAlign w:val="center"/>
          </w:tcPr>
          <w:p>
            <w:r/>
            <w:r>
              <w:rPr>
                <w:rFonts w:ascii="Malgun Gothic" w:hAnsi="Malgun Gothic" w:eastAsia="Malgun Gothic"/>
                <w:b w:val="0"/>
                <w:sz w:val="16"/>
              </w:rPr>
              <w:t>부록/운영 검증</w:t>
            </w:r>
          </w:p>
        </w:tc>
      </w:tr>
    </w:tbl>
    <w:p/>
    <w:p>
      <w:r>
        <w:rPr>
          <w:b/>
        </w:rPr>
        <w:t>표 3-Q.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n=1,000 전체 파이프라인이 동일 단계와 행 수로 반복 가능한가?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AS-IS 본문 기준과 TO-BE 운영 결과를 혼합하지 않고 관리할 수 있는가?</w:t>
            </w:r>
          </w:p>
        </w:tc>
      </w:tr>
    </w:tbl>
    <w:p/>
    <w:p>
      <w:r>
        <w:rPr>
          <w:b/>
        </w:rPr>
        <w:t>표 3-M.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Profile n1000</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Resume/skip-success</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STT-Feature-Stress lineage</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Result-slot isolation</w:t>
            </w:r>
          </w:p>
        </w:tc>
      </w:tr>
      <w:tr>
        <w:trPr>
          <w:cantSplit/>
        </w:trPr>
        <w:tc>
          <w:tcPr>
            <w:tcW w:type="dxa" w:w="4933"/>
            <w:vAlign w:val="center"/>
          </w:tcPr>
          <w:p>
            <w:r/>
            <w:r>
              <w:rPr>
                <w:rFonts w:ascii="Malgun Gothic" w:hAnsi="Malgun Gothic" w:eastAsia="Malgun Gothic"/>
                <w:b w:val="0"/>
                <w:sz w:val="16"/>
              </w:rPr>
              <w:t>5</w:t>
            </w:r>
          </w:p>
        </w:tc>
        <w:tc>
          <w:tcPr>
            <w:tcW w:type="dxa" w:w="4933"/>
            <w:vAlign w:val="center"/>
          </w:tcPr>
          <w:p>
            <w:r/>
            <w:r>
              <w:rPr>
                <w:rFonts w:ascii="Malgun Gothic" w:hAnsi="Malgun Gothic" w:eastAsia="Malgun Gothic"/>
                <w:b w:val="0"/>
                <w:sz w:val="16"/>
              </w:rPr>
              <w:t>Deployment verification</w:t>
            </w:r>
          </w:p>
        </w:tc>
      </w:tr>
    </w:tbl>
    <w:p/>
    <w:p>
      <w:pPr>
        <w:pStyle w:val="Heading2"/>
      </w:pPr>
      <w:r>
        <w:t>분석 그림 및 도식</w:t>
      </w:r>
    </w:p>
    <w:p>
      <w:pPr>
        <w:jc w:val="center"/>
      </w:pPr>
      <w:r>
        <w:rPr>
          <w:b/>
        </w:rPr>
        <w:t>그림 3-1. TO-BE n=1,000 자동화 흐름</w:t>
      </w:r>
    </w:p>
    <w:p>
      <w:pPr>
        <w:jc w:val="center"/>
      </w:pPr>
      <w:r>
        <w:drawing>
          <wp:inline xmlns:a="http://schemas.openxmlformats.org/drawingml/2006/main" xmlns:pic="http://schemas.openxmlformats.org/drawingml/2006/picture">
            <wp:extent cx="5806440" cy="3000763"/>
            <wp:docPr id="27" name="Picture 27"/>
            <wp:cNvGraphicFramePr>
              <a:graphicFrameLocks noChangeAspect="1"/>
            </wp:cNvGraphicFramePr>
            <a:graphic>
              <a:graphicData uri="http://schemas.openxmlformats.org/drawingml/2006/picture">
                <pic:pic>
                  <pic:nvPicPr>
                    <pic:cNvPr id="0" name="ch3_pipeline_v215.png"/>
                    <pic:cNvPicPr/>
                  </pic:nvPicPr>
                  <pic:blipFill>
                    <a:blip r:embed="rId28"/>
                    <a:stretch>
                      <a:fillRect/>
                    </a:stretch>
                  </pic:blipFill>
                  <pic:spPr>
                    <a:xfrm>
                      <a:off x="0" y="0"/>
                      <a:ext cx="5806440" cy="3000763"/>
                    </a:xfrm>
                    <a:prstGeom prst="rect"/>
                  </pic:spPr>
                </pic:pic>
              </a:graphicData>
            </a:graphic>
          </wp:inline>
        </w:drawing>
      </w:r>
    </w:p>
    <w:p>
      <w:pPr>
        <w:jc w:val="center"/>
      </w:pPr>
      <w:r>
        <w:rPr>
          <w:b/>
        </w:rPr>
        <w:t>그림 3-2. TO-BE 단계별 행 수</w:t>
      </w:r>
    </w:p>
    <w:p>
      <w:pPr>
        <w:jc w:val="center"/>
      </w:pPr>
      <w:r>
        <w:drawing>
          <wp:inline xmlns:a="http://schemas.openxmlformats.org/drawingml/2006/main" xmlns:pic="http://schemas.openxmlformats.org/drawingml/2006/picture">
            <wp:extent cx="5806440" cy="2997216"/>
            <wp:docPr id="28" name="Picture 28"/>
            <wp:cNvGraphicFramePr>
              <a:graphicFrameLocks noChangeAspect="1"/>
            </wp:cNvGraphicFramePr>
            <a:graphic>
              <a:graphicData uri="http://schemas.openxmlformats.org/drawingml/2006/picture">
                <pic:pic>
                  <pic:nvPicPr>
                    <pic:cNvPr id="0" name="ch3_rows_v215.png"/>
                    <pic:cNvPicPr/>
                  </pic:nvPicPr>
                  <pic:blipFill>
                    <a:blip r:embed="rId29"/>
                    <a:stretch>
                      <a:fillRect/>
                    </a:stretch>
                  </pic:blipFill>
                  <pic:spPr>
                    <a:xfrm>
                      <a:off x="0" y="0"/>
                      <a:ext cx="5806440" cy="2997216"/>
                    </a:xfrm>
                    <a:prstGeom prst="rect"/>
                  </pic:spPr>
                </pic:pic>
              </a:graphicData>
            </a:graphic>
          </wp:inline>
        </w:drawing>
      </w:r>
    </w:p>
    <w:p>
      <w:pPr>
        <w:jc w:val="center"/>
      </w:pPr>
      <w:r>
        <w:rPr>
          <w:b/>
        </w:rPr>
        <w:t>그림 3-3. AS-IS와 TO-BE의 연구 역할</w:t>
      </w:r>
    </w:p>
    <w:p>
      <w:pPr>
        <w:jc w:val="center"/>
      </w:pPr>
      <w:r>
        <w:drawing>
          <wp:inline xmlns:a="http://schemas.openxmlformats.org/drawingml/2006/main" xmlns:pic="http://schemas.openxmlformats.org/drawingml/2006/picture">
            <wp:extent cx="5806440" cy="3000763"/>
            <wp:docPr id="29" name="Picture 29"/>
            <wp:cNvGraphicFramePr>
              <a:graphicFrameLocks noChangeAspect="1"/>
            </wp:cNvGraphicFramePr>
            <a:graphic>
              <a:graphicData uri="http://schemas.openxmlformats.org/drawingml/2006/picture">
                <pic:pic>
                  <pic:nvPicPr>
                    <pic:cNvPr id="0" name="ch3_role_v215.png"/>
                    <pic:cNvPicPr/>
                  </pic:nvPicPr>
                  <pic:blipFill>
                    <a:blip r:embed="rId30"/>
                    <a:stretch>
                      <a:fillRect/>
                    </a:stretch>
                  </pic:blipFill>
                  <pic:spPr>
                    <a:xfrm>
                      <a:off x="0" y="0"/>
                      <a:ext cx="5806440" cy="3000763"/>
                    </a:xfrm>
                    <a:prstGeom prst="rect"/>
                  </pic:spPr>
                </pic:pic>
              </a:graphicData>
            </a:graphic>
          </wp:inline>
        </w:drawing>
      </w:r>
    </w:p>
    <w:p>
      <w:pPr>
        <w:pStyle w:val="Heading2"/>
      </w:pPr>
      <w:r>
        <w:t>원본 분석 산출물 연계</w:t>
      </w:r>
    </w:p>
    <w:p>
      <w:r>
        <w:t>전체 행 포함</w:t>
      </w:r>
    </w:p>
    <w:p>
      <w:r>
        <w:rPr>
          <w:b/>
        </w:rPr>
        <w:t>산출물 CSV: research_continuity/02_asis_same_method_reproduction/actual_asis_source_schema_v153.csv (행 13,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column</w:t>
            </w:r>
          </w:p>
        </w:tc>
        <w:tc>
          <w:tcPr>
            <w:tcW w:type="dxa" w:w="1973"/>
          </w:tcPr>
          <w:p>
            <w:r/>
            <w:r>
              <w:rPr>
                <w:rFonts w:ascii="Malgun Gothic" w:hAnsi="Malgun Gothic" w:eastAsia="Malgun Gothic"/>
                <w:b/>
                <w:sz w:val="14"/>
              </w:rPr>
              <w:t>dtype</w:t>
            </w:r>
          </w:p>
        </w:tc>
        <w:tc>
          <w:tcPr>
            <w:tcW w:type="dxa" w:w="1973"/>
          </w:tcPr>
          <w:p>
            <w:r/>
            <w:r>
              <w:rPr>
                <w:rFonts w:ascii="Malgun Gothic" w:hAnsi="Malgun Gothic" w:eastAsia="Malgun Gothic"/>
                <w:b/>
                <w:sz w:val="14"/>
              </w:rPr>
              <w:t>non_null</w:t>
            </w:r>
          </w:p>
        </w:tc>
        <w:tc>
          <w:tcPr>
            <w:tcW w:type="dxa" w:w="1973"/>
          </w:tcPr>
          <w:p>
            <w:r/>
            <w:r>
              <w:rPr>
                <w:rFonts w:ascii="Malgun Gothic" w:hAnsi="Malgun Gothic" w:eastAsia="Malgun Gothic"/>
                <w:b/>
                <w:sz w:val="14"/>
              </w:rPr>
              <w:t>numeric</w:t>
            </w:r>
          </w:p>
        </w:tc>
        <w:tc>
          <w:tcPr>
            <w:tcW w:type="dxa" w:w="1973"/>
          </w:tcPr>
          <w:p>
            <w:r/>
            <w:r>
              <w:rPr>
                <w:rFonts w:ascii="Malgun Gothic" w:hAnsi="Malgun Gothic" w:eastAsia="Malgun Gothic"/>
                <w:b/>
                <w:sz w:val="14"/>
              </w:rPr>
              <w:t>used_for_reproduction</w:t>
            </w:r>
          </w:p>
        </w:tc>
      </w:tr>
      <w:tr>
        <w:trPr>
          <w:cantSplit/>
        </w:trPr>
        <w:tc>
          <w:tcPr>
            <w:tcW w:type="dxa" w:w="1973"/>
            <w:vAlign w:val="center"/>
          </w:tcPr>
          <w:p>
            <w:r/>
            <w:r>
              <w:rPr>
                <w:rFonts w:ascii="Malgun Gothic" w:hAnsi="Malgun Gothic" w:eastAsia="Malgun Gothic"/>
                <w:b w:val="0"/>
                <w:sz w:val="14"/>
              </w:rPr>
              <w:t>wav_id</w:t>
            </w:r>
          </w:p>
        </w:tc>
        <w:tc>
          <w:tcPr>
            <w:tcW w:type="dxa" w:w="1973"/>
            <w:vAlign w:val="center"/>
          </w:tcPr>
          <w:p>
            <w:r/>
            <w:r>
              <w:rPr>
                <w:rFonts w:ascii="Malgun Gothic" w:hAnsi="Malgun Gothic" w:eastAsia="Malgun Gothic"/>
                <w:b w:val="0"/>
                <w:sz w:val="14"/>
              </w:rPr>
              <w:t>object</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energy_mean</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r>
        <w:trPr>
          <w:cantSplit/>
        </w:trPr>
        <w:tc>
          <w:tcPr>
            <w:tcW w:type="dxa" w:w="1973"/>
            <w:vAlign w:val="center"/>
          </w:tcPr>
          <w:p>
            <w:r/>
            <w:r>
              <w:rPr>
                <w:rFonts w:ascii="Malgun Gothic" w:hAnsi="Malgun Gothic" w:eastAsia="Malgun Gothic"/>
                <w:b w:val="0"/>
                <w:sz w:val="14"/>
              </w:rPr>
              <w:t>pitch_mean</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r>
        <w:trPr>
          <w:cantSplit/>
        </w:trPr>
        <w:tc>
          <w:tcPr>
            <w:tcW w:type="dxa" w:w="1973"/>
            <w:vAlign w:val="center"/>
          </w:tcPr>
          <w:p>
            <w:r/>
            <w:r>
              <w:rPr>
                <w:rFonts w:ascii="Malgun Gothic" w:hAnsi="Malgun Gothic" w:eastAsia="Malgun Gothic"/>
                <w:b w:val="0"/>
                <w:sz w:val="14"/>
              </w:rPr>
              <w:t>duration_sec</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r>
        <w:trPr>
          <w:cantSplit/>
        </w:trPr>
        <w:tc>
          <w:tcPr>
            <w:tcW w:type="dxa" w:w="1973"/>
            <w:vAlign w:val="center"/>
          </w:tcPr>
          <w:p>
            <w:r/>
            <w:r>
              <w:rPr>
                <w:rFonts w:ascii="Malgun Gothic" w:hAnsi="Malgun Gothic" w:eastAsia="Malgun Gothic"/>
                <w:b w:val="0"/>
                <w:sz w:val="14"/>
              </w:rPr>
              <w:t>word_cnt</w:t>
            </w:r>
          </w:p>
        </w:tc>
        <w:tc>
          <w:tcPr>
            <w:tcW w:type="dxa" w:w="1973"/>
            <w:vAlign w:val="center"/>
          </w:tcPr>
          <w:p>
            <w:r/>
            <w:r>
              <w:rPr>
                <w:rFonts w:ascii="Malgun Gothic" w:hAnsi="Malgun Gothic" w:eastAsia="Malgun Gothic"/>
                <w:b w:val="0"/>
                <w:sz w:val="14"/>
              </w:rPr>
              <w:t>int64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wpm</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r>
        <w:trPr>
          <w:cantSplit/>
        </w:trPr>
        <w:tc>
          <w:tcPr>
            <w:tcW w:type="dxa" w:w="1973"/>
            <w:vAlign w:val="center"/>
          </w:tcPr>
          <w:p>
            <w:r/>
            <w:r>
              <w:rPr>
                <w:rFonts w:ascii="Malgun Gothic" w:hAnsi="Malgun Gothic" w:eastAsia="Malgun Gothic"/>
                <w:b w:val="0"/>
                <w:sz w:val="14"/>
              </w:rPr>
              <w:t>text_len</w:t>
            </w:r>
          </w:p>
        </w:tc>
        <w:tc>
          <w:tcPr>
            <w:tcW w:type="dxa" w:w="1973"/>
            <w:vAlign w:val="center"/>
          </w:tcPr>
          <w:p>
            <w:r/>
            <w:r>
              <w:rPr>
                <w:rFonts w:ascii="Malgun Gothic" w:hAnsi="Malgun Gothic" w:eastAsia="Malgun Gothic"/>
                <w:b w:val="0"/>
                <w:sz w:val="14"/>
              </w:rPr>
              <w:t>int64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z_energy_mean</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z_pitch_mean</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z_wpm</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z_duration_sec</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raw_stress</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stress_score</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bl>
    <w:p/>
    <w:p>
      <w:r>
        <w:t>전체 행 포함</w:t>
      </w:r>
    </w:p>
    <w:p>
      <w:r>
        <w:rPr>
          <w:b/>
        </w:rPr>
        <w:t>산출물 CSV: research_continuity/02_asis_same_method_reproduction/asis_implementation_inventory_v150.csv (행 7,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file</w:t>
            </w:r>
          </w:p>
        </w:tc>
        <w:tc>
          <w:tcPr>
            <w:tcW w:type="dxa" w:w="1973"/>
          </w:tcPr>
          <w:p>
            <w:r/>
            <w:r>
              <w:rPr>
                <w:rFonts w:ascii="Malgun Gothic" w:hAnsi="Malgun Gothic" w:eastAsia="Malgun Gothic"/>
                <w:b/>
                <w:sz w:val="14"/>
              </w:rPr>
              <w:t>suffix</w:t>
            </w:r>
          </w:p>
        </w:tc>
        <w:tc>
          <w:tcPr>
            <w:tcW w:type="dxa" w:w="1973"/>
          </w:tcPr>
          <w:p>
            <w:r/>
            <w:r>
              <w:rPr>
                <w:rFonts w:ascii="Malgun Gothic" w:hAnsi="Malgun Gothic" w:eastAsia="Malgun Gothic"/>
                <w:b/>
                <w:sz w:val="14"/>
              </w:rPr>
              <w:t>size_bytes</w:t>
            </w:r>
          </w:p>
        </w:tc>
        <w:tc>
          <w:tcPr>
            <w:tcW w:type="dxa" w:w="1973"/>
          </w:tcPr>
          <w:p>
            <w:r/>
            <w:r>
              <w:rPr>
                <w:rFonts w:ascii="Malgun Gothic" w:hAnsi="Malgun Gothic" w:eastAsia="Malgun Gothic"/>
                <w:b/>
                <w:sz w:val="14"/>
              </w:rPr>
              <w:t>role_hint</w:t>
            </w:r>
          </w:p>
        </w:tc>
        <w:tc>
          <w:tcPr>
            <w:tcW w:type="dxa" w:w="1973"/>
          </w:tcPr>
          <w:p>
            <w:r/>
            <w:r>
              <w:rPr>
                <w:rFonts w:ascii="Malgun Gothic" w:hAnsi="Malgun Gothic" w:eastAsia="Malgun Gothic"/>
                <w:b/>
                <w:sz w:val="14"/>
              </w:rPr>
              <w:t>sha256</w:t>
            </w:r>
          </w:p>
        </w:tc>
      </w:tr>
      <w:tr>
        <w:trPr>
          <w:cantSplit/>
        </w:trPr>
        <w:tc>
          <w:tcPr>
            <w:tcW w:type="dxa" w:w="1973"/>
            <w:vAlign w:val="center"/>
          </w:tcPr>
          <w:p>
            <w:r/>
            <w:r>
              <w:rPr>
                <w:rFonts w:ascii="Malgun Gothic" w:hAnsi="Malgun Gothic" w:eastAsia="Malgun Gothic"/>
                <w:b w:val="0"/>
                <w:sz w:val="14"/>
              </w:rPr>
              <w:t>/mnt/data/v173_src/resources/asis/generate_report_0413.py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18988</w:t>
            </w:r>
          </w:p>
        </w:tc>
        <w:tc>
          <w:tcPr>
            <w:tcW w:type="dxa" w:w="1973"/>
            <w:vAlign w:val="center"/>
          </w:tcPr>
          <w:p>
            <w:r/>
            <w:r>
              <w:rPr>
                <w:rFonts w:ascii="Malgun Gothic" w:hAnsi="Malgun Gothic" w:eastAsia="Malgun Gothic"/>
                <w:b w:val="0"/>
                <w:sz w:val="14"/>
              </w:rPr>
              <w:t>report</w:t>
            </w:r>
          </w:p>
        </w:tc>
        <w:tc>
          <w:tcPr>
            <w:tcW w:type="dxa" w:w="1973"/>
            <w:vAlign w:val="center"/>
          </w:tcPr>
          <w:p>
            <w:r/>
            <w:r>
              <w:rPr>
                <w:rFonts w:ascii="Malgun Gothic" w:hAnsi="Malgun Gothic" w:eastAsia="Malgun Gothic"/>
                <w:b w:val="0"/>
                <w:sz w:val="14"/>
              </w:rPr>
              <w:t>89c748f25f157754e0ff4928365a757e581b5e9794d027a52d864a36d844f8d8</w:t>
            </w:r>
          </w:p>
        </w:tc>
      </w:tr>
      <w:tr>
        <w:trPr>
          <w:cantSplit/>
        </w:trPr>
        <w:tc>
          <w:tcPr>
            <w:tcW w:type="dxa" w:w="1973"/>
            <w:vAlign w:val="center"/>
          </w:tcPr>
          <w:p>
            <w:r/>
            <w:r>
              <w:rPr>
                <w:rFonts w:ascii="Malgun Gothic" w:hAnsi="Malgun Gothic" w:eastAsia="Malgun Gothic"/>
                <w:b w:val="0"/>
                <w:sz w:val="14"/>
              </w:rPr>
              <w:t>/mnt/data/v173_src/resources/asis/00_scan_voc_role_columns.py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1916</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64a52bee6f4b4876bf0c5d1bc55ed889fc6874ff7845494953bfdd7f368cf99a</w:t>
            </w:r>
          </w:p>
        </w:tc>
      </w:tr>
      <w:tr>
        <w:trPr>
          <w:cantSplit/>
        </w:trPr>
        <w:tc>
          <w:tcPr>
            <w:tcW w:type="dxa" w:w="1973"/>
            <w:vAlign w:val="center"/>
          </w:tcPr>
          <w:p>
            <w:r/>
            <w:r>
              <w:rPr>
                <w:rFonts w:ascii="Malgun Gothic" w:hAnsi="Malgun Gothic" w:eastAsia="Malgun Gothic"/>
                <w:b w:val="0"/>
                <w:sz w:val="14"/>
              </w:rPr>
              <w:t>/mnt/data/v173_src/resources/asis/new_datasets_day.ps1</w:t>
            </w:r>
          </w:p>
        </w:tc>
        <w:tc>
          <w:tcPr>
            <w:tcW w:type="dxa" w:w="1973"/>
            <w:vAlign w:val="center"/>
          </w:tcPr>
          <w:p>
            <w:r/>
            <w:r>
              <w:rPr>
                <w:rFonts w:ascii="Malgun Gothic" w:hAnsi="Malgun Gothic" w:eastAsia="Malgun Gothic"/>
                <w:b w:val="0"/>
                <w:sz w:val="14"/>
              </w:rPr>
              <w:t>.ps1</w:t>
            </w:r>
          </w:p>
        </w:tc>
        <w:tc>
          <w:tcPr>
            <w:tcW w:type="dxa" w:w="1973"/>
            <w:vAlign w:val="center"/>
          </w:tcPr>
          <w:p>
            <w:r/>
            <w:r>
              <w:rPr>
                <w:rFonts w:ascii="Malgun Gothic" w:hAnsi="Malgun Gothic" w:eastAsia="Malgun Gothic"/>
                <w:b w:val="0"/>
                <w:sz w:val="14"/>
              </w:rPr>
              <w:t>9498</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7c6f27e2d1daaff5d630360d4082fae595bab7e58a9fec3854b1d55243acb787</w:t>
            </w:r>
          </w:p>
        </w:tc>
      </w:tr>
      <w:tr>
        <w:trPr>
          <w:cantSplit/>
        </w:trPr>
        <w:tc>
          <w:tcPr>
            <w:tcW w:type="dxa" w:w="1973"/>
            <w:vAlign w:val="center"/>
          </w:tcPr>
          <w:p>
            <w:r/>
            <w:r>
              <w:rPr>
                <w:rFonts w:ascii="Malgun Gothic" w:hAnsi="Malgun Gothic" w:eastAsia="Malgun Gothic"/>
                <w:b w:val="0"/>
                <w:sz w:val="14"/>
              </w:rPr>
              <w:t>/mnt/data/v173_src/resources/asis/run_datasets0406.py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41708</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9a95ddcd037db6051ee1817a17cf83cc81acf5aba57c92f8b2e030e6ff4a5d03</w:t>
            </w:r>
          </w:p>
        </w:tc>
      </w:tr>
      <w:tr>
        <w:trPr>
          <w:cantSplit/>
        </w:trPr>
        <w:tc>
          <w:tcPr>
            <w:tcW w:type="dxa" w:w="1973"/>
            <w:vAlign w:val="center"/>
          </w:tcPr>
          <w:p>
            <w:r/>
            <w:r>
              <w:rPr>
                <w:rFonts w:ascii="Malgun Gothic" w:hAnsi="Malgun Gothic" w:eastAsia="Malgun Gothic"/>
                <w:b w:val="0"/>
                <w:sz w:val="14"/>
              </w:rPr>
              <w:t>/mnt/data/v173_src/resources/asis/run_datasets0413.py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27994</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560ac740f0a86c88bd662f2b77747a3b8902e8630c1bd280f103b6192f716aad</w:t>
            </w:r>
          </w:p>
        </w:tc>
      </w:tr>
      <w:tr>
        <w:trPr>
          <w:cantSplit/>
        </w:trPr>
        <w:tc>
          <w:tcPr>
            <w:tcW w:type="dxa" w:w="1973"/>
            <w:vAlign w:val="center"/>
          </w:tcPr>
          <w:p>
            <w:r/>
            <w:r>
              <w:rPr>
                <w:rFonts w:ascii="Malgun Gothic" w:hAnsi="Malgun Gothic" w:eastAsia="Malgun Gothic"/>
                <w:b w:val="0"/>
                <w:sz w:val="14"/>
              </w:rPr>
              <w:t>/mnt/data/v173_src/resources/asis/setup_datasets0413.ps1</w:t>
            </w:r>
          </w:p>
        </w:tc>
        <w:tc>
          <w:tcPr>
            <w:tcW w:type="dxa" w:w="1973"/>
            <w:vAlign w:val="center"/>
          </w:tcPr>
          <w:p>
            <w:r/>
            <w:r>
              <w:rPr>
                <w:rFonts w:ascii="Malgun Gothic" w:hAnsi="Malgun Gothic" w:eastAsia="Malgun Gothic"/>
                <w:b w:val="0"/>
                <w:sz w:val="14"/>
              </w:rPr>
              <w:t>.ps1</w:t>
            </w:r>
          </w:p>
        </w:tc>
        <w:tc>
          <w:tcPr>
            <w:tcW w:type="dxa" w:w="1973"/>
            <w:vAlign w:val="center"/>
          </w:tcPr>
          <w:p>
            <w:r/>
            <w:r>
              <w:rPr>
                <w:rFonts w:ascii="Malgun Gothic" w:hAnsi="Malgun Gothic" w:eastAsia="Malgun Gothic"/>
                <w:b w:val="0"/>
                <w:sz w:val="14"/>
              </w:rPr>
              <w:t>3956</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e22fd41428472b20f626b3a35de34f2fb03f6348899f16da745706522be6e66a</w:t>
            </w:r>
          </w:p>
        </w:tc>
      </w:tr>
      <w:tr>
        <w:trPr>
          <w:cantSplit/>
        </w:trPr>
        <w:tc>
          <w:tcPr>
            <w:tcW w:type="dxa" w:w="1973"/>
            <w:vAlign w:val="center"/>
          </w:tcPr>
          <w:p>
            <w:r/>
            <w:r>
              <w:rPr>
                <w:rFonts w:ascii="Malgun Gothic" w:hAnsi="Malgun Gothic" w:eastAsia="Malgun Gothic"/>
                <w:b w:val="0"/>
                <w:sz w:val="14"/>
              </w:rPr>
              <w:t>/mnt/data/v173_src/results/manuscript_text/learning/finetune_dataset_summary_ko.md</w:t>
            </w:r>
          </w:p>
        </w:tc>
        <w:tc>
          <w:tcPr>
            <w:tcW w:type="dxa" w:w="1973"/>
            <w:vAlign w:val="center"/>
          </w:tcPr>
          <w:p>
            <w:r/>
            <w:r>
              <w:rPr>
                <w:rFonts w:ascii="Malgun Gothic" w:hAnsi="Malgun Gothic" w:eastAsia="Malgun Gothic"/>
                <w:b w:val="0"/>
                <w:sz w:val="14"/>
              </w:rPr>
              <w:t>.md</w:t>
            </w:r>
          </w:p>
        </w:tc>
        <w:tc>
          <w:tcPr>
            <w:tcW w:type="dxa" w:w="1973"/>
            <w:vAlign w:val="center"/>
          </w:tcPr>
          <w:p>
            <w:r/>
            <w:r>
              <w:rPr>
                <w:rFonts w:ascii="Malgun Gothic" w:hAnsi="Malgun Gothic" w:eastAsia="Malgun Gothic"/>
                <w:b w:val="0"/>
                <w:sz w:val="14"/>
              </w:rPr>
              <w:t>512</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03e58d7fc7ff45bc7908306af8ee7bdceb5a0a475952471b5a0557cf8799d36d</w:t>
            </w:r>
          </w:p>
        </w:tc>
      </w:tr>
    </w:tbl>
    <w:p/>
    <w:p>
      <w:r>
        <w:t>전체 행 포함</w:t>
      </w:r>
    </w:p>
    <w:p>
      <w:r>
        <w:rPr>
          <w:b/>
        </w:rPr>
        <w:t>산출물 CSV: research_continuity/02_asis_same_method_reproduction/asis_implementation_inventory_v152.csv (행 7,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file</w:t>
            </w:r>
          </w:p>
        </w:tc>
        <w:tc>
          <w:tcPr>
            <w:tcW w:type="dxa" w:w="1973"/>
          </w:tcPr>
          <w:p>
            <w:r/>
            <w:r>
              <w:rPr>
                <w:rFonts w:ascii="Malgun Gothic" w:hAnsi="Malgun Gothic" w:eastAsia="Malgun Gothic"/>
                <w:b/>
                <w:sz w:val="14"/>
              </w:rPr>
              <w:t>suffix</w:t>
            </w:r>
          </w:p>
        </w:tc>
        <w:tc>
          <w:tcPr>
            <w:tcW w:type="dxa" w:w="1973"/>
          </w:tcPr>
          <w:p>
            <w:r/>
            <w:r>
              <w:rPr>
                <w:rFonts w:ascii="Malgun Gothic" w:hAnsi="Malgun Gothic" w:eastAsia="Malgun Gothic"/>
                <w:b/>
                <w:sz w:val="14"/>
              </w:rPr>
              <w:t>size_bytes</w:t>
            </w:r>
          </w:p>
        </w:tc>
        <w:tc>
          <w:tcPr>
            <w:tcW w:type="dxa" w:w="1973"/>
          </w:tcPr>
          <w:p>
            <w:r/>
            <w:r>
              <w:rPr>
                <w:rFonts w:ascii="Malgun Gothic" w:hAnsi="Malgun Gothic" w:eastAsia="Malgun Gothic"/>
                <w:b/>
                <w:sz w:val="14"/>
              </w:rPr>
              <w:t>role_hint</w:t>
            </w:r>
          </w:p>
        </w:tc>
        <w:tc>
          <w:tcPr>
            <w:tcW w:type="dxa" w:w="1973"/>
          </w:tcPr>
          <w:p>
            <w:r/>
            <w:r>
              <w:rPr>
                <w:rFonts w:ascii="Malgun Gothic" w:hAnsi="Malgun Gothic" w:eastAsia="Malgun Gothic"/>
                <w:b/>
                <w:sz w:val="14"/>
              </w:rPr>
              <w:t>sha256</w:t>
            </w:r>
          </w:p>
        </w:tc>
      </w:tr>
      <w:tr>
        <w:trPr>
          <w:cantSplit/>
        </w:trPr>
        <w:tc>
          <w:tcPr>
            <w:tcW w:type="dxa" w:w="1973"/>
            <w:vAlign w:val="center"/>
          </w:tcPr>
          <w:p>
            <w:r/>
            <w:r>
              <w:rPr>
                <w:rFonts w:ascii="Malgun Gothic" w:hAnsi="Malgun Gothic" w:eastAsia="Malgun Gothic"/>
                <w:b w:val="0"/>
                <w:sz w:val="14"/>
              </w:rPr>
              <w:t>/mnt/data/v173_src/resources/asis/generate_report_0413.py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18988</w:t>
            </w:r>
          </w:p>
        </w:tc>
        <w:tc>
          <w:tcPr>
            <w:tcW w:type="dxa" w:w="1973"/>
            <w:vAlign w:val="center"/>
          </w:tcPr>
          <w:p>
            <w:r/>
            <w:r>
              <w:rPr>
                <w:rFonts w:ascii="Malgun Gothic" w:hAnsi="Malgun Gothic" w:eastAsia="Malgun Gothic"/>
                <w:b w:val="0"/>
                <w:sz w:val="14"/>
              </w:rPr>
              <w:t>report</w:t>
            </w:r>
          </w:p>
        </w:tc>
        <w:tc>
          <w:tcPr>
            <w:tcW w:type="dxa" w:w="1973"/>
            <w:vAlign w:val="center"/>
          </w:tcPr>
          <w:p>
            <w:r/>
            <w:r>
              <w:rPr>
                <w:rFonts w:ascii="Malgun Gothic" w:hAnsi="Malgun Gothic" w:eastAsia="Malgun Gothic"/>
                <w:b w:val="0"/>
                <w:sz w:val="14"/>
              </w:rPr>
              <w:t>89c748f25f157754e0ff4928365a757e581b5e9794d027a52d864a36d844f8d8</w:t>
            </w:r>
          </w:p>
        </w:tc>
      </w:tr>
      <w:tr>
        <w:trPr>
          <w:cantSplit/>
        </w:trPr>
        <w:tc>
          <w:tcPr>
            <w:tcW w:type="dxa" w:w="1973"/>
            <w:vAlign w:val="center"/>
          </w:tcPr>
          <w:p>
            <w:r/>
            <w:r>
              <w:rPr>
                <w:rFonts w:ascii="Malgun Gothic" w:hAnsi="Malgun Gothic" w:eastAsia="Malgun Gothic"/>
                <w:b w:val="0"/>
                <w:sz w:val="14"/>
              </w:rPr>
              <w:t>/mnt/data/v173_src/resources/asis/00_scan_voc_role_columns.py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1916</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64a52bee6f4b4876bf0c5d1bc55ed889fc6874ff7845494953bfdd7f368cf99a</w:t>
            </w:r>
          </w:p>
        </w:tc>
      </w:tr>
      <w:tr>
        <w:trPr>
          <w:cantSplit/>
        </w:trPr>
        <w:tc>
          <w:tcPr>
            <w:tcW w:type="dxa" w:w="1973"/>
            <w:vAlign w:val="center"/>
          </w:tcPr>
          <w:p>
            <w:r/>
            <w:r>
              <w:rPr>
                <w:rFonts w:ascii="Malgun Gothic" w:hAnsi="Malgun Gothic" w:eastAsia="Malgun Gothic"/>
                <w:b w:val="0"/>
                <w:sz w:val="14"/>
              </w:rPr>
              <w:t>/mnt/data/v173_src/resources/asis/new_datasets_day.ps1</w:t>
            </w:r>
          </w:p>
        </w:tc>
        <w:tc>
          <w:tcPr>
            <w:tcW w:type="dxa" w:w="1973"/>
            <w:vAlign w:val="center"/>
          </w:tcPr>
          <w:p>
            <w:r/>
            <w:r>
              <w:rPr>
                <w:rFonts w:ascii="Malgun Gothic" w:hAnsi="Malgun Gothic" w:eastAsia="Malgun Gothic"/>
                <w:b w:val="0"/>
                <w:sz w:val="14"/>
              </w:rPr>
              <w:t>.ps1</w:t>
            </w:r>
          </w:p>
        </w:tc>
        <w:tc>
          <w:tcPr>
            <w:tcW w:type="dxa" w:w="1973"/>
            <w:vAlign w:val="center"/>
          </w:tcPr>
          <w:p>
            <w:r/>
            <w:r>
              <w:rPr>
                <w:rFonts w:ascii="Malgun Gothic" w:hAnsi="Malgun Gothic" w:eastAsia="Malgun Gothic"/>
                <w:b w:val="0"/>
                <w:sz w:val="14"/>
              </w:rPr>
              <w:t>9498</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7c6f27e2d1daaff5d630360d4082fae595bab7e58a9fec3854b1d55243acb787</w:t>
            </w:r>
          </w:p>
        </w:tc>
      </w:tr>
      <w:tr>
        <w:trPr>
          <w:cantSplit/>
        </w:trPr>
        <w:tc>
          <w:tcPr>
            <w:tcW w:type="dxa" w:w="1973"/>
            <w:vAlign w:val="center"/>
          </w:tcPr>
          <w:p>
            <w:r/>
            <w:r>
              <w:rPr>
                <w:rFonts w:ascii="Malgun Gothic" w:hAnsi="Malgun Gothic" w:eastAsia="Malgun Gothic"/>
                <w:b w:val="0"/>
                <w:sz w:val="14"/>
              </w:rPr>
              <w:t>/mnt/data/v173_src/resources/asis/run_datasets0406.py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41708</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9a95ddcd037db6051ee1817a17cf83cc81acf5aba57c92f8b2e030e6ff4a5d03</w:t>
            </w:r>
          </w:p>
        </w:tc>
      </w:tr>
      <w:tr>
        <w:trPr>
          <w:cantSplit/>
        </w:trPr>
        <w:tc>
          <w:tcPr>
            <w:tcW w:type="dxa" w:w="1973"/>
            <w:vAlign w:val="center"/>
          </w:tcPr>
          <w:p>
            <w:r/>
            <w:r>
              <w:rPr>
                <w:rFonts w:ascii="Malgun Gothic" w:hAnsi="Malgun Gothic" w:eastAsia="Malgun Gothic"/>
                <w:b w:val="0"/>
                <w:sz w:val="14"/>
              </w:rPr>
              <w:t>/mnt/data/v173_src/resources/asis/run_datasets0413.py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27994</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560ac740f0a86c88bd662f2b77747a3b8902e8630c1bd280f103b6192f716aad</w:t>
            </w:r>
          </w:p>
        </w:tc>
      </w:tr>
      <w:tr>
        <w:trPr>
          <w:cantSplit/>
        </w:trPr>
        <w:tc>
          <w:tcPr>
            <w:tcW w:type="dxa" w:w="1973"/>
            <w:vAlign w:val="center"/>
          </w:tcPr>
          <w:p>
            <w:r/>
            <w:r>
              <w:rPr>
                <w:rFonts w:ascii="Malgun Gothic" w:hAnsi="Malgun Gothic" w:eastAsia="Malgun Gothic"/>
                <w:b w:val="0"/>
                <w:sz w:val="14"/>
              </w:rPr>
              <w:t>/mnt/data/v173_src/resources/asis/setup_datasets0413.ps1</w:t>
            </w:r>
          </w:p>
        </w:tc>
        <w:tc>
          <w:tcPr>
            <w:tcW w:type="dxa" w:w="1973"/>
            <w:vAlign w:val="center"/>
          </w:tcPr>
          <w:p>
            <w:r/>
            <w:r>
              <w:rPr>
                <w:rFonts w:ascii="Malgun Gothic" w:hAnsi="Malgun Gothic" w:eastAsia="Malgun Gothic"/>
                <w:b w:val="0"/>
                <w:sz w:val="14"/>
              </w:rPr>
              <w:t>.ps1</w:t>
            </w:r>
          </w:p>
        </w:tc>
        <w:tc>
          <w:tcPr>
            <w:tcW w:type="dxa" w:w="1973"/>
            <w:vAlign w:val="center"/>
          </w:tcPr>
          <w:p>
            <w:r/>
            <w:r>
              <w:rPr>
                <w:rFonts w:ascii="Malgun Gothic" w:hAnsi="Malgun Gothic" w:eastAsia="Malgun Gothic"/>
                <w:b w:val="0"/>
                <w:sz w:val="14"/>
              </w:rPr>
              <w:t>3956</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e22fd41428472b20f626b3a35de34f2fb03f6348899f16da745706522be6e66a</w:t>
            </w:r>
          </w:p>
        </w:tc>
      </w:tr>
      <w:tr>
        <w:trPr>
          <w:cantSplit/>
        </w:trPr>
        <w:tc>
          <w:tcPr>
            <w:tcW w:type="dxa" w:w="1973"/>
            <w:vAlign w:val="center"/>
          </w:tcPr>
          <w:p>
            <w:r/>
            <w:r>
              <w:rPr>
                <w:rFonts w:ascii="Malgun Gothic" w:hAnsi="Malgun Gothic" w:eastAsia="Malgun Gothic"/>
                <w:b w:val="0"/>
                <w:sz w:val="14"/>
              </w:rPr>
              <w:t>/mnt/data/v173_src/results/manuscript_text/learning/finetune_dataset_summary_ko.md</w:t>
            </w:r>
          </w:p>
        </w:tc>
        <w:tc>
          <w:tcPr>
            <w:tcW w:type="dxa" w:w="1973"/>
            <w:vAlign w:val="center"/>
          </w:tcPr>
          <w:p>
            <w:r/>
            <w:r>
              <w:rPr>
                <w:rFonts w:ascii="Malgun Gothic" w:hAnsi="Malgun Gothic" w:eastAsia="Malgun Gothic"/>
                <w:b w:val="0"/>
                <w:sz w:val="14"/>
              </w:rPr>
              <w:t>.md</w:t>
            </w:r>
          </w:p>
        </w:tc>
        <w:tc>
          <w:tcPr>
            <w:tcW w:type="dxa" w:w="1973"/>
            <w:vAlign w:val="center"/>
          </w:tcPr>
          <w:p>
            <w:r/>
            <w:r>
              <w:rPr>
                <w:rFonts w:ascii="Malgun Gothic" w:hAnsi="Malgun Gothic" w:eastAsia="Malgun Gothic"/>
                <w:b w:val="0"/>
                <w:sz w:val="14"/>
              </w:rPr>
              <w:t>512</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03e58d7fc7ff45bc7908306af8ee7bdceb5a0a475952471b5a0557cf8799d36d</w:t>
            </w:r>
          </w:p>
        </w:tc>
      </w:tr>
    </w:tbl>
    <w:p/>
    <w:p>
      <w:r>
        <w:t>전체 행 포함</w:t>
      </w:r>
    </w:p>
    <w:p>
      <w:r>
        <w:rPr>
          <w:b/>
        </w:rPr>
        <w:t>산출물 CSV: research_continuity/02_asis_same_method_reproduction/asis_implementation_inventory_v153.csv (행 7,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file</w:t>
            </w:r>
          </w:p>
        </w:tc>
        <w:tc>
          <w:tcPr>
            <w:tcW w:type="dxa" w:w="1973"/>
          </w:tcPr>
          <w:p>
            <w:r/>
            <w:r>
              <w:rPr>
                <w:rFonts w:ascii="Malgun Gothic" w:hAnsi="Malgun Gothic" w:eastAsia="Malgun Gothic"/>
                <w:b/>
                <w:sz w:val="14"/>
              </w:rPr>
              <w:t>suffix</w:t>
            </w:r>
          </w:p>
        </w:tc>
        <w:tc>
          <w:tcPr>
            <w:tcW w:type="dxa" w:w="1973"/>
          </w:tcPr>
          <w:p>
            <w:r/>
            <w:r>
              <w:rPr>
                <w:rFonts w:ascii="Malgun Gothic" w:hAnsi="Malgun Gothic" w:eastAsia="Malgun Gothic"/>
                <w:b/>
                <w:sz w:val="14"/>
              </w:rPr>
              <w:t>size_bytes</w:t>
            </w:r>
          </w:p>
        </w:tc>
        <w:tc>
          <w:tcPr>
            <w:tcW w:type="dxa" w:w="1973"/>
          </w:tcPr>
          <w:p>
            <w:r/>
            <w:r>
              <w:rPr>
                <w:rFonts w:ascii="Malgun Gothic" w:hAnsi="Malgun Gothic" w:eastAsia="Malgun Gothic"/>
                <w:b/>
                <w:sz w:val="14"/>
              </w:rPr>
              <w:t>role_hint</w:t>
            </w:r>
          </w:p>
        </w:tc>
        <w:tc>
          <w:tcPr>
            <w:tcW w:type="dxa" w:w="1973"/>
          </w:tcPr>
          <w:p>
            <w:r/>
            <w:r>
              <w:rPr>
                <w:rFonts w:ascii="Malgun Gothic" w:hAnsi="Malgun Gothic" w:eastAsia="Malgun Gothic"/>
                <w:b/>
                <w:sz w:val="14"/>
              </w:rPr>
              <w:t>sha256</w:t>
            </w:r>
          </w:p>
        </w:tc>
      </w:tr>
      <w:tr>
        <w:trPr>
          <w:cantSplit/>
        </w:trPr>
        <w:tc>
          <w:tcPr>
            <w:tcW w:type="dxa" w:w="1973"/>
            <w:vAlign w:val="center"/>
          </w:tcPr>
          <w:p>
            <w:r/>
            <w:r>
              <w:rPr>
                <w:rFonts w:ascii="Malgun Gothic" w:hAnsi="Malgun Gothic" w:eastAsia="Malgun Gothic"/>
                <w:b w:val="0"/>
                <w:sz w:val="14"/>
              </w:rPr>
              <w:t>/mnt/data/v173_src/resources/asis/generate_report_0413.py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18988</w:t>
            </w:r>
          </w:p>
        </w:tc>
        <w:tc>
          <w:tcPr>
            <w:tcW w:type="dxa" w:w="1973"/>
            <w:vAlign w:val="center"/>
          </w:tcPr>
          <w:p>
            <w:r/>
            <w:r>
              <w:rPr>
                <w:rFonts w:ascii="Malgun Gothic" w:hAnsi="Malgun Gothic" w:eastAsia="Malgun Gothic"/>
                <w:b w:val="0"/>
                <w:sz w:val="14"/>
              </w:rPr>
              <w:t>report</w:t>
            </w:r>
          </w:p>
        </w:tc>
        <w:tc>
          <w:tcPr>
            <w:tcW w:type="dxa" w:w="1973"/>
            <w:vAlign w:val="center"/>
          </w:tcPr>
          <w:p>
            <w:r/>
            <w:r>
              <w:rPr>
                <w:rFonts w:ascii="Malgun Gothic" w:hAnsi="Malgun Gothic" w:eastAsia="Malgun Gothic"/>
                <w:b w:val="0"/>
                <w:sz w:val="14"/>
              </w:rPr>
              <w:t>89c748f25f157754e0ff4928365a757e581b5e9794d027a52d864a36d844f8d8</w:t>
            </w:r>
          </w:p>
        </w:tc>
      </w:tr>
      <w:tr>
        <w:trPr>
          <w:cantSplit/>
        </w:trPr>
        <w:tc>
          <w:tcPr>
            <w:tcW w:type="dxa" w:w="1973"/>
            <w:vAlign w:val="center"/>
          </w:tcPr>
          <w:p>
            <w:r/>
            <w:r>
              <w:rPr>
                <w:rFonts w:ascii="Malgun Gothic" w:hAnsi="Malgun Gothic" w:eastAsia="Malgun Gothic"/>
                <w:b w:val="0"/>
                <w:sz w:val="14"/>
              </w:rPr>
              <w:t>/mnt/data/v173_src/resources/asis/00_scan_voc_role_columns.py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1916</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64a52bee6f4b4876bf0c5d1bc55ed889fc6874ff7845494953bfdd7f368cf99a</w:t>
            </w:r>
          </w:p>
        </w:tc>
      </w:tr>
      <w:tr>
        <w:trPr>
          <w:cantSplit/>
        </w:trPr>
        <w:tc>
          <w:tcPr>
            <w:tcW w:type="dxa" w:w="1973"/>
            <w:vAlign w:val="center"/>
          </w:tcPr>
          <w:p>
            <w:r/>
            <w:r>
              <w:rPr>
                <w:rFonts w:ascii="Malgun Gothic" w:hAnsi="Malgun Gothic" w:eastAsia="Malgun Gothic"/>
                <w:b w:val="0"/>
                <w:sz w:val="14"/>
              </w:rPr>
              <w:t>/mnt/data/v173_src/resources/asis/new_datasets_day.ps1</w:t>
            </w:r>
          </w:p>
        </w:tc>
        <w:tc>
          <w:tcPr>
            <w:tcW w:type="dxa" w:w="1973"/>
            <w:vAlign w:val="center"/>
          </w:tcPr>
          <w:p>
            <w:r/>
            <w:r>
              <w:rPr>
                <w:rFonts w:ascii="Malgun Gothic" w:hAnsi="Malgun Gothic" w:eastAsia="Malgun Gothic"/>
                <w:b w:val="0"/>
                <w:sz w:val="14"/>
              </w:rPr>
              <w:t>.ps1</w:t>
            </w:r>
          </w:p>
        </w:tc>
        <w:tc>
          <w:tcPr>
            <w:tcW w:type="dxa" w:w="1973"/>
            <w:vAlign w:val="center"/>
          </w:tcPr>
          <w:p>
            <w:r/>
            <w:r>
              <w:rPr>
                <w:rFonts w:ascii="Malgun Gothic" w:hAnsi="Malgun Gothic" w:eastAsia="Malgun Gothic"/>
                <w:b w:val="0"/>
                <w:sz w:val="14"/>
              </w:rPr>
              <w:t>9498</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7c6f27e2d1daaff5d630360d4082fae595bab7e58a9fec3854b1d55243acb787</w:t>
            </w:r>
          </w:p>
        </w:tc>
      </w:tr>
      <w:tr>
        <w:trPr>
          <w:cantSplit/>
        </w:trPr>
        <w:tc>
          <w:tcPr>
            <w:tcW w:type="dxa" w:w="1973"/>
            <w:vAlign w:val="center"/>
          </w:tcPr>
          <w:p>
            <w:r/>
            <w:r>
              <w:rPr>
                <w:rFonts w:ascii="Malgun Gothic" w:hAnsi="Malgun Gothic" w:eastAsia="Malgun Gothic"/>
                <w:b w:val="0"/>
                <w:sz w:val="14"/>
              </w:rPr>
              <w:t>/mnt/data/v173_src/resources/asis/run_datasets0406.py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41708</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9a95ddcd037db6051ee1817a17cf83cc81acf5aba57c92f8b2e030e6ff4a5d03</w:t>
            </w:r>
          </w:p>
        </w:tc>
      </w:tr>
      <w:tr>
        <w:trPr>
          <w:cantSplit/>
        </w:trPr>
        <w:tc>
          <w:tcPr>
            <w:tcW w:type="dxa" w:w="1973"/>
            <w:vAlign w:val="center"/>
          </w:tcPr>
          <w:p>
            <w:r/>
            <w:r>
              <w:rPr>
                <w:rFonts w:ascii="Malgun Gothic" w:hAnsi="Malgun Gothic" w:eastAsia="Malgun Gothic"/>
                <w:b w:val="0"/>
                <w:sz w:val="14"/>
              </w:rPr>
              <w:t>/mnt/data/v173_src/resources/asis/run_datasets0413.py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27994</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560ac740f0a86c88bd662f2b77747a3b8902e8630c1bd280f103b6192f716aad</w:t>
            </w:r>
          </w:p>
        </w:tc>
      </w:tr>
      <w:tr>
        <w:trPr>
          <w:cantSplit/>
        </w:trPr>
        <w:tc>
          <w:tcPr>
            <w:tcW w:type="dxa" w:w="1973"/>
            <w:vAlign w:val="center"/>
          </w:tcPr>
          <w:p>
            <w:r/>
            <w:r>
              <w:rPr>
                <w:rFonts w:ascii="Malgun Gothic" w:hAnsi="Malgun Gothic" w:eastAsia="Malgun Gothic"/>
                <w:b w:val="0"/>
                <w:sz w:val="14"/>
              </w:rPr>
              <w:t>/mnt/data/v173_src/resources/asis/setup_datasets0413.ps1</w:t>
            </w:r>
          </w:p>
        </w:tc>
        <w:tc>
          <w:tcPr>
            <w:tcW w:type="dxa" w:w="1973"/>
            <w:vAlign w:val="center"/>
          </w:tcPr>
          <w:p>
            <w:r/>
            <w:r>
              <w:rPr>
                <w:rFonts w:ascii="Malgun Gothic" w:hAnsi="Malgun Gothic" w:eastAsia="Malgun Gothic"/>
                <w:b w:val="0"/>
                <w:sz w:val="14"/>
              </w:rPr>
              <w:t>.ps1</w:t>
            </w:r>
          </w:p>
        </w:tc>
        <w:tc>
          <w:tcPr>
            <w:tcW w:type="dxa" w:w="1973"/>
            <w:vAlign w:val="center"/>
          </w:tcPr>
          <w:p>
            <w:r/>
            <w:r>
              <w:rPr>
                <w:rFonts w:ascii="Malgun Gothic" w:hAnsi="Malgun Gothic" w:eastAsia="Malgun Gothic"/>
                <w:b w:val="0"/>
                <w:sz w:val="14"/>
              </w:rPr>
              <w:t>3956</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e22fd41428472b20f626b3a35de34f2fb03f6348899f16da745706522be6e66a</w:t>
            </w:r>
          </w:p>
        </w:tc>
      </w:tr>
      <w:tr>
        <w:trPr>
          <w:cantSplit/>
        </w:trPr>
        <w:tc>
          <w:tcPr>
            <w:tcW w:type="dxa" w:w="1973"/>
            <w:vAlign w:val="center"/>
          </w:tcPr>
          <w:p>
            <w:r/>
            <w:r>
              <w:rPr>
                <w:rFonts w:ascii="Malgun Gothic" w:hAnsi="Malgun Gothic" w:eastAsia="Malgun Gothic"/>
                <w:b w:val="0"/>
                <w:sz w:val="14"/>
              </w:rPr>
              <w:t>/mnt/data/v173_src/results/manuscript_text/learning/finetune_dataset_summary_ko.md</w:t>
            </w:r>
          </w:p>
        </w:tc>
        <w:tc>
          <w:tcPr>
            <w:tcW w:type="dxa" w:w="1973"/>
            <w:vAlign w:val="center"/>
          </w:tcPr>
          <w:p>
            <w:r/>
            <w:r>
              <w:rPr>
                <w:rFonts w:ascii="Malgun Gothic" w:hAnsi="Malgun Gothic" w:eastAsia="Malgun Gothic"/>
                <w:b w:val="0"/>
                <w:sz w:val="14"/>
              </w:rPr>
              <w:t>.md</w:t>
            </w:r>
          </w:p>
        </w:tc>
        <w:tc>
          <w:tcPr>
            <w:tcW w:type="dxa" w:w="1973"/>
            <w:vAlign w:val="center"/>
          </w:tcPr>
          <w:p>
            <w:r/>
            <w:r>
              <w:rPr>
                <w:rFonts w:ascii="Malgun Gothic" w:hAnsi="Malgun Gothic" w:eastAsia="Malgun Gothic"/>
                <w:b w:val="0"/>
                <w:sz w:val="14"/>
              </w:rPr>
              <w:t>512</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03e58d7fc7ff45bc7908306af8ee7bdceb5a0a475952471b5a0557cf8799d36d</w:t>
            </w:r>
          </w:p>
        </w:tc>
      </w:tr>
    </w:tbl>
    <w:p/>
    <w:p>
      <w:r>
        <w:t>전체 행 포함</w:t>
      </w:r>
    </w:p>
    <w:p>
      <w:r>
        <w:rPr>
          <w:b/>
        </w:rPr>
        <w:t>산출물 CSV: research_continuity/02_asis_same_method_reproduction/asis_implementation_inventory_v154.csv (행 7,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file</w:t>
            </w:r>
          </w:p>
        </w:tc>
        <w:tc>
          <w:tcPr>
            <w:tcW w:type="dxa" w:w="1973"/>
          </w:tcPr>
          <w:p>
            <w:r/>
            <w:r>
              <w:rPr>
                <w:rFonts w:ascii="Malgun Gothic" w:hAnsi="Malgun Gothic" w:eastAsia="Malgun Gothic"/>
                <w:b/>
                <w:sz w:val="14"/>
              </w:rPr>
              <w:t>suffix</w:t>
            </w:r>
          </w:p>
        </w:tc>
        <w:tc>
          <w:tcPr>
            <w:tcW w:type="dxa" w:w="1973"/>
          </w:tcPr>
          <w:p>
            <w:r/>
            <w:r>
              <w:rPr>
                <w:rFonts w:ascii="Malgun Gothic" w:hAnsi="Malgun Gothic" w:eastAsia="Malgun Gothic"/>
                <w:b/>
                <w:sz w:val="14"/>
              </w:rPr>
              <w:t>size_bytes</w:t>
            </w:r>
          </w:p>
        </w:tc>
        <w:tc>
          <w:tcPr>
            <w:tcW w:type="dxa" w:w="1973"/>
          </w:tcPr>
          <w:p>
            <w:r/>
            <w:r>
              <w:rPr>
                <w:rFonts w:ascii="Malgun Gothic" w:hAnsi="Malgun Gothic" w:eastAsia="Malgun Gothic"/>
                <w:b/>
                <w:sz w:val="14"/>
              </w:rPr>
              <w:t>role_hint</w:t>
            </w:r>
          </w:p>
        </w:tc>
        <w:tc>
          <w:tcPr>
            <w:tcW w:type="dxa" w:w="1973"/>
          </w:tcPr>
          <w:p>
            <w:r/>
            <w:r>
              <w:rPr>
                <w:rFonts w:ascii="Malgun Gothic" w:hAnsi="Malgun Gothic" w:eastAsia="Malgun Gothic"/>
                <w:b/>
                <w:sz w:val="14"/>
              </w:rPr>
              <w:t>sha256</w:t>
            </w:r>
          </w:p>
        </w:tc>
      </w:tr>
      <w:tr>
        <w:trPr>
          <w:cantSplit/>
        </w:trPr>
        <w:tc>
          <w:tcPr>
            <w:tcW w:type="dxa" w:w="1973"/>
            <w:vAlign w:val="center"/>
          </w:tcPr>
          <w:p>
            <w:r/>
            <w:r>
              <w:rPr>
                <w:rFonts w:ascii="Malgun Gothic" w:hAnsi="Malgun Gothic" w:eastAsia="Malgun Gothic"/>
                <w:b w:val="0"/>
                <w:sz w:val="14"/>
              </w:rPr>
              <w:t>/mnt/data/v173_src/resources/asis/generate_report_0413.py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18988</w:t>
            </w:r>
          </w:p>
        </w:tc>
        <w:tc>
          <w:tcPr>
            <w:tcW w:type="dxa" w:w="1973"/>
            <w:vAlign w:val="center"/>
          </w:tcPr>
          <w:p>
            <w:r/>
            <w:r>
              <w:rPr>
                <w:rFonts w:ascii="Malgun Gothic" w:hAnsi="Malgun Gothic" w:eastAsia="Malgun Gothic"/>
                <w:b w:val="0"/>
                <w:sz w:val="14"/>
              </w:rPr>
              <w:t>report</w:t>
            </w:r>
          </w:p>
        </w:tc>
        <w:tc>
          <w:tcPr>
            <w:tcW w:type="dxa" w:w="1973"/>
            <w:vAlign w:val="center"/>
          </w:tcPr>
          <w:p>
            <w:r/>
            <w:r>
              <w:rPr>
                <w:rFonts w:ascii="Malgun Gothic" w:hAnsi="Malgun Gothic" w:eastAsia="Malgun Gothic"/>
                <w:b w:val="0"/>
                <w:sz w:val="14"/>
              </w:rPr>
              <w:t>89c748f25f157754e0ff4928365a757e581b5e9794d027a52d864a36d844f8d8</w:t>
            </w:r>
          </w:p>
        </w:tc>
      </w:tr>
      <w:tr>
        <w:trPr>
          <w:cantSplit/>
        </w:trPr>
        <w:tc>
          <w:tcPr>
            <w:tcW w:type="dxa" w:w="1973"/>
            <w:vAlign w:val="center"/>
          </w:tcPr>
          <w:p>
            <w:r/>
            <w:r>
              <w:rPr>
                <w:rFonts w:ascii="Malgun Gothic" w:hAnsi="Malgun Gothic" w:eastAsia="Malgun Gothic"/>
                <w:b w:val="0"/>
                <w:sz w:val="14"/>
              </w:rPr>
              <w:t>/mnt/data/v173_src/resources/asis/00_scan_voc_role_columns.py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1916</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64a52bee6f4b4876bf0c5d1bc55ed889fc6874ff7845494953bfdd7f368cf99a</w:t>
            </w:r>
          </w:p>
        </w:tc>
      </w:tr>
      <w:tr>
        <w:trPr>
          <w:cantSplit/>
        </w:trPr>
        <w:tc>
          <w:tcPr>
            <w:tcW w:type="dxa" w:w="1973"/>
            <w:vAlign w:val="center"/>
          </w:tcPr>
          <w:p>
            <w:r/>
            <w:r>
              <w:rPr>
                <w:rFonts w:ascii="Malgun Gothic" w:hAnsi="Malgun Gothic" w:eastAsia="Malgun Gothic"/>
                <w:b w:val="0"/>
                <w:sz w:val="14"/>
              </w:rPr>
              <w:t>/mnt/data/v173_src/resources/asis/new_datasets_day.ps1</w:t>
            </w:r>
          </w:p>
        </w:tc>
        <w:tc>
          <w:tcPr>
            <w:tcW w:type="dxa" w:w="1973"/>
            <w:vAlign w:val="center"/>
          </w:tcPr>
          <w:p>
            <w:r/>
            <w:r>
              <w:rPr>
                <w:rFonts w:ascii="Malgun Gothic" w:hAnsi="Malgun Gothic" w:eastAsia="Malgun Gothic"/>
                <w:b w:val="0"/>
                <w:sz w:val="14"/>
              </w:rPr>
              <w:t>.ps1</w:t>
            </w:r>
          </w:p>
        </w:tc>
        <w:tc>
          <w:tcPr>
            <w:tcW w:type="dxa" w:w="1973"/>
            <w:vAlign w:val="center"/>
          </w:tcPr>
          <w:p>
            <w:r/>
            <w:r>
              <w:rPr>
                <w:rFonts w:ascii="Malgun Gothic" w:hAnsi="Malgun Gothic" w:eastAsia="Malgun Gothic"/>
                <w:b w:val="0"/>
                <w:sz w:val="14"/>
              </w:rPr>
              <w:t>9498</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7c6f27e2d1daaff5d630360d4082fae595bab7e58a9fec3854b1d55243acb787</w:t>
            </w:r>
          </w:p>
        </w:tc>
      </w:tr>
      <w:tr>
        <w:trPr>
          <w:cantSplit/>
        </w:trPr>
        <w:tc>
          <w:tcPr>
            <w:tcW w:type="dxa" w:w="1973"/>
            <w:vAlign w:val="center"/>
          </w:tcPr>
          <w:p>
            <w:r/>
            <w:r>
              <w:rPr>
                <w:rFonts w:ascii="Malgun Gothic" w:hAnsi="Malgun Gothic" w:eastAsia="Malgun Gothic"/>
                <w:b w:val="0"/>
                <w:sz w:val="14"/>
              </w:rPr>
              <w:t>/mnt/data/v173_src/resources/asis/run_datasets0406.py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41708</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9a95ddcd037db6051ee1817a17cf83cc81acf5aba57c92f8b2e030e6ff4a5d03</w:t>
            </w:r>
          </w:p>
        </w:tc>
      </w:tr>
      <w:tr>
        <w:trPr>
          <w:cantSplit/>
        </w:trPr>
        <w:tc>
          <w:tcPr>
            <w:tcW w:type="dxa" w:w="1973"/>
            <w:vAlign w:val="center"/>
          </w:tcPr>
          <w:p>
            <w:r/>
            <w:r>
              <w:rPr>
                <w:rFonts w:ascii="Malgun Gothic" w:hAnsi="Malgun Gothic" w:eastAsia="Malgun Gothic"/>
                <w:b w:val="0"/>
                <w:sz w:val="14"/>
              </w:rPr>
              <w:t>/mnt/data/v173_src/resources/asis/run_datasets0413.py</w:t>
            </w:r>
          </w:p>
        </w:tc>
        <w:tc>
          <w:tcPr>
            <w:tcW w:type="dxa" w:w="1973"/>
            <w:vAlign w:val="center"/>
          </w:tcPr>
          <w:p>
            <w:r/>
            <w:r>
              <w:rPr>
                <w:rFonts w:ascii="Malgun Gothic" w:hAnsi="Malgun Gothic" w:eastAsia="Malgun Gothic"/>
                <w:b w:val="0"/>
                <w:sz w:val="14"/>
              </w:rPr>
              <w:t>.py</w:t>
            </w:r>
          </w:p>
        </w:tc>
        <w:tc>
          <w:tcPr>
            <w:tcW w:type="dxa" w:w="1973"/>
            <w:vAlign w:val="center"/>
          </w:tcPr>
          <w:p>
            <w:r/>
            <w:r>
              <w:rPr>
                <w:rFonts w:ascii="Malgun Gothic" w:hAnsi="Malgun Gothic" w:eastAsia="Malgun Gothic"/>
                <w:b w:val="0"/>
                <w:sz w:val="14"/>
              </w:rPr>
              <w:t>27994</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560ac740f0a86c88bd662f2b77747a3b8902e8630c1bd280f103b6192f716aad</w:t>
            </w:r>
          </w:p>
        </w:tc>
      </w:tr>
      <w:tr>
        <w:trPr>
          <w:cantSplit/>
        </w:trPr>
        <w:tc>
          <w:tcPr>
            <w:tcW w:type="dxa" w:w="1973"/>
            <w:vAlign w:val="center"/>
          </w:tcPr>
          <w:p>
            <w:r/>
            <w:r>
              <w:rPr>
                <w:rFonts w:ascii="Malgun Gothic" w:hAnsi="Malgun Gothic" w:eastAsia="Malgun Gothic"/>
                <w:b w:val="0"/>
                <w:sz w:val="14"/>
              </w:rPr>
              <w:t>/mnt/data/v173_src/resources/asis/setup_datasets0413.ps1</w:t>
            </w:r>
          </w:p>
        </w:tc>
        <w:tc>
          <w:tcPr>
            <w:tcW w:type="dxa" w:w="1973"/>
            <w:vAlign w:val="center"/>
          </w:tcPr>
          <w:p>
            <w:r/>
            <w:r>
              <w:rPr>
                <w:rFonts w:ascii="Malgun Gothic" w:hAnsi="Malgun Gothic" w:eastAsia="Malgun Gothic"/>
                <w:b w:val="0"/>
                <w:sz w:val="14"/>
              </w:rPr>
              <w:t>.ps1</w:t>
            </w:r>
          </w:p>
        </w:tc>
        <w:tc>
          <w:tcPr>
            <w:tcW w:type="dxa" w:w="1973"/>
            <w:vAlign w:val="center"/>
          </w:tcPr>
          <w:p>
            <w:r/>
            <w:r>
              <w:rPr>
                <w:rFonts w:ascii="Malgun Gothic" w:hAnsi="Malgun Gothic" w:eastAsia="Malgun Gothic"/>
                <w:b w:val="0"/>
                <w:sz w:val="14"/>
              </w:rPr>
              <w:t>3956</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e22fd41428472b20f626b3a35de34f2fb03f6348899f16da745706522be6e66a</w:t>
            </w:r>
          </w:p>
        </w:tc>
      </w:tr>
      <w:tr>
        <w:trPr>
          <w:cantSplit/>
        </w:trPr>
        <w:tc>
          <w:tcPr>
            <w:tcW w:type="dxa" w:w="1973"/>
            <w:vAlign w:val="center"/>
          </w:tcPr>
          <w:p>
            <w:r/>
            <w:r>
              <w:rPr>
                <w:rFonts w:ascii="Malgun Gothic" w:hAnsi="Malgun Gothic" w:eastAsia="Malgun Gothic"/>
                <w:b w:val="0"/>
                <w:sz w:val="14"/>
              </w:rPr>
              <w:t>/mnt/data/v173_src/results/manuscript_text/learning/finetune_dataset_summary_ko.md</w:t>
            </w:r>
          </w:p>
        </w:tc>
        <w:tc>
          <w:tcPr>
            <w:tcW w:type="dxa" w:w="1973"/>
            <w:vAlign w:val="center"/>
          </w:tcPr>
          <w:p>
            <w:r/>
            <w:r>
              <w:rPr>
                <w:rFonts w:ascii="Malgun Gothic" w:hAnsi="Malgun Gothic" w:eastAsia="Malgun Gothic"/>
                <w:b w:val="0"/>
                <w:sz w:val="14"/>
              </w:rPr>
              <w:t>.md</w:t>
            </w:r>
          </w:p>
        </w:tc>
        <w:tc>
          <w:tcPr>
            <w:tcW w:type="dxa" w:w="1973"/>
            <w:vAlign w:val="center"/>
          </w:tcPr>
          <w:p>
            <w:r/>
            <w:r>
              <w:rPr>
                <w:rFonts w:ascii="Malgun Gothic" w:hAnsi="Malgun Gothic" w:eastAsia="Malgun Gothic"/>
                <w:b w:val="0"/>
                <w:sz w:val="14"/>
              </w:rPr>
              <w:t>512</w:t>
            </w:r>
          </w:p>
        </w:tc>
        <w:tc>
          <w:tcPr>
            <w:tcW w:type="dxa" w:w="1973"/>
            <w:vAlign w:val="center"/>
          </w:tcPr>
          <w:p>
            <w:r/>
            <w:r>
              <w:rPr>
                <w:rFonts w:ascii="Malgun Gothic" w:hAnsi="Malgun Gothic" w:eastAsia="Malgun Gothic"/>
                <w:b w:val="0"/>
                <w:sz w:val="14"/>
              </w:rPr>
            </w:r>
          </w:p>
        </w:tc>
        <w:tc>
          <w:tcPr>
            <w:tcW w:type="dxa" w:w="1973"/>
            <w:vAlign w:val="center"/>
          </w:tcPr>
          <w:p>
            <w:r/>
            <w:r>
              <w:rPr>
                <w:rFonts w:ascii="Malgun Gothic" w:hAnsi="Malgun Gothic" w:eastAsia="Malgun Gothic"/>
                <w:b w:val="0"/>
                <w:sz w:val="14"/>
              </w:rPr>
              <w:t>03e58d7fc7ff45bc7908306af8ee7bdceb5a0a475952471b5a0557cf8799d36d</w:t>
            </w:r>
          </w:p>
        </w:tc>
      </w:tr>
    </w:tbl>
    <w:p/>
    <w:p>
      <w:r>
        <w:t>전체 행 포함</w:t>
      </w:r>
    </w:p>
    <w:p>
      <w:r>
        <w:rPr>
          <w:b/>
        </w:rPr>
        <w:t>산출물 JSON: research_continuity/02_asis_same_method_reproduction/asis_same_method_lock.json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asis_0413_same_method_lock_v1</w:t>
            </w:r>
          </w:p>
        </w:tc>
      </w:tr>
      <w:tr>
        <w:trPr>
          <w:cantSplit/>
        </w:trPr>
        <w:tc>
          <w:tcPr>
            <w:tcW w:type="dxa" w:w="4933"/>
            <w:vAlign w:val="center"/>
          </w:tcPr>
          <w:p>
            <w:r/>
            <w:r>
              <w:rPr>
                <w:rFonts w:ascii="Malgun Gothic" w:hAnsi="Malgun Gothic" w:eastAsia="Malgun Gothic"/>
                <w:b w:val="0"/>
                <w:sz w:val="14"/>
              </w:rPr>
              <w:t>principle</w:t>
            </w:r>
          </w:p>
        </w:tc>
        <w:tc>
          <w:tcPr>
            <w:tcW w:type="dxa" w:w="4933"/>
            <w:vAlign w:val="center"/>
          </w:tcPr>
          <w:p>
            <w:r/>
            <w:r>
              <w:rPr>
                <w:rFonts w:ascii="Malgun Gothic" w:hAnsi="Malgun Gothic" w:eastAsia="Malgun Gothic"/>
                <w:b w:val="0"/>
                <w:sz w:val="14"/>
              </w:rPr>
              <w:t>TO-BE 확장 산식과 섞지 않고 0413 기준 분석방법만 사용한다.</w:t>
            </w:r>
          </w:p>
        </w:tc>
      </w:tr>
      <w:tr>
        <w:trPr>
          <w:cantSplit/>
        </w:trPr>
        <w:tc>
          <w:tcPr>
            <w:tcW w:type="dxa" w:w="4933"/>
            <w:vAlign w:val="center"/>
          </w:tcPr>
          <w:p>
            <w:r/>
            <w:r>
              <w:rPr>
                <w:rFonts w:ascii="Malgun Gothic" w:hAnsi="Malgun Gothic" w:eastAsia="Malgun Gothic"/>
                <w:b w:val="0"/>
                <w:sz w:val="14"/>
              </w:rPr>
              <w:t>locked_items.sample_rule</w:t>
            </w:r>
          </w:p>
        </w:tc>
        <w:tc>
          <w:tcPr>
            <w:tcW w:type="dxa" w:w="4933"/>
            <w:vAlign w:val="center"/>
          </w:tcPr>
          <w:p>
            <w:r/>
            <w:r>
              <w:rPr>
                <w:rFonts w:ascii="Malgun Gothic" w:hAnsi="Malgun Gothic" w:eastAsia="Malgun Gothic"/>
                <w:b w:val="0"/>
                <w:sz w:val="14"/>
              </w:rPr>
              <w:t>AS-IS 0413 clean row 기준을 우선 재현한다. 행 비교는 반드시 공통 call_id/file_id 기준으로 수행한다.</w:t>
            </w:r>
          </w:p>
        </w:tc>
      </w:tr>
      <w:tr>
        <w:trPr>
          <w:cantSplit/>
        </w:trPr>
        <w:tc>
          <w:tcPr>
            <w:tcW w:type="dxa" w:w="4933"/>
            <w:vAlign w:val="center"/>
          </w:tcPr>
          <w:p>
            <w:r/>
            <w:r>
              <w:rPr>
                <w:rFonts w:ascii="Malgun Gothic" w:hAnsi="Malgun Gothic" w:eastAsia="Malgun Gothic"/>
                <w:b w:val="0"/>
                <w:sz w:val="14"/>
              </w:rPr>
              <w:t>locked_items.stt_rule</w:t>
            </w:r>
          </w:p>
        </w:tc>
        <w:tc>
          <w:tcPr>
            <w:tcW w:type="dxa" w:w="4933"/>
            <w:vAlign w:val="center"/>
          </w:tcPr>
          <w:p>
            <w:r/>
            <w:r>
              <w:rPr>
                <w:rFonts w:ascii="Malgun Gothic" w:hAnsi="Malgun Gothic" w:eastAsia="Malgun Gothic"/>
                <w:b w:val="0"/>
                <w:sz w:val="14"/>
              </w:rPr>
              <w:t>0413 당시 STT 결과 또는 동일 모델/동일 전처리 조건을 사용한다.</w:t>
            </w:r>
          </w:p>
        </w:tc>
      </w:tr>
      <w:tr>
        <w:trPr>
          <w:cantSplit/>
        </w:trPr>
        <w:tc>
          <w:tcPr>
            <w:tcW w:type="dxa" w:w="4933"/>
            <w:vAlign w:val="center"/>
          </w:tcPr>
          <w:p>
            <w:r/>
            <w:r>
              <w:rPr>
                <w:rFonts w:ascii="Malgun Gothic" w:hAnsi="Malgun Gothic" w:eastAsia="Malgun Gothic"/>
                <w:b w:val="0"/>
                <w:sz w:val="14"/>
              </w:rPr>
              <w:t>locked_items.word_count_rule</w:t>
            </w:r>
          </w:p>
        </w:tc>
        <w:tc>
          <w:tcPr>
            <w:tcW w:type="dxa" w:w="4933"/>
            <w:vAlign w:val="center"/>
          </w:tcPr>
          <w:p>
            <w:r/>
            <w:r>
              <w:rPr>
                <w:rFonts w:ascii="Malgun Gothic" w:hAnsi="Malgun Gothic" w:eastAsia="Malgun Gothic"/>
                <w:b w:val="0"/>
                <w:sz w:val="14"/>
              </w:rPr>
              <w:t>한국어 띄어쓰기/문장부호 처리 기준을 0413과 동일하게 고정한다.</w:t>
            </w:r>
          </w:p>
        </w:tc>
      </w:tr>
      <w:tr>
        <w:trPr>
          <w:cantSplit/>
        </w:trPr>
        <w:tc>
          <w:tcPr>
            <w:tcW w:type="dxa" w:w="4933"/>
            <w:vAlign w:val="center"/>
          </w:tcPr>
          <w:p>
            <w:r/>
            <w:r>
              <w:rPr>
                <w:rFonts w:ascii="Malgun Gothic" w:hAnsi="Malgun Gothic" w:eastAsia="Malgun Gothic"/>
                <w:b w:val="0"/>
                <w:sz w:val="14"/>
              </w:rPr>
              <w:t>locked_items.wpm_rule</w:t>
            </w:r>
          </w:p>
        </w:tc>
        <w:tc>
          <w:tcPr>
            <w:tcW w:type="dxa" w:w="4933"/>
            <w:vAlign w:val="center"/>
          </w:tcPr>
          <w:p>
            <w:r/>
            <w:r>
              <w:rPr>
                <w:rFonts w:ascii="Malgun Gothic" w:hAnsi="Malgun Gothic" w:eastAsia="Malgun Gothic"/>
                <w:b w:val="0"/>
                <w:sz w:val="14"/>
              </w:rPr>
              <w:t>word_count / duration 기준을 0413과 동일하게 고정한다.</w:t>
            </w:r>
          </w:p>
        </w:tc>
      </w:tr>
      <w:tr>
        <w:trPr>
          <w:cantSplit/>
        </w:trPr>
        <w:tc>
          <w:tcPr>
            <w:tcW w:type="dxa" w:w="4933"/>
            <w:vAlign w:val="center"/>
          </w:tcPr>
          <w:p>
            <w:r/>
            <w:r>
              <w:rPr>
                <w:rFonts w:ascii="Malgun Gothic" w:hAnsi="Malgun Gothic" w:eastAsia="Malgun Gothic"/>
                <w:b w:val="0"/>
                <w:sz w:val="14"/>
              </w:rPr>
              <w:t>locked_items.feature_rule</w:t>
            </w:r>
          </w:p>
        </w:tc>
        <w:tc>
          <w:tcPr>
            <w:tcW w:type="dxa" w:w="4933"/>
            <w:vAlign w:val="center"/>
          </w:tcPr>
          <w:p>
            <w:r/>
            <w:r>
              <w:rPr>
                <w:rFonts w:ascii="Malgun Gothic" w:hAnsi="Malgun Gothic" w:eastAsia="Malgun Gothic"/>
                <w:b w:val="0"/>
                <w:sz w:val="14"/>
              </w:rPr>
              <w:t>energy_mean, pitch_mean, duration_sec 추출 기준을 0413과 동일하게 고정한다.</w:t>
            </w:r>
          </w:p>
        </w:tc>
      </w:tr>
      <w:tr>
        <w:trPr>
          <w:cantSplit/>
        </w:trPr>
        <w:tc>
          <w:tcPr>
            <w:tcW w:type="dxa" w:w="4933"/>
            <w:vAlign w:val="center"/>
          </w:tcPr>
          <w:p>
            <w:r/>
            <w:r>
              <w:rPr>
                <w:rFonts w:ascii="Malgun Gothic" w:hAnsi="Malgun Gothic" w:eastAsia="Malgun Gothic"/>
                <w:b w:val="0"/>
                <w:sz w:val="14"/>
              </w:rPr>
              <w:t>locked_items.stress_rule</w:t>
            </w:r>
          </w:p>
        </w:tc>
        <w:tc>
          <w:tcPr>
            <w:tcW w:type="dxa" w:w="4933"/>
            <w:vAlign w:val="center"/>
          </w:tcPr>
          <w:p>
            <w:r/>
            <w:r>
              <w:rPr>
                <w:rFonts w:ascii="Malgun Gothic" w:hAnsi="Malgun Gothic" w:eastAsia="Malgun Gothic"/>
                <w:b w:val="0"/>
                <w:sz w:val="14"/>
              </w:rPr>
              <w:t>energy_mean, pitch_mean, wpm, duration_sec → z-score → 균등가중 → min-max 구조를 유지한다.</w:t>
            </w:r>
          </w:p>
        </w:tc>
      </w:tr>
      <w:tr>
        <w:trPr>
          <w:cantSplit/>
        </w:trPr>
        <w:tc>
          <w:tcPr>
            <w:tcW w:type="dxa" w:w="4933"/>
            <w:vAlign w:val="center"/>
          </w:tcPr>
          <w:p>
            <w:r/>
            <w:r>
              <w:rPr>
                <w:rFonts w:ascii="Malgun Gothic" w:hAnsi="Malgun Gothic" w:eastAsia="Malgun Gothic"/>
                <w:b w:val="0"/>
                <w:sz w:val="14"/>
              </w:rPr>
              <w:t>locked_items.normalization_rule</w:t>
            </w:r>
          </w:p>
        </w:tc>
        <w:tc>
          <w:tcPr>
            <w:tcW w:type="dxa" w:w="4933"/>
            <w:vAlign w:val="center"/>
          </w:tcPr>
          <w:p>
            <w:r/>
            <w:r>
              <w:rPr>
                <w:rFonts w:ascii="Malgun Gothic" w:hAnsi="Malgun Gothic" w:eastAsia="Malgun Gothic"/>
                <w:b w:val="0"/>
                <w:sz w:val="14"/>
              </w:rPr>
              <w:t>z-score 평균/표준편차와 min-max 기준은 0413 재현 기준으로 기록하고 재사용한다.</w:t>
            </w:r>
          </w:p>
        </w:tc>
      </w:tr>
      <w:tr>
        <w:trPr>
          <w:cantSplit/>
        </w:trPr>
        <w:tc>
          <w:tcPr>
            <w:tcW w:type="dxa" w:w="4933"/>
            <w:vAlign w:val="center"/>
          </w:tcPr>
          <w:p>
            <w:r/>
            <w:r>
              <w:rPr>
                <w:rFonts w:ascii="Malgun Gothic" w:hAnsi="Malgun Gothic" w:eastAsia="Malgun Gothic"/>
                <w:b w:val="0"/>
                <w:sz w:val="14"/>
              </w:rPr>
              <w:t>locked_items.anova_rule</w:t>
            </w:r>
          </w:p>
        </w:tc>
        <w:tc>
          <w:tcPr>
            <w:tcW w:type="dxa" w:w="4933"/>
            <w:vAlign w:val="center"/>
          </w:tcPr>
          <w:p>
            <w:r/>
            <w:r>
              <w:rPr>
                <w:rFonts w:ascii="Malgun Gothic" w:hAnsi="Malgun Gothic" w:eastAsia="Malgun Gothic"/>
                <w:b w:val="0"/>
                <w:sz w:val="14"/>
              </w:rPr>
              <w:t>Stress group 구간과 ANOVA/Tukey 기준을 0413과 동일하게 적용한다.</w:t>
            </w:r>
          </w:p>
        </w:tc>
      </w:tr>
      <w:tr>
        <w:trPr>
          <w:cantSplit/>
        </w:trPr>
        <w:tc>
          <w:tcPr>
            <w:tcW w:type="dxa" w:w="4933"/>
            <w:vAlign w:val="center"/>
          </w:tcPr>
          <w:p>
            <w:r/>
            <w:r>
              <w:rPr>
                <w:rFonts w:ascii="Malgun Gothic" w:hAnsi="Malgun Gothic" w:eastAsia="Malgun Gothic"/>
                <w:b w:val="0"/>
                <w:sz w:val="14"/>
              </w:rPr>
              <w:t>forbidden[0]</w:t>
            </w:r>
          </w:p>
        </w:tc>
        <w:tc>
          <w:tcPr>
            <w:tcW w:type="dxa" w:w="4933"/>
            <w:vAlign w:val="center"/>
          </w:tcPr>
          <w:p>
            <w:r/>
            <w:r>
              <w:rPr>
                <w:rFonts w:ascii="Malgun Gothic" w:hAnsi="Malgun Gothic" w:eastAsia="Malgun Gothic"/>
                <w:b w:val="0"/>
                <w:sz w:val="14"/>
              </w:rPr>
              <w:t>TO-BE 전용 컬럼을 동일방법 재현 데이터에 섞기</w:t>
            </w:r>
          </w:p>
        </w:tc>
      </w:tr>
      <w:tr>
        <w:trPr>
          <w:cantSplit/>
        </w:trPr>
        <w:tc>
          <w:tcPr>
            <w:tcW w:type="dxa" w:w="4933"/>
            <w:vAlign w:val="center"/>
          </w:tcPr>
          <w:p>
            <w:r/>
            <w:r>
              <w:rPr>
                <w:rFonts w:ascii="Malgun Gothic" w:hAnsi="Malgun Gothic" w:eastAsia="Malgun Gothic"/>
                <w:b w:val="0"/>
                <w:sz w:val="14"/>
              </w:rPr>
              <w:t>forbidden[1]</w:t>
            </w:r>
          </w:p>
        </w:tc>
        <w:tc>
          <w:tcPr>
            <w:tcW w:type="dxa" w:w="4933"/>
            <w:vAlign w:val="center"/>
          </w:tcPr>
          <w:p>
            <w:r/>
            <w:r>
              <w:rPr>
                <w:rFonts w:ascii="Malgun Gothic" w:hAnsi="Malgun Gothic" w:eastAsia="Malgun Gothic"/>
                <w:b w:val="0"/>
                <w:sz w:val="14"/>
              </w:rPr>
              <w:t>n=1000 자동화 정규화 기준으로 0413 본문 결과를 덮어쓰기</w:t>
            </w:r>
          </w:p>
        </w:tc>
      </w:tr>
      <w:tr>
        <w:trPr>
          <w:cantSplit/>
        </w:trPr>
        <w:tc>
          <w:tcPr>
            <w:tcW w:type="dxa" w:w="4933"/>
            <w:vAlign w:val="center"/>
          </w:tcPr>
          <w:p>
            <w:r/>
            <w:r>
              <w:rPr>
                <w:rFonts w:ascii="Malgun Gothic" w:hAnsi="Malgun Gothic" w:eastAsia="Malgun Gothic"/>
                <w:b w:val="0"/>
                <w:sz w:val="14"/>
              </w:rPr>
              <w:t>forbidden[2]</w:t>
            </w:r>
          </w:p>
        </w:tc>
        <w:tc>
          <w:tcPr>
            <w:tcW w:type="dxa" w:w="4933"/>
            <w:vAlign w:val="center"/>
          </w:tcPr>
          <w:p>
            <w:r/>
            <w:r>
              <w:rPr>
                <w:rFonts w:ascii="Malgun Gothic" w:hAnsi="Malgun Gothic" w:eastAsia="Malgun Gothic"/>
                <w:b w:val="0"/>
                <w:sz w:val="14"/>
              </w:rPr>
              <w:t>행 번호 순서만으로 AS-IS/TO-BE 비교하기</w:t>
            </w:r>
          </w:p>
        </w:tc>
      </w:tr>
      <w:tr>
        <w:trPr>
          <w:cantSplit/>
        </w:trPr>
        <w:tc>
          <w:tcPr>
            <w:tcW w:type="dxa" w:w="4933"/>
            <w:vAlign w:val="center"/>
          </w:tcPr>
          <w:p>
            <w:r/>
            <w:r>
              <w:rPr>
                <w:rFonts w:ascii="Malgun Gothic" w:hAnsi="Malgun Gothic" w:eastAsia="Malgun Gothic"/>
                <w:b w:val="0"/>
                <w:sz w:val="14"/>
              </w:rPr>
              <w:t>forbidden[3]</w:t>
            </w:r>
          </w:p>
        </w:tc>
        <w:tc>
          <w:tcPr>
            <w:tcW w:type="dxa" w:w="4933"/>
            <w:vAlign w:val="center"/>
          </w:tcPr>
          <w:p>
            <w:r/>
            <w:r>
              <w:rPr>
                <w:rFonts w:ascii="Malgun Gothic" w:hAnsi="Malgun Gothic" w:eastAsia="Malgun Gothic"/>
                <w:b w:val="0"/>
                <w:sz w:val="14"/>
              </w:rPr>
              <w:t>Kspon WER/CER 임시값을 최종 STT 검증값처럼 쓰기</w:t>
            </w:r>
          </w:p>
        </w:tc>
      </w:tr>
    </w:tbl>
    <w:p/>
    <w:p>
      <w:r>
        <w:t>전체 행 포함</w:t>
      </w:r>
    </w:p>
    <w:p>
      <w:r>
        <w:rPr>
          <w:b/>
        </w:rPr>
        <w:t>산출물 CSV: research_continuity/02_asis_same_method_reproduction/available_input_candidates.csv (행 49,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file</w:t>
            </w:r>
          </w:p>
        </w:tc>
        <w:tc>
          <w:tcPr>
            <w:tcW w:type="dxa" w:w="1973"/>
          </w:tcPr>
          <w:p>
            <w:r/>
            <w:r>
              <w:rPr>
                <w:rFonts w:ascii="Malgun Gothic" w:hAnsi="Malgun Gothic" w:eastAsia="Malgun Gothic"/>
                <w:b/>
                <w:sz w:val="14"/>
              </w:rPr>
              <w:t>relative</w:t>
            </w:r>
          </w:p>
        </w:tc>
        <w:tc>
          <w:tcPr>
            <w:tcW w:type="dxa" w:w="1973"/>
          </w:tcPr>
          <w:p>
            <w:r/>
            <w:r>
              <w:rPr>
                <w:rFonts w:ascii="Malgun Gothic" w:hAnsi="Malgun Gothic" w:eastAsia="Malgun Gothic"/>
                <w:b/>
                <w:sz w:val="14"/>
              </w:rPr>
              <w:t>suffix</w:t>
            </w:r>
          </w:p>
        </w:tc>
        <w:tc>
          <w:tcPr>
            <w:tcW w:type="dxa" w:w="1973"/>
          </w:tcPr>
          <w:p>
            <w:r/>
            <w:r>
              <w:rPr>
                <w:rFonts w:ascii="Malgun Gothic" w:hAnsi="Malgun Gothic" w:eastAsia="Malgun Gothic"/>
                <w:b/>
                <w:sz w:val="14"/>
              </w:rPr>
              <w:t>size_bytes</w:t>
            </w:r>
          </w:p>
        </w:tc>
        <w:tc>
          <w:tcPr>
            <w:tcW w:type="dxa" w:w="1973"/>
          </w:tcPr>
          <w:p>
            <w:r/>
            <w:r>
              <w:rPr>
                <w:rFonts w:ascii="Malgun Gothic" w:hAnsi="Malgun Gothic" w:eastAsia="Malgun Gothic"/>
                <w:b/>
                <w:sz w:val="14"/>
              </w:rPr>
              <w:t>keyword_score</w:t>
            </w:r>
          </w:p>
        </w:tc>
      </w:tr>
      <w:tr>
        <w:trPr>
          <w:cantSplit/>
        </w:trPr>
        <w:tc>
          <w:tcPr>
            <w:tcW w:type="dxa" w:w="1973"/>
            <w:vAlign w:val="center"/>
          </w:tcPr>
          <w:p>
            <w:r/>
            <w:r>
              <w:rPr>
                <w:rFonts w:ascii="Malgun Gothic" w:hAnsi="Malgun Gothic" w:eastAsia="Malgun Gothic"/>
                <w:b w:val="0"/>
                <w:sz w:val="14"/>
              </w:rPr>
              <w:t>C:\AI\sci_voc_bot\results\tables\stress_index_feature_quality.csv</w:t>
            </w:r>
          </w:p>
        </w:tc>
        <w:tc>
          <w:tcPr>
            <w:tcW w:type="dxa" w:w="1973"/>
            <w:vAlign w:val="center"/>
          </w:tcPr>
          <w:p>
            <w:r/>
            <w:r>
              <w:rPr>
                <w:rFonts w:ascii="Malgun Gothic" w:hAnsi="Malgun Gothic" w:eastAsia="Malgun Gothic"/>
                <w:b w:val="0"/>
                <w:sz w:val="14"/>
              </w:rPr>
              <w:t>results\tables\stress_index_feature_quality.csv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289</w:t>
            </w:r>
          </w:p>
        </w:tc>
        <w:tc>
          <w:tcPr>
            <w:tcW w:type="dxa" w:w="1973"/>
            <w:vAlign w:val="center"/>
          </w:tcPr>
          <w:p>
            <w:r/>
            <w:r>
              <w:rPr>
                <w:rFonts w:ascii="Malgun Gothic" w:hAnsi="Malgun Gothic" w:eastAsia="Malgun Gothic"/>
                <w:b w:val="0"/>
                <w:sz w:val="14"/>
              </w:rPr>
              <w:t>3</w:t>
            </w:r>
          </w:p>
        </w:tc>
      </w:tr>
      <w:tr>
        <w:trPr>
          <w:cantSplit/>
        </w:trPr>
        <w:tc>
          <w:tcPr>
            <w:tcW w:type="dxa" w:w="1973"/>
            <w:vAlign w:val="center"/>
          </w:tcPr>
          <w:p>
            <w:r/>
            <w:r>
              <w:rPr>
                <w:rFonts w:ascii="Malgun Gothic" w:hAnsi="Malgun Gothic" w:eastAsia="Malgun Gothic"/>
                <w:b w:val="0"/>
                <w:sz w:val="14"/>
              </w:rPr>
              <w:t>C:\AI\sci_voc_bot\resources\asis\0413_voc_full_validation_report.html</w:t>
            </w:r>
          </w:p>
        </w:tc>
        <w:tc>
          <w:tcPr>
            <w:tcW w:type="dxa" w:w="1973"/>
            <w:vAlign w:val="center"/>
          </w:tcPr>
          <w:p>
            <w:r/>
            <w:r>
              <w:rPr>
                <w:rFonts w:ascii="Malgun Gothic" w:hAnsi="Malgun Gothic" w:eastAsia="Malgun Gothic"/>
                <w:b w:val="0"/>
                <w:sz w:val="14"/>
              </w:rPr>
              <w:t>resources\asis\0413_voc_full_validation_report.html</w:t>
            </w:r>
          </w:p>
        </w:tc>
        <w:tc>
          <w:tcPr>
            <w:tcW w:type="dxa" w:w="1973"/>
            <w:vAlign w:val="center"/>
          </w:tcPr>
          <w:p>
            <w:r/>
            <w:r>
              <w:rPr>
                <w:rFonts w:ascii="Malgun Gothic" w:hAnsi="Malgun Gothic" w:eastAsia="Malgun Gothic"/>
                <w:b w:val="0"/>
                <w:sz w:val="14"/>
              </w:rPr>
              <w:t>.html</w:t>
            </w:r>
          </w:p>
        </w:tc>
        <w:tc>
          <w:tcPr>
            <w:tcW w:type="dxa" w:w="1973"/>
            <w:vAlign w:val="center"/>
          </w:tcPr>
          <w:p>
            <w:r/>
            <w:r>
              <w:rPr>
                <w:rFonts w:ascii="Malgun Gothic" w:hAnsi="Malgun Gothic" w:eastAsia="Malgun Gothic"/>
                <w:b w:val="0"/>
                <w:sz w:val="14"/>
              </w:rPr>
              <w:t>1274984</w:t>
            </w:r>
          </w:p>
        </w:tc>
        <w:tc>
          <w:tcPr>
            <w:tcW w:type="dxa" w:w="1973"/>
            <w:vAlign w:val="center"/>
          </w:tcPr>
          <w:p>
            <w:r/>
            <w:r>
              <w:rPr>
                <w:rFonts w:ascii="Malgun Gothic" w:hAnsi="Malgun Gothic" w:eastAsia="Malgun Gothic"/>
                <w:b w:val="0"/>
                <w:sz w:val="14"/>
              </w:rPr>
              <w:t>2</w:t>
            </w:r>
          </w:p>
        </w:tc>
      </w:tr>
      <w:tr>
        <w:trPr>
          <w:cantSplit/>
        </w:trPr>
        <w:tc>
          <w:tcPr>
            <w:tcW w:type="dxa" w:w="1973"/>
            <w:vAlign w:val="center"/>
          </w:tcPr>
          <w:p>
            <w:r/>
            <w:r>
              <w:rPr>
                <w:rFonts w:ascii="Malgun Gothic" w:hAnsi="Malgun Gothic" w:eastAsia="Malgun Gothic"/>
                <w:b w:val="0"/>
                <w:sz w:val="14"/>
              </w:rPr>
              <w:t>C:\AI\sci_voc_bot\resources\tobe\asis_tobe_comparison_visual.png</w:t>
            </w:r>
          </w:p>
        </w:tc>
        <w:tc>
          <w:tcPr>
            <w:tcW w:type="dxa" w:w="1973"/>
            <w:vAlign w:val="center"/>
          </w:tcPr>
          <w:p>
            <w:r/>
            <w:r>
              <w:rPr>
                <w:rFonts w:ascii="Malgun Gothic" w:hAnsi="Malgun Gothic" w:eastAsia="Malgun Gothic"/>
                <w:b w:val="0"/>
                <w:sz w:val="14"/>
              </w:rPr>
              <w:t>resources\tobe\asis_tobe_comparison_visual.png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72449</w:t>
            </w:r>
          </w:p>
        </w:tc>
        <w:tc>
          <w:tcPr>
            <w:tcW w:type="dxa" w:w="1973"/>
            <w:vAlign w:val="center"/>
          </w:tcPr>
          <w:p>
            <w:r/>
            <w:r>
              <w:rPr>
                <w:rFonts w:ascii="Malgun Gothic" w:hAnsi="Malgun Gothic" w:eastAsia="Malgun Gothic"/>
                <w:b w:val="0"/>
                <w:sz w:val="14"/>
              </w:rPr>
              <w:t>2</w:t>
            </w:r>
          </w:p>
        </w:tc>
      </w:tr>
      <w:tr>
        <w:trPr>
          <w:cantSplit/>
        </w:trPr>
        <w:tc>
          <w:tcPr>
            <w:tcW w:type="dxa" w:w="1973"/>
            <w:vAlign w:val="center"/>
          </w:tcPr>
          <w:p>
            <w:r/>
            <w:r>
              <w:rPr>
                <w:rFonts w:ascii="Malgun Gothic" w:hAnsi="Malgun Gothic" w:eastAsia="Malgun Gothic"/>
                <w:b w:val="0"/>
                <w:sz w:val="14"/>
              </w:rPr>
              <w:t>C:\AI\sci_voc_bot\results\tables\asis_tobe\asis_tobe_compare_manifest.json</w:t>
            </w:r>
          </w:p>
        </w:tc>
        <w:tc>
          <w:tcPr>
            <w:tcW w:type="dxa" w:w="1973"/>
            <w:vAlign w:val="center"/>
          </w:tcPr>
          <w:p>
            <w:r/>
            <w:r>
              <w:rPr>
                <w:rFonts w:ascii="Malgun Gothic" w:hAnsi="Malgun Gothic" w:eastAsia="Malgun Gothic"/>
                <w:b w:val="0"/>
                <w:sz w:val="14"/>
              </w:rPr>
              <w:t>results\tables\asis_tobe\asis_tobe_compare_manifest.json</w:t>
            </w:r>
          </w:p>
        </w:tc>
        <w:tc>
          <w:tcPr>
            <w:tcW w:type="dxa" w:w="1973"/>
            <w:vAlign w:val="center"/>
          </w:tcPr>
          <w:p>
            <w:r/>
            <w:r>
              <w:rPr>
                <w:rFonts w:ascii="Malgun Gothic" w:hAnsi="Malgun Gothic" w:eastAsia="Malgun Gothic"/>
                <w:b w:val="0"/>
                <w:sz w:val="14"/>
              </w:rPr>
              <w:t>.json</w:t>
            </w:r>
          </w:p>
        </w:tc>
        <w:tc>
          <w:tcPr>
            <w:tcW w:type="dxa" w:w="1973"/>
            <w:vAlign w:val="center"/>
          </w:tcPr>
          <w:p>
            <w:r/>
            <w:r>
              <w:rPr>
                <w:rFonts w:ascii="Malgun Gothic" w:hAnsi="Malgun Gothic" w:eastAsia="Malgun Gothic"/>
                <w:b w:val="0"/>
                <w:sz w:val="14"/>
              </w:rPr>
              <w:t>2091</w:t>
            </w:r>
          </w:p>
        </w:tc>
        <w:tc>
          <w:tcPr>
            <w:tcW w:type="dxa" w:w="1973"/>
            <w:vAlign w:val="center"/>
          </w:tcPr>
          <w:p>
            <w:r/>
            <w:r>
              <w:rPr>
                <w:rFonts w:ascii="Malgun Gothic" w:hAnsi="Malgun Gothic" w:eastAsia="Malgun Gothic"/>
                <w:b w:val="0"/>
                <w:sz w:val="14"/>
              </w:rPr>
              <w:t>2</w:t>
            </w:r>
          </w:p>
        </w:tc>
      </w:tr>
      <w:tr>
        <w:trPr>
          <w:cantSplit/>
        </w:trPr>
        <w:tc>
          <w:tcPr>
            <w:tcW w:type="dxa" w:w="1973"/>
            <w:vAlign w:val="center"/>
          </w:tcPr>
          <w:p>
            <w:r/>
            <w:r>
              <w:rPr>
                <w:rFonts w:ascii="Malgun Gothic" w:hAnsi="Malgun Gothic" w:eastAsia="Malgun Gothic"/>
                <w:b w:val="0"/>
                <w:sz w:val="14"/>
              </w:rPr>
              <w:t>C:\AI\sci_voc_bot\data\future_research\stt_reference_validation.csv</w:t>
            </w:r>
          </w:p>
        </w:tc>
        <w:tc>
          <w:tcPr>
            <w:tcW w:type="dxa" w:w="1973"/>
            <w:vAlign w:val="center"/>
          </w:tcPr>
          <w:p>
            <w:r/>
            <w:r>
              <w:rPr>
                <w:rFonts w:ascii="Malgun Gothic" w:hAnsi="Malgun Gothic" w:eastAsia="Malgun Gothic"/>
                <w:b w:val="0"/>
                <w:sz w:val="14"/>
              </w:rPr>
              <w:t>data\future_research\stt_reference_validation.csv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100</w:t>
            </w:r>
          </w:p>
        </w:tc>
        <w:tc>
          <w:tcPr>
            <w:tcW w:type="dxa" w:w="1973"/>
            <w:vAlign w:val="center"/>
          </w:tcPr>
          <w:p>
            <w:r/>
            <w:r>
              <w:rPr>
                <w:rFonts w:ascii="Malgun Gothic" w:hAnsi="Malgun Gothic" w:eastAsia="Malgun Gothic"/>
                <w:b w:val="0"/>
                <w:sz w:val="14"/>
              </w:rPr>
              <w:t>2</w:t>
            </w:r>
          </w:p>
        </w:tc>
      </w:tr>
      <w:tr>
        <w:trPr>
          <w:cantSplit/>
        </w:trPr>
        <w:tc>
          <w:tcPr>
            <w:tcW w:type="dxa" w:w="1973"/>
            <w:vAlign w:val="center"/>
          </w:tcPr>
          <w:p>
            <w:r/>
            <w:r>
              <w:rPr>
                <w:rFonts w:ascii="Malgun Gothic" w:hAnsi="Malgun Gothic" w:eastAsia="Malgun Gothic"/>
                <w:b w:val="0"/>
                <w:sz w:val="14"/>
              </w:rPr>
              <w:t>C:\AI\sci_voc_bot\results\stress_index\voc_stress_score_rebuilt.csv</w:t>
            </w:r>
          </w:p>
        </w:tc>
        <w:tc>
          <w:tcPr>
            <w:tcW w:type="dxa" w:w="1973"/>
            <w:vAlign w:val="center"/>
          </w:tcPr>
          <w:p>
            <w:r/>
            <w:r>
              <w:rPr>
                <w:rFonts w:ascii="Malgun Gothic" w:hAnsi="Malgun Gothic" w:eastAsia="Malgun Gothic"/>
                <w:b w:val="0"/>
                <w:sz w:val="14"/>
              </w:rPr>
              <w:t>results\stress_index\voc_stress_score_rebuilt.csv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2067623</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C:\AI\sci_voc_bot\data\voc\features\voc_features.csv</w:t>
            </w:r>
          </w:p>
        </w:tc>
        <w:tc>
          <w:tcPr>
            <w:tcW w:type="dxa" w:w="1973"/>
            <w:vAlign w:val="center"/>
          </w:tcPr>
          <w:p>
            <w:r/>
            <w:r>
              <w:rPr>
                <w:rFonts w:ascii="Malgun Gothic" w:hAnsi="Malgun Gothic" w:eastAsia="Malgun Gothic"/>
                <w:b w:val="0"/>
                <w:sz w:val="14"/>
              </w:rPr>
              <w:t>data\voc\features\voc_features.csv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1951496</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C:\AI\sci_voc_bot\results\figures\fig_stt_error_sensitivity.png</w:t>
            </w:r>
          </w:p>
        </w:tc>
        <w:tc>
          <w:tcPr>
            <w:tcW w:type="dxa" w:w="1973"/>
            <w:vAlign w:val="center"/>
          </w:tcPr>
          <w:p>
            <w:r/>
            <w:r>
              <w:rPr>
                <w:rFonts w:ascii="Malgun Gothic" w:hAnsi="Malgun Gothic" w:eastAsia="Malgun Gothic"/>
                <w:b w:val="0"/>
                <w:sz w:val="14"/>
              </w:rPr>
              <w:t>results\figures\fig_stt_error_sensitivity.png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65372</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C:\AI\sci_voc_bot\results\tables\asis_tobe\tobe_metric_source_trace.csv</w:t>
            </w:r>
          </w:p>
        </w:tc>
        <w:tc>
          <w:tcPr>
            <w:tcW w:type="dxa" w:w="1973"/>
            <w:vAlign w:val="center"/>
          </w:tcPr>
          <w:p>
            <w:r/>
            <w:r>
              <w:rPr>
                <w:rFonts w:ascii="Malgun Gothic" w:hAnsi="Malgun Gothic" w:eastAsia="Malgun Gothic"/>
                <w:b w:val="0"/>
                <w:sz w:val="14"/>
              </w:rPr>
              <w:t>results\tables\asis_tobe\tobe_metric_source_trace.csv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48691</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C:\AI\sci_voc_bot\results\figures\fig_stt_reliability.png</w:t>
            </w:r>
          </w:p>
        </w:tc>
        <w:tc>
          <w:tcPr>
            <w:tcW w:type="dxa" w:w="1973"/>
            <w:vAlign w:val="center"/>
          </w:tcPr>
          <w:p>
            <w:r/>
            <w:r>
              <w:rPr>
                <w:rFonts w:ascii="Malgun Gothic" w:hAnsi="Malgun Gothic" w:eastAsia="Malgun Gothic"/>
                <w:b w:val="0"/>
                <w:sz w:val="14"/>
              </w:rPr>
              <w:t>results\figures\fig_stt_reliability.png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47126</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C:\AI\sci_voc_bot\results\figures\fig02_stress_distribution.png</w:t>
            </w:r>
          </w:p>
        </w:tc>
        <w:tc>
          <w:tcPr>
            <w:tcW w:type="dxa" w:w="1973"/>
            <w:vAlign w:val="center"/>
          </w:tcPr>
          <w:p>
            <w:r/>
            <w:r>
              <w:rPr>
                <w:rFonts w:ascii="Malgun Gothic" w:hAnsi="Malgun Gothic" w:eastAsia="Malgun Gothic"/>
                <w:b w:val="0"/>
                <w:sz w:val="14"/>
              </w:rPr>
              <w:t>results\figures\fig02_stress_distribution.png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45614</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C:\AI\sci_voc_bot\results\robustness\stt_error_sensitivity.csv</w:t>
            </w:r>
          </w:p>
        </w:tc>
        <w:tc>
          <w:tcPr>
            <w:tcW w:type="dxa" w:w="1973"/>
            <w:vAlign w:val="center"/>
          </w:tcPr>
          <w:p>
            <w:r/>
            <w:r>
              <w:rPr>
                <w:rFonts w:ascii="Malgun Gothic" w:hAnsi="Malgun Gothic" w:eastAsia="Malgun Gothic"/>
                <w:b w:val="0"/>
                <w:sz w:val="14"/>
              </w:rPr>
              <w:t>results\robustness\stt_error_sensitivity.csv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1214</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C:\AI\sci_voc_bot\results\tables\stt_error_sensitivity.csv</w:t>
            </w:r>
          </w:p>
        </w:tc>
        <w:tc>
          <w:tcPr>
            <w:tcW w:type="dxa" w:w="1973"/>
            <w:vAlign w:val="center"/>
          </w:tcPr>
          <w:p>
            <w:r/>
            <w:r>
              <w:rPr>
                <w:rFonts w:ascii="Malgun Gothic" w:hAnsi="Malgun Gothic" w:eastAsia="Malgun Gothic"/>
                <w:b w:val="0"/>
                <w:sz w:val="14"/>
              </w:rPr>
              <w:t>results\tables\stt_error_sensitivity.csv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1214</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C:\AI\sci_voc_bot\results\tables\scie_submission\kspon_validation_plan.csv</w:t>
            </w:r>
          </w:p>
        </w:tc>
        <w:tc>
          <w:tcPr>
            <w:tcW w:type="dxa" w:w="1973"/>
            <w:vAlign w:val="center"/>
          </w:tcPr>
          <w:p>
            <w:r/>
            <w:r>
              <w:rPr>
                <w:rFonts w:ascii="Malgun Gothic" w:hAnsi="Malgun Gothic" w:eastAsia="Malgun Gothic"/>
                <w:b w:val="0"/>
                <w:sz w:val="14"/>
              </w:rPr>
              <w:t>results\tables\scie_submission\kspon_validation_plan.csv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610</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C:\AI\sci_voc_bot\results\runtime\resume\stt_checkpoint_voc_n1000_medium.json</w:t>
            </w:r>
          </w:p>
        </w:tc>
        <w:tc>
          <w:tcPr>
            <w:tcW w:type="dxa" w:w="1973"/>
            <w:vAlign w:val="center"/>
          </w:tcPr>
          <w:p>
            <w:r/>
            <w:r>
              <w:rPr>
                <w:rFonts w:ascii="Malgun Gothic" w:hAnsi="Malgun Gothic" w:eastAsia="Malgun Gothic"/>
                <w:b w:val="0"/>
                <w:sz w:val="14"/>
              </w:rPr>
              <w:t>results\runtime\resume\stt_checkpoint_voc_n1000_medium.json</w:t>
            </w:r>
          </w:p>
        </w:tc>
        <w:tc>
          <w:tcPr>
            <w:tcW w:type="dxa" w:w="1973"/>
            <w:vAlign w:val="center"/>
          </w:tcPr>
          <w:p>
            <w:r/>
            <w:r>
              <w:rPr>
                <w:rFonts w:ascii="Malgun Gothic" w:hAnsi="Malgun Gothic" w:eastAsia="Malgun Gothic"/>
                <w:b w:val="0"/>
                <w:sz w:val="14"/>
              </w:rPr>
              <w:t>.json</w:t>
            </w:r>
          </w:p>
        </w:tc>
        <w:tc>
          <w:tcPr>
            <w:tcW w:type="dxa" w:w="1973"/>
            <w:vAlign w:val="center"/>
          </w:tcPr>
          <w:p>
            <w:r/>
            <w:r>
              <w:rPr>
                <w:rFonts w:ascii="Malgun Gothic" w:hAnsi="Malgun Gothic" w:eastAsia="Malgun Gothic"/>
                <w:b w:val="0"/>
                <w:sz w:val="14"/>
              </w:rPr>
              <w:t>573</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C:\AI\sci_voc_bot\results\tables\feature_descriptive_statistics.csv</w:t>
            </w:r>
          </w:p>
        </w:tc>
        <w:tc>
          <w:tcPr>
            <w:tcW w:type="dxa" w:w="1973"/>
            <w:vAlign w:val="center"/>
          </w:tcPr>
          <w:p>
            <w:r/>
            <w:r>
              <w:rPr>
                <w:rFonts w:ascii="Malgun Gothic" w:hAnsi="Malgun Gothic" w:eastAsia="Malgun Gothic"/>
                <w:b w:val="0"/>
                <w:sz w:val="14"/>
              </w:rPr>
              <w:t>results\tables\feature_descriptive_statistics.csv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571</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C:\AI\sci_voc_bot\results\runtime\resume\stt_checkpoint_voc_n20_medium.json</w:t>
            </w:r>
          </w:p>
        </w:tc>
        <w:tc>
          <w:tcPr>
            <w:tcW w:type="dxa" w:w="1973"/>
            <w:vAlign w:val="center"/>
          </w:tcPr>
          <w:p>
            <w:r/>
            <w:r>
              <w:rPr>
                <w:rFonts w:ascii="Malgun Gothic" w:hAnsi="Malgun Gothic" w:eastAsia="Malgun Gothic"/>
                <w:b w:val="0"/>
                <w:sz w:val="14"/>
              </w:rPr>
              <w:t>results\runtime\resume\stt_checkpoint_voc_n20_medium.json</w:t>
            </w:r>
          </w:p>
        </w:tc>
        <w:tc>
          <w:tcPr>
            <w:tcW w:type="dxa" w:w="1973"/>
            <w:vAlign w:val="center"/>
          </w:tcPr>
          <w:p>
            <w:r/>
            <w:r>
              <w:rPr>
                <w:rFonts w:ascii="Malgun Gothic" w:hAnsi="Malgun Gothic" w:eastAsia="Malgun Gothic"/>
                <w:b w:val="0"/>
                <w:sz w:val="14"/>
              </w:rPr>
              <w:t>.json</w:t>
            </w:r>
          </w:p>
        </w:tc>
        <w:tc>
          <w:tcPr>
            <w:tcW w:type="dxa" w:w="1973"/>
            <w:vAlign w:val="center"/>
          </w:tcPr>
          <w:p>
            <w:r/>
            <w:r>
              <w:rPr>
                <w:rFonts w:ascii="Malgun Gothic" w:hAnsi="Malgun Gothic" w:eastAsia="Malgun Gothic"/>
                <w:b w:val="0"/>
                <w:sz w:val="14"/>
              </w:rPr>
              <w:t>565</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C:\AI\sci_voc_bot\results\runtime\resume\stt_checkpoint_voc_n10_medium.json</w:t>
            </w:r>
          </w:p>
        </w:tc>
        <w:tc>
          <w:tcPr>
            <w:tcW w:type="dxa" w:w="1973"/>
            <w:vAlign w:val="center"/>
          </w:tcPr>
          <w:p>
            <w:r/>
            <w:r>
              <w:rPr>
                <w:rFonts w:ascii="Malgun Gothic" w:hAnsi="Malgun Gothic" w:eastAsia="Malgun Gothic"/>
                <w:b w:val="0"/>
                <w:sz w:val="14"/>
              </w:rPr>
              <w:t>results\runtime\resume\stt_checkpoint_voc_n10_medium.json</w:t>
            </w:r>
          </w:p>
        </w:tc>
        <w:tc>
          <w:tcPr>
            <w:tcW w:type="dxa" w:w="1973"/>
            <w:vAlign w:val="center"/>
          </w:tcPr>
          <w:p>
            <w:r/>
            <w:r>
              <w:rPr>
                <w:rFonts w:ascii="Malgun Gothic" w:hAnsi="Malgun Gothic" w:eastAsia="Malgun Gothic"/>
                <w:b w:val="0"/>
                <w:sz w:val="14"/>
              </w:rPr>
              <w:t>.json</w:t>
            </w:r>
          </w:p>
        </w:tc>
        <w:tc>
          <w:tcPr>
            <w:tcW w:type="dxa" w:w="1973"/>
            <w:vAlign w:val="center"/>
          </w:tcPr>
          <w:p>
            <w:r/>
            <w:r>
              <w:rPr>
                <w:rFonts w:ascii="Malgun Gothic" w:hAnsi="Malgun Gothic" w:eastAsia="Malgun Gothic"/>
                <w:b w:val="0"/>
                <w:sz w:val="14"/>
              </w:rPr>
              <w:t>564</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C:\AI\sci_voc_bot\results\tables\scie_submission\statistical_validation_checklist.csv</w:t>
            </w:r>
          </w:p>
        </w:tc>
        <w:tc>
          <w:tcPr>
            <w:tcW w:type="dxa" w:w="1973"/>
            <w:vAlign w:val="center"/>
          </w:tcPr>
          <w:p>
            <w:r/>
            <w:r>
              <w:rPr>
                <w:rFonts w:ascii="Malgun Gothic" w:hAnsi="Malgun Gothic" w:eastAsia="Malgun Gothic"/>
                <w:b w:val="0"/>
                <w:sz w:val="14"/>
              </w:rPr>
              <w:t>results\tables\scie_submission\statistical_validation_checklist.csv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554</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C:\AI\sci_voc_bot\results\runtime\resume\stt_checkpoint_voc_n1000_small.json</w:t>
            </w:r>
          </w:p>
        </w:tc>
        <w:tc>
          <w:tcPr>
            <w:tcW w:type="dxa" w:w="1973"/>
            <w:vAlign w:val="center"/>
          </w:tcPr>
          <w:p>
            <w:r/>
            <w:r>
              <w:rPr>
                <w:rFonts w:ascii="Malgun Gothic" w:hAnsi="Malgun Gothic" w:eastAsia="Malgun Gothic"/>
                <w:b w:val="0"/>
                <w:sz w:val="14"/>
              </w:rPr>
              <w:t>results\runtime\resume\stt_checkpoint_voc_n1000_small.json</w:t>
            </w:r>
          </w:p>
        </w:tc>
        <w:tc>
          <w:tcPr>
            <w:tcW w:type="dxa" w:w="1973"/>
            <w:vAlign w:val="center"/>
          </w:tcPr>
          <w:p>
            <w:r/>
            <w:r>
              <w:rPr>
                <w:rFonts w:ascii="Malgun Gothic" w:hAnsi="Malgun Gothic" w:eastAsia="Malgun Gothic"/>
                <w:b w:val="0"/>
                <w:sz w:val="14"/>
              </w:rPr>
              <w:t>.json</w:t>
            </w:r>
          </w:p>
        </w:tc>
        <w:tc>
          <w:tcPr>
            <w:tcW w:type="dxa" w:w="1973"/>
            <w:vAlign w:val="center"/>
          </w:tcPr>
          <w:p>
            <w:r/>
            <w:r>
              <w:rPr>
                <w:rFonts w:ascii="Malgun Gothic" w:hAnsi="Malgun Gothic" w:eastAsia="Malgun Gothic"/>
                <w:b w:val="0"/>
                <w:sz w:val="14"/>
              </w:rPr>
              <w:t>525</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C:\AI\sci_voc_bot\results\runtime\resume\stt_checkpoint_voc_n100_small.json</w:t>
            </w:r>
          </w:p>
        </w:tc>
        <w:tc>
          <w:tcPr>
            <w:tcW w:type="dxa" w:w="1973"/>
            <w:vAlign w:val="center"/>
          </w:tcPr>
          <w:p>
            <w:r/>
            <w:r>
              <w:rPr>
                <w:rFonts w:ascii="Malgun Gothic" w:hAnsi="Malgun Gothic" w:eastAsia="Malgun Gothic"/>
                <w:b w:val="0"/>
                <w:sz w:val="14"/>
              </w:rPr>
              <w:t>results\runtime\resume\stt_checkpoint_voc_n100_small.json</w:t>
            </w:r>
          </w:p>
        </w:tc>
        <w:tc>
          <w:tcPr>
            <w:tcW w:type="dxa" w:w="1973"/>
            <w:vAlign w:val="center"/>
          </w:tcPr>
          <w:p>
            <w:r/>
            <w:r>
              <w:rPr>
                <w:rFonts w:ascii="Malgun Gothic" w:hAnsi="Malgun Gothic" w:eastAsia="Malgun Gothic"/>
                <w:b w:val="0"/>
                <w:sz w:val="14"/>
              </w:rPr>
              <w:t>.json</w:t>
            </w:r>
          </w:p>
        </w:tc>
        <w:tc>
          <w:tcPr>
            <w:tcW w:type="dxa" w:w="1973"/>
            <w:vAlign w:val="center"/>
          </w:tcPr>
          <w:p>
            <w:r/>
            <w:r>
              <w:rPr>
                <w:rFonts w:ascii="Malgun Gothic" w:hAnsi="Malgun Gothic" w:eastAsia="Malgun Gothic"/>
                <w:b w:val="0"/>
                <w:sz w:val="14"/>
              </w:rPr>
              <w:t>520</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C:\AI\sci_voc_bot\results\runtime\resume\stt_checkpoint_voc_n10_small.json</w:t>
            </w:r>
          </w:p>
        </w:tc>
        <w:tc>
          <w:tcPr>
            <w:tcW w:type="dxa" w:w="1973"/>
            <w:vAlign w:val="center"/>
          </w:tcPr>
          <w:p>
            <w:r/>
            <w:r>
              <w:rPr>
                <w:rFonts w:ascii="Malgun Gothic" w:hAnsi="Malgun Gothic" w:eastAsia="Malgun Gothic"/>
                <w:b w:val="0"/>
                <w:sz w:val="14"/>
              </w:rPr>
              <w:t>results\runtime\resume\stt_checkpoint_voc_n10_small.json</w:t>
            </w:r>
          </w:p>
        </w:tc>
        <w:tc>
          <w:tcPr>
            <w:tcW w:type="dxa" w:w="1973"/>
            <w:vAlign w:val="center"/>
          </w:tcPr>
          <w:p>
            <w:r/>
            <w:r>
              <w:rPr>
                <w:rFonts w:ascii="Malgun Gothic" w:hAnsi="Malgun Gothic" w:eastAsia="Malgun Gothic"/>
                <w:b w:val="0"/>
                <w:sz w:val="14"/>
              </w:rPr>
              <w:t>.json</w:t>
            </w:r>
          </w:p>
        </w:tc>
        <w:tc>
          <w:tcPr>
            <w:tcW w:type="dxa" w:w="1973"/>
            <w:vAlign w:val="center"/>
          </w:tcPr>
          <w:p>
            <w:r/>
            <w:r>
              <w:rPr>
                <w:rFonts w:ascii="Malgun Gothic" w:hAnsi="Malgun Gothic" w:eastAsia="Malgun Gothic"/>
                <w:b w:val="0"/>
                <w:sz w:val="14"/>
              </w:rPr>
              <w:t>517</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C:\AI\sci_voc_bot\results\tables\construct_validity_summary.csv</w:t>
            </w:r>
          </w:p>
        </w:tc>
        <w:tc>
          <w:tcPr>
            <w:tcW w:type="dxa" w:w="1973"/>
            <w:vAlign w:val="center"/>
          </w:tcPr>
          <w:p>
            <w:r/>
            <w:r>
              <w:rPr>
                <w:rFonts w:ascii="Malgun Gothic" w:hAnsi="Malgun Gothic" w:eastAsia="Malgun Gothic"/>
                <w:b w:val="0"/>
                <w:sz w:val="14"/>
              </w:rPr>
              <w:t>results\tables\construct_validity_summary.csv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457</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C:\AI\sci_voc_bot\results\tables\correlation_validity.csv</w:t>
            </w:r>
          </w:p>
        </w:tc>
        <w:tc>
          <w:tcPr>
            <w:tcW w:type="dxa" w:w="1973"/>
            <w:vAlign w:val="center"/>
          </w:tcPr>
          <w:p>
            <w:r/>
            <w:r>
              <w:rPr>
                <w:rFonts w:ascii="Malgun Gothic" w:hAnsi="Malgun Gothic" w:eastAsia="Malgun Gothic"/>
                <w:b w:val="0"/>
                <w:sz w:val="14"/>
              </w:rPr>
              <w:t>results\tables\correlation_validity.csv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344</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C:\AI\sci_voc_bot\results\tables\future_analysis\stt_wpm_reliability_sources.csv</w:t>
            </w:r>
          </w:p>
        </w:tc>
        <w:tc>
          <w:tcPr>
            <w:tcW w:type="dxa" w:w="1973"/>
            <w:vAlign w:val="center"/>
          </w:tcPr>
          <w:p>
            <w:r/>
            <w:r>
              <w:rPr>
                <w:rFonts w:ascii="Malgun Gothic" w:hAnsi="Malgun Gothic" w:eastAsia="Malgun Gothic"/>
                <w:b w:val="0"/>
                <w:sz w:val="14"/>
              </w:rPr>
              <w:t>results\tables\future_analysis\stt_wpm_reliability_sources.csv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295</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C:\AI\sci_voc_bot\results\tables\future_analysis\criterion_validity_status.csv</w:t>
            </w:r>
          </w:p>
        </w:tc>
        <w:tc>
          <w:tcPr>
            <w:tcW w:type="dxa" w:w="1973"/>
            <w:vAlign w:val="center"/>
          </w:tcPr>
          <w:p>
            <w:r/>
            <w:r>
              <w:rPr>
                <w:rFonts w:ascii="Malgun Gothic" w:hAnsi="Malgun Gothic" w:eastAsia="Malgun Gothic"/>
                <w:b w:val="0"/>
                <w:sz w:val="14"/>
              </w:rPr>
              <w:t>results\tables\future_analysis\criterion_validity_status.csv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202</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C:\AI\sci_voc_bot\results\tables\future_analysis\stt_wpm_reliability_status.csv</w:t>
            </w:r>
          </w:p>
        </w:tc>
        <w:tc>
          <w:tcPr>
            <w:tcW w:type="dxa" w:w="1973"/>
            <w:vAlign w:val="center"/>
          </w:tcPr>
          <w:p>
            <w:r/>
            <w:r>
              <w:rPr>
                <w:rFonts w:ascii="Malgun Gothic" w:hAnsi="Malgun Gothic" w:eastAsia="Malgun Gothic"/>
                <w:b w:val="0"/>
                <w:sz w:val="14"/>
              </w:rPr>
              <w:t>results\tables\future_analysis\stt_wpm_reliability_status.csv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186</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C:\AI\sci_voc_bot\results\tables\future_analysis\stt_wpm_reliability_summary.csv</w:t>
            </w:r>
          </w:p>
        </w:tc>
        <w:tc>
          <w:tcPr>
            <w:tcW w:type="dxa" w:w="1973"/>
            <w:vAlign w:val="center"/>
          </w:tcPr>
          <w:p>
            <w:r/>
            <w:r>
              <w:rPr>
                <w:rFonts w:ascii="Malgun Gothic" w:hAnsi="Malgun Gothic" w:eastAsia="Malgun Gothic"/>
                <w:b w:val="0"/>
                <w:sz w:val="14"/>
              </w:rPr>
              <w:t>results\tables\future_analysis\stt_wpm_reliability_summary.csv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159</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C:\AI\sci_voc_bot\results\tables\stt_reliability.csv</w:t>
            </w:r>
          </w:p>
        </w:tc>
        <w:tc>
          <w:tcPr>
            <w:tcW w:type="dxa" w:w="1973"/>
            <w:vAlign w:val="center"/>
          </w:tcPr>
          <w:p>
            <w:r/>
            <w:r>
              <w:rPr>
                <w:rFonts w:ascii="Malgun Gothic" w:hAnsi="Malgun Gothic" w:eastAsia="Malgun Gothic"/>
                <w:b w:val="0"/>
                <w:sz w:val="14"/>
              </w:rPr>
              <w:t>results\tables\stt_reliability.csv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129</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C:\AI\sci_voc_bot\results\tables\validity_structure_summary.csv</w:t>
            </w:r>
          </w:p>
        </w:tc>
        <w:tc>
          <w:tcPr>
            <w:tcW w:type="dxa" w:w="1973"/>
            <w:vAlign w:val="center"/>
          </w:tcPr>
          <w:p>
            <w:r/>
            <w:r>
              <w:rPr>
                <w:rFonts w:ascii="Malgun Gothic" w:hAnsi="Malgun Gothic" w:eastAsia="Malgun Gothic"/>
                <w:b w:val="0"/>
                <w:sz w:val="14"/>
              </w:rPr>
              <w:t>results\tables\validity_structure_summary.csv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112</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C:\AI\sci_voc_bot\results\tables\voc_stt_completeness.csv</w:t>
            </w:r>
          </w:p>
        </w:tc>
        <w:tc>
          <w:tcPr>
            <w:tcW w:type="dxa" w:w="1973"/>
            <w:vAlign w:val="center"/>
          </w:tcPr>
          <w:p>
            <w:r/>
            <w:r>
              <w:rPr>
                <w:rFonts w:ascii="Malgun Gothic" w:hAnsi="Malgun Gothic" w:eastAsia="Malgun Gothic"/>
                <w:b w:val="0"/>
                <w:sz w:val="14"/>
              </w:rPr>
              <w:t>results\tables\voc_stt_completeness.csv</w:t>
            </w:r>
          </w:p>
        </w:tc>
        <w:tc>
          <w:tcPr>
            <w:tcW w:type="dxa" w:w="1973"/>
            <w:vAlign w:val="center"/>
          </w:tcPr>
          <w:p>
            <w:r/>
            <w:r>
              <w:rPr>
                <w:rFonts w:ascii="Malgun Gothic" w:hAnsi="Malgun Gothic" w:eastAsia="Malgun Gothic"/>
                <w:b w:val="0"/>
                <w:sz w:val="14"/>
              </w:rPr>
              <w:t>.csv</w:t>
            </w:r>
          </w:p>
        </w:tc>
        <w:tc>
          <w:tcPr>
            <w:tcW w:type="dxa" w:w="1973"/>
            <w:vAlign w:val="center"/>
          </w:tcPr>
          <w:p>
            <w:r/>
            <w:r>
              <w:rPr>
                <w:rFonts w:ascii="Malgun Gothic" w:hAnsi="Malgun Gothic" w:eastAsia="Malgun Gothic"/>
                <w:b w:val="0"/>
                <w:sz w:val="14"/>
              </w:rPr>
              <w:t>102</w:t>
            </w:r>
          </w:p>
        </w:tc>
        <w:tc>
          <w:tcPr>
            <w:tcW w:type="dxa" w:w="1973"/>
            <w:vAlign w:val="center"/>
          </w:tcPr>
          <w:p>
            <w:r/>
            <w:r>
              <w:rPr>
                <w:rFonts w:ascii="Malgun Gothic" w:hAnsi="Malgun Gothic" w:eastAsia="Malgun Gothic"/>
                <w:b w:val="0"/>
                <w:sz w:val="14"/>
              </w:rPr>
              <w:t>1</w:t>
            </w:r>
          </w:p>
        </w:tc>
      </w:tr>
      <w:tr>
        <w:trPr>
          <w:cantSplit/>
        </w:trPr>
        <w:tc>
          <w:tcPr>
            <w:tcW w:type="dxa" w:w="1973"/>
            <w:vAlign w:val="center"/>
          </w:tcPr>
          <w:p>
            <w:r/>
            <w:r>
              <w:rPr>
                <w:rFonts w:ascii="Malgun Gothic" w:hAnsi="Malgun Gothic" w:eastAsia="Malgun Gothic"/>
                <w:b w:val="0"/>
                <w:sz w:val="14"/>
              </w:rPr>
              <w:t>C:\AI\sci_voc_bot\resources\tobe\to_be_analysis_dashboard.png</w:t>
            </w:r>
          </w:p>
        </w:tc>
        <w:tc>
          <w:tcPr>
            <w:tcW w:type="dxa" w:w="1973"/>
            <w:vAlign w:val="center"/>
          </w:tcPr>
          <w:p>
            <w:r/>
            <w:r>
              <w:rPr>
                <w:rFonts w:ascii="Malgun Gothic" w:hAnsi="Malgun Gothic" w:eastAsia="Malgun Gothic"/>
                <w:b w:val="0"/>
                <w:sz w:val="14"/>
              </w:rPr>
              <w:t>resources\tobe\to_be_analysis_dashboard.png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1243116</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C:\AI\sci_voc_bot\resources\tobe\to_be_분석_결과_대시보드.png</w:t>
            </w:r>
          </w:p>
        </w:tc>
        <w:tc>
          <w:tcPr>
            <w:tcW w:type="dxa" w:w="1973"/>
            <w:vAlign w:val="center"/>
          </w:tcPr>
          <w:p>
            <w:r/>
            <w:r>
              <w:rPr>
                <w:rFonts w:ascii="Malgun Gothic" w:hAnsi="Malgun Gothic" w:eastAsia="Malgun Gothic"/>
                <w:b w:val="0"/>
                <w:sz w:val="14"/>
              </w:rPr>
              <w:t>resources\tobe\to_be_분석_결과_대시보드.png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1243116</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C:\AI\sci_voc_bot\results\figures\fig05_weight_sensitivity.png</w:t>
            </w:r>
          </w:p>
        </w:tc>
        <w:tc>
          <w:tcPr>
            <w:tcW w:type="dxa" w:w="1973"/>
            <w:vAlign w:val="center"/>
          </w:tcPr>
          <w:p>
            <w:r/>
            <w:r>
              <w:rPr>
                <w:rFonts w:ascii="Malgun Gothic" w:hAnsi="Malgun Gothic" w:eastAsia="Malgun Gothic"/>
                <w:b w:val="0"/>
                <w:sz w:val="14"/>
              </w:rPr>
              <w:t>results\figures\fig05_weight_sensitivity.png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136183</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C:\AI\sci_voc_bot\results\figures\scatter_duration_sec.png</w:t>
            </w:r>
          </w:p>
        </w:tc>
        <w:tc>
          <w:tcPr>
            <w:tcW w:type="dxa" w:w="1973"/>
            <w:vAlign w:val="center"/>
          </w:tcPr>
          <w:p>
            <w:r/>
            <w:r>
              <w:rPr>
                <w:rFonts w:ascii="Malgun Gothic" w:hAnsi="Malgun Gothic" w:eastAsia="Malgun Gothic"/>
                <w:b w:val="0"/>
                <w:sz w:val="14"/>
              </w:rPr>
              <w:t>results\figures\scatter_duration_sec.png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99979</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C:\AI\sci_voc_bot\results\figures\scatter_pitch_mean.png</w:t>
            </w:r>
          </w:p>
        </w:tc>
        <w:tc>
          <w:tcPr>
            <w:tcW w:type="dxa" w:w="1973"/>
            <w:vAlign w:val="center"/>
          </w:tcPr>
          <w:p>
            <w:r/>
            <w:r>
              <w:rPr>
                <w:rFonts w:ascii="Malgun Gothic" w:hAnsi="Malgun Gothic" w:eastAsia="Malgun Gothic"/>
                <w:b w:val="0"/>
                <w:sz w:val="14"/>
              </w:rPr>
              <w:t>results\figures\scatter_pitch_mean.png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97954</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C:\AI\sci_voc_bot\results\figures\scatter_energy_mean.png</w:t>
            </w:r>
          </w:p>
        </w:tc>
        <w:tc>
          <w:tcPr>
            <w:tcW w:type="dxa" w:w="1973"/>
            <w:vAlign w:val="center"/>
          </w:tcPr>
          <w:p>
            <w:r/>
            <w:r>
              <w:rPr>
                <w:rFonts w:ascii="Malgun Gothic" w:hAnsi="Malgun Gothic" w:eastAsia="Malgun Gothic"/>
                <w:b w:val="0"/>
                <w:sz w:val="14"/>
              </w:rPr>
              <w:t>results\figures\scatter_energy_mean.png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97728</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C:\AI\sci_voc_bot\results\figures\fig04_bootstrap_ci.png</w:t>
            </w:r>
          </w:p>
        </w:tc>
        <w:tc>
          <w:tcPr>
            <w:tcW w:type="dxa" w:w="1973"/>
            <w:vAlign w:val="center"/>
          </w:tcPr>
          <w:p>
            <w:r/>
            <w:r>
              <w:rPr>
                <w:rFonts w:ascii="Malgun Gothic" w:hAnsi="Malgun Gothic" w:eastAsia="Malgun Gothic"/>
                <w:b w:val="0"/>
                <w:sz w:val="14"/>
              </w:rPr>
              <w:t>results\figures\fig04_bootstrap_ci.png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94330</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C:\AI\sci_voc_bot\resources\tobe\to_be_actual_visual_summary.png</w:t>
            </w:r>
          </w:p>
        </w:tc>
        <w:tc>
          <w:tcPr>
            <w:tcW w:type="dxa" w:w="1973"/>
            <w:vAlign w:val="center"/>
          </w:tcPr>
          <w:p>
            <w:r/>
            <w:r>
              <w:rPr>
                <w:rFonts w:ascii="Malgun Gothic" w:hAnsi="Malgun Gothic" w:eastAsia="Malgun Gothic"/>
                <w:b w:val="0"/>
                <w:sz w:val="14"/>
              </w:rPr>
              <w:t>resources\tobe\to_be_actual_visual_summary.png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83572</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C:\AI\sci_voc_bot\results\figures\scatter_wpm.png</w:t>
            </w:r>
          </w:p>
        </w:tc>
        <w:tc>
          <w:tcPr>
            <w:tcW w:type="dxa" w:w="1973"/>
            <w:vAlign w:val="center"/>
          </w:tcPr>
          <w:p>
            <w:r/>
            <w:r>
              <w:rPr>
                <w:rFonts w:ascii="Malgun Gothic" w:hAnsi="Malgun Gothic" w:eastAsia="Malgun Gothic"/>
                <w:b w:val="0"/>
                <w:sz w:val="14"/>
              </w:rPr>
              <w:t>results\figures\scatter_wpm.png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78334</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C:\AI\sci_voc_bot\results\figures\anova_pitch_mean.png</w:t>
            </w:r>
          </w:p>
        </w:tc>
        <w:tc>
          <w:tcPr>
            <w:tcW w:type="dxa" w:w="1973"/>
            <w:vAlign w:val="center"/>
          </w:tcPr>
          <w:p>
            <w:r/>
            <w:r>
              <w:rPr>
                <w:rFonts w:ascii="Malgun Gothic" w:hAnsi="Malgun Gothic" w:eastAsia="Malgun Gothic"/>
                <w:b w:val="0"/>
                <w:sz w:val="14"/>
              </w:rPr>
              <w:t>results\figures\anova_pitch_mean.png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74735</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C:\AI\sci_voc_bot\results\figures\anova_duration_sec.png</w:t>
            </w:r>
          </w:p>
        </w:tc>
        <w:tc>
          <w:tcPr>
            <w:tcW w:type="dxa" w:w="1973"/>
            <w:vAlign w:val="center"/>
          </w:tcPr>
          <w:p>
            <w:r/>
            <w:r>
              <w:rPr>
                <w:rFonts w:ascii="Malgun Gothic" w:hAnsi="Malgun Gothic" w:eastAsia="Malgun Gothic"/>
                <w:b w:val="0"/>
                <w:sz w:val="14"/>
              </w:rPr>
              <w:t>results\figures\anova_duration_sec.png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67942</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C:\AI\sci_voc_bot\results\figures\anova_energy_mean.png</w:t>
            </w:r>
          </w:p>
        </w:tc>
        <w:tc>
          <w:tcPr>
            <w:tcW w:type="dxa" w:w="1973"/>
            <w:vAlign w:val="center"/>
          </w:tcPr>
          <w:p>
            <w:r/>
            <w:r>
              <w:rPr>
                <w:rFonts w:ascii="Malgun Gothic" w:hAnsi="Malgun Gothic" w:eastAsia="Malgun Gothic"/>
                <w:b w:val="0"/>
                <w:sz w:val="14"/>
              </w:rPr>
              <w:t>results\figures\anova_energy_mean.png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63150</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C:\AI\sci_voc_bot\results\figures\fig01_framework.png</w:t>
            </w:r>
          </w:p>
        </w:tc>
        <w:tc>
          <w:tcPr>
            <w:tcW w:type="dxa" w:w="1973"/>
            <w:vAlign w:val="center"/>
          </w:tcPr>
          <w:p>
            <w:r/>
            <w:r>
              <w:rPr>
                <w:rFonts w:ascii="Malgun Gothic" w:hAnsi="Malgun Gothic" w:eastAsia="Malgun Gothic"/>
                <w:b w:val="0"/>
                <w:sz w:val="14"/>
              </w:rPr>
              <w:t>results\figures\fig01_framework.png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58870</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C:\AI\sci_voc_bot\results\figures\tukey_energy_mean.png</w:t>
            </w:r>
          </w:p>
        </w:tc>
        <w:tc>
          <w:tcPr>
            <w:tcW w:type="dxa" w:w="1973"/>
            <w:vAlign w:val="center"/>
          </w:tcPr>
          <w:p>
            <w:r/>
            <w:r>
              <w:rPr>
                <w:rFonts w:ascii="Malgun Gothic" w:hAnsi="Malgun Gothic" w:eastAsia="Malgun Gothic"/>
                <w:b w:val="0"/>
                <w:sz w:val="14"/>
              </w:rPr>
              <w:t>results\figures\tukey_energy_mean.png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55228</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C:\AI\sci_voc_bot\results\figures\tukey_duration_sec.png</w:t>
            </w:r>
          </w:p>
        </w:tc>
        <w:tc>
          <w:tcPr>
            <w:tcW w:type="dxa" w:w="1973"/>
            <w:vAlign w:val="center"/>
          </w:tcPr>
          <w:p>
            <w:r/>
            <w:r>
              <w:rPr>
                <w:rFonts w:ascii="Malgun Gothic" w:hAnsi="Malgun Gothic" w:eastAsia="Malgun Gothic"/>
                <w:b w:val="0"/>
                <w:sz w:val="14"/>
              </w:rPr>
              <w:t>results\figures\tukey_duration_sec.png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54390</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C:\AI\sci_voc_bot\results\figures\tukey_pitch_mean.png</w:t>
            </w:r>
          </w:p>
        </w:tc>
        <w:tc>
          <w:tcPr>
            <w:tcW w:type="dxa" w:w="1973"/>
            <w:vAlign w:val="center"/>
          </w:tcPr>
          <w:p>
            <w:r/>
            <w:r>
              <w:rPr>
                <w:rFonts w:ascii="Malgun Gothic" w:hAnsi="Malgun Gothic" w:eastAsia="Malgun Gothic"/>
                <w:b w:val="0"/>
                <w:sz w:val="14"/>
              </w:rPr>
              <w:t>results\figures\tukey_pitch_mean.png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54115</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C:\AI\sci_voc_bot\results\figures\anova_wpm.png</w:t>
            </w:r>
          </w:p>
        </w:tc>
        <w:tc>
          <w:tcPr>
            <w:tcW w:type="dxa" w:w="1973"/>
            <w:vAlign w:val="center"/>
          </w:tcPr>
          <w:p>
            <w:r/>
            <w:r>
              <w:rPr>
                <w:rFonts w:ascii="Malgun Gothic" w:hAnsi="Malgun Gothic" w:eastAsia="Malgun Gothic"/>
                <w:b w:val="0"/>
                <w:sz w:val="14"/>
              </w:rPr>
              <w:t>results\figures\anova_wpm.png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52828</w:t>
            </w:r>
          </w:p>
        </w:tc>
        <w:tc>
          <w:tcPr>
            <w:tcW w:type="dxa" w:w="1973"/>
            <w:vAlign w:val="center"/>
          </w:tcPr>
          <w:p>
            <w:r/>
            <w:r>
              <w:rPr>
                <w:rFonts w:ascii="Malgun Gothic" w:hAnsi="Malgun Gothic" w:eastAsia="Malgun Gothic"/>
                <w:b w:val="0"/>
                <w:sz w:val="14"/>
              </w:rPr>
              <w:t>0</w:t>
            </w:r>
          </w:p>
        </w:tc>
      </w:tr>
      <w:tr>
        <w:trPr>
          <w:cantSplit/>
        </w:trPr>
        <w:tc>
          <w:tcPr>
            <w:tcW w:type="dxa" w:w="1973"/>
            <w:vAlign w:val="center"/>
          </w:tcPr>
          <w:p>
            <w:r/>
            <w:r>
              <w:rPr>
                <w:rFonts w:ascii="Malgun Gothic" w:hAnsi="Malgun Gothic" w:eastAsia="Malgun Gothic"/>
                <w:b w:val="0"/>
                <w:sz w:val="14"/>
              </w:rPr>
              <w:t>C:\AI\sci_voc_bot\results\figures\tukey_wpm.png</w:t>
            </w:r>
          </w:p>
        </w:tc>
        <w:tc>
          <w:tcPr>
            <w:tcW w:type="dxa" w:w="1973"/>
            <w:vAlign w:val="center"/>
          </w:tcPr>
          <w:p>
            <w:r/>
            <w:r>
              <w:rPr>
                <w:rFonts w:ascii="Malgun Gothic" w:hAnsi="Malgun Gothic" w:eastAsia="Malgun Gothic"/>
                <w:b w:val="0"/>
                <w:sz w:val="14"/>
              </w:rPr>
              <w:t>results\figures\tukey_wpm.png</w:t>
            </w:r>
          </w:p>
        </w:tc>
        <w:tc>
          <w:tcPr>
            <w:tcW w:type="dxa" w:w="1973"/>
            <w:vAlign w:val="center"/>
          </w:tcPr>
          <w:p>
            <w:r/>
            <w:r>
              <w:rPr>
                <w:rFonts w:ascii="Malgun Gothic" w:hAnsi="Malgun Gothic" w:eastAsia="Malgun Gothic"/>
                <w:b w:val="0"/>
                <w:sz w:val="14"/>
              </w:rPr>
              <w:t>.png</w:t>
            </w:r>
          </w:p>
        </w:tc>
        <w:tc>
          <w:tcPr>
            <w:tcW w:type="dxa" w:w="1973"/>
            <w:vAlign w:val="center"/>
          </w:tcPr>
          <w:p>
            <w:r/>
            <w:r>
              <w:rPr>
                <w:rFonts w:ascii="Malgun Gothic" w:hAnsi="Malgun Gothic" w:eastAsia="Malgun Gothic"/>
                <w:b w:val="0"/>
                <w:sz w:val="14"/>
              </w:rPr>
              <w:t>51272</w:t>
            </w:r>
          </w:p>
        </w:tc>
        <w:tc>
          <w:tcPr>
            <w:tcW w:type="dxa" w:w="1973"/>
            <w:vAlign w:val="center"/>
          </w:tcPr>
          <w:p>
            <w:r/>
            <w:r>
              <w:rPr>
                <w:rFonts w:ascii="Malgun Gothic" w:hAnsi="Malgun Gothic" w:eastAsia="Malgun Gothic"/>
                <w:b w:val="0"/>
                <w:sz w:val="14"/>
              </w:rPr>
              <w:t>0</w:t>
            </w:r>
          </w:p>
        </w:tc>
      </w:tr>
    </w:tbl>
    <w:p/>
    <w:p>
      <w:r>
        <w:t>전체 행 포함</w:t>
      </w:r>
    </w:p>
    <w:p>
      <w:r>
        <w:rPr>
          <w:b/>
        </w:rPr>
        <w:t>산출물 CSV: research_continuity/02_asis_same_method_reproduction/latest_actual_asis_source_schema_v150.csv (행 13,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column</w:t>
            </w:r>
          </w:p>
        </w:tc>
        <w:tc>
          <w:tcPr>
            <w:tcW w:type="dxa" w:w="1973"/>
          </w:tcPr>
          <w:p>
            <w:r/>
            <w:r>
              <w:rPr>
                <w:rFonts w:ascii="Malgun Gothic" w:hAnsi="Malgun Gothic" w:eastAsia="Malgun Gothic"/>
                <w:b/>
                <w:sz w:val="14"/>
              </w:rPr>
              <w:t>dtype</w:t>
            </w:r>
          </w:p>
        </w:tc>
        <w:tc>
          <w:tcPr>
            <w:tcW w:type="dxa" w:w="1973"/>
          </w:tcPr>
          <w:p>
            <w:r/>
            <w:r>
              <w:rPr>
                <w:rFonts w:ascii="Malgun Gothic" w:hAnsi="Malgun Gothic" w:eastAsia="Malgun Gothic"/>
                <w:b/>
                <w:sz w:val="14"/>
              </w:rPr>
              <w:t>non_null</w:t>
            </w:r>
          </w:p>
        </w:tc>
        <w:tc>
          <w:tcPr>
            <w:tcW w:type="dxa" w:w="1973"/>
          </w:tcPr>
          <w:p>
            <w:r/>
            <w:r>
              <w:rPr>
                <w:rFonts w:ascii="Malgun Gothic" w:hAnsi="Malgun Gothic" w:eastAsia="Malgun Gothic"/>
                <w:b/>
                <w:sz w:val="14"/>
              </w:rPr>
              <w:t>numeric</w:t>
            </w:r>
          </w:p>
        </w:tc>
        <w:tc>
          <w:tcPr>
            <w:tcW w:type="dxa" w:w="1973"/>
          </w:tcPr>
          <w:p>
            <w:r/>
            <w:r>
              <w:rPr>
                <w:rFonts w:ascii="Malgun Gothic" w:hAnsi="Malgun Gothic" w:eastAsia="Malgun Gothic"/>
                <w:b/>
                <w:sz w:val="14"/>
              </w:rPr>
              <w:t>used_for_reproduction</w:t>
            </w:r>
          </w:p>
        </w:tc>
      </w:tr>
      <w:tr>
        <w:trPr>
          <w:cantSplit/>
        </w:trPr>
        <w:tc>
          <w:tcPr>
            <w:tcW w:type="dxa" w:w="1973"/>
            <w:vAlign w:val="center"/>
          </w:tcPr>
          <w:p>
            <w:r/>
            <w:r>
              <w:rPr>
                <w:rFonts w:ascii="Malgun Gothic" w:hAnsi="Malgun Gothic" w:eastAsia="Malgun Gothic"/>
                <w:b w:val="0"/>
                <w:sz w:val="14"/>
              </w:rPr>
              <w:t>wav_id</w:t>
            </w:r>
          </w:p>
        </w:tc>
        <w:tc>
          <w:tcPr>
            <w:tcW w:type="dxa" w:w="1973"/>
            <w:vAlign w:val="center"/>
          </w:tcPr>
          <w:p>
            <w:r/>
            <w:r>
              <w:rPr>
                <w:rFonts w:ascii="Malgun Gothic" w:hAnsi="Malgun Gothic" w:eastAsia="Malgun Gothic"/>
                <w:b w:val="0"/>
                <w:sz w:val="14"/>
              </w:rPr>
              <w:t>object</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energy_mean</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r>
        <w:trPr>
          <w:cantSplit/>
        </w:trPr>
        <w:tc>
          <w:tcPr>
            <w:tcW w:type="dxa" w:w="1973"/>
            <w:vAlign w:val="center"/>
          </w:tcPr>
          <w:p>
            <w:r/>
            <w:r>
              <w:rPr>
                <w:rFonts w:ascii="Malgun Gothic" w:hAnsi="Malgun Gothic" w:eastAsia="Malgun Gothic"/>
                <w:b w:val="0"/>
                <w:sz w:val="14"/>
              </w:rPr>
              <w:t>pitch_mean</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r>
        <w:trPr>
          <w:cantSplit/>
        </w:trPr>
        <w:tc>
          <w:tcPr>
            <w:tcW w:type="dxa" w:w="1973"/>
            <w:vAlign w:val="center"/>
          </w:tcPr>
          <w:p>
            <w:r/>
            <w:r>
              <w:rPr>
                <w:rFonts w:ascii="Malgun Gothic" w:hAnsi="Malgun Gothic" w:eastAsia="Malgun Gothic"/>
                <w:b w:val="0"/>
                <w:sz w:val="14"/>
              </w:rPr>
              <w:t>duration_sec</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r>
        <w:trPr>
          <w:cantSplit/>
        </w:trPr>
        <w:tc>
          <w:tcPr>
            <w:tcW w:type="dxa" w:w="1973"/>
            <w:vAlign w:val="center"/>
          </w:tcPr>
          <w:p>
            <w:r/>
            <w:r>
              <w:rPr>
                <w:rFonts w:ascii="Malgun Gothic" w:hAnsi="Malgun Gothic" w:eastAsia="Malgun Gothic"/>
                <w:b w:val="0"/>
                <w:sz w:val="14"/>
              </w:rPr>
              <w:t>word_cnt</w:t>
            </w:r>
          </w:p>
        </w:tc>
        <w:tc>
          <w:tcPr>
            <w:tcW w:type="dxa" w:w="1973"/>
            <w:vAlign w:val="center"/>
          </w:tcPr>
          <w:p>
            <w:r/>
            <w:r>
              <w:rPr>
                <w:rFonts w:ascii="Malgun Gothic" w:hAnsi="Malgun Gothic" w:eastAsia="Malgun Gothic"/>
                <w:b w:val="0"/>
                <w:sz w:val="14"/>
              </w:rPr>
              <w:t>int64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wpm</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r>
        <w:trPr>
          <w:cantSplit/>
        </w:trPr>
        <w:tc>
          <w:tcPr>
            <w:tcW w:type="dxa" w:w="1973"/>
            <w:vAlign w:val="center"/>
          </w:tcPr>
          <w:p>
            <w:r/>
            <w:r>
              <w:rPr>
                <w:rFonts w:ascii="Malgun Gothic" w:hAnsi="Malgun Gothic" w:eastAsia="Malgun Gothic"/>
                <w:b w:val="0"/>
                <w:sz w:val="14"/>
              </w:rPr>
              <w:t>text_len</w:t>
            </w:r>
          </w:p>
        </w:tc>
        <w:tc>
          <w:tcPr>
            <w:tcW w:type="dxa" w:w="1973"/>
            <w:vAlign w:val="center"/>
          </w:tcPr>
          <w:p>
            <w:r/>
            <w:r>
              <w:rPr>
                <w:rFonts w:ascii="Malgun Gothic" w:hAnsi="Malgun Gothic" w:eastAsia="Malgun Gothic"/>
                <w:b w:val="0"/>
                <w:sz w:val="14"/>
              </w:rPr>
              <w:t>int64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z_energy_mean</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z_pitch_mean</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z_wpm</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z_duration_sec</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raw_stress</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False</w:t>
            </w:r>
          </w:p>
        </w:tc>
      </w:tr>
      <w:tr>
        <w:trPr>
          <w:cantSplit/>
        </w:trPr>
        <w:tc>
          <w:tcPr>
            <w:tcW w:type="dxa" w:w="1973"/>
            <w:vAlign w:val="center"/>
          </w:tcPr>
          <w:p>
            <w:r/>
            <w:r>
              <w:rPr>
                <w:rFonts w:ascii="Malgun Gothic" w:hAnsi="Malgun Gothic" w:eastAsia="Malgun Gothic"/>
                <w:b w:val="0"/>
                <w:sz w:val="14"/>
              </w:rPr>
              <w:t>stress_score</w:t>
            </w:r>
          </w:p>
        </w:tc>
        <w:tc>
          <w:tcPr>
            <w:tcW w:type="dxa" w:w="1973"/>
            <w:vAlign w:val="center"/>
          </w:tcPr>
          <w:p>
            <w:r/>
            <w:r>
              <w:rPr>
                <w:rFonts w:ascii="Malgun Gothic" w:hAnsi="Malgun Gothic" w:eastAsia="Malgun Gothic"/>
                <w:b w:val="0"/>
                <w:sz w:val="14"/>
              </w:rPr>
              <w:t>float64</w:t>
            </w:r>
          </w:p>
        </w:tc>
        <w:tc>
          <w:tcPr>
            <w:tcW w:type="dxa" w:w="1973"/>
            <w:vAlign w:val="center"/>
          </w:tcPr>
          <w:p>
            <w:r/>
            <w:r>
              <w:rPr>
                <w:rFonts w:ascii="Malgun Gothic" w:hAnsi="Malgun Gothic" w:eastAsia="Malgun Gothic"/>
                <w:b w:val="0"/>
                <w:sz w:val="14"/>
              </w:rPr>
              <w:t>998</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True</w:t>
            </w:r>
          </w:p>
        </w:tc>
      </w:tr>
    </w:tbl>
    <w:p/>
    <w:p>
      <w:r>
        <w:t>전체 행 포함</w:t>
      </w:r>
    </w:p>
    <w:p>
      <w:r>
        <w:rPr>
          <w:b/>
        </w:rPr>
        <w:t>산출물 JSON: research_continuity/02_asis_same_method_reproduction/latest_actual_same_method_normalization_candidate_params_v153.json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v153_formula_candidate_audit</w:t>
            </w:r>
          </w:p>
        </w:tc>
      </w:tr>
      <w:tr>
        <w:trPr>
          <w:cantSplit/>
        </w:trPr>
        <w:tc>
          <w:tcPr>
            <w:tcW w:type="dxa" w:w="4933"/>
            <w:vAlign w:val="center"/>
          </w:tcPr>
          <w:p>
            <w:r/>
            <w:r>
              <w:rPr>
                <w:rFonts w:ascii="Malgun Gothic" w:hAnsi="Malgun Gothic" w:eastAsia="Malgun Gothic"/>
                <w:b w:val="0"/>
                <w:sz w:val="14"/>
              </w:rPr>
              <w:t>zscore.energy_mean.mean</w:t>
            </w:r>
          </w:p>
        </w:tc>
        <w:tc>
          <w:tcPr>
            <w:tcW w:type="dxa" w:w="4933"/>
            <w:vAlign w:val="center"/>
          </w:tcPr>
          <w:p>
            <w:r/>
            <w:r>
              <w:rPr>
                <w:rFonts w:ascii="Malgun Gothic" w:hAnsi="Malgun Gothic" w:eastAsia="Malgun Gothic"/>
                <w:b w:val="0"/>
                <w:sz w:val="14"/>
              </w:rPr>
              <w:t>0.06796451102669734</w:t>
            </w:r>
          </w:p>
        </w:tc>
      </w:tr>
      <w:tr>
        <w:trPr>
          <w:cantSplit/>
        </w:trPr>
        <w:tc>
          <w:tcPr>
            <w:tcW w:type="dxa" w:w="4933"/>
            <w:vAlign w:val="center"/>
          </w:tcPr>
          <w:p>
            <w:r/>
            <w:r>
              <w:rPr>
                <w:rFonts w:ascii="Malgun Gothic" w:hAnsi="Malgun Gothic" w:eastAsia="Malgun Gothic"/>
                <w:b w:val="0"/>
                <w:sz w:val="14"/>
              </w:rPr>
              <w:t>zscore.energy_mean.std_ddof0</w:t>
            </w:r>
          </w:p>
        </w:tc>
        <w:tc>
          <w:tcPr>
            <w:tcW w:type="dxa" w:w="4933"/>
            <w:vAlign w:val="center"/>
          </w:tcPr>
          <w:p>
            <w:r/>
            <w:r>
              <w:rPr>
                <w:rFonts w:ascii="Malgun Gothic" w:hAnsi="Malgun Gothic" w:eastAsia="Malgun Gothic"/>
                <w:b w:val="0"/>
                <w:sz w:val="14"/>
              </w:rPr>
              <w:t>0.029216177626633043</w:t>
            </w:r>
          </w:p>
        </w:tc>
      </w:tr>
      <w:tr>
        <w:trPr>
          <w:cantSplit/>
        </w:trPr>
        <w:tc>
          <w:tcPr>
            <w:tcW w:type="dxa" w:w="4933"/>
            <w:vAlign w:val="center"/>
          </w:tcPr>
          <w:p>
            <w:r/>
            <w:r>
              <w:rPr>
                <w:rFonts w:ascii="Malgun Gothic" w:hAnsi="Malgun Gothic" w:eastAsia="Malgun Gothic"/>
                <w:b w:val="0"/>
                <w:sz w:val="14"/>
              </w:rPr>
              <w:t>zscore.pitch_mean.mean</w:t>
            </w:r>
          </w:p>
        </w:tc>
        <w:tc>
          <w:tcPr>
            <w:tcW w:type="dxa" w:w="4933"/>
            <w:vAlign w:val="center"/>
          </w:tcPr>
          <w:p>
            <w:r/>
            <w:r>
              <w:rPr>
                <w:rFonts w:ascii="Malgun Gothic" w:hAnsi="Malgun Gothic" w:eastAsia="Malgun Gothic"/>
                <w:b w:val="0"/>
                <w:sz w:val="14"/>
              </w:rPr>
              <w:t>229.83724494257334</w:t>
            </w:r>
          </w:p>
        </w:tc>
      </w:tr>
      <w:tr>
        <w:trPr>
          <w:cantSplit/>
        </w:trPr>
        <w:tc>
          <w:tcPr>
            <w:tcW w:type="dxa" w:w="4933"/>
            <w:vAlign w:val="center"/>
          </w:tcPr>
          <w:p>
            <w:r/>
            <w:r>
              <w:rPr>
                <w:rFonts w:ascii="Malgun Gothic" w:hAnsi="Malgun Gothic" w:eastAsia="Malgun Gothic"/>
                <w:b w:val="0"/>
                <w:sz w:val="14"/>
              </w:rPr>
              <w:t>zscore.pitch_mean.std_ddof0</w:t>
            </w:r>
          </w:p>
        </w:tc>
        <w:tc>
          <w:tcPr>
            <w:tcW w:type="dxa" w:w="4933"/>
            <w:vAlign w:val="center"/>
          </w:tcPr>
          <w:p>
            <w:r/>
            <w:r>
              <w:rPr>
                <w:rFonts w:ascii="Malgun Gothic" w:hAnsi="Malgun Gothic" w:eastAsia="Malgun Gothic"/>
                <w:b w:val="0"/>
                <w:sz w:val="14"/>
              </w:rPr>
              <w:t>27.857178311341194</w:t>
            </w:r>
          </w:p>
        </w:tc>
      </w:tr>
      <w:tr>
        <w:trPr>
          <w:cantSplit/>
        </w:trPr>
        <w:tc>
          <w:tcPr>
            <w:tcW w:type="dxa" w:w="4933"/>
            <w:vAlign w:val="center"/>
          </w:tcPr>
          <w:p>
            <w:r/>
            <w:r>
              <w:rPr>
                <w:rFonts w:ascii="Malgun Gothic" w:hAnsi="Malgun Gothic" w:eastAsia="Malgun Gothic"/>
                <w:b w:val="0"/>
                <w:sz w:val="14"/>
              </w:rPr>
              <w:t>zscore.wpm.mean</w:t>
            </w:r>
          </w:p>
        </w:tc>
        <w:tc>
          <w:tcPr>
            <w:tcW w:type="dxa" w:w="4933"/>
            <w:vAlign w:val="center"/>
          </w:tcPr>
          <w:p>
            <w:r/>
            <w:r>
              <w:rPr>
                <w:rFonts w:ascii="Malgun Gothic" w:hAnsi="Malgun Gothic" w:eastAsia="Malgun Gothic"/>
                <w:b w:val="0"/>
                <w:sz w:val="14"/>
              </w:rPr>
              <w:t>82.77146038694565</w:t>
            </w:r>
          </w:p>
        </w:tc>
      </w:tr>
      <w:tr>
        <w:trPr>
          <w:cantSplit/>
        </w:trPr>
        <w:tc>
          <w:tcPr>
            <w:tcW w:type="dxa" w:w="4933"/>
            <w:vAlign w:val="center"/>
          </w:tcPr>
          <w:p>
            <w:r/>
            <w:r>
              <w:rPr>
                <w:rFonts w:ascii="Malgun Gothic" w:hAnsi="Malgun Gothic" w:eastAsia="Malgun Gothic"/>
                <w:b w:val="0"/>
                <w:sz w:val="14"/>
              </w:rPr>
              <w:t>zscore.wpm.std_ddof0</w:t>
            </w:r>
          </w:p>
        </w:tc>
        <w:tc>
          <w:tcPr>
            <w:tcW w:type="dxa" w:w="4933"/>
            <w:vAlign w:val="center"/>
          </w:tcPr>
          <w:p>
            <w:r/>
            <w:r>
              <w:rPr>
                <w:rFonts w:ascii="Malgun Gothic" w:hAnsi="Malgun Gothic" w:eastAsia="Malgun Gothic"/>
                <w:b w:val="0"/>
                <w:sz w:val="14"/>
              </w:rPr>
              <w:t>19.41798158865202</w:t>
            </w:r>
          </w:p>
        </w:tc>
      </w:tr>
      <w:tr>
        <w:trPr>
          <w:cantSplit/>
        </w:trPr>
        <w:tc>
          <w:tcPr>
            <w:tcW w:type="dxa" w:w="4933"/>
            <w:vAlign w:val="center"/>
          </w:tcPr>
          <w:p>
            <w:r/>
            <w:r>
              <w:rPr>
                <w:rFonts w:ascii="Malgun Gothic" w:hAnsi="Malgun Gothic" w:eastAsia="Malgun Gothic"/>
                <w:b w:val="0"/>
                <w:sz w:val="14"/>
              </w:rPr>
              <w:t>zscore.duration_sec.mean</w:t>
            </w:r>
          </w:p>
        </w:tc>
        <w:tc>
          <w:tcPr>
            <w:tcW w:type="dxa" w:w="4933"/>
            <w:vAlign w:val="center"/>
          </w:tcPr>
          <w:p>
            <w:r/>
            <w:r>
              <w:rPr>
                <w:rFonts w:ascii="Malgun Gothic" w:hAnsi="Malgun Gothic" w:eastAsia="Malgun Gothic"/>
                <w:b w:val="0"/>
                <w:sz w:val="14"/>
              </w:rPr>
              <w:t>146.72020040080162</w:t>
            </w:r>
          </w:p>
        </w:tc>
      </w:tr>
      <w:tr>
        <w:trPr>
          <w:cantSplit/>
        </w:trPr>
        <w:tc>
          <w:tcPr>
            <w:tcW w:type="dxa" w:w="4933"/>
            <w:vAlign w:val="center"/>
          </w:tcPr>
          <w:p>
            <w:r/>
            <w:r>
              <w:rPr>
                <w:rFonts w:ascii="Malgun Gothic" w:hAnsi="Malgun Gothic" w:eastAsia="Malgun Gothic"/>
                <w:b w:val="0"/>
                <w:sz w:val="14"/>
              </w:rPr>
              <w:t>zscore.duration_sec.std_ddof0</w:t>
            </w:r>
          </w:p>
        </w:tc>
        <w:tc>
          <w:tcPr>
            <w:tcW w:type="dxa" w:w="4933"/>
            <w:vAlign w:val="center"/>
          </w:tcPr>
          <w:p>
            <w:r/>
            <w:r>
              <w:rPr>
                <w:rFonts w:ascii="Malgun Gothic" w:hAnsi="Malgun Gothic" w:eastAsia="Malgun Gothic"/>
                <w:b w:val="0"/>
                <w:sz w:val="14"/>
              </w:rPr>
              <w:t>170.230623789939</w:t>
            </w:r>
          </w:p>
        </w:tc>
      </w:tr>
      <w:tr>
        <w:trPr>
          <w:cantSplit/>
        </w:trPr>
        <w:tc>
          <w:tcPr>
            <w:tcW w:type="dxa" w:w="4933"/>
            <w:vAlign w:val="center"/>
          </w:tcPr>
          <w:p>
            <w:r/>
            <w:r>
              <w:rPr>
                <w:rFonts w:ascii="Malgun Gothic" w:hAnsi="Malgun Gothic" w:eastAsia="Malgun Gothic"/>
                <w:b w:val="0"/>
                <w:sz w:val="14"/>
              </w:rPr>
              <w:t>combined_min</w:t>
            </w:r>
          </w:p>
        </w:tc>
        <w:tc>
          <w:tcPr>
            <w:tcW w:type="dxa" w:w="4933"/>
            <w:vAlign w:val="center"/>
          </w:tcPr>
          <w:p>
            <w:r/>
            <w:r>
              <w:rPr>
                <w:rFonts w:ascii="Malgun Gothic" w:hAnsi="Malgun Gothic" w:eastAsia="Malgun Gothic"/>
                <w:b w:val="0"/>
                <w:sz w:val="14"/>
              </w:rPr>
              <w:t>-1.6939439702855632</w:t>
            </w:r>
          </w:p>
        </w:tc>
      </w:tr>
      <w:tr>
        <w:trPr>
          <w:cantSplit/>
        </w:trPr>
        <w:tc>
          <w:tcPr>
            <w:tcW w:type="dxa" w:w="4933"/>
            <w:vAlign w:val="center"/>
          </w:tcPr>
          <w:p>
            <w:r/>
            <w:r>
              <w:rPr>
                <w:rFonts w:ascii="Malgun Gothic" w:hAnsi="Malgun Gothic" w:eastAsia="Malgun Gothic"/>
                <w:b w:val="0"/>
                <w:sz w:val="14"/>
              </w:rPr>
              <w:t>combined_max</w:t>
            </w:r>
          </w:p>
        </w:tc>
        <w:tc>
          <w:tcPr>
            <w:tcW w:type="dxa" w:w="4933"/>
            <w:vAlign w:val="center"/>
          </w:tcPr>
          <w:p>
            <w:r/>
            <w:r>
              <w:rPr>
                <w:rFonts w:ascii="Malgun Gothic" w:hAnsi="Malgun Gothic" w:eastAsia="Malgun Gothic"/>
                <w:b w:val="0"/>
                <w:sz w:val="14"/>
              </w:rPr>
              <w:t>2.738439265232394</w:t>
            </w:r>
          </w:p>
        </w:tc>
      </w:tr>
      <w:tr>
        <w:trPr>
          <w:cantSplit/>
        </w:trPr>
        <w:tc>
          <w:tcPr>
            <w:tcW w:type="dxa" w:w="4933"/>
            <w:vAlign w:val="center"/>
          </w:tcPr>
          <w:p>
            <w:r/>
            <w:r>
              <w:rPr>
                <w:rFonts w:ascii="Malgun Gothic" w:hAnsi="Malgun Gothic" w:eastAsia="Malgun Gothic"/>
                <w:b w:val="0"/>
                <w:sz w:val="14"/>
              </w:rPr>
              <w:t>feature_cols[0]</w:t>
            </w:r>
          </w:p>
        </w:tc>
        <w:tc>
          <w:tcPr>
            <w:tcW w:type="dxa" w:w="4933"/>
            <w:vAlign w:val="center"/>
          </w:tcPr>
          <w:p>
            <w:r/>
            <w:r>
              <w:rPr>
                <w:rFonts w:ascii="Malgun Gothic" w:hAnsi="Malgun Gothic" w:eastAsia="Malgun Gothic"/>
                <w:b w:val="0"/>
                <w:sz w:val="14"/>
              </w:rPr>
              <w:t>energy_mean</w:t>
            </w:r>
          </w:p>
        </w:tc>
      </w:tr>
      <w:tr>
        <w:trPr>
          <w:cantSplit/>
        </w:trPr>
        <w:tc>
          <w:tcPr>
            <w:tcW w:type="dxa" w:w="4933"/>
            <w:vAlign w:val="center"/>
          </w:tcPr>
          <w:p>
            <w:r/>
            <w:r>
              <w:rPr>
                <w:rFonts w:ascii="Malgun Gothic" w:hAnsi="Malgun Gothic" w:eastAsia="Malgun Gothic"/>
                <w:b w:val="0"/>
                <w:sz w:val="14"/>
              </w:rPr>
              <w:t>feature_cols[1]</w:t>
            </w:r>
          </w:p>
        </w:tc>
        <w:tc>
          <w:tcPr>
            <w:tcW w:type="dxa" w:w="4933"/>
            <w:vAlign w:val="center"/>
          </w:tcPr>
          <w:p>
            <w:r/>
            <w:r>
              <w:rPr>
                <w:rFonts w:ascii="Malgun Gothic" w:hAnsi="Malgun Gothic" w:eastAsia="Malgun Gothic"/>
                <w:b w:val="0"/>
                <w:sz w:val="14"/>
              </w:rPr>
              <w:t>pitch_mean</w:t>
            </w:r>
          </w:p>
        </w:tc>
      </w:tr>
      <w:tr>
        <w:trPr>
          <w:cantSplit/>
        </w:trPr>
        <w:tc>
          <w:tcPr>
            <w:tcW w:type="dxa" w:w="4933"/>
            <w:vAlign w:val="center"/>
          </w:tcPr>
          <w:p>
            <w:r/>
            <w:r>
              <w:rPr>
                <w:rFonts w:ascii="Malgun Gothic" w:hAnsi="Malgun Gothic" w:eastAsia="Malgun Gothic"/>
                <w:b w:val="0"/>
                <w:sz w:val="14"/>
              </w:rPr>
              <w:t>feature_cols[2]</w:t>
            </w:r>
          </w:p>
        </w:tc>
        <w:tc>
          <w:tcPr>
            <w:tcW w:type="dxa" w:w="4933"/>
            <w:vAlign w:val="center"/>
          </w:tcPr>
          <w:p>
            <w:r/>
            <w:r>
              <w:rPr>
                <w:rFonts w:ascii="Malgun Gothic" w:hAnsi="Malgun Gothic" w:eastAsia="Malgun Gothic"/>
                <w:b w:val="0"/>
                <w:sz w:val="14"/>
              </w:rPr>
              <w:t>wpm</w:t>
            </w:r>
          </w:p>
        </w:tc>
      </w:tr>
      <w:tr>
        <w:trPr>
          <w:cantSplit/>
        </w:trPr>
        <w:tc>
          <w:tcPr>
            <w:tcW w:type="dxa" w:w="4933"/>
            <w:vAlign w:val="center"/>
          </w:tcPr>
          <w:p>
            <w:r/>
            <w:r>
              <w:rPr>
                <w:rFonts w:ascii="Malgun Gothic" w:hAnsi="Malgun Gothic" w:eastAsia="Malgun Gothic"/>
                <w:b w:val="0"/>
                <w:sz w:val="14"/>
              </w:rPr>
              <w:t>feature_cols[3]</w:t>
            </w:r>
          </w:p>
        </w:tc>
        <w:tc>
          <w:tcPr>
            <w:tcW w:type="dxa" w:w="4933"/>
            <w:vAlign w:val="center"/>
          </w:tcPr>
          <w:p>
            <w:r/>
            <w:r>
              <w:rPr>
                <w:rFonts w:ascii="Malgun Gothic" w:hAnsi="Malgun Gothic" w:eastAsia="Malgun Gothic"/>
                <w:b w:val="0"/>
                <w:sz w:val="14"/>
              </w:rPr>
              <w:t>duration_sec</w:t>
            </w:r>
          </w:p>
        </w:tc>
      </w:tr>
      <w:tr>
        <w:trPr>
          <w:cantSplit/>
        </w:trPr>
        <w:tc>
          <w:tcPr>
            <w:tcW w:type="dxa" w:w="4933"/>
            <w:vAlign w:val="center"/>
          </w:tcPr>
          <w:p>
            <w:r/>
            <w:r>
              <w:rPr>
                <w:rFonts w:ascii="Malgun Gothic" w:hAnsi="Malgun Gothic" w:eastAsia="Malgun Gothic"/>
                <w:b w:val="0"/>
                <w:sz w:val="14"/>
              </w:rPr>
              <w:t>created_at</w:t>
            </w:r>
          </w:p>
        </w:tc>
        <w:tc>
          <w:tcPr>
            <w:tcW w:type="dxa" w:w="4933"/>
            <w:vAlign w:val="center"/>
          </w:tcPr>
          <w:p>
            <w:r/>
            <w:r>
              <w:rPr>
                <w:rFonts w:ascii="Malgun Gothic" w:hAnsi="Malgun Gothic" w:eastAsia="Malgun Gothic"/>
                <w:b w:val="0"/>
                <w:sz w:val="14"/>
              </w:rPr>
              <w:t>2026-07-07 07:48:44</w:t>
            </w:r>
          </w:p>
        </w:tc>
      </w:tr>
    </w:tbl>
    <w:p/>
    <w:p>
      <w:r>
        <w:t>전체 행 포함</w:t>
      </w:r>
    </w:p>
    <w:p>
      <w:r>
        <w:rPr>
          <w:b/>
        </w:rPr>
        <w:t>산출물 JSON: research_continuity/02_asis_same_method_reproduction/latest_actual_same_method_reproduction_manifest_v150.json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source_path</w:t>
            </w:r>
          </w:p>
        </w:tc>
        <w:tc>
          <w:tcPr>
            <w:tcW w:type="dxa" w:w="4933"/>
            <w:vAlign w:val="center"/>
          </w:tcPr>
          <w:p>
            <w:r/>
            <w:r>
              <w:rPr>
                <w:rFonts w:ascii="Malgun Gothic" w:hAnsi="Malgun Gothic" w:eastAsia="Malgun Gothic"/>
                <w:b w:val="0"/>
                <w:sz w:val="14"/>
              </w:rPr>
              <w:t>/mnt/data/v173_src/resources/asis/0413_final_locked/datasets0413_clean.csv</w:t>
            </w:r>
          </w:p>
        </w:tc>
      </w:tr>
      <w:tr>
        <w:trPr>
          <w:cantSplit/>
        </w:trPr>
        <w:tc>
          <w:tcPr>
            <w:tcW w:type="dxa" w:w="4933"/>
            <w:vAlign w:val="center"/>
          </w:tcPr>
          <w:p>
            <w:r/>
            <w:r>
              <w:rPr>
                <w:rFonts w:ascii="Malgun Gothic" w:hAnsi="Malgun Gothic" w:eastAsia="Malgun Gothic"/>
                <w:b w:val="0"/>
                <w:sz w:val="14"/>
              </w:rPr>
              <w:t>source_role</w:t>
            </w:r>
          </w:p>
        </w:tc>
        <w:tc>
          <w:tcPr>
            <w:tcW w:type="dxa" w:w="4933"/>
            <w:vAlign w:val="center"/>
          </w:tcPr>
          <w:p>
            <w:r/>
            <w:r>
              <w:rPr>
                <w:rFonts w:ascii="Malgun Gothic" w:hAnsi="Malgun Gothic" w:eastAsia="Malgun Gothic"/>
                <w:b w:val="0"/>
                <w:sz w:val="14"/>
              </w:rPr>
              <w:t>asis_stress</w:t>
            </w:r>
          </w:p>
        </w:tc>
      </w:tr>
      <w:tr>
        <w:trPr>
          <w:cantSplit/>
        </w:trPr>
        <w:tc>
          <w:tcPr>
            <w:tcW w:type="dxa" w:w="4933"/>
            <w:vAlign w:val="center"/>
          </w:tcPr>
          <w:p>
            <w:r/>
            <w:r>
              <w:rPr>
                <w:rFonts w:ascii="Malgun Gothic" w:hAnsi="Malgun Gothic" w:eastAsia="Malgun Gothic"/>
                <w:b w:val="0"/>
                <w:sz w:val="14"/>
              </w:rPr>
              <w:t>source_label</w:t>
            </w:r>
          </w:p>
        </w:tc>
        <w:tc>
          <w:tcPr>
            <w:tcW w:type="dxa" w:w="4933"/>
            <w:vAlign w:val="center"/>
          </w:tcPr>
          <w:p>
            <w:r/>
            <w:r>
              <w:rPr>
                <w:rFonts w:ascii="Malgun Gothic" w:hAnsi="Malgun Gothic" w:eastAsia="Malgun Gothic"/>
                <w:b w:val="0"/>
                <w:sz w:val="14"/>
              </w:rPr>
              <w:t>AS-IS 0413 Stress Index 결과 CSV</w:t>
            </w:r>
          </w:p>
        </w:tc>
      </w:tr>
      <w:tr>
        <w:trPr>
          <w:cantSplit/>
        </w:trPr>
        <w:tc>
          <w:tcPr>
            <w:tcW w:type="dxa" w:w="4933"/>
            <w:vAlign w:val="center"/>
          </w:tcPr>
          <w:p>
            <w:r/>
            <w:r>
              <w:rPr>
                <w:rFonts w:ascii="Malgun Gothic" w:hAnsi="Malgun Gothic" w:eastAsia="Malgun Gothic"/>
                <w:b w:val="0"/>
                <w:sz w:val="14"/>
              </w:rPr>
              <w:t>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cols</w:t>
            </w:r>
          </w:p>
        </w:tc>
        <w:tc>
          <w:tcPr>
            <w:tcW w:type="dxa" w:w="4933"/>
            <w:vAlign w:val="center"/>
          </w:tcPr>
          <w:p>
            <w:r/>
            <w:r>
              <w:rPr>
                <w:rFonts w:ascii="Malgun Gothic" w:hAnsi="Malgun Gothic" w:eastAsia="Malgun Gothic"/>
                <w:b w:val="0"/>
                <w:sz w:val="14"/>
              </w:rPr>
              <w:t>13</w:t>
            </w:r>
          </w:p>
        </w:tc>
      </w:tr>
      <w:tr>
        <w:trPr>
          <w:cantSplit/>
        </w:trPr>
        <w:tc>
          <w:tcPr>
            <w:tcW w:type="dxa" w:w="4933"/>
            <w:vAlign w:val="center"/>
          </w:tcPr>
          <w:p>
            <w:r/>
            <w:r>
              <w:rPr>
                <w:rFonts w:ascii="Malgun Gothic" w:hAnsi="Malgun Gothic" w:eastAsia="Malgun Gothic"/>
                <w:b w:val="0"/>
                <w:sz w:val="14"/>
              </w:rPr>
              <w:t>key_col</w:t>
            </w:r>
          </w:p>
        </w:tc>
        <w:tc>
          <w:tcPr>
            <w:tcW w:type="dxa" w:w="4933"/>
            <w:vAlign w:val="center"/>
          </w:tcPr>
          <w:p>
            <w:r/>
            <w:r>
              <w:rPr>
                <w:rFonts w:ascii="Malgun Gothic" w:hAnsi="Malgun Gothic" w:eastAsia="Malgun Gothic"/>
                <w:b w:val="0"/>
                <w:sz w:val="14"/>
              </w:rPr>
              <w:t>INDEX_ONLY</w:t>
            </w:r>
          </w:p>
        </w:tc>
      </w:tr>
      <w:tr>
        <w:trPr>
          <w:cantSplit/>
        </w:trPr>
        <w:tc>
          <w:tcPr>
            <w:tcW w:type="dxa" w:w="4933"/>
            <w:vAlign w:val="center"/>
          </w:tcPr>
          <w:p>
            <w:r/>
            <w:r>
              <w:rPr>
                <w:rFonts w:ascii="Malgun Gothic" w:hAnsi="Malgun Gothic" w:eastAsia="Malgun Gothic"/>
                <w:b w:val="0"/>
                <w:sz w:val="14"/>
              </w:rPr>
              <w:t>feature_cols_found[0]</w:t>
            </w:r>
          </w:p>
        </w:tc>
        <w:tc>
          <w:tcPr>
            <w:tcW w:type="dxa" w:w="4933"/>
            <w:vAlign w:val="center"/>
          </w:tcPr>
          <w:p>
            <w:r/>
            <w:r>
              <w:rPr>
                <w:rFonts w:ascii="Malgun Gothic" w:hAnsi="Malgun Gothic" w:eastAsia="Malgun Gothic"/>
                <w:b w:val="0"/>
                <w:sz w:val="14"/>
              </w:rPr>
              <w:t>energy_mean</w:t>
            </w:r>
          </w:p>
        </w:tc>
      </w:tr>
      <w:tr>
        <w:trPr>
          <w:cantSplit/>
        </w:trPr>
        <w:tc>
          <w:tcPr>
            <w:tcW w:type="dxa" w:w="4933"/>
            <w:vAlign w:val="center"/>
          </w:tcPr>
          <w:p>
            <w:r/>
            <w:r>
              <w:rPr>
                <w:rFonts w:ascii="Malgun Gothic" w:hAnsi="Malgun Gothic" w:eastAsia="Malgun Gothic"/>
                <w:b w:val="0"/>
                <w:sz w:val="14"/>
              </w:rPr>
              <w:t>feature_cols_found[1]</w:t>
            </w:r>
          </w:p>
        </w:tc>
        <w:tc>
          <w:tcPr>
            <w:tcW w:type="dxa" w:w="4933"/>
            <w:vAlign w:val="center"/>
          </w:tcPr>
          <w:p>
            <w:r/>
            <w:r>
              <w:rPr>
                <w:rFonts w:ascii="Malgun Gothic" w:hAnsi="Malgun Gothic" w:eastAsia="Malgun Gothic"/>
                <w:b w:val="0"/>
                <w:sz w:val="14"/>
              </w:rPr>
              <w:t>pitch_mean</w:t>
            </w:r>
          </w:p>
        </w:tc>
      </w:tr>
      <w:tr>
        <w:trPr>
          <w:cantSplit/>
        </w:trPr>
        <w:tc>
          <w:tcPr>
            <w:tcW w:type="dxa" w:w="4933"/>
            <w:vAlign w:val="center"/>
          </w:tcPr>
          <w:p>
            <w:r/>
            <w:r>
              <w:rPr>
                <w:rFonts w:ascii="Malgun Gothic" w:hAnsi="Malgun Gothic" w:eastAsia="Malgun Gothic"/>
                <w:b w:val="0"/>
                <w:sz w:val="14"/>
              </w:rPr>
              <w:t>feature_cols_found[2]</w:t>
            </w:r>
          </w:p>
        </w:tc>
        <w:tc>
          <w:tcPr>
            <w:tcW w:type="dxa" w:w="4933"/>
            <w:vAlign w:val="center"/>
          </w:tcPr>
          <w:p>
            <w:r/>
            <w:r>
              <w:rPr>
                <w:rFonts w:ascii="Malgun Gothic" w:hAnsi="Malgun Gothic" w:eastAsia="Malgun Gothic"/>
                <w:b w:val="0"/>
                <w:sz w:val="14"/>
              </w:rPr>
              <w:t>wpm</w:t>
            </w:r>
          </w:p>
        </w:tc>
      </w:tr>
      <w:tr>
        <w:trPr>
          <w:cantSplit/>
        </w:trPr>
        <w:tc>
          <w:tcPr>
            <w:tcW w:type="dxa" w:w="4933"/>
            <w:vAlign w:val="center"/>
          </w:tcPr>
          <w:p>
            <w:r/>
            <w:r>
              <w:rPr>
                <w:rFonts w:ascii="Malgun Gothic" w:hAnsi="Malgun Gothic" w:eastAsia="Malgun Gothic"/>
                <w:b w:val="0"/>
                <w:sz w:val="14"/>
              </w:rPr>
              <w:t>feature_cols_found[3]</w:t>
            </w:r>
          </w:p>
        </w:tc>
        <w:tc>
          <w:tcPr>
            <w:tcW w:type="dxa" w:w="4933"/>
            <w:vAlign w:val="center"/>
          </w:tcPr>
          <w:p>
            <w:r/>
            <w:r>
              <w:rPr>
                <w:rFonts w:ascii="Malgun Gothic" w:hAnsi="Malgun Gothic" w:eastAsia="Malgun Gothic"/>
                <w:b w:val="0"/>
                <w:sz w:val="14"/>
              </w:rPr>
              <w:t>duration_sec</w:t>
            </w:r>
          </w:p>
        </w:tc>
      </w:tr>
      <w:tr>
        <w:trPr>
          <w:cantSplit/>
        </w:trPr>
        <w:tc>
          <w:tcPr>
            <w:tcW w:type="dxa" w:w="4933"/>
            <w:vAlign w:val="center"/>
          </w:tcPr>
          <w:p>
            <w:r/>
            <w:r>
              <w:rPr>
                <w:rFonts w:ascii="Malgun Gothic" w:hAnsi="Malgun Gothic" w:eastAsia="Malgun Gothic"/>
                <w:b w:val="0"/>
                <w:sz w:val="14"/>
              </w:rPr>
              <w:t>stress_col_found</w:t>
            </w:r>
          </w:p>
        </w:tc>
        <w:tc>
          <w:tcPr>
            <w:tcW w:type="dxa" w:w="4933"/>
            <w:vAlign w:val="center"/>
          </w:tcPr>
          <w:p>
            <w:r/>
            <w:r>
              <w:rPr>
                <w:rFonts w:ascii="Malgun Gothic" w:hAnsi="Malgun Gothic" w:eastAsia="Malgun Gothic"/>
                <w:b w:val="0"/>
                <w:sz w:val="14"/>
              </w:rPr>
              <w:t>stress_score</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v153_reference_locked_actual_reproduction</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DONE_WITH_FORMULA_AUDIT_REVIEW</w:t>
            </w:r>
          </w:p>
        </w:tc>
      </w:tr>
      <w:tr>
        <w:trPr>
          <w:cantSplit/>
        </w:trPr>
        <w:tc>
          <w:tcPr>
            <w:tcW w:type="dxa" w:w="4933"/>
            <w:vAlign w:val="center"/>
          </w:tcPr>
          <w:p>
            <w:r/>
            <w:r>
              <w:rPr>
                <w:rFonts w:ascii="Malgun Gothic" w:hAnsi="Malgun Gothic" w:eastAsia="Malgun Gothic"/>
                <w:b w:val="0"/>
                <w:sz w:val="14"/>
              </w:rPr>
              <w:t>valid_rows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reproduction_mode</w:t>
            </w:r>
          </w:p>
        </w:tc>
        <w:tc>
          <w:tcPr>
            <w:tcW w:type="dxa" w:w="4933"/>
            <w:vAlign w:val="center"/>
          </w:tcPr>
          <w:p>
            <w:r/>
            <w:r>
              <w:rPr>
                <w:rFonts w:ascii="Malgun Gothic" w:hAnsi="Malgun Gothic" w:eastAsia="Malgun Gothic"/>
                <w:b w:val="0"/>
                <w:sz w:val="14"/>
              </w:rPr>
              <w:t>REFERENCE_LOCKED_ASIS_STRESS_SCORE_WITH_FORMULA_AUDIT</w:t>
            </w:r>
          </w:p>
        </w:tc>
      </w:tr>
      <w:tr>
        <w:trPr>
          <w:cantSplit/>
        </w:trPr>
        <w:tc>
          <w:tcPr>
            <w:tcW w:type="dxa" w:w="4933"/>
            <w:vAlign w:val="center"/>
          </w:tcPr>
          <w:p>
            <w:r/>
            <w:r>
              <w:rPr>
                <w:rFonts w:ascii="Malgun Gothic" w:hAnsi="Malgun Gothic" w:eastAsia="Malgun Gothic"/>
                <w:b w:val="0"/>
                <w:sz w:val="14"/>
              </w:rPr>
              <w:t>stress_score_policy</w:t>
            </w:r>
          </w:p>
        </w:tc>
        <w:tc>
          <w:tcPr>
            <w:tcW w:type="dxa" w:w="4933"/>
            <w:vAlign w:val="center"/>
          </w:tcPr>
          <w:p>
            <w:r/>
            <w:r>
              <w:rPr>
                <w:rFonts w:ascii="Malgun Gothic" w:hAnsi="Malgun Gothic" w:eastAsia="Malgun Gothic"/>
                <w:b w:val="0"/>
                <w:sz w:val="14"/>
              </w:rPr>
              <w:t>reference_locked</w:t>
            </w:r>
          </w:p>
        </w:tc>
      </w:tr>
      <w:tr>
        <w:trPr>
          <w:cantSplit/>
        </w:trPr>
        <w:tc>
          <w:tcPr>
            <w:tcW w:type="dxa" w:w="4933"/>
            <w:vAlign w:val="center"/>
          </w:tcPr>
          <w:p>
            <w:r/>
            <w:r>
              <w:rPr>
                <w:rFonts w:ascii="Malgun Gothic" w:hAnsi="Malgun Gothic" w:eastAsia="Malgun Gothic"/>
                <w:b w:val="0"/>
                <w:sz w:val="14"/>
              </w:rPr>
              <w:t>formula_audit_decision</w:t>
            </w:r>
          </w:p>
        </w:tc>
        <w:tc>
          <w:tcPr>
            <w:tcW w:type="dxa" w:w="4933"/>
            <w:vAlign w:val="center"/>
          </w:tcPr>
          <w:p>
            <w:r/>
            <w:r>
              <w:rPr>
                <w:rFonts w:ascii="Malgun Gothic" w:hAnsi="Malgun Gothic" w:eastAsia="Malgun Gothic"/>
                <w:b w:val="0"/>
                <w:sz w:val="14"/>
              </w:rPr>
              <w:t>REVIEW_0413_NORMALIZATION_PARAMS_REQUIRED</w:t>
            </w:r>
          </w:p>
        </w:tc>
      </w:tr>
      <w:tr>
        <w:trPr>
          <w:cantSplit/>
        </w:trPr>
        <w:tc>
          <w:tcPr>
            <w:tcW w:type="dxa" w:w="4933"/>
            <w:vAlign w:val="center"/>
          </w:tcPr>
          <w:p>
            <w:r/>
            <w:r>
              <w:rPr>
                <w:rFonts w:ascii="Malgun Gothic" w:hAnsi="Malgun Gothic" w:eastAsia="Malgun Gothic"/>
                <w:b w:val="0"/>
                <w:sz w:val="14"/>
              </w:rPr>
              <w:t>message</w:t>
            </w:r>
          </w:p>
        </w:tc>
        <w:tc>
          <w:tcPr>
            <w:tcW w:type="dxa" w:w="4933"/>
            <w:vAlign w:val="center"/>
          </w:tcPr>
          <w:p>
            <w:r/>
            <w:r>
              <w:rPr>
                <w:rFonts w:ascii="Malgun Gothic" w:hAnsi="Malgun Gothic" w:eastAsia="Malgun Gothic"/>
                <w:b w:val="0"/>
                <w:sz w:val="14"/>
              </w:rPr>
              <w:t>실제 AS-IS 데이터 기반 재현 산출물을 만들었습니다. stress_score는 reference lock으로 보호하고, 추정 산식 차이는 감사표로 분리했습니다.</w:t>
            </w:r>
          </w:p>
        </w:tc>
      </w:tr>
      <w:tr>
        <w:trPr>
          <w:cantSplit/>
        </w:trPr>
        <w:tc>
          <w:tcPr>
            <w:tcW w:type="dxa" w:w="4933"/>
            <w:vAlign w:val="center"/>
          </w:tcPr>
          <w:p>
            <w:r/>
            <w:r>
              <w:rPr>
                <w:rFonts w:ascii="Malgun Gothic" w:hAnsi="Malgun Gothic" w:eastAsia="Malgun Gothic"/>
                <w:b w:val="0"/>
                <w:sz w:val="14"/>
              </w:rPr>
              <w:t>outputs[0]</w:t>
            </w:r>
          </w:p>
        </w:tc>
        <w:tc>
          <w:tcPr>
            <w:tcW w:type="dxa" w:w="4933"/>
            <w:vAlign w:val="center"/>
          </w:tcPr>
          <w:p>
            <w:r/>
            <w:r>
              <w:rPr>
                <w:rFonts w:ascii="Malgun Gothic" w:hAnsi="Malgun Gothic" w:eastAsia="Malgun Gothic"/>
                <w:b w:val="0"/>
                <w:sz w:val="14"/>
              </w:rPr>
              <w:t>/mnt/data/v173_src/research_continuity/02_asis_same_method_reproduction/actual_asis_source_schema_v153.csv</w:t>
            </w:r>
          </w:p>
        </w:tc>
      </w:tr>
      <w:tr>
        <w:trPr>
          <w:cantSplit/>
        </w:trPr>
        <w:tc>
          <w:tcPr>
            <w:tcW w:type="dxa" w:w="4933"/>
            <w:vAlign w:val="center"/>
          </w:tcPr>
          <w:p>
            <w:r/>
            <w:r>
              <w:rPr>
                <w:rFonts w:ascii="Malgun Gothic" w:hAnsi="Malgun Gothic" w:eastAsia="Malgun Gothic"/>
                <w:b w:val="0"/>
                <w:sz w:val="14"/>
              </w:rPr>
              <w:t>outputs[1]</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/mnt/data/v173_src/research_continuity/02_asis_same_method_reproduction/runs/20260707_074844/actual_same_method_reproduced_stress_index_v153.csv</w:t>
            </w:r>
          </w:p>
        </w:tc>
      </w:tr>
      <w:tr>
        <w:trPr>
          <w:cantSplit/>
        </w:trPr>
        <w:tc>
          <w:tcPr>
            <w:tcW w:type="dxa" w:w="4933"/>
            <w:vAlign w:val="center"/>
          </w:tcPr>
          <w:p>
            <w:r/>
            <w:r>
              <w:rPr>
                <w:rFonts w:ascii="Malgun Gothic" w:hAnsi="Malgun Gothic" w:eastAsia="Malgun Gothic"/>
                <w:b w:val="0"/>
                <w:sz w:val="14"/>
              </w:rPr>
              <w:t>outputs[2]</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/mnt/data/v173_src/research_continuity/02_asis_same_method_reproduction/latest_actual_same_method_reproduced_stress_index_v153.csv</w:t>
            </w:r>
          </w:p>
        </w:tc>
      </w:tr>
      <w:tr>
        <w:trPr>
          <w:cantSplit/>
        </w:trPr>
        <w:tc>
          <w:tcPr>
            <w:tcW w:type="dxa" w:w="4933"/>
            <w:vAlign w:val="center"/>
          </w:tcPr>
          <w:p>
            <w:r/>
            <w:r>
              <w:rPr>
                <w:rFonts w:ascii="Malgun Gothic" w:hAnsi="Malgun Gothic" w:eastAsia="Malgun Gothic"/>
                <w:b w:val="0"/>
                <w:sz w:val="14"/>
              </w:rPr>
              <w:t>outputs[3]</w:t>
            </w:r>
          </w:p>
        </w:tc>
        <w:tc>
          <w:tcPr>
            <w:tcW w:type="dxa" w:w="4933"/>
            <w:vAlign w:val="center"/>
          </w:tcPr>
          <w:p>
            <w:r/>
            <w:r>
              <w:rPr>
                <w:rFonts w:ascii="Malgun Gothic" w:hAnsi="Malgun Gothic" w:eastAsia="Malgun Gothic"/>
                <w:b w:val="0"/>
                <w:sz w:val="14"/>
              </w:rPr>
              <w:t>/mnt/data/v173_src/research_continuity/02_asis_same_method_reproduction/actual_same_method_reproduced_stress_index_v150.csv</w:t>
            </w:r>
          </w:p>
        </w:tc>
      </w:tr>
      <w:tr>
        <w:trPr>
          <w:cantSplit/>
        </w:trPr>
        <w:tc>
          <w:tcPr>
            <w:tcW w:type="dxa" w:w="4933"/>
            <w:vAlign w:val="center"/>
          </w:tcPr>
          <w:p>
            <w:r/>
            <w:r>
              <w:rPr>
                <w:rFonts w:ascii="Malgun Gothic" w:hAnsi="Malgun Gothic" w:eastAsia="Malgun Gothic"/>
                <w:b w:val="0"/>
                <w:sz w:val="14"/>
              </w:rPr>
              <w:t>outputs[4]</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/mnt/data/v173_src/research_continuity/02_asis_same_method_reproduction/runs/20260707_074844/actual_same_method_normalization_candidate_params_v153.json</w:t>
            </w:r>
          </w:p>
        </w:tc>
      </w:tr>
      <w:tr>
        <w:trPr>
          <w:cantSplit/>
        </w:trPr>
        <w:tc>
          <w:tcPr>
            <w:tcW w:type="dxa" w:w="4933"/>
            <w:vAlign w:val="center"/>
          </w:tcPr>
          <w:p>
            <w:r/>
            <w:r>
              <w:rPr>
                <w:rFonts w:ascii="Malgun Gothic" w:hAnsi="Malgun Gothic" w:eastAsia="Malgun Gothic"/>
                <w:b w:val="0"/>
                <w:sz w:val="14"/>
              </w:rPr>
              <w:t>outputs[5]</w:t>
            </w:r>
          </w:p>
        </w:tc>
        <w:tc>
          <w:tcPr>
            <w:tcW w:type="dxa" w:w="4933"/>
            <w:vAlign w:val="center"/>
          </w:tcPr>
          <w:p>
            <w:r/>
            <w:r>
              <w:rPr>
                <w:rFonts w:ascii="Malgun Gothic" w:hAnsi="Malgun Gothic" w:eastAsia="Malgun Gothic"/>
                <w:b w:val="0"/>
                <w:sz w:val="14"/>
              </w:rPr>
              <w:t>/mnt/data/v173_src/research_continuity/02_asis_same_method_reproduction/latest_actual_same_method_normalization_candidate_params_v153.json</w:t>
            </w:r>
          </w:p>
        </w:tc>
      </w:tr>
      <w:tr>
        <w:trPr>
          <w:cantSplit/>
        </w:trPr>
        <w:tc>
          <w:tcPr>
            <w:tcW w:type="dxa" w:w="4933"/>
            <w:vAlign w:val="center"/>
          </w:tcPr>
          <w:p>
            <w:r/>
            <w:r>
              <w:rPr>
                <w:rFonts w:ascii="Malgun Gothic" w:hAnsi="Malgun Gothic" w:eastAsia="Malgun Gothic"/>
                <w:b w:val="0"/>
                <w:sz w:val="14"/>
              </w:rPr>
              <w:t>outputs[6]</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/mnt/data/v173_src/research_continuity/02_asis_same_method_reproduction/runs/20260707_074844/actual_same_method_reproduction_summary_v153.csv</w:t>
            </w:r>
          </w:p>
        </w:tc>
      </w:tr>
      <w:tr>
        <w:trPr>
          <w:cantSplit/>
        </w:trPr>
        <w:tc>
          <w:tcPr>
            <w:tcW w:type="dxa" w:w="4933"/>
            <w:vAlign w:val="center"/>
          </w:tcPr>
          <w:p>
            <w:r/>
            <w:r>
              <w:rPr>
                <w:rFonts w:ascii="Malgun Gothic" w:hAnsi="Malgun Gothic" w:eastAsia="Malgun Gothic"/>
                <w:b w:val="0"/>
                <w:sz w:val="14"/>
              </w:rPr>
              <w:t>outputs[7]</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/mnt/data/v173_src/research_continuity/02_asis_same_method_reproduction/latest_actual_same_method_reproduction_summary_v153.csv</w:t>
            </w:r>
          </w:p>
        </w:tc>
      </w:tr>
      <w:tr>
        <w:trPr>
          <w:cantSplit/>
        </w:trPr>
        <w:tc>
          <w:tcPr>
            <w:tcW w:type="dxa" w:w="4933"/>
            <w:vAlign w:val="center"/>
          </w:tcPr>
          <w:p>
            <w:r/>
            <w:r>
              <w:rPr>
                <w:rFonts w:ascii="Malgun Gothic" w:hAnsi="Malgun Gothic" w:eastAsia="Malgun Gothic"/>
                <w:b w:val="0"/>
                <w:sz w:val="14"/>
              </w:rPr>
              <w:t>outputs[8]</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/mnt/data/v173_src/research_continuity/02_asis_same_method_reproduction/latest_actual_same_method_reproduction_summary_v150.csv</w:t>
            </w:r>
          </w:p>
        </w:tc>
      </w:tr>
      <w:tr>
        <w:trPr>
          <w:cantSplit/>
        </w:trPr>
        <w:tc>
          <w:tcPr>
            <w:tcW w:type="dxa" w:w="4933"/>
            <w:vAlign w:val="center"/>
          </w:tcPr>
          <w:p>
            <w:r/>
            <w:r>
              <w:rPr>
                <w:rFonts w:ascii="Malgun Gothic" w:hAnsi="Malgun Gothic" w:eastAsia="Malgun Gothic"/>
                <w:b w:val="0"/>
                <w:sz w:val="14"/>
              </w:rPr>
              <w:t>outputs[9]</w:t>
            </w:r>
          </w:p>
        </w:tc>
        <w:tc>
          <w:tcPr>
            <w:tcW w:type="dxa" w:w="4933"/>
            <w:vAlign w:val="center"/>
          </w:tcPr>
          <w:p>
            <w:r/>
            <w:r>
              <w:rPr>
                <w:rFonts w:ascii="Malgun Gothic" w:hAnsi="Malgun Gothic" w:eastAsia="Malgun Gothic"/>
                <w:b w:val="0"/>
                <w:sz w:val="14"/>
              </w:rPr>
              <w:t>/mnt/data/v173_src/research_continuity/04_three_stage_comparison/stress_score_formula_audit_v153.csv</w:t>
            </w:r>
          </w:p>
        </w:tc>
      </w:tr>
      <w:tr>
        <w:trPr>
          <w:cantSplit/>
        </w:trPr>
        <w:tc>
          <w:tcPr>
            <w:tcW w:type="dxa" w:w="4933"/>
            <w:vAlign w:val="center"/>
          </w:tcPr>
          <w:p>
            <w:r/>
            <w:r>
              <w:rPr>
                <w:rFonts w:ascii="Malgun Gothic" w:hAnsi="Malgun Gothic" w:eastAsia="Malgun Gothic"/>
                <w:b w:val="0"/>
                <w:sz w:val="14"/>
              </w:rPr>
              <w:t>run_dir</w:t>
            </w:r>
          </w:p>
        </w:tc>
        <w:tc>
          <w:tcPr>
            <w:tcW w:type="dxa" w:w="4933"/>
            <w:vAlign w:val="center"/>
          </w:tcPr>
          <w:p>
            <w:r/>
            <w:r>
              <w:rPr>
                <w:rFonts w:ascii="Malgun Gothic" w:hAnsi="Malgun Gothic" w:eastAsia="Malgun Gothic"/>
                <w:b w:val="0"/>
                <w:sz w:val="14"/>
              </w:rPr>
              <w:t>/mnt/data/v173_src/research_continuity/02_asis_same_method_reproduction/runs/20260707_074844</w:t>
            </w:r>
          </w:p>
        </w:tc>
      </w:tr>
    </w:tbl>
    <w:p/>
    <w:p>
      <w:r>
        <w:t>전체 행 포함</w:t>
      </w:r>
    </w:p>
    <w:p>
      <w:r>
        <w:rPr>
          <w:b/>
        </w:rPr>
        <w:t>산출물 JSON: research_continuity/02_asis_same_method_reproduction/latest_actual_same_method_reproduction_manifest_v152.json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w:t>
            </w:r>
          </w:p>
        </w:tc>
      </w:tr>
      <w:tr>
        <w:trPr>
          <w:cantSplit/>
        </w:trPr>
        <w:tc>
          <w:tcPr>
            <w:tcW w:type="dxa" w:w="4933"/>
            <w:vAlign w:val="center"/>
          </w:tcPr>
          <w:p>
            <w:r/>
            <w:r>
              <w:rPr>
                <w:rFonts w:ascii="Malgun Gothic" w:hAnsi="Malgun Gothic" w:eastAsia="Malgun Gothic"/>
                <w:b w:val="0"/>
                <w:sz w:val="14"/>
              </w:rPr>
              <w:t>source_path</w:t>
            </w:r>
          </w:p>
        </w:tc>
        <w:tc>
          <w:tcPr>
            <w:tcW w:type="dxa" w:w="4933"/>
            <w:vAlign w:val="center"/>
          </w:tcPr>
          <w:p>
            <w:r/>
            <w:r>
              <w:rPr>
                <w:rFonts w:ascii="Malgun Gothic" w:hAnsi="Malgun Gothic" w:eastAsia="Malgun Gothic"/>
                <w:b w:val="0"/>
                <w:sz w:val="14"/>
              </w:rPr>
              <w:t>C:\jupyter_env\datasets0413\04_final\datasets0413_clean.csv</w:t>
            </w:r>
          </w:p>
        </w:tc>
      </w:tr>
      <w:tr>
        <w:trPr>
          <w:cantSplit/>
        </w:trPr>
        <w:tc>
          <w:tcPr>
            <w:tcW w:type="dxa" w:w="4933"/>
            <w:vAlign w:val="center"/>
          </w:tcPr>
          <w:p>
            <w:r/>
            <w:r>
              <w:rPr>
                <w:rFonts w:ascii="Malgun Gothic" w:hAnsi="Malgun Gothic" w:eastAsia="Malgun Gothic"/>
                <w:b w:val="0"/>
                <w:sz w:val="14"/>
              </w:rPr>
              <w:t>source_role</w:t>
            </w:r>
          </w:p>
        </w:tc>
        <w:tc>
          <w:tcPr>
            <w:tcW w:type="dxa" w:w="4933"/>
            <w:vAlign w:val="center"/>
          </w:tcPr>
          <w:p>
            <w:r/>
            <w:r>
              <w:rPr>
                <w:rFonts w:ascii="Malgun Gothic" w:hAnsi="Malgun Gothic" w:eastAsia="Malgun Gothic"/>
                <w:b w:val="0"/>
                <w:sz w:val="14"/>
              </w:rPr>
              <w:t>asis_stress</w:t>
            </w:r>
          </w:p>
        </w:tc>
      </w:tr>
      <w:tr>
        <w:trPr>
          <w:cantSplit/>
        </w:trPr>
        <w:tc>
          <w:tcPr>
            <w:tcW w:type="dxa" w:w="4933"/>
            <w:vAlign w:val="center"/>
          </w:tcPr>
          <w:p>
            <w:r/>
            <w:r>
              <w:rPr>
                <w:rFonts w:ascii="Malgun Gothic" w:hAnsi="Malgun Gothic" w:eastAsia="Malgun Gothic"/>
                <w:b w:val="0"/>
                <w:sz w:val="14"/>
              </w:rPr>
              <w:t>source_label</w:t>
            </w:r>
          </w:p>
        </w:tc>
        <w:tc>
          <w:tcPr>
            <w:tcW w:type="dxa" w:w="4933"/>
            <w:vAlign w:val="center"/>
          </w:tcPr>
          <w:p>
            <w:r/>
            <w:r>
              <w:rPr>
                <w:rFonts w:ascii="Malgun Gothic" w:hAnsi="Malgun Gothic" w:eastAsia="Malgun Gothic"/>
                <w:b w:val="0"/>
                <w:sz w:val="14"/>
              </w:rPr>
              <w:t>AS-IS 0413 Stress Index 결과 CSV</w:t>
            </w:r>
          </w:p>
        </w:tc>
      </w:tr>
      <w:tr>
        <w:trPr>
          <w:cantSplit/>
        </w:trPr>
        <w:tc>
          <w:tcPr>
            <w:tcW w:type="dxa" w:w="4933"/>
            <w:vAlign w:val="center"/>
          </w:tcPr>
          <w:p>
            <w:r/>
            <w:r>
              <w:rPr>
                <w:rFonts w:ascii="Malgun Gothic" w:hAnsi="Malgun Gothic" w:eastAsia="Malgun Gothic"/>
                <w:b w:val="0"/>
                <w:sz w:val="14"/>
              </w:rPr>
              <w:t>source_read_only</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run_dir</w:t>
            </w:r>
          </w:p>
        </w:tc>
        <w:tc>
          <w:tcPr>
            <w:tcW w:type="dxa" w:w="4933"/>
            <w:vAlign w:val="center"/>
          </w:tcPr>
          <w:p>
            <w:r/>
            <w:r>
              <w:rPr>
                <w:rFonts w:ascii="Malgun Gothic" w:hAnsi="Malgun Gothic" w:eastAsia="Malgun Gothic"/>
                <w:b w:val="0"/>
                <w:sz w:val="14"/>
              </w:rPr>
              <w:t>C:\AI\sci_voc_bot\research_continuity\02_asis_same_method_reproduction\runs\20260705_203636</w:t>
            </w:r>
          </w:p>
        </w:tc>
      </w:tr>
      <w:tr>
        <w:trPr>
          <w:cantSplit/>
        </w:trPr>
        <w:tc>
          <w:tcPr>
            <w:tcW w:type="dxa" w:w="4933"/>
            <w:vAlign w:val="center"/>
          </w:tcPr>
          <w:p>
            <w:r/>
            <w:r>
              <w:rPr>
                <w:rFonts w:ascii="Malgun Gothic" w:hAnsi="Malgun Gothic" w:eastAsia="Malgun Gothic"/>
                <w:b w:val="0"/>
                <w:sz w:val="14"/>
              </w:rPr>
              <w:t>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cols</w:t>
            </w:r>
          </w:p>
        </w:tc>
        <w:tc>
          <w:tcPr>
            <w:tcW w:type="dxa" w:w="4933"/>
            <w:vAlign w:val="center"/>
          </w:tcPr>
          <w:p>
            <w:r/>
            <w:r>
              <w:rPr>
                <w:rFonts w:ascii="Malgun Gothic" w:hAnsi="Malgun Gothic" w:eastAsia="Malgun Gothic"/>
                <w:b w:val="0"/>
                <w:sz w:val="14"/>
              </w:rPr>
              <w:t>13</w:t>
            </w:r>
          </w:p>
        </w:tc>
      </w:tr>
      <w:tr>
        <w:trPr>
          <w:cantSplit/>
        </w:trPr>
        <w:tc>
          <w:tcPr>
            <w:tcW w:type="dxa" w:w="4933"/>
            <w:vAlign w:val="center"/>
          </w:tcPr>
          <w:p>
            <w:r/>
            <w:r>
              <w:rPr>
                <w:rFonts w:ascii="Malgun Gothic" w:hAnsi="Malgun Gothic" w:eastAsia="Malgun Gothic"/>
                <w:b w:val="0"/>
                <w:sz w:val="14"/>
              </w:rPr>
              <w:t>key_col</w:t>
            </w:r>
          </w:p>
        </w:tc>
        <w:tc>
          <w:tcPr>
            <w:tcW w:type="dxa" w:w="4933"/>
            <w:vAlign w:val="center"/>
          </w:tcPr>
          <w:p>
            <w:r/>
            <w:r>
              <w:rPr>
                <w:rFonts w:ascii="Malgun Gothic" w:hAnsi="Malgun Gothic" w:eastAsia="Malgun Gothic"/>
                <w:b w:val="0"/>
                <w:sz w:val="14"/>
              </w:rPr>
              <w:t>INDEX_ONLY</w:t>
            </w:r>
          </w:p>
        </w:tc>
      </w:tr>
      <w:tr>
        <w:trPr>
          <w:cantSplit/>
        </w:trPr>
        <w:tc>
          <w:tcPr>
            <w:tcW w:type="dxa" w:w="4933"/>
            <w:vAlign w:val="center"/>
          </w:tcPr>
          <w:p>
            <w:r/>
            <w:r>
              <w:rPr>
                <w:rFonts w:ascii="Malgun Gothic" w:hAnsi="Malgun Gothic" w:eastAsia="Malgun Gothic"/>
                <w:b w:val="0"/>
                <w:sz w:val="14"/>
              </w:rPr>
              <w:t>feature_cols_found[0]</w:t>
            </w:r>
          </w:p>
        </w:tc>
        <w:tc>
          <w:tcPr>
            <w:tcW w:type="dxa" w:w="4933"/>
            <w:vAlign w:val="center"/>
          </w:tcPr>
          <w:p>
            <w:r/>
            <w:r>
              <w:rPr>
                <w:rFonts w:ascii="Malgun Gothic" w:hAnsi="Malgun Gothic" w:eastAsia="Malgun Gothic"/>
                <w:b w:val="0"/>
                <w:sz w:val="14"/>
              </w:rPr>
              <w:t>energy_mean</w:t>
            </w:r>
          </w:p>
        </w:tc>
      </w:tr>
      <w:tr>
        <w:trPr>
          <w:cantSplit/>
        </w:trPr>
        <w:tc>
          <w:tcPr>
            <w:tcW w:type="dxa" w:w="4933"/>
            <w:vAlign w:val="center"/>
          </w:tcPr>
          <w:p>
            <w:r/>
            <w:r>
              <w:rPr>
                <w:rFonts w:ascii="Malgun Gothic" w:hAnsi="Malgun Gothic" w:eastAsia="Malgun Gothic"/>
                <w:b w:val="0"/>
                <w:sz w:val="14"/>
              </w:rPr>
              <w:t>feature_cols_found[1]</w:t>
            </w:r>
          </w:p>
        </w:tc>
        <w:tc>
          <w:tcPr>
            <w:tcW w:type="dxa" w:w="4933"/>
            <w:vAlign w:val="center"/>
          </w:tcPr>
          <w:p>
            <w:r/>
            <w:r>
              <w:rPr>
                <w:rFonts w:ascii="Malgun Gothic" w:hAnsi="Malgun Gothic" w:eastAsia="Malgun Gothic"/>
                <w:b w:val="0"/>
                <w:sz w:val="14"/>
              </w:rPr>
              <w:t>pitch_mean</w:t>
            </w:r>
          </w:p>
        </w:tc>
      </w:tr>
      <w:tr>
        <w:trPr>
          <w:cantSplit/>
        </w:trPr>
        <w:tc>
          <w:tcPr>
            <w:tcW w:type="dxa" w:w="4933"/>
            <w:vAlign w:val="center"/>
          </w:tcPr>
          <w:p>
            <w:r/>
            <w:r>
              <w:rPr>
                <w:rFonts w:ascii="Malgun Gothic" w:hAnsi="Malgun Gothic" w:eastAsia="Malgun Gothic"/>
                <w:b w:val="0"/>
                <w:sz w:val="14"/>
              </w:rPr>
              <w:t>feature_cols_found[2]</w:t>
            </w:r>
          </w:p>
        </w:tc>
        <w:tc>
          <w:tcPr>
            <w:tcW w:type="dxa" w:w="4933"/>
            <w:vAlign w:val="center"/>
          </w:tcPr>
          <w:p>
            <w:r/>
            <w:r>
              <w:rPr>
                <w:rFonts w:ascii="Malgun Gothic" w:hAnsi="Malgun Gothic" w:eastAsia="Malgun Gothic"/>
                <w:b w:val="0"/>
                <w:sz w:val="14"/>
              </w:rPr>
              <w:t>wpm</w:t>
            </w:r>
          </w:p>
        </w:tc>
      </w:tr>
      <w:tr>
        <w:trPr>
          <w:cantSplit/>
        </w:trPr>
        <w:tc>
          <w:tcPr>
            <w:tcW w:type="dxa" w:w="4933"/>
            <w:vAlign w:val="center"/>
          </w:tcPr>
          <w:p>
            <w:r/>
            <w:r>
              <w:rPr>
                <w:rFonts w:ascii="Malgun Gothic" w:hAnsi="Malgun Gothic" w:eastAsia="Malgun Gothic"/>
                <w:b w:val="0"/>
                <w:sz w:val="14"/>
              </w:rPr>
              <w:t>feature_cols_found[3]</w:t>
            </w:r>
          </w:p>
        </w:tc>
        <w:tc>
          <w:tcPr>
            <w:tcW w:type="dxa" w:w="4933"/>
            <w:vAlign w:val="center"/>
          </w:tcPr>
          <w:p>
            <w:r/>
            <w:r>
              <w:rPr>
                <w:rFonts w:ascii="Malgun Gothic" w:hAnsi="Malgun Gothic" w:eastAsia="Malgun Gothic"/>
                <w:b w:val="0"/>
                <w:sz w:val="14"/>
              </w:rPr>
              <w:t>duration_sec</w:t>
            </w:r>
          </w:p>
        </w:tc>
      </w:tr>
      <w:tr>
        <w:trPr>
          <w:cantSplit/>
        </w:trPr>
        <w:tc>
          <w:tcPr>
            <w:tcW w:type="dxa" w:w="4933"/>
            <w:vAlign w:val="center"/>
          </w:tcPr>
          <w:p>
            <w:r/>
            <w:r>
              <w:rPr>
                <w:rFonts w:ascii="Malgun Gothic" w:hAnsi="Malgun Gothic" w:eastAsia="Malgun Gothic"/>
                <w:b w:val="0"/>
                <w:sz w:val="14"/>
              </w:rPr>
              <w:t>stress_col_found</w:t>
            </w:r>
          </w:p>
        </w:tc>
        <w:tc>
          <w:tcPr>
            <w:tcW w:type="dxa" w:w="4933"/>
            <w:vAlign w:val="center"/>
          </w:tcPr>
          <w:p>
            <w:r/>
            <w:r>
              <w:rPr>
                <w:rFonts w:ascii="Malgun Gothic" w:hAnsi="Malgun Gothic" w:eastAsia="Malgun Gothic"/>
                <w:b w:val="0"/>
                <w:sz w:val="14"/>
              </w:rPr>
              <w:t>stress_score</w:t>
            </w:r>
          </w:p>
        </w:tc>
      </w:tr>
      <w:tr>
        <w:trPr>
          <w:cantSplit/>
        </w:trPr>
        <w:tc>
          <w:tcPr>
            <w:tcW w:type="dxa" w:w="4933"/>
            <w:vAlign w:val="center"/>
          </w:tcPr>
          <w:p>
            <w:r/>
            <w:r>
              <w:rPr>
                <w:rFonts w:ascii="Malgun Gothic" w:hAnsi="Malgun Gothic" w:eastAsia="Malgun Gothic"/>
                <w:b w:val="0"/>
                <w:sz w:val="14"/>
              </w:rPr>
              <w:t>original_data_policy</w:t>
            </w:r>
          </w:p>
        </w:tc>
        <w:tc>
          <w:tcPr>
            <w:tcW w:type="dxa" w:w="4933"/>
            <w:vAlign w:val="center"/>
          </w:tcPr>
          <w:p>
            <w:r/>
            <w:r>
              <w:rPr>
                <w:rFonts w:ascii="Malgun Gothic" w:hAnsi="Malgun Gothic" w:eastAsia="Malgun Gothic"/>
                <w:b w:val="0"/>
                <w:sz w:val="14"/>
              </w:rPr>
              <w:t>원본 AS-IS 파일/폴더에는 쓰지 않고, 모든 산출물은 research_continuity/02_asis_same_method_reproduction/runs 아래에만 생성합니다.</w:t>
            </w:r>
          </w:p>
        </w:tc>
      </w:tr>
      <w:tr>
        <w:trPr>
          <w:cantSplit/>
        </w:trPr>
        <w:tc>
          <w:tcPr>
            <w:tcW w:type="dxa" w:w="4933"/>
            <w:vAlign w:val="center"/>
          </w:tcPr>
          <w:p>
            <w:r/>
            <w:r>
              <w:rPr>
                <w:rFonts w:ascii="Malgun Gothic" w:hAnsi="Malgun Gothic" w:eastAsia="Malgun Gothic"/>
                <w:b w:val="0"/>
                <w:sz w:val="14"/>
              </w:rPr>
              <w:t>valid_rows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reproduction_path</w:t>
            </w:r>
          </w:p>
        </w:tc>
        <w:tc>
          <w:tcPr>
            <w:tcW w:type="dxa" w:w="4933"/>
            <w:vAlign w:val="center"/>
          </w:tcPr>
          <w:p>
            <w:r/>
            <w:r>
              <w:rPr>
                <w:rFonts w:ascii="Malgun Gothic" w:hAnsi="Malgun Gothic" w:eastAsia="Malgun Gothic"/>
                <w:b w:val="0"/>
                <w:sz w:val="14"/>
              </w:rPr>
              <w:t>C:\AI\sci_voc_bot\research_continuity\02_asis_same_method_reproduction\runs\20260705_203636\actual_same_method_reproduced_stress_index_v150.csv</w:t>
            </w:r>
          </w:p>
        </w:tc>
      </w:tr>
      <w:tr>
        <w:trPr>
          <w:cantSplit/>
        </w:trPr>
        <w:tc>
          <w:tcPr>
            <w:tcW w:type="dxa" w:w="4933"/>
            <w:vAlign w:val="center"/>
          </w:tcPr>
          <w:p>
            <w:r/>
            <w:r>
              <w:rPr>
                <w:rFonts w:ascii="Malgun Gothic" w:hAnsi="Malgun Gothic" w:eastAsia="Malgun Gothic"/>
                <w:b w:val="0"/>
                <w:sz w:val="14"/>
              </w:rPr>
              <w:t>outputs[0]</w:t>
            </w:r>
          </w:p>
        </w:tc>
        <w:tc>
          <w:tcPr>
            <w:tcW w:type="dxa" w:w="4933"/>
            <w:vAlign w:val="center"/>
          </w:tcPr>
          <w:p>
            <w:r/>
            <w:r>
              <w:rPr>
                <w:rFonts w:ascii="Malgun Gothic" w:hAnsi="Malgun Gothic" w:eastAsia="Malgun Gothic"/>
                <w:b w:val="0"/>
                <w:sz w:val="14"/>
              </w:rPr>
              <w:t>C:\AI\sci_voc_bot\research_continuity\02_asis_same_method_reproduction\runs\20260705_203636\actual_asis_source_schema_v150.csv</w:t>
            </w:r>
          </w:p>
        </w:tc>
      </w:tr>
      <w:tr>
        <w:trPr>
          <w:cantSplit/>
        </w:trPr>
        <w:tc>
          <w:tcPr>
            <w:tcW w:type="dxa" w:w="4933"/>
            <w:vAlign w:val="center"/>
          </w:tcPr>
          <w:p>
            <w:r/>
            <w:r>
              <w:rPr>
                <w:rFonts w:ascii="Malgun Gothic" w:hAnsi="Malgun Gothic" w:eastAsia="Malgun Gothic"/>
                <w:b w:val="0"/>
                <w:sz w:val="14"/>
              </w:rPr>
              <w:t>outputs[1]</w:t>
            </w:r>
          </w:p>
        </w:tc>
        <w:tc>
          <w:tcPr>
            <w:tcW w:type="dxa" w:w="4933"/>
            <w:vAlign w:val="center"/>
          </w:tcPr>
          <w:p>
            <w:r/>
            <w:r>
              <w:rPr>
                <w:rFonts w:ascii="Malgun Gothic" w:hAnsi="Malgun Gothic" w:eastAsia="Malgun Gothic"/>
                <w:b w:val="0"/>
                <w:sz w:val="14"/>
              </w:rPr>
              <w:t>C:\AI\sci_voc_bot\research_continuity\02_asis_same_method_reproduction\runs\20260705_203636\actual_same_method_reproduced_stress_index_v150.csv</w:t>
            </w:r>
          </w:p>
        </w:tc>
      </w:tr>
      <w:tr>
        <w:trPr>
          <w:cantSplit/>
        </w:trPr>
        <w:tc>
          <w:tcPr>
            <w:tcW w:type="dxa" w:w="4933"/>
            <w:vAlign w:val="center"/>
          </w:tcPr>
          <w:p>
            <w:r/>
            <w:r>
              <w:rPr>
                <w:rFonts w:ascii="Malgun Gothic" w:hAnsi="Malgun Gothic" w:eastAsia="Malgun Gothic"/>
                <w:b w:val="0"/>
                <w:sz w:val="14"/>
              </w:rPr>
              <w:t>outputs[2]</w:t>
            </w:r>
          </w:p>
        </w:tc>
        <w:tc>
          <w:tcPr>
            <w:tcW w:type="dxa" w:w="4933"/>
            <w:vAlign w:val="center"/>
          </w:tcPr>
          <w:p>
            <w:r/>
            <w:r>
              <w:rPr>
                <w:rFonts w:ascii="Malgun Gothic" w:hAnsi="Malgun Gothic" w:eastAsia="Malgun Gothic"/>
                <w:b w:val="0"/>
                <w:sz w:val="14"/>
              </w:rPr>
              <w:t>C:\AI\sci_voc_bot\research_continuity\02_asis_same_method_reproduction\runs\20260705_203636\actual_same_method_normalization_params_v150.json</w:t>
            </w:r>
          </w:p>
        </w:tc>
      </w:tr>
      <w:tr>
        <w:trPr>
          <w:cantSplit/>
        </w:trPr>
        <w:tc>
          <w:tcPr>
            <w:tcW w:type="dxa" w:w="4933"/>
            <w:vAlign w:val="center"/>
          </w:tcPr>
          <w:p>
            <w:r/>
            <w:r>
              <w:rPr>
                <w:rFonts w:ascii="Malgun Gothic" w:hAnsi="Malgun Gothic" w:eastAsia="Malgun Gothic"/>
                <w:b w:val="0"/>
                <w:sz w:val="14"/>
              </w:rPr>
              <w:t>outputs[3]</w:t>
            </w:r>
          </w:p>
        </w:tc>
        <w:tc>
          <w:tcPr>
            <w:tcW w:type="dxa" w:w="4933"/>
            <w:vAlign w:val="center"/>
          </w:tcPr>
          <w:p>
            <w:r/>
            <w:r>
              <w:rPr>
                <w:rFonts w:ascii="Malgun Gothic" w:hAnsi="Malgun Gothic" w:eastAsia="Malgun Gothic"/>
                <w:b w:val="0"/>
                <w:sz w:val="14"/>
              </w:rPr>
              <w:t>C:\AI\sci_voc_bot\research_continuity\02_asis_same_method_reproduction\runs\20260705_203636\actual_same_method_reproduction_summary_v150.csv</w:t>
            </w:r>
          </w:p>
        </w:tc>
      </w:tr>
      <w:tr>
        <w:trPr>
          <w:cantSplit/>
        </w:trPr>
        <w:tc>
          <w:tcPr>
            <w:tcW w:type="dxa" w:w="4933"/>
            <w:vAlign w:val="center"/>
          </w:tcPr>
          <w:p>
            <w:r/>
            <w:r>
              <w:rPr>
                <w:rFonts w:ascii="Malgun Gothic" w:hAnsi="Malgun Gothic" w:eastAsia="Malgun Gothic"/>
                <w:b w:val="0"/>
                <w:sz w:val="14"/>
              </w:rPr>
              <w:t>outputs[4]</w:t>
            </w:r>
          </w:p>
        </w:tc>
        <w:tc>
          <w:tcPr>
            <w:tcW w:type="dxa" w:w="4933"/>
            <w:vAlign w:val="center"/>
          </w:tcPr>
          <w:p>
            <w:r/>
            <w:r>
              <w:rPr>
                <w:rFonts w:ascii="Malgun Gothic" w:hAnsi="Malgun Gothic" w:eastAsia="Malgun Gothic"/>
                <w:b w:val="0"/>
                <w:sz w:val="14"/>
              </w:rPr>
              <w:t>C:\AI\sci_voc_bot\research_continuity\02_asis_same_method_reproduction\runs\20260705_203636\actual_same_method_reproduction_manifest_v150.json</w:t>
            </w:r>
          </w:p>
        </w:tc>
      </w:tr>
      <w:tr>
        <w:trPr>
          <w:cantSplit/>
        </w:trPr>
        <w:tc>
          <w:tcPr>
            <w:tcW w:type="dxa" w:w="4933"/>
            <w:vAlign w:val="center"/>
          </w:tcPr>
          <w:p>
            <w:r/>
            <w:r>
              <w:rPr>
                <w:rFonts w:ascii="Malgun Gothic" w:hAnsi="Malgun Gothic" w:eastAsia="Malgun Gothic"/>
                <w:b w:val="0"/>
                <w:sz w:val="14"/>
              </w:rPr>
              <w:t>outputs[5]</w:t>
            </w:r>
          </w:p>
        </w:tc>
        <w:tc>
          <w:tcPr>
            <w:tcW w:type="dxa" w:w="4933"/>
            <w:vAlign w:val="center"/>
          </w:tcPr>
          <w:p>
            <w:r/>
            <w:r>
              <w:rPr>
                <w:rFonts w:ascii="Malgun Gothic" w:hAnsi="Malgun Gothic" w:eastAsia="Malgun Gothic"/>
                <w:b w:val="0"/>
                <w:sz w:val="14"/>
              </w:rPr>
              <w:t>C:\AI\sci_voc_bot\research_continuity\02_asis_same_method_reproduction\latest_actual_same_method_reproduction_manifest_v150.json</w:t>
            </w:r>
          </w:p>
        </w:tc>
      </w:tr>
      <w:tr>
        <w:trPr>
          <w:cantSplit/>
        </w:trPr>
        <w:tc>
          <w:tcPr>
            <w:tcW w:type="dxa" w:w="4933"/>
            <w:vAlign w:val="center"/>
          </w:tcPr>
          <w:p>
            <w:r/>
            <w:r>
              <w:rPr>
                <w:rFonts w:ascii="Malgun Gothic" w:hAnsi="Malgun Gothic" w:eastAsia="Malgun Gothic"/>
                <w:b w:val="0"/>
                <w:sz w:val="14"/>
              </w:rPr>
              <w:t>message</w:t>
            </w:r>
          </w:p>
        </w:tc>
        <w:tc>
          <w:tcPr>
            <w:tcW w:type="dxa" w:w="4933"/>
            <w:vAlign w:val="center"/>
          </w:tcPr>
          <w:p>
            <w:r/>
            <w:r>
              <w:rPr>
                <w:rFonts w:ascii="Malgun Gothic" w:hAnsi="Malgun Gothic" w:eastAsia="Malgun Gothic"/>
                <w:b w:val="0"/>
                <w:sz w:val="14"/>
              </w:rPr>
              <w:t>ENV/등록 경로의 실제 AS-IS 데이터를 읽기 전용으로 사용해 재현 폴더에 동일방법 산출물을 생성했습니다.</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v152_guarded_actual_reproduction</w:t>
            </w:r>
          </w:p>
        </w:tc>
      </w:tr>
      <w:tr>
        <w:trPr>
          <w:cantSplit/>
        </w:trPr>
        <w:tc>
          <w:tcPr>
            <w:tcW w:type="dxa" w:w="4933"/>
            <w:vAlign w:val="center"/>
          </w:tcPr>
          <w:p>
            <w:r/>
            <w:r>
              <w:rPr>
                <w:rFonts w:ascii="Malgun Gothic" w:hAnsi="Malgun Gothic" w:eastAsia="Malgun Gothic"/>
                <w:b w:val="0"/>
                <w:sz w:val="14"/>
              </w:rPr>
              <w:t>synthetic_guard</w:t>
            </w:r>
          </w:p>
        </w:tc>
        <w:tc>
          <w:tcPr>
            <w:tcW w:type="dxa" w:w="4933"/>
            <w:vAlign w:val="center"/>
          </w:tcPr>
          <w:p>
            <w:r/>
            <w:r>
              <w:rPr>
                <w:rFonts w:ascii="Malgun Gothic" w:hAnsi="Malgun Gothic" w:eastAsia="Malgun Gothic"/>
                <w:b w:val="0"/>
                <w:sz w:val="14"/>
              </w:rPr>
              <w:t>PASS</w:t>
            </w:r>
          </w:p>
        </w:tc>
      </w:tr>
      <w:tr>
        <w:trPr>
          <w:cantSplit/>
        </w:trPr>
        <w:tc>
          <w:tcPr>
            <w:tcW w:type="dxa" w:w="4933"/>
            <w:vAlign w:val="center"/>
          </w:tcPr>
          <w:p>
            <w:r/>
            <w:r>
              <w:rPr>
                <w:rFonts w:ascii="Malgun Gothic" w:hAnsi="Malgun Gothic" w:eastAsia="Malgun Gothic"/>
                <w:b w:val="0"/>
                <w:sz w:val="14"/>
              </w:rPr>
              <w:t>min_asis_rows</w:t>
            </w:r>
          </w:p>
        </w:tc>
        <w:tc>
          <w:tcPr>
            <w:tcW w:type="dxa" w:w="4933"/>
            <w:vAlign w:val="center"/>
          </w:tcPr>
          <w:p>
            <w:r/>
            <w:r>
              <w:rPr>
                <w:rFonts w:ascii="Malgun Gothic" w:hAnsi="Malgun Gothic" w:eastAsia="Malgun Gothic"/>
                <w:b w:val="0"/>
                <w:sz w:val="14"/>
              </w:rPr>
              <w:t>500</w:t>
            </w:r>
          </w:p>
        </w:tc>
      </w:tr>
    </w:tbl>
    <w:p/>
    <w:p>
      <w:r>
        <w:t>전체 행 포함</w:t>
      </w:r>
    </w:p>
    <w:p>
      <w:r>
        <w:rPr>
          <w:b/>
        </w:rPr>
        <w:t>산출물 JSON: research_continuity/02_asis_same_method_reproduction/latest_actual_same_method_reproduction_manifest_v153.json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source_path</w:t>
            </w:r>
          </w:p>
        </w:tc>
        <w:tc>
          <w:tcPr>
            <w:tcW w:type="dxa" w:w="4933"/>
            <w:vAlign w:val="center"/>
          </w:tcPr>
          <w:p>
            <w:r/>
            <w:r>
              <w:rPr>
                <w:rFonts w:ascii="Malgun Gothic" w:hAnsi="Malgun Gothic" w:eastAsia="Malgun Gothic"/>
                <w:b w:val="0"/>
                <w:sz w:val="14"/>
              </w:rPr>
              <w:t>/mnt/data/v173_src/resources/asis/0413_final_locked/datasets0413_clean.csv</w:t>
            </w:r>
          </w:p>
        </w:tc>
      </w:tr>
      <w:tr>
        <w:trPr>
          <w:cantSplit/>
        </w:trPr>
        <w:tc>
          <w:tcPr>
            <w:tcW w:type="dxa" w:w="4933"/>
            <w:vAlign w:val="center"/>
          </w:tcPr>
          <w:p>
            <w:r/>
            <w:r>
              <w:rPr>
                <w:rFonts w:ascii="Malgun Gothic" w:hAnsi="Malgun Gothic" w:eastAsia="Malgun Gothic"/>
                <w:b w:val="0"/>
                <w:sz w:val="14"/>
              </w:rPr>
              <w:t>source_role</w:t>
            </w:r>
          </w:p>
        </w:tc>
        <w:tc>
          <w:tcPr>
            <w:tcW w:type="dxa" w:w="4933"/>
            <w:vAlign w:val="center"/>
          </w:tcPr>
          <w:p>
            <w:r/>
            <w:r>
              <w:rPr>
                <w:rFonts w:ascii="Malgun Gothic" w:hAnsi="Malgun Gothic" w:eastAsia="Malgun Gothic"/>
                <w:b w:val="0"/>
                <w:sz w:val="14"/>
              </w:rPr>
              <w:t>asis_stress</w:t>
            </w:r>
          </w:p>
        </w:tc>
      </w:tr>
      <w:tr>
        <w:trPr>
          <w:cantSplit/>
        </w:trPr>
        <w:tc>
          <w:tcPr>
            <w:tcW w:type="dxa" w:w="4933"/>
            <w:vAlign w:val="center"/>
          </w:tcPr>
          <w:p>
            <w:r/>
            <w:r>
              <w:rPr>
                <w:rFonts w:ascii="Malgun Gothic" w:hAnsi="Malgun Gothic" w:eastAsia="Malgun Gothic"/>
                <w:b w:val="0"/>
                <w:sz w:val="14"/>
              </w:rPr>
              <w:t>source_label</w:t>
            </w:r>
          </w:p>
        </w:tc>
        <w:tc>
          <w:tcPr>
            <w:tcW w:type="dxa" w:w="4933"/>
            <w:vAlign w:val="center"/>
          </w:tcPr>
          <w:p>
            <w:r/>
            <w:r>
              <w:rPr>
                <w:rFonts w:ascii="Malgun Gothic" w:hAnsi="Malgun Gothic" w:eastAsia="Malgun Gothic"/>
                <w:b w:val="0"/>
                <w:sz w:val="14"/>
              </w:rPr>
              <w:t>AS-IS 0413 Stress Index 결과 CSV</w:t>
            </w:r>
          </w:p>
        </w:tc>
      </w:tr>
      <w:tr>
        <w:trPr>
          <w:cantSplit/>
        </w:trPr>
        <w:tc>
          <w:tcPr>
            <w:tcW w:type="dxa" w:w="4933"/>
            <w:vAlign w:val="center"/>
          </w:tcPr>
          <w:p>
            <w:r/>
            <w:r>
              <w:rPr>
                <w:rFonts w:ascii="Malgun Gothic" w:hAnsi="Malgun Gothic" w:eastAsia="Malgun Gothic"/>
                <w:b w:val="0"/>
                <w:sz w:val="14"/>
              </w:rPr>
              <w:t>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cols</w:t>
            </w:r>
          </w:p>
        </w:tc>
        <w:tc>
          <w:tcPr>
            <w:tcW w:type="dxa" w:w="4933"/>
            <w:vAlign w:val="center"/>
          </w:tcPr>
          <w:p>
            <w:r/>
            <w:r>
              <w:rPr>
                <w:rFonts w:ascii="Malgun Gothic" w:hAnsi="Malgun Gothic" w:eastAsia="Malgun Gothic"/>
                <w:b w:val="0"/>
                <w:sz w:val="14"/>
              </w:rPr>
              <w:t>13</w:t>
            </w:r>
          </w:p>
        </w:tc>
      </w:tr>
      <w:tr>
        <w:trPr>
          <w:cantSplit/>
        </w:trPr>
        <w:tc>
          <w:tcPr>
            <w:tcW w:type="dxa" w:w="4933"/>
            <w:vAlign w:val="center"/>
          </w:tcPr>
          <w:p>
            <w:r/>
            <w:r>
              <w:rPr>
                <w:rFonts w:ascii="Malgun Gothic" w:hAnsi="Malgun Gothic" w:eastAsia="Malgun Gothic"/>
                <w:b w:val="0"/>
                <w:sz w:val="14"/>
              </w:rPr>
              <w:t>key_col</w:t>
            </w:r>
          </w:p>
        </w:tc>
        <w:tc>
          <w:tcPr>
            <w:tcW w:type="dxa" w:w="4933"/>
            <w:vAlign w:val="center"/>
          </w:tcPr>
          <w:p>
            <w:r/>
            <w:r>
              <w:rPr>
                <w:rFonts w:ascii="Malgun Gothic" w:hAnsi="Malgun Gothic" w:eastAsia="Malgun Gothic"/>
                <w:b w:val="0"/>
                <w:sz w:val="14"/>
              </w:rPr>
              <w:t>INDEX_ONLY</w:t>
            </w:r>
          </w:p>
        </w:tc>
      </w:tr>
      <w:tr>
        <w:trPr>
          <w:cantSplit/>
        </w:trPr>
        <w:tc>
          <w:tcPr>
            <w:tcW w:type="dxa" w:w="4933"/>
            <w:vAlign w:val="center"/>
          </w:tcPr>
          <w:p>
            <w:r/>
            <w:r>
              <w:rPr>
                <w:rFonts w:ascii="Malgun Gothic" w:hAnsi="Malgun Gothic" w:eastAsia="Malgun Gothic"/>
                <w:b w:val="0"/>
                <w:sz w:val="14"/>
              </w:rPr>
              <w:t>feature_cols_found[0]</w:t>
            </w:r>
          </w:p>
        </w:tc>
        <w:tc>
          <w:tcPr>
            <w:tcW w:type="dxa" w:w="4933"/>
            <w:vAlign w:val="center"/>
          </w:tcPr>
          <w:p>
            <w:r/>
            <w:r>
              <w:rPr>
                <w:rFonts w:ascii="Malgun Gothic" w:hAnsi="Malgun Gothic" w:eastAsia="Malgun Gothic"/>
                <w:b w:val="0"/>
                <w:sz w:val="14"/>
              </w:rPr>
              <w:t>energy_mean</w:t>
            </w:r>
          </w:p>
        </w:tc>
      </w:tr>
      <w:tr>
        <w:trPr>
          <w:cantSplit/>
        </w:trPr>
        <w:tc>
          <w:tcPr>
            <w:tcW w:type="dxa" w:w="4933"/>
            <w:vAlign w:val="center"/>
          </w:tcPr>
          <w:p>
            <w:r/>
            <w:r>
              <w:rPr>
                <w:rFonts w:ascii="Malgun Gothic" w:hAnsi="Malgun Gothic" w:eastAsia="Malgun Gothic"/>
                <w:b w:val="0"/>
                <w:sz w:val="14"/>
              </w:rPr>
              <w:t>feature_cols_found[1]</w:t>
            </w:r>
          </w:p>
        </w:tc>
        <w:tc>
          <w:tcPr>
            <w:tcW w:type="dxa" w:w="4933"/>
            <w:vAlign w:val="center"/>
          </w:tcPr>
          <w:p>
            <w:r/>
            <w:r>
              <w:rPr>
                <w:rFonts w:ascii="Malgun Gothic" w:hAnsi="Malgun Gothic" w:eastAsia="Malgun Gothic"/>
                <w:b w:val="0"/>
                <w:sz w:val="14"/>
              </w:rPr>
              <w:t>pitch_mean</w:t>
            </w:r>
          </w:p>
        </w:tc>
      </w:tr>
      <w:tr>
        <w:trPr>
          <w:cantSplit/>
        </w:trPr>
        <w:tc>
          <w:tcPr>
            <w:tcW w:type="dxa" w:w="4933"/>
            <w:vAlign w:val="center"/>
          </w:tcPr>
          <w:p>
            <w:r/>
            <w:r>
              <w:rPr>
                <w:rFonts w:ascii="Malgun Gothic" w:hAnsi="Malgun Gothic" w:eastAsia="Malgun Gothic"/>
                <w:b w:val="0"/>
                <w:sz w:val="14"/>
              </w:rPr>
              <w:t>feature_cols_found[2]</w:t>
            </w:r>
          </w:p>
        </w:tc>
        <w:tc>
          <w:tcPr>
            <w:tcW w:type="dxa" w:w="4933"/>
            <w:vAlign w:val="center"/>
          </w:tcPr>
          <w:p>
            <w:r/>
            <w:r>
              <w:rPr>
                <w:rFonts w:ascii="Malgun Gothic" w:hAnsi="Malgun Gothic" w:eastAsia="Malgun Gothic"/>
                <w:b w:val="0"/>
                <w:sz w:val="14"/>
              </w:rPr>
              <w:t>wpm</w:t>
            </w:r>
          </w:p>
        </w:tc>
      </w:tr>
      <w:tr>
        <w:trPr>
          <w:cantSplit/>
        </w:trPr>
        <w:tc>
          <w:tcPr>
            <w:tcW w:type="dxa" w:w="4933"/>
            <w:vAlign w:val="center"/>
          </w:tcPr>
          <w:p>
            <w:r/>
            <w:r>
              <w:rPr>
                <w:rFonts w:ascii="Malgun Gothic" w:hAnsi="Malgun Gothic" w:eastAsia="Malgun Gothic"/>
                <w:b w:val="0"/>
                <w:sz w:val="14"/>
              </w:rPr>
              <w:t>feature_cols_found[3]</w:t>
            </w:r>
          </w:p>
        </w:tc>
        <w:tc>
          <w:tcPr>
            <w:tcW w:type="dxa" w:w="4933"/>
            <w:vAlign w:val="center"/>
          </w:tcPr>
          <w:p>
            <w:r/>
            <w:r>
              <w:rPr>
                <w:rFonts w:ascii="Malgun Gothic" w:hAnsi="Malgun Gothic" w:eastAsia="Malgun Gothic"/>
                <w:b w:val="0"/>
                <w:sz w:val="14"/>
              </w:rPr>
              <w:t>duration_sec</w:t>
            </w:r>
          </w:p>
        </w:tc>
      </w:tr>
      <w:tr>
        <w:trPr>
          <w:cantSplit/>
        </w:trPr>
        <w:tc>
          <w:tcPr>
            <w:tcW w:type="dxa" w:w="4933"/>
            <w:vAlign w:val="center"/>
          </w:tcPr>
          <w:p>
            <w:r/>
            <w:r>
              <w:rPr>
                <w:rFonts w:ascii="Malgun Gothic" w:hAnsi="Malgun Gothic" w:eastAsia="Malgun Gothic"/>
                <w:b w:val="0"/>
                <w:sz w:val="14"/>
              </w:rPr>
              <w:t>stress_col_found</w:t>
            </w:r>
          </w:p>
        </w:tc>
        <w:tc>
          <w:tcPr>
            <w:tcW w:type="dxa" w:w="4933"/>
            <w:vAlign w:val="center"/>
          </w:tcPr>
          <w:p>
            <w:r/>
            <w:r>
              <w:rPr>
                <w:rFonts w:ascii="Malgun Gothic" w:hAnsi="Malgun Gothic" w:eastAsia="Malgun Gothic"/>
                <w:b w:val="0"/>
                <w:sz w:val="14"/>
              </w:rPr>
              <w:t>stress_score</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v153_reference_locked_actual_reproduction</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DONE_WITH_FORMULA_AUDIT_REVIEW</w:t>
            </w:r>
          </w:p>
        </w:tc>
      </w:tr>
      <w:tr>
        <w:trPr>
          <w:cantSplit/>
        </w:trPr>
        <w:tc>
          <w:tcPr>
            <w:tcW w:type="dxa" w:w="4933"/>
            <w:vAlign w:val="center"/>
          </w:tcPr>
          <w:p>
            <w:r/>
            <w:r>
              <w:rPr>
                <w:rFonts w:ascii="Malgun Gothic" w:hAnsi="Malgun Gothic" w:eastAsia="Malgun Gothic"/>
                <w:b w:val="0"/>
                <w:sz w:val="14"/>
              </w:rPr>
              <w:t>valid_rows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reproduction_mode</w:t>
            </w:r>
          </w:p>
        </w:tc>
        <w:tc>
          <w:tcPr>
            <w:tcW w:type="dxa" w:w="4933"/>
            <w:vAlign w:val="center"/>
          </w:tcPr>
          <w:p>
            <w:r/>
            <w:r>
              <w:rPr>
                <w:rFonts w:ascii="Malgun Gothic" w:hAnsi="Malgun Gothic" w:eastAsia="Malgun Gothic"/>
                <w:b w:val="0"/>
                <w:sz w:val="14"/>
              </w:rPr>
              <w:t>REFERENCE_LOCKED_ASIS_STRESS_SCORE_WITH_FORMULA_AUDIT</w:t>
            </w:r>
          </w:p>
        </w:tc>
      </w:tr>
      <w:tr>
        <w:trPr>
          <w:cantSplit/>
        </w:trPr>
        <w:tc>
          <w:tcPr>
            <w:tcW w:type="dxa" w:w="4933"/>
            <w:vAlign w:val="center"/>
          </w:tcPr>
          <w:p>
            <w:r/>
            <w:r>
              <w:rPr>
                <w:rFonts w:ascii="Malgun Gothic" w:hAnsi="Malgun Gothic" w:eastAsia="Malgun Gothic"/>
                <w:b w:val="0"/>
                <w:sz w:val="14"/>
              </w:rPr>
              <w:t>stress_score_policy</w:t>
            </w:r>
          </w:p>
        </w:tc>
        <w:tc>
          <w:tcPr>
            <w:tcW w:type="dxa" w:w="4933"/>
            <w:vAlign w:val="center"/>
          </w:tcPr>
          <w:p>
            <w:r/>
            <w:r>
              <w:rPr>
                <w:rFonts w:ascii="Malgun Gothic" w:hAnsi="Malgun Gothic" w:eastAsia="Malgun Gothic"/>
                <w:b w:val="0"/>
                <w:sz w:val="14"/>
              </w:rPr>
              <w:t>reference_locked</w:t>
            </w:r>
          </w:p>
        </w:tc>
      </w:tr>
      <w:tr>
        <w:trPr>
          <w:cantSplit/>
        </w:trPr>
        <w:tc>
          <w:tcPr>
            <w:tcW w:type="dxa" w:w="4933"/>
            <w:vAlign w:val="center"/>
          </w:tcPr>
          <w:p>
            <w:r/>
            <w:r>
              <w:rPr>
                <w:rFonts w:ascii="Malgun Gothic" w:hAnsi="Malgun Gothic" w:eastAsia="Malgun Gothic"/>
                <w:b w:val="0"/>
                <w:sz w:val="14"/>
              </w:rPr>
              <w:t>formula_audit_decision</w:t>
            </w:r>
          </w:p>
        </w:tc>
        <w:tc>
          <w:tcPr>
            <w:tcW w:type="dxa" w:w="4933"/>
            <w:vAlign w:val="center"/>
          </w:tcPr>
          <w:p>
            <w:r/>
            <w:r>
              <w:rPr>
                <w:rFonts w:ascii="Malgun Gothic" w:hAnsi="Malgun Gothic" w:eastAsia="Malgun Gothic"/>
                <w:b w:val="0"/>
                <w:sz w:val="14"/>
              </w:rPr>
              <w:t>REVIEW_0413_NORMALIZATION_PARAMS_REQUIRED</w:t>
            </w:r>
          </w:p>
        </w:tc>
      </w:tr>
      <w:tr>
        <w:trPr>
          <w:cantSplit/>
        </w:trPr>
        <w:tc>
          <w:tcPr>
            <w:tcW w:type="dxa" w:w="4933"/>
            <w:vAlign w:val="center"/>
          </w:tcPr>
          <w:p>
            <w:r/>
            <w:r>
              <w:rPr>
                <w:rFonts w:ascii="Malgun Gothic" w:hAnsi="Malgun Gothic" w:eastAsia="Malgun Gothic"/>
                <w:b w:val="0"/>
                <w:sz w:val="14"/>
              </w:rPr>
              <w:t>message</w:t>
            </w:r>
          </w:p>
        </w:tc>
        <w:tc>
          <w:tcPr>
            <w:tcW w:type="dxa" w:w="4933"/>
            <w:vAlign w:val="center"/>
          </w:tcPr>
          <w:p>
            <w:r/>
            <w:r>
              <w:rPr>
                <w:rFonts w:ascii="Malgun Gothic" w:hAnsi="Malgun Gothic" w:eastAsia="Malgun Gothic"/>
                <w:b w:val="0"/>
                <w:sz w:val="14"/>
              </w:rPr>
              <w:t>실제 AS-IS 데이터 기반 재현 산출물을 만들었습니다. stress_score는 reference lock으로 보호하고, 추정 산식 차이는 감사표로 분리했습니다.</w:t>
            </w:r>
          </w:p>
        </w:tc>
      </w:tr>
      <w:tr>
        <w:trPr>
          <w:cantSplit/>
        </w:trPr>
        <w:tc>
          <w:tcPr>
            <w:tcW w:type="dxa" w:w="4933"/>
            <w:vAlign w:val="center"/>
          </w:tcPr>
          <w:p>
            <w:r/>
            <w:r>
              <w:rPr>
                <w:rFonts w:ascii="Malgun Gothic" w:hAnsi="Malgun Gothic" w:eastAsia="Malgun Gothic"/>
                <w:b w:val="0"/>
                <w:sz w:val="14"/>
              </w:rPr>
              <w:t>outputs[0]</w:t>
            </w:r>
          </w:p>
        </w:tc>
        <w:tc>
          <w:tcPr>
            <w:tcW w:type="dxa" w:w="4933"/>
            <w:vAlign w:val="center"/>
          </w:tcPr>
          <w:p>
            <w:r/>
            <w:r>
              <w:rPr>
                <w:rFonts w:ascii="Malgun Gothic" w:hAnsi="Malgun Gothic" w:eastAsia="Malgun Gothic"/>
                <w:b w:val="0"/>
                <w:sz w:val="14"/>
              </w:rPr>
              <w:t>/mnt/data/v173_src/research_continuity/02_asis_same_method_reproduction/actual_asis_source_schema_v153.csv</w:t>
            </w:r>
          </w:p>
        </w:tc>
      </w:tr>
      <w:tr>
        <w:trPr>
          <w:cantSplit/>
        </w:trPr>
        <w:tc>
          <w:tcPr>
            <w:tcW w:type="dxa" w:w="4933"/>
            <w:vAlign w:val="center"/>
          </w:tcPr>
          <w:p>
            <w:r/>
            <w:r>
              <w:rPr>
                <w:rFonts w:ascii="Malgun Gothic" w:hAnsi="Malgun Gothic" w:eastAsia="Malgun Gothic"/>
                <w:b w:val="0"/>
                <w:sz w:val="14"/>
              </w:rPr>
              <w:t>outputs[1]</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/mnt/data/v173_src/research_continuity/02_asis_same_method_reproduction/runs/20260707_074844/actual_same_method_reproduced_stress_index_v153.csv</w:t>
            </w:r>
          </w:p>
        </w:tc>
      </w:tr>
      <w:tr>
        <w:trPr>
          <w:cantSplit/>
        </w:trPr>
        <w:tc>
          <w:tcPr>
            <w:tcW w:type="dxa" w:w="4933"/>
            <w:vAlign w:val="center"/>
          </w:tcPr>
          <w:p>
            <w:r/>
            <w:r>
              <w:rPr>
                <w:rFonts w:ascii="Malgun Gothic" w:hAnsi="Malgun Gothic" w:eastAsia="Malgun Gothic"/>
                <w:b w:val="0"/>
                <w:sz w:val="14"/>
              </w:rPr>
              <w:t>outputs[2]</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/mnt/data/v173_src/research_continuity/02_asis_same_method_reproduction/latest_actual_same_method_reproduced_stress_index_v153.csv</w:t>
            </w:r>
          </w:p>
        </w:tc>
      </w:tr>
      <w:tr>
        <w:trPr>
          <w:cantSplit/>
        </w:trPr>
        <w:tc>
          <w:tcPr>
            <w:tcW w:type="dxa" w:w="4933"/>
            <w:vAlign w:val="center"/>
          </w:tcPr>
          <w:p>
            <w:r/>
            <w:r>
              <w:rPr>
                <w:rFonts w:ascii="Malgun Gothic" w:hAnsi="Malgun Gothic" w:eastAsia="Malgun Gothic"/>
                <w:b w:val="0"/>
                <w:sz w:val="14"/>
              </w:rPr>
              <w:t>outputs[3]</w:t>
            </w:r>
          </w:p>
        </w:tc>
        <w:tc>
          <w:tcPr>
            <w:tcW w:type="dxa" w:w="4933"/>
            <w:vAlign w:val="center"/>
          </w:tcPr>
          <w:p>
            <w:r/>
            <w:r>
              <w:rPr>
                <w:rFonts w:ascii="Malgun Gothic" w:hAnsi="Malgun Gothic" w:eastAsia="Malgun Gothic"/>
                <w:b w:val="0"/>
                <w:sz w:val="14"/>
              </w:rPr>
              <w:t>/mnt/data/v173_src/research_continuity/02_asis_same_method_reproduction/actual_same_method_reproduced_stress_index_v150.csv</w:t>
            </w:r>
          </w:p>
        </w:tc>
      </w:tr>
      <w:tr>
        <w:trPr>
          <w:cantSplit/>
        </w:trPr>
        <w:tc>
          <w:tcPr>
            <w:tcW w:type="dxa" w:w="4933"/>
            <w:vAlign w:val="center"/>
          </w:tcPr>
          <w:p>
            <w:r/>
            <w:r>
              <w:rPr>
                <w:rFonts w:ascii="Malgun Gothic" w:hAnsi="Malgun Gothic" w:eastAsia="Malgun Gothic"/>
                <w:b w:val="0"/>
                <w:sz w:val="14"/>
              </w:rPr>
              <w:t>outputs[4]</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/mnt/data/v173_src/research_continuity/02_asis_same_method_reproduction/runs/20260707_074844/actual_same_method_normalization_candidate_params_v153.json</w:t>
            </w:r>
          </w:p>
        </w:tc>
      </w:tr>
      <w:tr>
        <w:trPr>
          <w:cantSplit/>
        </w:trPr>
        <w:tc>
          <w:tcPr>
            <w:tcW w:type="dxa" w:w="4933"/>
            <w:vAlign w:val="center"/>
          </w:tcPr>
          <w:p>
            <w:r/>
            <w:r>
              <w:rPr>
                <w:rFonts w:ascii="Malgun Gothic" w:hAnsi="Malgun Gothic" w:eastAsia="Malgun Gothic"/>
                <w:b w:val="0"/>
                <w:sz w:val="14"/>
              </w:rPr>
              <w:t>outputs[5]</w:t>
            </w:r>
          </w:p>
        </w:tc>
        <w:tc>
          <w:tcPr>
            <w:tcW w:type="dxa" w:w="4933"/>
            <w:vAlign w:val="center"/>
          </w:tcPr>
          <w:p>
            <w:r/>
            <w:r>
              <w:rPr>
                <w:rFonts w:ascii="Malgun Gothic" w:hAnsi="Malgun Gothic" w:eastAsia="Malgun Gothic"/>
                <w:b w:val="0"/>
                <w:sz w:val="14"/>
              </w:rPr>
              <w:t>/mnt/data/v173_src/research_continuity/02_asis_same_method_reproduction/latest_actual_same_method_normalization_candidate_params_v153.json</w:t>
            </w:r>
          </w:p>
        </w:tc>
      </w:tr>
      <w:tr>
        <w:trPr>
          <w:cantSplit/>
        </w:trPr>
        <w:tc>
          <w:tcPr>
            <w:tcW w:type="dxa" w:w="4933"/>
            <w:vAlign w:val="center"/>
          </w:tcPr>
          <w:p>
            <w:r/>
            <w:r>
              <w:rPr>
                <w:rFonts w:ascii="Malgun Gothic" w:hAnsi="Malgun Gothic" w:eastAsia="Malgun Gothic"/>
                <w:b w:val="0"/>
                <w:sz w:val="14"/>
              </w:rPr>
              <w:t>outputs[6]</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/mnt/data/v173_src/research_continuity/02_asis_same_method_reproduction/runs/20260707_074844/actual_same_method_reproduction_summary_v153.csv</w:t>
            </w:r>
          </w:p>
        </w:tc>
      </w:tr>
      <w:tr>
        <w:trPr>
          <w:cantSplit/>
        </w:trPr>
        <w:tc>
          <w:tcPr>
            <w:tcW w:type="dxa" w:w="4933"/>
            <w:vAlign w:val="center"/>
          </w:tcPr>
          <w:p>
            <w:r/>
            <w:r>
              <w:rPr>
                <w:rFonts w:ascii="Malgun Gothic" w:hAnsi="Malgun Gothic" w:eastAsia="Malgun Gothic"/>
                <w:b w:val="0"/>
                <w:sz w:val="14"/>
              </w:rPr>
              <w:t>outputs[7]</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/mnt/data/v173_src/research_continuity/02_asis_same_method_reproduction/latest_actual_same_method_reproduction_summary_v153.csv</w:t>
            </w:r>
          </w:p>
        </w:tc>
      </w:tr>
      <w:tr>
        <w:trPr>
          <w:cantSplit/>
        </w:trPr>
        <w:tc>
          <w:tcPr>
            <w:tcW w:type="dxa" w:w="4933"/>
            <w:vAlign w:val="center"/>
          </w:tcPr>
          <w:p>
            <w:r/>
            <w:r>
              <w:rPr>
                <w:rFonts w:ascii="Malgun Gothic" w:hAnsi="Malgun Gothic" w:eastAsia="Malgun Gothic"/>
                <w:b w:val="0"/>
                <w:sz w:val="14"/>
              </w:rPr>
              <w:t>outputs[8]</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/mnt/data/v173_src/research_continuity/02_asis_same_method_reproduction/latest_actual_same_method_reproduction_summary_v150.csv</w:t>
            </w:r>
          </w:p>
        </w:tc>
      </w:tr>
      <w:tr>
        <w:trPr>
          <w:cantSplit/>
        </w:trPr>
        <w:tc>
          <w:tcPr>
            <w:tcW w:type="dxa" w:w="4933"/>
            <w:vAlign w:val="center"/>
          </w:tcPr>
          <w:p>
            <w:r/>
            <w:r>
              <w:rPr>
                <w:rFonts w:ascii="Malgun Gothic" w:hAnsi="Malgun Gothic" w:eastAsia="Malgun Gothic"/>
                <w:b w:val="0"/>
                <w:sz w:val="14"/>
              </w:rPr>
              <w:t>outputs[9]</w:t>
            </w:r>
          </w:p>
        </w:tc>
        <w:tc>
          <w:tcPr>
            <w:tcW w:type="dxa" w:w="4933"/>
            <w:vAlign w:val="center"/>
          </w:tcPr>
          <w:p>
            <w:r/>
            <w:r>
              <w:rPr>
                <w:rFonts w:ascii="Malgun Gothic" w:hAnsi="Malgun Gothic" w:eastAsia="Malgun Gothic"/>
                <w:b w:val="0"/>
                <w:sz w:val="14"/>
              </w:rPr>
              <w:t>/mnt/data/v173_src/research_continuity/04_three_stage_comparison/stress_score_formula_audit_v153.csv</w:t>
            </w:r>
          </w:p>
        </w:tc>
      </w:tr>
      <w:tr>
        <w:trPr>
          <w:cantSplit/>
        </w:trPr>
        <w:tc>
          <w:tcPr>
            <w:tcW w:type="dxa" w:w="4933"/>
            <w:vAlign w:val="center"/>
          </w:tcPr>
          <w:p>
            <w:r/>
            <w:r>
              <w:rPr>
                <w:rFonts w:ascii="Malgun Gothic" w:hAnsi="Malgun Gothic" w:eastAsia="Malgun Gothic"/>
                <w:b w:val="0"/>
                <w:sz w:val="14"/>
              </w:rPr>
              <w:t>run_dir</w:t>
            </w:r>
          </w:p>
        </w:tc>
        <w:tc>
          <w:tcPr>
            <w:tcW w:type="dxa" w:w="4933"/>
            <w:vAlign w:val="center"/>
          </w:tcPr>
          <w:p>
            <w:r/>
            <w:r>
              <w:rPr>
                <w:rFonts w:ascii="Malgun Gothic" w:hAnsi="Malgun Gothic" w:eastAsia="Malgun Gothic"/>
                <w:b w:val="0"/>
                <w:sz w:val="14"/>
              </w:rPr>
              <w:t>/mnt/data/v173_src/research_continuity/02_asis_same_method_reproduction/runs/20260707_074844</w:t>
            </w:r>
          </w:p>
        </w:tc>
      </w:tr>
    </w:tbl>
    <w:p/>
    <w:p>
      <w:r>
        <w:t>전체 행 포함</w:t>
      </w:r>
    </w:p>
    <w:p>
      <w:r>
        <w:rPr>
          <w:b/>
        </w:rPr>
        <w:t>산출물 JSON: research_continuity/02_asis_same_method_reproduction/latest_actual_same_method_reproduction_manifest_v154.json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source_path</w:t>
            </w:r>
          </w:p>
        </w:tc>
        <w:tc>
          <w:tcPr>
            <w:tcW w:type="dxa" w:w="4933"/>
            <w:vAlign w:val="center"/>
          </w:tcPr>
          <w:p>
            <w:r/>
            <w:r>
              <w:rPr>
                <w:rFonts w:ascii="Malgun Gothic" w:hAnsi="Malgun Gothic" w:eastAsia="Malgun Gothic"/>
                <w:b w:val="0"/>
                <w:sz w:val="14"/>
              </w:rPr>
              <w:t>/mnt/data/v173_src/resources/asis/0413_final_locked/datasets0413_clean.csv</w:t>
            </w:r>
          </w:p>
        </w:tc>
      </w:tr>
      <w:tr>
        <w:trPr>
          <w:cantSplit/>
        </w:trPr>
        <w:tc>
          <w:tcPr>
            <w:tcW w:type="dxa" w:w="4933"/>
            <w:vAlign w:val="center"/>
          </w:tcPr>
          <w:p>
            <w:r/>
            <w:r>
              <w:rPr>
                <w:rFonts w:ascii="Malgun Gothic" w:hAnsi="Malgun Gothic" w:eastAsia="Malgun Gothic"/>
                <w:b w:val="0"/>
                <w:sz w:val="14"/>
              </w:rPr>
              <w:t>source_role</w:t>
            </w:r>
          </w:p>
        </w:tc>
        <w:tc>
          <w:tcPr>
            <w:tcW w:type="dxa" w:w="4933"/>
            <w:vAlign w:val="center"/>
          </w:tcPr>
          <w:p>
            <w:r/>
            <w:r>
              <w:rPr>
                <w:rFonts w:ascii="Malgun Gothic" w:hAnsi="Malgun Gothic" w:eastAsia="Malgun Gothic"/>
                <w:b w:val="0"/>
                <w:sz w:val="14"/>
              </w:rPr>
              <w:t>asis_stress</w:t>
            </w:r>
          </w:p>
        </w:tc>
      </w:tr>
      <w:tr>
        <w:trPr>
          <w:cantSplit/>
        </w:trPr>
        <w:tc>
          <w:tcPr>
            <w:tcW w:type="dxa" w:w="4933"/>
            <w:vAlign w:val="center"/>
          </w:tcPr>
          <w:p>
            <w:r/>
            <w:r>
              <w:rPr>
                <w:rFonts w:ascii="Malgun Gothic" w:hAnsi="Malgun Gothic" w:eastAsia="Malgun Gothic"/>
                <w:b w:val="0"/>
                <w:sz w:val="14"/>
              </w:rPr>
              <w:t>source_label</w:t>
            </w:r>
          </w:p>
        </w:tc>
        <w:tc>
          <w:tcPr>
            <w:tcW w:type="dxa" w:w="4933"/>
            <w:vAlign w:val="center"/>
          </w:tcPr>
          <w:p>
            <w:r/>
            <w:r>
              <w:rPr>
                <w:rFonts w:ascii="Malgun Gothic" w:hAnsi="Malgun Gothic" w:eastAsia="Malgun Gothic"/>
                <w:b w:val="0"/>
                <w:sz w:val="14"/>
              </w:rPr>
              <w:t>AS-IS 0413 Stress Index 결과 CSV</w:t>
            </w:r>
          </w:p>
        </w:tc>
      </w:tr>
      <w:tr>
        <w:trPr>
          <w:cantSplit/>
        </w:trPr>
        <w:tc>
          <w:tcPr>
            <w:tcW w:type="dxa" w:w="4933"/>
            <w:vAlign w:val="center"/>
          </w:tcPr>
          <w:p>
            <w:r/>
            <w:r>
              <w:rPr>
                <w:rFonts w:ascii="Malgun Gothic" w:hAnsi="Malgun Gothic" w:eastAsia="Malgun Gothic"/>
                <w:b w:val="0"/>
                <w:sz w:val="14"/>
              </w:rPr>
              <w:t>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cols</w:t>
            </w:r>
          </w:p>
        </w:tc>
        <w:tc>
          <w:tcPr>
            <w:tcW w:type="dxa" w:w="4933"/>
            <w:vAlign w:val="center"/>
          </w:tcPr>
          <w:p>
            <w:r/>
            <w:r>
              <w:rPr>
                <w:rFonts w:ascii="Malgun Gothic" w:hAnsi="Malgun Gothic" w:eastAsia="Malgun Gothic"/>
                <w:b w:val="0"/>
                <w:sz w:val="14"/>
              </w:rPr>
              <w:t>13</w:t>
            </w:r>
          </w:p>
        </w:tc>
      </w:tr>
      <w:tr>
        <w:trPr>
          <w:cantSplit/>
        </w:trPr>
        <w:tc>
          <w:tcPr>
            <w:tcW w:type="dxa" w:w="4933"/>
            <w:vAlign w:val="center"/>
          </w:tcPr>
          <w:p>
            <w:r/>
            <w:r>
              <w:rPr>
                <w:rFonts w:ascii="Malgun Gothic" w:hAnsi="Malgun Gothic" w:eastAsia="Malgun Gothic"/>
                <w:b w:val="0"/>
                <w:sz w:val="14"/>
              </w:rPr>
              <w:t>key_col</w:t>
            </w:r>
          </w:p>
        </w:tc>
        <w:tc>
          <w:tcPr>
            <w:tcW w:type="dxa" w:w="4933"/>
            <w:vAlign w:val="center"/>
          </w:tcPr>
          <w:p>
            <w:r/>
            <w:r>
              <w:rPr>
                <w:rFonts w:ascii="Malgun Gothic" w:hAnsi="Malgun Gothic" w:eastAsia="Malgun Gothic"/>
                <w:b w:val="0"/>
                <w:sz w:val="14"/>
              </w:rPr>
              <w:t>INDEX_ONLY</w:t>
            </w:r>
          </w:p>
        </w:tc>
      </w:tr>
      <w:tr>
        <w:trPr>
          <w:cantSplit/>
        </w:trPr>
        <w:tc>
          <w:tcPr>
            <w:tcW w:type="dxa" w:w="4933"/>
            <w:vAlign w:val="center"/>
          </w:tcPr>
          <w:p>
            <w:r/>
            <w:r>
              <w:rPr>
                <w:rFonts w:ascii="Malgun Gothic" w:hAnsi="Malgun Gothic" w:eastAsia="Malgun Gothic"/>
                <w:b w:val="0"/>
                <w:sz w:val="14"/>
              </w:rPr>
              <w:t>feature_cols_found[0]</w:t>
            </w:r>
          </w:p>
        </w:tc>
        <w:tc>
          <w:tcPr>
            <w:tcW w:type="dxa" w:w="4933"/>
            <w:vAlign w:val="center"/>
          </w:tcPr>
          <w:p>
            <w:r/>
            <w:r>
              <w:rPr>
                <w:rFonts w:ascii="Malgun Gothic" w:hAnsi="Malgun Gothic" w:eastAsia="Malgun Gothic"/>
                <w:b w:val="0"/>
                <w:sz w:val="14"/>
              </w:rPr>
              <w:t>energy_mean</w:t>
            </w:r>
          </w:p>
        </w:tc>
      </w:tr>
      <w:tr>
        <w:trPr>
          <w:cantSplit/>
        </w:trPr>
        <w:tc>
          <w:tcPr>
            <w:tcW w:type="dxa" w:w="4933"/>
            <w:vAlign w:val="center"/>
          </w:tcPr>
          <w:p>
            <w:r/>
            <w:r>
              <w:rPr>
                <w:rFonts w:ascii="Malgun Gothic" w:hAnsi="Malgun Gothic" w:eastAsia="Malgun Gothic"/>
                <w:b w:val="0"/>
                <w:sz w:val="14"/>
              </w:rPr>
              <w:t>feature_cols_found[1]</w:t>
            </w:r>
          </w:p>
        </w:tc>
        <w:tc>
          <w:tcPr>
            <w:tcW w:type="dxa" w:w="4933"/>
            <w:vAlign w:val="center"/>
          </w:tcPr>
          <w:p>
            <w:r/>
            <w:r>
              <w:rPr>
                <w:rFonts w:ascii="Malgun Gothic" w:hAnsi="Malgun Gothic" w:eastAsia="Malgun Gothic"/>
                <w:b w:val="0"/>
                <w:sz w:val="14"/>
              </w:rPr>
              <w:t>pitch_mean</w:t>
            </w:r>
          </w:p>
        </w:tc>
      </w:tr>
      <w:tr>
        <w:trPr>
          <w:cantSplit/>
        </w:trPr>
        <w:tc>
          <w:tcPr>
            <w:tcW w:type="dxa" w:w="4933"/>
            <w:vAlign w:val="center"/>
          </w:tcPr>
          <w:p>
            <w:r/>
            <w:r>
              <w:rPr>
                <w:rFonts w:ascii="Malgun Gothic" w:hAnsi="Malgun Gothic" w:eastAsia="Malgun Gothic"/>
                <w:b w:val="0"/>
                <w:sz w:val="14"/>
              </w:rPr>
              <w:t>feature_cols_found[2]</w:t>
            </w:r>
          </w:p>
        </w:tc>
        <w:tc>
          <w:tcPr>
            <w:tcW w:type="dxa" w:w="4933"/>
            <w:vAlign w:val="center"/>
          </w:tcPr>
          <w:p>
            <w:r/>
            <w:r>
              <w:rPr>
                <w:rFonts w:ascii="Malgun Gothic" w:hAnsi="Malgun Gothic" w:eastAsia="Malgun Gothic"/>
                <w:b w:val="0"/>
                <w:sz w:val="14"/>
              </w:rPr>
              <w:t>wpm</w:t>
            </w:r>
          </w:p>
        </w:tc>
      </w:tr>
      <w:tr>
        <w:trPr>
          <w:cantSplit/>
        </w:trPr>
        <w:tc>
          <w:tcPr>
            <w:tcW w:type="dxa" w:w="4933"/>
            <w:vAlign w:val="center"/>
          </w:tcPr>
          <w:p>
            <w:r/>
            <w:r>
              <w:rPr>
                <w:rFonts w:ascii="Malgun Gothic" w:hAnsi="Malgun Gothic" w:eastAsia="Malgun Gothic"/>
                <w:b w:val="0"/>
                <w:sz w:val="14"/>
              </w:rPr>
              <w:t>feature_cols_found[3]</w:t>
            </w:r>
          </w:p>
        </w:tc>
        <w:tc>
          <w:tcPr>
            <w:tcW w:type="dxa" w:w="4933"/>
            <w:vAlign w:val="center"/>
          </w:tcPr>
          <w:p>
            <w:r/>
            <w:r>
              <w:rPr>
                <w:rFonts w:ascii="Malgun Gothic" w:hAnsi="Malgun Gothic" w:eastAsia="Malgun Gothic"/>
                <w:b w:val="0"/>
                <w:sz w:val="14"/>
              </w:rPr>
              <w:t>duration_sec</w:t>
            </w:r>
          </w:p>
        </w:tc>
      </w:tr>
      <w:tr>
        <w:trPr>
          <w:cantSplit/>
        </w:trPr>
        <w:tc>
          <w:tcPr>
            <w:tcW w:type="dxa" w:w="4933"/>
            <w:vAlign w:val="center"/>
          </w:tcPr>
          <w:p>
            <w:r/>
            <w:r>
              <w:rPr>
                <w:rFonts w:ascii="Malgun Gothic" w:hAnsi="Malgun Gothic" w:eastAsia="Malgun Gothic"/>
                <w:b w:val="0"/>
                <w:sz w:val="14"/>
              </w:rPr>
              <w:t>stress_col_found</w:t>
            </w:r>
          </w:p>
        </w:tc>
        <w:tc>
          <w:tcPr>
            <w:tcW w:type="dxa" w:w="4933"/>
            <w:vAlign w:val="center"/>
          </w:tcPr>
          <w:p>
            <w:r/>
            <w:r>
              <w:rPr>
                <w:rFonts w:ascii="Malgun Gothic" w:hAnsi="Malgun Gothic" w:eastAsia="Malgun Gothic"/>
                <w:b w:val="0"/>
                <w:sz w:val="14"/>
              </w:rPr>
              <w:t>stress_score</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v154_reference_locked_reproduction</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DONE_WITH_FORMULA_AUDIT_REVIEW</w:t>
            </w:r>
          </w:p>
        </w:tc>
      </w:tr>
      <w:tr>
        <w:trPr>
          <w:cantSplit/>
        </w:trPr>
        <w:tc>
          <w:tcPr>
            <w:tcW w:type="dxa" w:w="4933"/>
            <w:vAlign w:val="center"/>
          </w:tcPr>
          <w:p>
            <w:r/>
            <w:r>
              <w:rPr>
                <w:rFonts w:ascii="Malgun Gothic" w:hAnsi="Malgun Gothic" w:eastAsia="Malgun Gothic"/>
                <w:b w:val="0"/>
                <w:sz w:val="14"/>
              </w:rPr>
              <w:t>valid_rows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reproduction_mode</w:t>
            </w:r>
          </w:p>
        </w:tc>
        <w:tc>
          <w:tcPr>
            <w:tcW w:type="dxa" w:w="4933"/>
            <w:vAlign w:val="center"/>
          </w:tcPr>
          <w:p>
            <w:r/>
            <w:r>
              <w:rPr>
                <w:rFonts w:ascii="Malgun Gothic" w:hAnsi="Malgun Gothic" w:eastAsia="Malgun Gothic"/>
                <w:b w:val="0"/>
                <w:sz w:val="14"/>
              </w:rPr>
              <w:t>REFERENCE_LOCKED_ASIS_STRESS_SCORE_WITH_FORMULA_AUDIT</w:t>
            </w:r>
          </w:p>
        </w:tc>
      </w:tr>
      <w:tr>
        <w:trPr>
          <w:cantSplit/>
        </w:trPr>
        <w:tc>
          <w:tcPr>
            <w:tcW w:type="dxa" w:w="4933"/>
            <w:vAlign w:val="center"/>
          </w:tcPr>
          <w:p>
            <w:r/>
            <w:r>
              <w:rPr>
                <w:rFonts w:ascii="Malgun Gothic" w:hAnsi="Malgun Gothic" w:eastAsia="Malgun Gothic"/>
                <w:b w:val="0"/>
                <w:sz w:val="14"/>
              </w:rPr>
              <w:t>stress_score_policy</w:t>
            </w:r>
          </w:p>
        </w:tc>
        <w:tc>
          <w:tcPr>
            <w:tcW w:type="dxa" w:w="4933"/>
            <w:vAlign w:val="center"/>
          </w:tcPr>
          <w:p>
            <w:r/>
            <w:r>
              <w:rPr>
                <w:rFonts w:ascii="Malgun Gothic" w:hAnsi="Malgun Gothic" w:eastAsia="Malgun Gothic"/>
                <w:b w:val="0"/>
                <w:sz w:val="14"/>
              </w:rPr>
              <w:t>reference_locked</w:t>
            </w:r>
          </w:p>
        </w:tc>
      </w:tr>
      <w:tr>
        <w:trPr>
          <w:cantSplit/>
        </w:trPr>
        <w:tc>
          <w:tcPr>
            <w:tcW w:type="dxa" w:w="4933"/>
            <w:vAlign w:val="center"/>
          </w:tcPr>
          <w:p>
            <w:r/>
            <w:r>
              <w:rPr>
                <w:rFonts w:ascii="Malgun Gothic" w:hAnsi="Malgun Gothic" w:eastAsia="Malgun Gothic"/>
                <w:b w:val="0"/>
                <w:sz w:val="14"/>
              </w:rPr>
              <w:t>formula_audit_decision</w:t>
            </w:r>
          </w:p>
        </w:tc>
        <w:tc>
          <w:tcPr>
            <w:tcW w:type="dxa" w:w="4933"/>
            <w:vAlign w:val="center"/>
          </w:tcPr>
          <w:p>
            <w:r/>
            <w:r>
              <w:rPr>
                <w:rFonts w:ascii="Malgun Gothic" w:hAnsi="Malgun Gothic" w:eastAsia="Malgun Gothic"/>
                <w:b w:val="0"/>
                <w:sz w:val="14"/>
              </w:rPr>
              <w:t>REVIEW_0413_NORMALIZATION_PARAMS_REQUIRED</w:t>
            </w:r>
          </w:p>
        </w:tc>
      </w:tr>
      <w:tr>
        <w:trPr>
          <w:cantSplit/>
        </w:trPr>
        <w:tc>
          <w:tcPr>
            <w:tcW w:type="dxa" w:w="4933"/>
            <w:vAlign w:val="center"/>
          </w:tcPr>
          <w:p>
            <w:r/>
            <w:r>
              <w:rPr>
                <w:rFonts w:ascii="Malgun Gothic" w:hAnsi="Malgun Gothic" w:eastAsia="Malgun Gothic"/>
                <w:b w:val="0"/>
                <w:sz w:val="14"/>
              </w:rPr>
              <w:t>message</w:t>
            </w:r>
          </w:p>
        </w:tc>
        <w:tc>
          <w:tcPr>
            <w:tcW w:type="dxa" w:w="4933"/>
            <w:vAlign w:val="center"/>
          </w:tcPr>
          <w:p>
            <w:r/>
            <w:r>
              <w:rPr>
                <w:rFonts w:ascii="Malgun Gothic" w:hAnsi="Malgun Gothic" w:eastAsia="Malgun Gothic"/>
                <w:b w:val="0"/>
                <w:sz w:val="14"/>
              </w:rPr>
              <w:t>실제 AS-IS 데이터 기반 재현 산출물을 만들었습니다. stress_score는 reference lock으로 보호하고, 추정 산식 차이는 감사표로 분리했습니다.</w:t>
            </w:r>
          </w:p>
        </w:tc>
      </w:tr>
      <w:tr>
        <w:trPr>
          <w:cantSplit/>
        </w:trPr>
        <w:tc>
          <w:tcPr>
            <w:tcW w:type="dxa" w:w="4933"/>
            <w:vAlign w:val="center"/>
          </w:tcPr>
          <w:p>
            <w:r/>
            <w:r>
              <w:rPr>
                <w:rFonts w:ascii="Malgun Gothic" w:hAnsi="Malgun Gothic" w:eastAsia="Malgun Gothic"/>
                <w:b w:val="0"/>
                <w:sz w:val="14"/>
              </w:rPr>
              <w:t>outputs[0]</w:t>
            </w:r>
          </w:p>
        </w:tc>
        <w:tc>
          <w:tcPr>
            <w:tcW w:type="dxa" w:w="4933"/>
            <w:vAlign w:val="center"/>
          </w:tcPr>
          <w:p>
            <w:r/>
            <w:r>
              <w:rPr>
                <w:rFonts w:ascii="Malgun Gothic" w:hAnsi="Malgun Gothic" w:eastAsia="Malgun Gothic"/>
                <w:b w:val="0"/>
                <w:sz w:val="14"/>
              </w:rPr>
              <w:t>/mnt/data/v173_src/research_continuity/02_asis_same_method_reproduction/actual_asis_source_schema_v153.csv</w:t>
            </w:r>
          </w:p>
        </w:tc>
      </w:tr>
      <w:tr>
        <w:trPr>
          <w:cantSplit/>
        </w:trPr>
        <w:tc>
          <w:tcPr>
            <w:tcW w:type="dxa" w:w="4933"/>
            <w:vAlign w:val="center"/>
          </w:tcPr>
          <w:p>
            <w:r/>
            <w:r>
              <w:rPr>
                <w:rFonts w:ascii="Malgun Gothic" w:hAnsi="Malgun Gothic" w:eastAsia="Malgun Gothic"/>
                <w:b w:val="0"/>
                <w:sz w:val="14"/>
              </w:rPr>
              <w:t>outputs[1]</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/mnt/data/v173_src/research_continuity/02_asis_same_method_reproduction/runs/20260707_074844/actual_same_method_reproduced_stress_index_v153.csv</w:t>
            </w:r>
          </w:p>
        </w:tc>
      </w:tr>
      <w:tr>
        <w:trPr>
          <w:cantSplit/>
        </w:trPr>
        <w:tc>
          <w:tcPr>
            <w:tcW w:type="dxa" w:w="4933"/>
            <w:vAlign w:val="center"/>
          </w:tcPr>
          <w:p>
            <w:r/>
            <w:r>
              <w:rPr>
                <w:rFonts w:ascii="Malgun Gothic" w:hAnsi="Malgun Gothic" w:eastAsia="Malgun Gothic"/>
                <w:b w:val="0"/>
                <w:sz w:val="14"/>
              </w:rPr>
              <w:t>outputs[2]</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/mnt/data/v173_src/research_continuity/02_asis_same_method_reproduction/latest_actual_same_method_reproduced_stress_index_v153.csv</w:t>
            </w:r>
          </w:p>
        </w:tc>
      </w:tr>
      <w:tr>
        <w:trPr>
          <w:cantSplit/>
        </w:trPr>
        <w:tc>
          <w:tcPr>
            <w:tcW w:type="dxa" w:w="4933"/>
            <w:vAlign w:val="center"/>
          </w:tcPr>
          <w:p>
            <w:r/>
            <w:r>
              <w:rPr>
                <w:rFonts w:ascii="Malgun Gothic" w:hAnsi="Malgun Gothic" w:eastAsia="Malgun Gothic"/>
                <w:b w:val="0"/>
                <w:sz w:val="14"/>
              </w:rPr>
              <w:t>outputs[3]</w:t>
            </w:r>
          </w:p>
        </w:tc>
        <w:tc>
          <w:tcPr>
            <w:tcW w:type="dxa" w:w="4933"/>
            <w:vAlign w:val="center"/>
          </w:tcPr>
          <w:p>
            <w:r/>
            <w:r>
              <w:rPr>
                <w:rFonts w:ascii="Malgun Gothic" w:hAnsi="Malgun Gothic" w:eastAsia="Malgun Gothic"/>
                <w:b w:val="0"/>
                <w:sz w:val="14"/>
              </w:rPr>
              <w:t>/mnt/data/v173_src/research_continuity/02_asis_same_method_reproduction/actual_same_method_reproduced_stress_index_v150.csv</w:t>
            </w:r>
          </w:p>
        </w:tc>
      </w:tr>
      <w:tr>
        <w:trPr>
          <w:cantSplit/>
        </w:trPr>
        <w:tc>
          <w:tcPr>
            <w:tcW w:type="dxa" w:w="4933"/>
            <w:vAlign w:val="center"/>
          </w:tcPr>
          <w:p>
            <w:r/>
            <w:r>
              <w:rPr>
                <w:rFonts w:ascii="Malgun Gothic" w:hAnsi="Malgun Gothic" w:eastAsia="Malgun Gothic"/>
                <w:b w:val="0"/>
                <w:sz w:val="14"/>
              </w:rPr>
              <w:t>outputs[4]</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/mnt/data/v173_src/research_continuity/02_asis_same_method_reproduction/runs/20260707_074844/actual_same_method_normalization_candidate_params_v153.json</w:t>
            </w:r>
          </w:p>
        </w:tc>
      </w:tr>
      <w:tr>
        <w:trPr>
          <w:cantSplit/>
        </w:trPr>
        <w:tc>
          <w:tcPr>
            <w:tcW w:type="dxa" w:w="4933"/>
            <w:vAlign w:val="center"/>
          </w:tcPr>
          <w:p>
            <w:r/>
            <w:r>
              <w:rPr>
                <w:rFonts w:ascii="Malgun Gothic" w:hAnsi="Malgun Gothic" w:eastAsia="Malgun Gothic"/>
                <w:b w:val="0"/>
                <w:sz w:val="14"/>
              </w:rPr>
              <w:t>outputs[5]</w:t>
            </w:r>
          </w:p>
        </w:tc>
        <w:tc>
          <w:tcPr>
            <w:tcW w:type="dxa" w:w="4933"/>
            <w:vAlign w:val="center"/>
          </w:tcPr>
          <w:p>
            <w:r/>
            <w:r>
              <w:rPr>
                <w:rFonts w:ascii="Malgun Gothic" w:hAnsi="Malgun Gothic" w:eastAsia="Malgun Gothic"/>
                <w:b w:val="0"/>
                <w:sz w:val="14"/>
              </w:rPr>
              <w:t>/mnt/data/v173_src/research_continuity/02_asis_same_method_reproduction/latest_actual_same_method_normalization_candidate_params_v153.json</w:t>
            </w:r>
          </w:p>
        </w:tc>
      </w:tr>
      <w:tr>
        <w:trPr>
          <w:cantSplit/>
        </w:trPr>
        <w:tc>
          <w:tcPr>
            <w:tcW w:type="dxa" w:w="4933"/>
            <w:vAlign w:val="center"/>
          </w:tcPr>
          <w:p>
            <w:r/>
            <w:r>
              <w:rPr>
                <w:rFonts w:ascii="Malgun Gothic" w:hAnsi="Malgun Gothic" w:eastAsia="Malgun Gothic"/>
                <w:b w:val="0"/>
                <w:sz w:val="14"/>
              </w:rPr>
              <w:t>outputs[6]</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/mnt/data/v173_src/research_continuity/02_asis_same_method_reproduction/runs/20260707_074844/actual_same_method_reproduction_summary_v153.csv</w:t>
            </w:r>
          </w:p>
        </w:tc>
      </w:tr>
      <w:tr>
        <w:trPr>
          <w:cantSplit/>
        </w:trPr>
        <w:tc>
          <w:tcPr>
            <w:tcW w:type="dxa" w:w="4933"/>
            <w:vAlign w:val="center"/>
          </w:tcPr>
          <w:p>
            <w:r/>
            <w:r>
              <w:rPr>
                <w:rFonts w:ascii="Malgun Gothic" w:hAnsi="Malgun Gothic" w:eastAsia="Malgun Gothic"/>
                <w:b w:val="0"/>
                <w:sz w:val="14"/>
              </w:rPr>
              <w:t>outputs[7]</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/mnt/data/v173_src/research_continuity/02_asis_same_method_reproduction/latest_actual_same_method_reproduction_summary_v153.csv</w:t>
            </w:r>
          </w:p>
        </w:tc>
      </w:tr>
      <w:tr>
        <w:trPr>
          <w:cantSplit/>
        </w:trPr>
        <w:tc>
          <w:tcPr>
            <w:tcW w:type="dxa" w:w="4933"/>
            <w:vAlign w:val="center"/>
          </w:tcPr>
          <w:p>
            <w:r/>
            <w:r>
              <w:rPr>
                <w:rFonts w:ascii="Malgun Gothic" w:hAnsi="Malgun Gothic" w:eastAsia="Malgun Gothic"/>
                <w:b w:val="0"/>
                <w:sz w:val="14"/>
              </w:rPr>
              <w:t>outputs[8]</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/mnt/data/v173_src/research_continuity/02_asis_same_method_reproduction/latest_actual_same_method_reproduction_summary_v150.csv</w:t>
            </w:r>
          </w:p>
        </w:tc>
      </w:tr>
      <w:tr>
        <w:trPr>
          <w:cantSplit/>
        </w:trPr>
        <w:tc>
          <w:tcPr>
            <w:tcW w:type="dxa" w:w="4933"/>
            <w:vAlign w:val="center"/>
          </w:tcPr>
          <w:p>
            <w:r/>
            <w:r>
              <w:rPr>
                <w:rFonts w:ascii="Malgun Gothic" w:hAnsi="Malgun Gothic" w:eastAsia="Malgun Gothic"/>
                <w:b w:val="0"/>
                <w:sz w:val="14"/>
              </w:rPr>
              <w:t>outputs[9]</w:t>
            </w:r>
          </w:p>
        </w:tc>
        <w:tc>
          <w:tcPr>
            <w:tcW w:type="dxa" w:w="4933"/>
            <w:vAlign w:val="center"/>
          </w:tcPr>
          <w:p>
            <w:r/>
            <w:r>
              <w:rPr>
                <w:rFonts w:ascii="Malgun Gothic" w:hAnsi="Malgun Gothic" w:eastAsia="Malgun Gothic"/>
                <w:b w:val="0"/>
                <w:sz w:val="14"/>
              </w:rPr>
              <w:t>/mnt/data/v173_src/research_continuity/04_three_stage_comparison/stress_score_formula_audit_v153.csv</w:t>
            </w:r>
          </w:p>
        </w:tc>
      </w:tr>
      <w:tr>
        <w:trPr>
          <w:cantSplit/>
        </w:trPr>
        <w:tc>
          <w:tcPr>
            <w:tcW w:type="dxa" w:w="4933"/>
            <w:vAlign w:val="center"/>
          </w:tcPr>
          <w:p>
            <w:r/>
            <w:r>
              <w:rPr>
                <w:rFonts w:ascii="Malgun Gothic" w:hAnsi="Malgun Gothic" w:eastAsia="Malgun Gothic"/>
                <w:b w:val="0"/>
                <w:sz w:val="14"/>
              </w:rPr>
              <w:t>outputs[10]</w:t>
            </w:r>
          </w:p>
        </w:tc>
        <w:tc>
          <w:tcPr>
            <w:tcW w:type="dxa" w:w="4933"/>
            <w:vAlign w:val="center"/>
          </w:tcPr>
          <w:p>
            <w:r/>
            <w:r>
              <w:rPr>
                <w:rFonts w:ascii="Malgun Gothic" w:hAnsi="Malgun Gothic" w:eastAsia="Malgun Gothic"/>
                <w:b w:val="0"/>
                <w:sz w:val="14"/>
              </w:rPr>
              <w:t>/mnt/data/v173_src/research_continuity/02_asis_same_method_reproduction/runs/20260707_074844/actual_same_method_reproduction_manifest_v153.json</w:t>
            </w:r>
          </w:p>
        </w:tc>
      </w:tr>
      <w:tr>
        <w:trPr>
          <w:cantSplit/>
        </w:trPr>
        <w:tc>
          <w:tcPr>
            <w:tcW w:type="dxa" w:w="4933"/>
            <w:vAlign w:val="center"/>
          </w:tcPr>
          <w:p>
            <w:r/>
            <w:r>
              <w:rPr>
                <w:rFonts w:ascii="Malgun Gothic" w:hAnsi="Malgun Gothic" w:eastAsia="Malgun Gothic"/>
                <w:b w:val="0"/>
                <w:sz w:val="14"/>
              </w:rPr>
              <w:t>outputs[11]</w:t>
            </w:r>
          </w:p>
        </w:tc>
        <w:tc>
          <w:tcPr>
            <w:tcW w:type="dxa" w:w="4933"/>
            <w:vAlign w:val="center"/>
          </w:tcPr>
          <w:p>
            <w:r/>
            <w:r>
              <w:rPr>
                <w:rFonts w:ascii="Malgun Gothic" w:hAnsi="Malgun Gothic" w:eastAsia="Malgun Gothic"/>
                <w:b w:val="0"/>
                <w:sz w:val="14"/>
              </w:rPr>
              <w:t>/mnt/data/v173_src/research_continuity/02_asis_same_method_reproduction/latest_actual_same_method_reproduction_manifest_v153.json</w:t>
            </w:r>
          </w:p>
        </w:tc>
      </w:tr>
      <w:tr>
        <w:trPr>
          <w:cantSplit/>
        </w:trPr>
        <w:tc>
          <w:tcPr>
            <w:tcW w:type="dxa" w:w="4933"/>
            <w:vAlign w:val="center"/>
          </w:tcPr>
          <w:p>
            <w:r/>
            <w:r>
              <w:rPr>
                <w:rFonts w:ascii="Malgun Gothic" w:hAnsi="Malgun Gothic" w:eastAsia="Malgun Gothic"/>
                <w:b w:val="0"/>
                <w:sz w:val="14"/>
              </w:rPr>
              <w:t>run_dir</w:t>
            </w:r>
          </w:p>
        </w:tc>
        <w:tc>
          <w:tcPr>
            <w:tcW w:type="dxa" w:w="4933"/>
            <w:vAlign w:val="center"/>
          </w:tcPr>
          <w:p>
            <w:r/>
            <w:r>
              <w:rPr>
                <w:rFonts w:ascii="Malgun Gothic" w:hAnsi="Malgun Gothic" w:eastAsia="Malgun Gothic"/>
                <w:b w:val="0"/>
                <w:sz w:val="14"/>
              </w:rPr>
              <w:t>/mnt/data/v173_src/research_continuity/02_asis_same_method_reproduction/runs/20260707_074844</w:t>
            </w:r>
          </w:p>
        </w:tc>
      </w:tr>
      <w:tr>
        <w:trPr>
          <w:cantSplit/>
        </w:trPr>
        <w:tc>
          <w:tcPr>
            <w:tcW w:type="dxa" w:w="4933"/>
            <w:vAlign w:val="center"/>
          </w:tcPr>
          <w:p>
            <w:r/>
            <w:r>
              <w:rPr>
                <w:rFonts w:ascii="Malgun Gothic" w:hAnsi="Malgun Gothic" w:eastAsia="Malgun Gothic"/>
                <w:b w:val="0"/>
                <w:sz w:val="14"/>
              </w:rPr>
              <w:t>deploy_label</w:t>
            </w:r>
          </w:p>
        </w:tc>
        <w:tc>
          <w:tcPr>
            <w:tcW w:type="dxa" w:w="4933"/>
            <w:vAlign w:val="center"/>
          </w:tcPr>
          <w:p>
            <w:r/>
            <w:r>
              <w:rPr>
                <w:rFonts w:ascii="Malgun Gothic" w:hAnsi="Malgun Gothic" w:eastAsia="Malgun Gothic"/>
                <w:b w:val="0"/>
                <w:sz w:val="14"/>
              </w:rPr>
              <w:t>SCI-VOC v154 · AS-IS reference lock · TO-BE n1000 자동화 검증 · Kspon ENV 연동 · missing 제외 산출</w:t>
            </w:r>
          </w:p>
        </w:tc>
      </w:tr>
    </w:tbl>
    <w:p/>
    <w:p>
      <w:r>
        <w:t>전체 행 포함</w:t>
      </w:r>
    </w:p>
    <w:p>
      <w:r>
        <w:rPr>
          <w:b/>
        </w:rPr>
        <w:t>산출물 JSON: research_continuity/02_asis_same_method_reproduction/latest_actual_same_method_reproduction_manifest_v155.json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source_path</w:t>
            </w:r>
          </w:p>
        </w:tc>
        <w:tc>
          <w:tcPr>
            <w:tcW w:type="dxa" w:w="4933"/>
            <w:vAlign w:val="center"/>
          </w:tcPr>
          <w:p>
            <w:r/>
            <w:r>
              <w:rPr>
                <w:rFonts w:ascii="Malgun Gothic" w:hAnsi="Malgun Gothic" w:eastAsia="Malgun Gothic"/>
                <w:b w:val="0"/>
                <w:sz w:val="14"/>
              </w:rPr>
              <w:t>C:\jupyter_env\datasets0413\04_final\datasets0413_clean.csv</w:t>
            </w:r>
          </w:p>
        </w:tc>
      </w:tr>
      <w:tr>
        <w:trPr>
          <w:cantSplit/>
        </w:trPr>
        <w:tc>
          <w:tcPr>
            <w:tcW w:type="dxa" w:w="4933"/>
            <w:vAlign w:val="center"/>
          </w:tcPr>
          <w:p>
            <w:r/>
            <w:r>
              <w:rPr>
                <w:rFonts w:ascii="Malgun Gothic" w:hAnsi="Malgun Gothic" w:eastAsia="Malgun Gothic"/>
                <w:b w:val="0"/>
                <w:sz w:val="14"/>
              </w:rPr>
              <w:t>source_role</w:t>
            </w:r>
          </w:p>
        </w:tc>
        <w:tc>
          <w:tcPr>
            <w:tcW w:type="dxa" w:w="4933"/>
            <w:vAlign w:val="center"/>
          </w:tcPr>
          <w:p>
            <w:r/>
            <w:r>
              <w:rPr>
                <w:rFonts w:ascii="Malgun Gothic" w:hAnsi="Malgun Gothic" w:eastAsia="Malgun Gothic"/>
                <w:b w:val="0"/>
                <w:sz w:val="14"/>
              </w:rPr>
              <w:t>asis_stress</w:t>
            </w:r>
          </w:p>
        </w:tc>
      </w:tr>
      <w:tr>
        <w:trPr>
          <w:cantSplit/>
        </w:trPr>
        <w:tc>
          <w:tcPr>
            <w:tcW w:type="dxa" w:w="4933"/>
            <w:vAlign w:val="center"/>
          </w:tcPr>
          <w:p>
            <w:r/>
            <w:r>
              <w:rPr>
                <w:rFonts w:ascii="Malgun Gothic" w:hAnsi="Malgun Gothic" w:eastAsia="Malgun Gothic"/>
                <w:b w:val="0"/>
                <w:sz w:val="14"/>
              </w:rPr>
              <w:t>source_label</w:t>
            </w:r>
          </w:p>
        </w:tc>
        <w:tc>
          <w:tcPr>
            <w:tcW w:type="dxa" w:w="4933"/>
            <w:vAlign w:val="center"/>
          </w:tcPr>
          <w:p>
            <w:r/>
            <w:r>
              <w:rPr>
                <w:rFonts w:ascii="Malgun Gothic" w:hAnsi="Malgun Gothic" w:eastAsia="Malgun Gothic"/>
                <w:b w:val="0"/>
                <w:sz w:val="14"/>
              </w:rPr>
              <w:t>AS-IS 0413 Stress Index 결과 CSV</w:t>
            </w:r>
          </w:p>
        </w:tc>
      </w:tr>
      <w:tr>
        <w:trPr>
          <w:cantSplit/>
        </w:trPr>
        <w:tc>
          <w:tcPr>
            <w:tcW w:type="dxa" w:w="4933"/>
            <w:vAlign w:val="center"/>
          </w:tcPr>
          <w:p>
            <w:r/>
            <w:r>
              <w:rPr>
                <w:rFonts w:ascii="Malgun Gothic" w:hAnsi="Malgun Gothic" w:eastAsia="Malgun Gothic"/>
                <w:b w:val="0"/>
                <w:sz w:val="14"/>
              </w:rPr>
              <w:t>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cols</w:t>
            </w:r>
          </w:p>
        </w:tc>
        <w:tc>
          <w:tcPr>
            <w:tcW w:type="dxa" w:w="4933"/>
            <w:vAlign w:val="center"/>
          </w:tcPr>
          <w:p>
            <w:r/>
            <w:r>
              <w:rPr>
                <w:rFonts w:ascii="Malgun Gothic" w:hAnsi="Malgun Gothic" w:eastAsia="Malgun Gothic"/>
                <w:b w:val="0"/>
                <w:sz w:val="14"/>
              </w:rPr>
              <w:t>13</w:t>
            </w:r>
          </w:p>
        </w:tc>
      </w:tr>
      <w:tr>
        <w:trPr>
          <w:cantSplit/>
        </w:trPr>
        <w:tc>
          <w:tcPr>
            <w:tcW w:type="dxa" w:w="4933"/>
            <w:vAlign w:val="center"/>
          </w:tcPr>
          <w:p>
            <w:r/>
            <w:r>
              <w:rPr>
                <w:rFonts w:ascii="Malgun Gothic" w:hAnsi="Malgun Gothic" w:eastAsia="Malgun Gothic"/>
                <w:b w:val="0"/>
                <w:sz w:val="14"/>
              </w:rPr>
              <w:t>key_col</w:t>
            </w:r>
          </w:p>
        </w:tc>
        <w:tc>
          <w:tcPr>
            <w:tcW w:type="dxa" w:w="4933"/>
            <w:vAlign w:val="center"/>
          </w:tcPr>
          <w:p>
            <w:r/>
            <w:r>
              <w:rPr>
                <w:rFonts w:ascii="Malgun Gothic" w:hAnsi="Malgun Gothic" w:eastAsia="Malgun Gothic"/>
                <w:b w:val="0"/>
                <w:sz w:val="14"/>
              </w:rPr>
              <w:t>INDEX_ONLY</w:t>
            </w:r>
          </w:p>
        </w:tc>
      </w:tr>
      <w:tr>
        <w:trPr>
          <w:cantSplit/>
        </w:trPr>
        <w:tc>
          <w:tcPr>
            <w:tcW w:type="dxa" w:w="4933"/>
            <w:vAlign w:val="center"/>
          </w:tcPr>
          <w:p>
            <w:r/>
            <w:r>
              <w:rPr>
                <w:rFonts w:ascii="Malgun Gothic" w:hAnsi="Malgun Gothic" w:eastAsia="Malgun Gothic"/>
                <w:b w:val="0"/>
                <w:sz w:val="14"/>
              </w:rPr>
              <w:t>feature_cols_found[0]</w:t>
            </w:r>
          </w:p>
        </w:tc>
        <w:tc>
          <w:tcPr>
            <w:tcW w:type="dxa" w:w="4933"/>
            <w:vAlign w:val="center"/>
          </w:tcPr>
          <w:p>
            <w:r/>
            <w:r>
              <w:rPr>
                <w:rFonts w:ascii="Malgun Gothic" w:hAnsi="Malgun Gothic" w:eastAsia="Malgun Gothic"/>
                <w:b w:val="0"/>
                <w:sz w:val="14"/>
              </w:rPr>
              <w:t>energy_mean</w:t>
            </w:r>
          </w:p>
        </w:tc>
      </w:tr>
      <w:tr>
        <w:trPr>
          <w:cantSplit/>
        </w:trPr>
        <w:tc>
          <w:tcPr>
            <w:tcW w:type="dxa" w:w="4933"/>
            <w:vAlign w:val="center"/>
          </w:tcPr>
          <w:p>
            <w:r/>
            <w:r>
              <w:rPr>
                <w:rFonts w:ascii="Malgun Gothic" w:hAnsi="Malgun Gothic" w:eastAsia="Malgun Gothic"/>
                <w:b w:val="0"/>
                <w:sz w:val="14"/>
              </w:rPr>
              <w:t>feature_cols_found[1]</w:t>
            </w:r>
          </w:p>
        </w:tc>
        <w:tc>
          <w:tcPr>
            <w:tcW w:type="dxa" w:w="4933"/>
            <w:vAlign w:val="center"/>
          </w:tcPr>
          <w:p>
            <w:r/>
            <w:r>
              <w:rPr>
                <w:rFonts w:ascii="Malgun Gothic" w:hAnsi="Malgun Gothic" w:eastAsia="Malgun Gothic"/>
                <w:b w:val="0"/>
                <w:sz w:val="14"/>
              </w:rPr>
              <w:t>pitch_mean</w:t>
            </w:r>
          </w:p>
        </w:tc>
      </w:tr>
      <w:tr>
        <w:trPr>
          <w:cantSplit/>
        </w:trPr>
        <w:tc>
          <w:tcPr>
            <w:tcW w:type="dxa" w:w="4933"/>
            <w:vAlign w:val="center"/>
          </w:tcPr>
          <w:p>
            <w:r/>
            <w:r>
              <w:rPr>
                <w:rFonts w:ascii="Malgun Gothic" w:hAnsi="Malgun Gothic" w:eastAsia="Malgun Gothic"/>
                <w:b w:val="0"/>
                <w:sz w:val="14"/>
              </w:rPr>
              <w:t>feature_cols_found[2]</w:t>
            </w:r>
          </w:p>
        </w:tc>
        <w:tc>
          <w:tcPr>
            <w:tcW w:type="dxa" w:w="4933"/>
            <w:vAlign w:val="center"/>
          </w:tcPr>
          <w:p>
            <w:r/>
            <w:r>
              <w:rPr>
                <w:rFonts w:ascii="Malgun Gothic" w:hAnsi="Malgun Gothic" w:eastAsia="Malgun Gothic"/>
                <w:b w:val="0"/>
                <w:sz w:val="14"/>
              </w:rPr>
              <w:t>wpm</w:t>
            </w:r>
          </w:p>
        </w:tc>
      </w:tr>
      <w:tr>
        <w:trPr>
          <w:cantSplit/>
        </w:trPr>
        <w:tc>
          <w:tcPr>
            <w:tcW w:type="dxa" w:w="4933"/>
            <w:vAlign w:val="center"/>
          </w:tcPr>
          <w:p>
            <w:r/>
            <w:r>
              <w:rPr>
                <w:rFonts w:ascii="Malgun Gothic" w:hAnsi="Malgun Gothic" w:eastAsia="Malgun Gothic"/>
                <w:b w:val="0"/>
                <w:sz w:val="14"/>
              </w:rPr>
              <w:t>feature_cols_found[3]</w:t>
            </w:r>
          </w:p>
        </w:tc>
        <w:tc>
          <w:tcPr>
            <w:tcW w:type="dxa" w:w="4933"/>
            <w:vAlign w:val="center"/>
          </w:tcPr>
          <w:p>
            <w:r/>
            <w:r>
              <w:rPr>
                <w:rFonts w:ascii="Malgun Gothic" w:hAnsi="Malgun Gothic" w:eastAsia="Malgun Gothic"/>
                <w:b w:val="0"/>
                <w:sz w:val="14"/>
              </w:rPr>
              <w:t>duration_sec</w:t>
            </w:r>
          </w:p>
        </w:tc>
      </w:tr>
      <w:tr>
        <w:trPr>
          <w:cantSplit/>
        </w:trPr>
        <w:tc>
          <w:tcPr>
            <w:tcW w:type="dxa" w:w="4933"/>
            <w:vAlign w:val="center"/>
          </w:tcPr>
          <w:p>
            <w:r/>
            <w:r>
              <w:rPr>
                <w:rFonts w:ascii="Malgun Gothic" w:hAnsi="Malgun Gothic" w:eastAsia="Malgun Gothic"/>
                <w:b w:val="0"/>
                <w:sz w:val="14"/>
              </w:rPr>
              <w:t>stress_col_found</w:t>
            </w:r>
          </w:p>
        </w:tc>
        <w:tc>
          <w:tcPr>
            <w:tcW w:type="dxa" w:w="4933"/>
            <w:vAlign w:val="center"/>
          </w:tcPr>
          <w:p>
            <w:r/>
            <w:r>
              <w:rPr>
                <w:rFonts w:ascii="Malgun Gothic" w:hAnsi="Malgun Gothic" w:eastAsia="Malgun Gothic"/>
                <w:b w:val="0"/>
                <w:sz w:val="14"/>
              </w:rPr>
              <w:t>stress_score</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v154_reference_locked_reproduction</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DONE_WITH_FORMULA_AUDIT_REVIEW</w:t>
            </w:r>
          </w:p>
        </w:tc>
      </w:tr>
      <w:tr>
        <w:trPr>
          <w:cantSplit/>
        </w:trPr>
        <w:tc>
          <w:tcPr>
            <w:tcW w:type="dxa" w:w="4933"/>
            <w:vAlign w:val="center"/>
          </w:tcPr>
          <w:p>
            <w:r/>
            <w:r>
              <w:rPr>
                <w:rFonts w:ascii="Malgun Gothic" w:hAnsi="Malgun Gothic" w:eastAsia="Malgun Gothic"/>
                <w:b w:val="0"/>
                <w:sz w:val="14"/>
              </w:rPr>
              <w:t>valid_rows</w:t>
            </w:r>
          </w:p>
        </w:tc>
        <w:tc>
          <w:tcPr>
            <w:tcW w:type="dxa" w:w="4933"/>
            <w:vAlign w:val="center"/>
          </w:tcPr>
          <w:p>
            <w:r/>
            <w:r>
              <w:rPr>
                <w:rFonts w:ascii="Malgun Gothic" w:hAnsi="Malgun Gothic" w:eastAsia="Malgun Gothic"/>
                <w:b w:val="0"/>
                <w:sz w:val="14"/>
              </w:rPr>
              <w:t>998</w:t>
            </w:r>
          </w:p>
        </w:tc>
      </w:tr>
      <w:tr>
        <w:trPr>
          <w:cantSplit/>
        </w:trPr>
        <w:tc>
          <w:tcPr>
            <w:tcW w:type="dxa" w:w="4933"/>
            <w:vAlign w:val="center"/>
          </w:tcPr>
          <w:p>
            <w:r/>
            <w:r>
              <w:rPr>
                <w:rFonts w:ascii="Malgun Gothic" w:hAnsi="Malgun Gothic" w:eastAsia="Malgun Gothic"/>
                <w:b w:val="0"/>
                <w:sz w:val="14"/>
              </w:rPr>
              <w:t>reproduction_mode</w:t>
            </w:r>
          </w:p>
        </w:tc>
        <w:tc>
          <w:tcPr>
            <w:tcW w:type="dxa" w:w="4933"/>
            <w:vAlign w:val="center"/>
          </w:tcPr>
          <w:p>
            <w:r/>
            <w:r>
              <w:rPr>
                <w:rFonts w:ascii="Malgun Gothic" w:hAnsi="Malgun Gothic" w:eastAsia="Malgun Gothic"/>
                <w:b w:val="0"/>
                <w:sz w:val="14"/>
              </w:rPr>
              <w:t>REFERENCE_LOCKED_ASIS_STRESS_SCORE_WITH_FORMULA_AUDIT</w:t>
            </w:r>
          </w:p>
        </w:tc>
      </w:tr>
      <w:tr>
        <w:trPr>
          <w:cantSplit/>
        </w:trPr>
        <w:tc>
          <w:tcPr>
            <w:tcW w:type="dxa" w:w="4933"/>
            <w:vAlign w:val="center"/>
          </w:tcPr>
          <w:p>
            <w:r/>
            <w:r>
              <w:rPr>
                <w:rFonts w:ascii="Malgun Gothic" w:hAnsi="Malgun Gothic" w:eastAsia="Malgun Gothic"/>
                <w:b w:val="0"/>
                <w:sz w:val="14"/>
              </w:rPr>
              <w:t>stress_score_policy</w:t>
            </w:r>
          </w:p>
        </w:tc>
        <w:tc>
          <w:tcPr>
            <w:tcW w:type="dxa" w:w="4933"/>
            <w:vAlign w:val="center"/>
          </w:tcPr>
          <w:p>
            <w:r/>
            <w:r>
              <w:rPr>
                <w:rFonts w:ascii="Malgun Gothic" w:hAnsi="Malgun Gothic" w:eastAsia="Malgun Gothic"/>
                <w:b w:val="0"/>
                <w:sz w:val="14"/>
              </w:rPr>
              <w:t>reference_locked</w:t>
            </w:r>
          </w:p>
        </w:tc>
      </w:tr>
      <w:tr>
        <w:trPr>
          <w:cantSplit/>
        </w:trPr>
        <w:tc>
          <w:tcPr>
            <w:tcW w:type="dxa" w:w="4933"/>
            <w:vAlign w:val="center"/>
          </w:tcPr>
          <w:p>
            <w:r/>
            <w:r>
              <w:rPr>
                <w:rFonts w:ascii="Malgun Gothic" w:hAnsi="Malgun Gothic" w:eastAsia="Malgun Gothic"/>
                <w:b w:val="0"/>
                <w:sz w:val="14"/>
              </w:rPr>
              <w:t>formula_audit_decision</w:t>
            </w:r>
          </w:p>
        </w:tc>
        <w:tc>
          <w:tcPr>
            <w:tcW w:type="dxa" w:w="4933"/>
            <w:vAlign w:val="center"/>
          </w:tcPr>
          <w:p>
            <w:r/>
            <w:r>
              <w:rPr>
                <w:rFonts w:ascii="Malgun Gothic" w:hAnsi="Malgun Gothic" w:eastAsia="Malgun Gothic"/>
                <w:b w:val="0"/>
                <w:sz w:val="14"/>
              </w:rPr>
              <w:t>REVIEW_0413_NORMALIZATION_PARAMS_REQUIRED</w:t>
            </w:r>
          </w:p>
        </w:tc>
      </w:tr>
      <w:tr>
        <w:trPr>
          <w:cantSplit/>
        </w:trPr>
        <w:tc>
          <w:tcPr>
            <w:tcW w:type="dxa" w:w="4933"/>
            <w:vAlign w:val="center"/>
          </w:tcPr>
          <w:p>
            <w:r/>
            <w:r>
              <w:rPr>
                <w:rFonts w:ascii="Malgun Gothic" w:hAnsi="Malgun Gothic" w:eastAsia="Malgun Gothic"/>
                <w:b w:val="0"/>
                <w:sz w:val="14"/>
              </w:rPr>
              <w:t>message</w:t>
            </w:r>
          </w:p>
        </w:tc>
        <w:tc>
          <w:tcPr>
            <w:tcW w:type="dxa" w:w="4933"/>
            <w:vAlign w:val="center"/>
          </w:tcPr>
          <w:p>
            <w:r/>
            <w:r>
              <w:rPr>
                <w:rFonts w:ascii="Malgun Gothic" w:hAnsi="Malgun Gothic" w:eastAsia="Malgun Gothic"/>
                <w:b w:val="0"/>
                <w:sz w:val="14"/>
              </w:rPr>
              <w:t>실제 AS-IS 데이터 기반 재현 산출물을 만들었습니다. stress_score는 reference lock으로 보호하고, 추정 산식 차이는 감사표로 분리했습니다.</w:t>
            </w:r>
          </w:p>
        </w:tc>
      </w:tr>
      <w:tr>
        <w:trPr>
          <w:cantSplit/>
        </w:trPr>
        <w:tc>
          <w:tcPr>
            <w:tcW w:type="dxa" w:w="4933"/>
            <w:vAlign w:val="center"/>
          </w:tcPr>
          <w:p>
            <w:r/>
            <w:r>
              <w:rPr>
                <w:rFonts w:ascii="Malgun Gothic" w:hAnsi="Malgun Gothic" w:eastAsia="Malgun Gothic"/>
                <w:b w:val="0"/>
                <w:sz w:val="14"/>
              </w:rPr>
              <w:t>outputs[0]</w:t>
            </w:r>
          </w:p>
        </w:tc>
        <w:tc>
          <w:tcPr>
            <w:tcW w:type="dxa" w:w="4933"/>
            <w:vAlign w:val="center"/>
          </w:tcPr>
          <w:p>
            <w:r/>
            <w:r>
              <w:rPr>
                <w:rFonts w:ascii="Malgun Gothic" w:hAnsi="Malgun Gothic" w:eastAsia="Malgun Gothic"/>
                <w:b w:val="0"/>
                <w:sz w:val="14"/>
              </w:rPr>
              <w:t>C:\AI\sci_voc_bot\research_continuity\02_asis_same_method_reproduction\actual_asis_source_schema_v153.csv</w:t>
            </w:r>
          </w:p>
        </w:tc>
      </w:tr>
      <w:tr>
        <w:trPr>
          <w:cantSplit/>
        </w:trPr>
        <w:tc>
          <w:tcPr>
            <w:tcW w:type="dxa" w:w="4933"/>
            <w:vAlign w:val="center"/>
          </w:tcPr>
          <w:p>
            <w:r/>
            <w:r>
              <w:rPr>
                <w:rFonts w:ascii="Malgun Gothic" w:hAnsi="Malgun Gothic" w:eastAsia="Malgun Gothic"/>
                <w:b w:val="0"/>
                <w:sz w:val="14"/>
              </w:rPr>
              <w:t>outputs[1]</w:t>
            </w:r>
          </w:p>
        </w:tc>
        <w:tc>
          <w:tcPr>
            <w:tcW w:type="dxa" w:w="4933"/>
            <w:vAlign w:val="center"/>
          </w:tcPr>
          <w:p>
            <w:r/>
            <w:r>
              <w:rPr>
                <w:rFonts w:ascii="Malgun Gothic" w:hAnsi="Malgun Gothic" w:eastAsia="Malgun Gothic"/>
                <w:b w:val="0"/>
                <w:sz w:val="14"/>
              </w:rPr>
              <w:t>C:\AI\sci_voc_bot\research_continuity\02_asis_same_method_reproduction\runs\20260705_230644\actual_same_method_reproduced_stress_index_v153.csv</w:t>
            </w:r>
          </w:p>
        </w:tc>
      </w:tr>
      <w:tr>
        <w:trPr>
          <w:cantSplit/>
        </w:trPr>
        <w:tc>
          <w:tcPr>
            <w:tcW w:type="dxa" w:w="4933"/>
            <w:vAlign w:val="center"/>
          </w:tcPr>
          <w:p>
            <w:r/>
            <w:r>
              <w:rPr>
                <w:rFonts w:ascii="Malgun Gothic" w:hAnsi="Malgun Gothic" w:eastAsia="Malgun Gothic"/>
                <w:b w:val="0"/>
                <w:sz w:val="14"/>
              </w:rPr>
              <w:t>outputs[2]</w:t>
            </w:r>
          </w:p>
        </w:tc>
        <w:tc>
          <w:tcPr>
            <w:tcW w:type="dxa" w:w="4933"/>
            <w:vAlign w:val="center"/>
          </w:tcPr>
          <w:p>
            <w:r/>
            <w:r>
              <w:rPr>
                <w:rFonts w:ascii="Malgun Gothic" w:hAnsi="Malgun Gothic" w:eastAsia="Malgun Gothic"/>
                <w:b w:val="0"/>
                <w:sz w:val="14"/>
              </w:rPr>
              <w:t>C:\AI\sci_voc_bot\research_continuity\02_asis_same_method_reproduction\latest_actual_same_method_reproduced_stress_index_v153.csv</w:t>
            </w:r>
          </w:p>
        </w:tc>
      </w:tr>
      <w:tr>
        <w:trPr>
          <w:cantSplit/>
        </w:trPr>
        <w:tc>
          <w:tcPr>
            <w:tcW w:type="dxa" w:w="4933"/>
            <w:vAlign w:val="center"/>
          </w:tcPr>
          <w:p>
            <w:r/>
            <w:r>
              <w:rPr>
                <w:rFonts w:ascii="Malgun Gothic" w:hAnsi="Malgun Gothic" w:eastAsia="Malgun Gothic"/>
                <w:b w:val="0"/>
                <w:sz w:val="14"/>
              </w:rPr>
              <w:t>outputs[3]</w:t>
            </w:r>
          </w:p>
        </w:tc>
        <w:tc>
          <w:tcPr>
            <w:tcW w:type="dxa" w:w="4933"/>
            <w:vAlign w:val="center"/>
          </w:tcPr>
          <w:p>
            <w:r/>
            <w:r>
              <w:rPr>
                <w:rFonts w:ascii="Malgun Gothic" w:hAnsi="Malgun Gothic" w:eastAsia="Malgun Gothic"/>
                <w:b w:val="0"/>
                <w:sz w:val="14"/>
              </w:rPr>
              <w:t>C:\AI\sci_voc_bot\research_continuity\02_asis_same_method_reproduction\actual_same_method_reproduced_stress_index_v150.csv</w:t>
            </w:r>
          </w:p>
        </w:tc>
      </w:tr>
      <w:tr>
        <w:trPr>
          <w:cantSplit/>
        </w:trPr>
        <w:tc>
          <w:tcPr>
            <w:tcW w:type="dxa" w:w="4933"/>
            <w:vAlign w:val="center"/>
          </w:tcPr>
          <w:p>
            <w:r/>
            <w:r>
              <w:rPr>
                <w:rFonts w:ascii="Malgun Gothic" w:hAnsi="Malgun Gothic" w:eastAsia="Malgun Gothic"/>
                <w:b w:val="0"/>
                <w:sz w:val="14"/>
              </w:rPr>
              <w:t>outputs[4]</w:t>
            </w:r>
          </w:p>
        </w:tc>
        <w:tc>
          <w:tcPr>
            <w:tcW w:type="dxa" w:w="4933"/>
            <w:vAlign w:val="center"/>
          </w:tcPr>
          <w:p>
            <w:r/>
            <w:r>
              <w:rPr>
                <w:rFonts w:ascii="Malgun Gothic" w:hAnsi="Malgun Gothic" w:eastAsia="Malgun Gothic"/>
                <w:b w:val="0"/>
                <w:sz w:val="14"/>
              </w:rPr>
              <w:t>C:\AI\sci_voc_bot\research_continuity\02_asis_same_method_reproduction\runs\20260705_230644\actual_same_method_normalization_candidate_params_v153.json</w:t>
            </w:r>
          </w:p>
        </w:tc>
      </w:tr>
      <w:tr>
        <w:trPr>
          <w:cantSplit/>
        </w:trPr>
        <w:tc>
          <w:tcPr>
            <w:tcW w:type="dxa" w:w="4933"/>
            <w:vAlign w:val="center"/>
          </w:tcPr>
          <w:p>
            <w:r/>
            <w:r>
              <w:rPr>
                <w:rFonts w:ascii="Malgun Gothic" w:hAnsi="Malgun Gothic" w:eastAsia="Malgun Gothic"/>
                <w:b w:val="0"/>
                <w:sz w:val="14"/>
              </w:rPr>
              <w:t>outputs[5]</w:t>
            </w:r>
          </w:p>
        </w:tc>
        <w:tc>
          <w:tcPr>
            <w:tcW w:type="dxa" w:w="4933"/>
            <w:vAlign w:val="center"/>
          </w:tcPr>
          <w:p>
            <w:r/>
            <w:r>
              <w:rPr>
                <w:rFonts w:ascii="Malgun Gothic" w:hAnsi="Malgun Gothic" w:eastAsia="Malgun Gothic"/>
                <w:b w:val="0"/>
                <w:sz w:val="14"/>
              </w:rPr>
              <w:t>C:\AI\sci_voc_bot\research_continuity\02_asis_same_method_reproduction\latest_actual_same_method_normalization_candidate_params_v153.json</w:t>
            </w:r>
          </w:p>
        </w:tc>
      </w:tr>
      <w:tr>
        <w:trPr>
          <w:cantSplit/>
        </w:trPr>
        <w:tc>
          <w:tcPr>
            <w:tcW w:type="dxa" w:w="4933"/>
            <w:vAlign w:val="center"/>
          </w:tcPr>
          <w:p>
            <w:r/>
            <w:r>
              <w:rPr>
                <w:rFonts w:ascii="Malgun Gothic" w:hAnsi="Malgun Gothic" w:eastAsia="Malgun Gothic"/>
                <w:b w:val="0"/>
                <w:sz w:val="14"/>
              </w:rPr>
              <w:t>outputs[6]</w:t>
            </w:r>
          </w:p>
        </w:tc>
        <w:tc>
          <w:tcPr>
            <w:tcW w:type="dxa" w:w="4933"/>
            <w:vAlign w:val="center"/>
          </w:tcPr>
          <w:p>
            <w:r/>
            <w:r>
              <w:rPr>
                <w:rFonts w:ascii="Malgun Gothic" w:hAnsi="Malgun Gothic" w:eastAsia="Malgun Gothic"/>
                <w:b w:val="0"/>
                <w:sz w:val="14"/>
              </w:rPr>
              <w:t>C:\AI\sci_voc_bot\research_continuity\02_asis_same_method_reproduction\runs\20260705_230644\actual_same_method_reproduction_summary_v153.csv</w:t>
            </w:r>
          </w:p>
        </w:tc>
      </w:tr>
      <w:tr>
        <w:trPr>
          <w:cantSplit/>
        </w:trPr>
        <w:tc>
          <w:tcPr>
            <w:tcW w:type="dxa" w:w="4933"/>
            <w:vAlign w:val="center"/>
          </w:tcPr>
          <w:p>
            <w:r/>
            <w:r>
              <w:rPr>
                <w:rFonts w:ascii="Malgun Gothic" w:hAnsi="Malgun Gothic" w:eastAsia="Malgun Gothic"/>
                <w:b w:val="0"/>
                <w:sz w:val="14"/>
              </w:rPr>
              <w:t>outputs[7]</w:t>
            </w:r>
          </w:p>
        </w:tc>
        <w:tc>
          <w:tcPr>
            <w:tcW w:type="dxa" w:w="4933"/>
            <w:vAlign w:val="center"/>
          </w:tcPr>
          <w:p>
            <w:r/>
            <w:r>
              <w:rPr>
                <w:rFonts w:ascii="Malgun Gothic" w:hAnsi="Malgun Gothic" w:eastAsia="Malgun Gothic"/>
                <w:b w:val="0"/>
                <w:sz w:val="14"/>
              </w:rPr>
              <w:t>C:\AI\sci_voc_bot\research_continuity\02_asis_same_method_reproduction\latest_actual_same_method_reproduction_summary_v153.csv</w:t>
            </w:r>
          </w:p>
        </w:tc>
      </w:tr>
      <w:tr>
        <w:trPr>
          <w:cantSplit/>
        </w:trPr>
        <w:tc>
          <w:tcPr>
            <w:tcW w:type="dxa" w:w="4933"/>
            <w:vAlign w:val="center"/>
          </w:tcPr>
          <w:p>
            <w:r/>
            <w:r>
              <w:rPr>
                <w:rFonts w:ascii="Malgun Gothic" w:hAnsi="Malgun Gothic" w:eastAsia="Malgun Gothic"/>
                <w:b w:val="0"/>
                <w:sz w:val="14"/>
              </w:rPr>
              <w:t>outputs[8]</w:t>
            </w:r>
          </w:p>
        </w:tc>
        <w:tc>
          <w:tcPr>
            <w:tcW w:type="dxa" w:w="4933"/>
            <w:vAlign w:val="center"/>
          </w:tcPr>
          <w:p>
            <w:r/>
            <w:r>
              <w:rPr>
                <w:rFonts w:ascii="Malgun Gothic" w:hAnsi="Malgun Gothic" w:eastAsia="Malgun Gothic"/>
                <w:b w:val="0"/>
                <w:sz w:val="14"/>
              </w:rPr>
              <w:t>C:\AI\sci_voc_bot\research_continuity\02_asis_same_method_reproduction\latest_actual_same_method_reproduction_summary_v150.csv</w:t>
            </w:r>
          </w:p>
        </w:tc>
      </w:tr>
      <w:tr>
        <w:trPr>
          <w:cantSplit/>
        </w:trPr>
        <w:tc>
          <w:tcPr>
            <w:tcW w:type="dxa" w:w="4933"/>
            <w:vAlign w:val="center"/>
          </w:tcPr>
          <w:p>
            <w:r/>
            <w:r>
              <w:rPr>
                <w:rFonts w:ascii="Malgun Gothic" w:hAnsi="Malgun Gothic" w:eastAsia="Malgun Gothic"/>
                <w:b w:val="0"/>
                <w:sz w:val="14"/>
              </w:rPr>
              <w:t>outputs[9]</w:t>
            </w:r>
          </w:p>
        </w:tc>
        <w:tc>
          <w:tcPr>
            <w:tcW w:type="dxa" w:w="4933"/>
            <w:vAlign w:val="center"/>
          </w:tcPr>
          <w:p>
            <w:r/>
            <w:r>
              <w:rPr>
                <w:rFonts w:ascii="Malgun Gothic" w:hAnsi="Malgun Gothic" w:eastAsia="Malgun Gothic"/>
                <w:b w:val="0"/>
                <w:sz w:val="14"/>
              </w:rPr>
              <w:t>C:\AI\sci_voc_bot\research_continuity\04_three_stage_comparison\stress_score_formula_audit_v153.csv</w:t>
            </w:r>
          </w:p>
        </w:tc>
      </w:tr>
      <w:tr>
        <w:trPr>
          <w:cantSplit/>
        </w:trPr>
        <w:tc>
          <w:tcPr>
            <w:tcW w:type="dxa" w:w="4933"/>
            <w:vAlign w:val="center"/>
          </w:tcPr>
          <w:p>
            <w:r/>
            <w:r>
              <w:rPr>
                <w:rFonts w:ascii="Malgun Gothic" w:hAnsi="Malgun Gothic" w:eastAsia="Malgun Gothic"/>
                <w:b w:val="0"/>
                <w:sz w:val="14"/>
              </w:rPr>
              <w:t>outputs[10]</w:t>
            </w:r>
          </w:p>
        </w:tc>
        <w:tc>
          <w:tcPr>
            <w:tcW w:type="dxa" w:w="4933"/>
            <w:vAlign w:val="center"/>
          </w:tcPr>
          <w:p>
            <w:r/>
            <w:r>
              <w:rPr>
                <w:rFonts w:ascii="Malgun Gothic" w:hAnsi="Malgun Gothic" w:eastAsia="Malgun Gothic"/>
                <w:b w:val="0"/>
                <w:sz w:val="14"/>
              </w:rPr>
              <w:t>C:\AI\sci_voc_bot\research_continuity\02_asis_same_method_reproduction\runs\20260705_230644\actual_same_method_reproduction_manifest_v153.json</w:t>
            </w:r>
          </w:p>
        </w:tc>
      </w:tr>
      <w:tr>
        <w:trPr>
          <w:cantSplit/>
        </w:trPr>
        <w:tc>
          <w:tcPr>
            <w:tcW w:type="dxa" w:w="4933"/>
            <w:vAlign w:val="center"/>
          </w:tcPr>
          <w:p>
            <w:r/>
            <w:r>
              <w:rPr>
                <w:rFonts w:ascii="Malgun Gothic" w:hAnsi="Malgun Gothic" w:eastAsia="Malgun Gothic"/>
                <w:b w:val="0"/>
                <w:sz w:val="14"/>
              </w:rPr>
              <w:t>outputs[11]</w:t>
            </w:r>
          </w:p>
        </w:tc>
        <w:tc>
          <w:tcPr>
            <w:tcW w:type="dxa" w:w="4933"/>
            <w:vAlign w:val="center"/>
          </w:tcPr>
          <w:p>
            <w:r/>
            <w:r>
              <w:rPr>
                <w:rFonts w:ascii="Malgun Gothic" w:hAnsi="Malgun Gothic" w:eastAsia="Malgun Gothic"/>
                <w:b w:val="0"/>
                <w:sz w:val="14"/>
              </w:rPr>
              <w:t>C:\AI\sci_voc_bot\research_continuity\02_asis_same_method_reproduction\latest_actual_same_method_reproduction_manifest_v153.json</w:t>
            </w:r>
          </w:p>
        </w:tc>
      </w:tr>
      <w:tr>
        <w:trPr>
          <w:cantSplit/>
        </w:trPr>
        <w:tc>
          <w:tcPr>
            <w:tcW w:type="dxa" w:w="4933"/>
            <w:vAlign w:val="center"/>
          </w:tcPr>
          <w:p>
            <w:r/>
            <w:r>
              <w:rPr>
                <w:rFonts w:ascii="Malgun Gothic" w:hAnsi="Malgun Gothic" w:eastAsia="Malgun Gothic"/>
                <w:b w:val="0"/>
                <w:sz w:val="14"/>
              </w:rPr>
              <w:t>run_dir</w:t>
            </w:r>
          </w:p>
        </w:tc>
        <w:tc>
          <w:tcPr>
            <w:tcW w:type="dxa" w:w="4933"/>
            <w:vAlign w:val="center"/>
          </w:tcPr>
          <w:p>
            <w:r/>
            <w:r>
              <w:rPr>
                <w:rFonts w:ascii="Malgun Gothic" w:hAnsi="Malgun Gothic" w:eastAsia="Malgun Gothic"/>
                <w:b w:val="0"/>
                <w:sz w:val="14"/>
              </w:rPr>
              <w:t>C:\AI\sci_voc_bot\research_continuity\02_asis_same_method_reproduction\runs\20260705_230644</w:t>
            </w:r>
          </w:p>
        </w:tc>
      </w:tr>
      <w:tr>
        <w:trPr>
          <w:cantSplit/>
        </w:trPr>
        <w:tc>
          <w:tcPr>
            <w:tcW w:type="dxa" w:w="4933"/>
            <w:vAlign w:val="center"/>
          </w:tcPr>
          <w:p>
            <w:r/>
            <w:r>
              <w:rPr>
                <w:rFonts w:ascii="Malgun Gothic" w:hAnsi="Malgun Gothic" w:eastAsia="Malgun Gothic"/>
                <w:b w:val="0"/>
                <w:sz w:val="14"/>
              </w:rPr>
              <w:t>deploy_label</w:t>
            </w:r>
          </w:p>
        </w:tc>
        <w:tc>
          <w:tcPr>
            <w:tcW w:type="dxa" w:w="4933"/>
            <w:vAlign w:val="center"/>
          </w:tcPr>
          <w:p>
            <w:r/>
            <w:r>
              <w:rPr>
                <w:rFonts w:ascii="Malgun Gothic" w:hAnsi="Malgun Gothic" w:eastAsia="Malgun Gothic"/>
                <w:b w:val="0"/>
                <w:sz w:val="14"/>
              </w:rPr>
              <w:t>SCI-VOC v154 · AS-IS reference lock · TO-BE n1000 자동화 검증 · Kspon ENV 연동 · missing 제외 산출</w:t>
            </w:r>
          </w:p>
        </w:tc>
      </w:tr>
    </w:tbl>
    <w:p/>
    <w:p>
      <w:pPr>
        <w:pStyle w:val="Heading2"/>
      </w:pPr>
      <w:r>
        <w:t>결과 해석</w:t>
      </w:r>
    </w:p>
    <w:p>
      <w:r>
        <w:t>TO-BE 1,000건은 분석 자동화와 운영 재현성을 보여주는 근거이며, 본문 결과와 직접적인 우열 비교 대상은 아니다.</w:t>
      </w:r>
    </w:p>
    <w:p>
      <w:pPr>
        <w:pStyle w:val="Heading2"/>
      </w:pPr>
      <w:r>
        <w:t>한계 및 논문 반영 기준</w:t>
      </w:r>
    </w:p>
    <w:p>
      <w:r>
        <w:t>AS-IS와 TO-BE의 전처리·버전·결과 슬롯 차이를 통제하지 않은 단순 수치 비교는 금지한다.</w:t>
      </w:r>
    </w:p>
    <w:p>
      <w:r>
        <w:br w:type="page"/>
      </w:r>
    </w:p>
    <w:p>
      <w:pPr>
        <w:pStyle w:val="Heading1"/>
      </w:pPr>
      <w:r>
        <w:t>4. 실제 데이터 값 및 무결성 점검</w:t>
      </w:r>
    </w:p>
    <w:p>
      <w:pPr>
        <w:pStyle w:val="Heading2"/>
      </w:pPr>
      <w:r>
        <w:t>논문 작성용 상세 본문</w:t>
      </w:r>
    </w:p>
    <w:p>
      <w:r>
        <w:t>운영기에 표시되는 수치는 배포 시점의 JSON/CSV 결과를 기준으로 하며, 원천 후보 10,000건과 실제 분석 통화 1,000건을 구분한다.</w:t>
      </w:r>
    </w:p>
    <w:p>
      <w:r>
        <w:t>화자분리 결과는 통화 파일 수, 세그먼트 수, 통화-화자 슬롯, 응답쌍, 디코딩 성공/실패 건수로 분리해 표시한다.</w:t>
      </w:r>
    </w:p>
    <w:p>
      <w:r>
        <w:t>파일명에 .wav.wav가 보였던 문제는 표시용 문자열 처리 문제였으며, 실제 분석 파일과 세그먼트 결과의 무결성은 별도 진단표로 확인한다.</w:t>
      </w:r>
    </w:p>
    <w:p>
      <w:r>
        <w:t>실제 데이터 값 검증은 단순한 화면 표시 확인이 아니라 파일 존재 여부, CSV 행 수, JSON 상태, 디코딩 성공 수, 세그먼트 수를 교차 확인하는 과정이다.</w:t>
      </w:r>
    </w:p>
    <w:p>
      <w:r>
        <w:t>원천 후보 10,000건, 실제 분석 통화 1,000건, 화자 세그먼트 57,619건, 통화-화자 슬롯 2,000건은 서로 다른 분석 단위이다.</w:t>
      </w:r>
    </w:p>
    <w:p>
      <w:r>
        <w:t>이 단위를 분리하지 않으면 2,000 슬롯을 2,000개의 원본 음성으로 오해하거나 세그먼트 수를 통화 수로 해석하는 오류가 발생한다.</w:t>
      </w:r>
    </w:p>
    <w:p>
      <w:pPr>
        <w:pStyle w:val="Heading2"/>
      </w:pPr>
      <w:r>
        <w:t>분석 수치 및 결과표</w:t>
      </w:r>
    </w:p>
    <w:p>
      <w:r>
        <w:rPr>
          <w:b/>
        </w:rPr>
        <w:t>표 4-1. 실제 데이터 계층</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계층</w:t>
            </w:r>
          </w:p>
        </w:tc>
        <w:tc>
          <w:tcPr>
            <w:tcW w:type="dxa" w:w="3289"/>
          </w:tcPr>
          <w:p>
            <w:r/>
            <w:r>
              <w:rPr>
                <w:rFonts w:ascii="Malgun Gothic" w:hAnsi="Malgun Gothic" w:eastAsia="Malgun Gothic"/>
                <w:b/>
                <w:sz w:val="16"/>
              </w:rPr>
              <w:t>건수</w:t>
            </w:r>
          </w:p>
        </w:tc>
        <w:tc>
          <w:tcPr>
            <w:tcW w:type="dxa" w:w="3289"/>
          </w:tcPr>
          <w:p>
            <w:r/>
            <w:r>
              <w:rPr>
                <w:rFonts w:ascii="Malgun Gothic" w:hAnsi="Malgun Gothic" w:eastAsia="Malgun Gothic"/>
                <w:b/>
                <w:sz w:val="16"/>
              </w:rPr>
              <w:t>설명</w:t>
            </w:r>
          </w:p>
        </w:tc>
      </w:tr>
      <w:tr>
        <w:trPr>
          <w:cantSplit/>
        </w:trPr>
        <w:tc>
          <w:tcPr>
            <w:tcW w:type="dxa" w:w="3289"/>
            <w:vAlign w:val="center"/>
          </w:tcPr>
          <w:p>
            <w:r/>
            <w:r>
              <w:rPr>
                <w:rFonts w:ascii="Malgun Gothic" w:hAnsi="Malgun Gothic" w:eastAsia="Malgun Gothic"/>
                <w:b w:val="0"/>
                <w:sz w:val="16"/>
              </w:rPr>
              <w:t>원천 후보</w:t>
            </w:r>
          </w:p>
        </w:tc>
        <w:tc>
          <w:tcPr>
            <w:tcW w:type="dxa" w:w="3289"/>
            <w:vAlign w:val="center"/>
          </w:tcPr>
          <w:p>
            <w:r/>
            <w:r>
              <w:rPr>
                <w:rFonts w:ascii="Malgun Gothic" w:hAnsi="Malgun Gothic" w:eastAsia="Malgun Gothic"/>
                <w:b w:val="0"/>
                <w:sz w:val="16"/>
              </w:rPr>
              <w:t>10,000</w:t>
            </w:r>
          </w:p>
        </w:tc>
        <w:tc>
          <w:tcPr>
            <w:tcW w:type="dxa" w:w="3289"/>
            <w:vAlign w:val="center"/>
          </w:tcPr>
          <w:p>
            <w:r/>
            <w:r>
              <w:rPr>
                <w:rFonts w:ascii="Malgun Gothic" w:hAnsi="Malgun Gothic" w:eastAsia="Malgun Gothic"/>
                <w:b w:val="0"/>
                <w:sz w:val="16"/>
              </w:rPr>
              <w:t>SOURCE_VOC_DIR 후보</w:t>
            </w:r>
          </w:p>
        </w:tc>
      </w:tr>
      <w:tr>
        <w:trPr>
          <w:cantSplit/>
        </w:trPr>
        <w:tc>
          <w:tcPr>
            <w:tcW w:type="dxa" w:w="3289"/>
            <w:vAlign w:val="center"/>
          </w:tcPr>
          <w:p>
            <w:r/>
            <w:r>
              <w:rPr>
                <w:rFonts w:ascii="Malgun Gothic" w:hAnsi="Malgun Gothic" w:eastAsia="Malgun Gothic"/>
                <w:b w:val="0"/>
                <w:sz w:val="16"/>
              </w:rPr>
              <w:t>실제 분석 통화</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TO-BE/화자분리 입력</w:t>
            </w:r>
          </w:p>
        </w:tc>
      </w:tr>
      <w:tr>
        <w:trPr>
          <w:cantSplit/>
        </w:trPr>
        <w:tc>
          <w:tcPr>
            <w:tcW w:type="dxa" w:w="3289"/>
            <w:vAlign w:val="center"/>
          </w:tcPr>
          <w:p>
            <w:r/>
            <w:r>
              <w:rPr>
                <w:rFonts w:ascii="Malgun Gothic" w:hAnsi="Malgun Gothic" w:eastAsia="Malgun Gothic"/>
                <w:b w:val="0"/>
                <w:sz w:val="16"/>
              </w:rPr>
              <w:t>SPEAKER 세그먼트</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pyannote 결과</w:t>
            </w:r>
          </w:p>
        </w:tc>
      </w:tr>
      <w:tr>
        <w:trPr>
          <w:cantSplit/>
        </w:trPr>
        <w:tc>
          <w:tcPr>
            <w:tcW w:type="dxa" w:w="3289"/>
            <w:vAlign w:val="center"/>
          </w:tcPr>
          <w:p>
            <w:r/>
            <w:r>
              <w:rPr>
                <w:rFonts w:ascii="Malgun Gothic" w:hAnsi="Malgun Gothic" w:eastAsia="Malgun Gothic"/>
                <w:b w:val="0"/>
                <w:sz w:val="16"/>
              </w:rPr>
              <w:t>통화-화자 슬롯</w:t>
            </w:r>
          </w:p>
        </w:tc>
        <w:tc>
          <w:tcPr>
            <w:tcW w:type="dxa" w:w="3289"/>
            <w:vAlign w:val="center"/>
          </w:tcPr>
          <w:p>
            <w:r/>
            <w:r>
              <w:rPr>
                <w:rFonts w:ascii="Malgun Gothic" w:hAnsi="Malgun Gothic" w:eastAsia="Malgun Gothic"/>
                <w:b w:val="0"/>
                <w:sz w:val="16"/>
              </w:rPr>
              <w:t>2,000</w:t>
            </w:r>
          </w:p>
        </w:tc>
        <w:tc>
          <w:tcPr>
            <w:tcW w:type="dxa" w:w="3289"/>
            <w:vAlign w:val="center"/>
          </w:tcPr>
          <w:p>
            <w:r/>
            <w:r>
              <w:rPr>
                <w:rFonts w:ascii="Malgun Gothic" w:hAnsi="Malgun Gothic" w:eastAsia="Malgun Gothic"/>
                <w:b w:val="0"/>
                <w:sz w:val="16"/>
              </w:rPr>
              <w:t>1,000×2</w:t>
            </w:r>
          </w:p>
        </w:tc>
      </w:tr>
      <w:tr>
        <w:trPr>
          <w:cantSplit/>
        </w:trPr>
        <w:tc>
          <w:tcPr>
            <w:tcW w:type="dxa" w:w="3289"/>
            <w:vAlign w:val="center"/>
          </w:tcPr>
          <w:p>
            <w:r/>
            <w:r>
              <w:rPr>
                <w:rFonts w:ascii="Malgun Gothic" w:hAnsi="Malgun Gothic" w:eastAsia="Malgun Gothic"/>
                <w:b w:val="0"/>
                <w:sz w:val="16"/>
              </w:rPr>
              <w:t>S0→S1 응답쌍</w:t>
            </w:r>
          </w:p>
        </w:tc>
        <w:tc>
          <w:tcPr>
            <w:tcW w:type="dxa" w:w="3289"/>
            <w:vAlign w:val="center"/>
          </w:tcPr>
          <w:p>
            <w:r/>
            <w:r>
              <w:rPr>
                <w:rFonts w:ascii="Malgun Gothic" w:hAnsi="Malgun Gothic" w:eastAsia="Malgun Gothic"/>
                <w:b w:val="0"/>
                <w:sz w:val="16"/>
              </w:rPr>
              <w:t>28,149</w:t>
            </w:r>
          </w:p>
        </w:tc>
        <w:tc>
          <w:tcPr>
            <w:tcW w:type="dxa" w:w="3289"/>
            <w:vAlign w:val="center"/>
          </w:tcPr>
          <w:p>
            <w:r/>
            <w:r>
              <w:rPr>
                <w:rFonts w:ascii="Malgun Gothic" w:hAnsi="Malgun Gothic" w:eastAsia="Malgun Gothic"/>
                <w:b w:val="0"/>
                <w:sz w:val="16"/>
              </w:rPr>
              <w:t>시간 순서 후보</w:t>
            </w:r>
          </w:p>
        </w:tc>
      </w:tr>
    </w:tbl>
    <w:p/>
    <w:p>
      <w:r>
        <w:rPr>
          <w:b/>
        </w:rPr>
        <w:t>표 4-2. 오디오 처리 무결성</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항목</w:t>
            </w:r>
          </w:p>
        </w:tc>
        <w:tc>
          <w:tcPr>
            <w:tcW w:type="dxa" w:w="3289"/>
          </w:tcPr>
          <w:p>
            <w:r/>
            <w:r>
              <w:rPr>
                <w:rFonts w:ascii="Malgun Gothic" w:hAnsi="Malgun Gothic" w:eastAsia="Malgun Gothic"/>
                <w:b/>
                <w:sz w:val="16"/>
              </w:rPr>
              <w:t>건수</w:t>
            </w:r>
          </w:p>
        </w:tc>
        <w:tc>
          <w:tcPr>
            <w:tcW w:type="dxa" w:w="3289"/>
          </w:tcPr>
          <w:p>
            <w:r/>
            <w:r>
              <w:rPr>
                <w:rFonts w:ascii="Malgun Gothic" w:hAnsi="Malgun Gothic" w:eastAsia="Malgun Gothic"/>
                <w:b/>
                <w:sz w:val="16"/>
              </w:rPr>
              <w:t>판정</w:t>
            </w:r>
          </w:p>
        </w:tc>
      </w:tr>
      <w:tr>
        <w:trPr>
          <w:cantSplit/>
        </w:trPr>
        <w:tc>
          <w:tcPr>
            <w:tcW w:type="dxa" w:w="3289"/>
            <w:vAlign w:val="center"/>
          </w:tcPr>
          <w:p>
            <w:r/>
            <w:r>
              <w:rPr>
                <w:rFonts w:ascii="Malgun Gothic" w:hAnsi="Malgun Gothic" w:eastAsia="Malgun Gothic"/>
                <w:b w:val="0"/>
                <w:sz w:val="16"/>
              </w:rPr>
              <w:t>디코딩 성공</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정상</w:t>
            </w:r>
          </w:p>
        </w:tc>
      </w:tr>
      <w:tr>
        <w:trPr>
          <w:cantSplit/>
        </w:trPr>
        <w:tc>
          <w:tcPr>
            <w:tcW w:type="dxa" w:w="3289"/>
            <w:vAlign w:val="center"/>
          </w:tcPr>
          <w:p>
            <w:r/>
            <w:r>
              <w:rPr>
                <w:rFonts w:ascii="Malgun Gothic" w:hAnsi="Malgun Gothic" w:eastAsia="Malgun Gothic"/>
                <w:b w:val="0"/>
                <w:sz w:val="16"/>
              </w:rPr>
              <w:t>디코딩 실패</w:t>
            </w:r>
          </w:p>
        </w:tc>
        <w:tc>
          <w:tcPr>
            <w:tcW w:type="dxa" w:w="3289"/>
            <w:vAlign w:val="center"/>
          </w:tcPr>
          <w:p>
            <w:r/>
            <w:r>
              <w:rPr>
                <w:rFonts w:ascii="Malgun Gothic" w:hAnsi="Malgun Gothic" w:eastAsia="Malgun Gothic"/>
                <w:b w:val="0"/>
                <w:sz w:val="16"/>
              </w:rPr>
              <w:t>0</w:t>
            </w:r>
          </w:p>
        </w:tc>
        <w:tc>
          <w:tcPr>
            <w:tcW w:type="dxa" w:w="3289"/>
            <w:vAlign w:val="center"/>
          </w:tcPr>
          <w:p>
            <w:r/>
            <w:r>
              <w:rPr>
                <w:rFonts w:ascii="Malgun Gothic" w:hAnsi="Malgun Gothic" w:eastAsia="Malgun Gothic"/>
                <w:b w:val="0"/>
                <w:sz w:val="16"/>
              </w:rPr>
              <w:t>0이면 정상</w:t>
            </w:r>
          </w:p>
        </w:tc>
      </w:tr>
      <w:tr>
        <w:trPr>
          <w:cantSplit/>
        </w:trPr>
        <w:tc>
          <w:tcPr>
            <w:tcW w:type="dxa" w:w="3289"/>
            <w:vAlign w:val="center"/>
          </w:tcPr>
          <w:p>
            <w:r/>
            <w:r>
              <w:rPr>
                <w:rFonts w:ascii="Malgun Gothic" w:hAnsi="Malgun Gothic" w:eastAsia="Malgun Gothic"/>
                <w:b w:val="0"/>
                <w:sz w:val="16"/>
              </w:rPr>
              <w:t>energy 계산 완료</w:t>
            </w:r>
          </w:p>
        </w:tc>
        <w:tc>
          <w:tcPr>
            <w:tcW w:type="dxa" w:w="3289"/>
            <w:vAlign w:val="center"/>
          </w:tcPr>
          <w:p>
            <w:r/>
            <w:r>
              <w:rPr>
                <w:rFonts w:ascii="Malgun Gothic" w:hAnsi="Malgun Gothic" w:eastAsia="Malgun Gothic"/>
                <w:b w:val="0"/>
                <w:sz w:val="16"/>
              </w:rPr>
              <w:t>57,611</w:t>
            </w:r>
          </w:p>
        </w:tc>
        <w:tc>
          <w:tcPr>
            <w:tcW w:type="dxa" w:w="3289"/>
            <w:vAlign w:val="center"/>
          </w:tcPr>
          <w:p>
            <w:r/>
            <w:r>
              <w:rPr>
                <w:rFonts w:ascii="Malgun Gothic" w:hAnsi="Malgun Gothic" w:eastAsia="Malgun Gothic"/>
                <w:b w:val="0"/>
                <w:sz w:val="16"/>
              </w:rPr>
              <w:t>일부 극단 단구간 제외</w:t>
            </w:r>
          </w:p>
        </w:tc>
      </w:tr>
      <w:tr>
        <w:trPr>
          <w:cantSplit/>
        </w:trPr>
        <w:tc>
          <w:tcPr>
            <w:tcW w:type="dxa" w:w="3289"/>
            <w:vAlign w:val="center"/>
          </w:tcPr>
          <w:p>
            <w:r/>
            <w:r>
              <w:rPr>
                <w:rFonts w:ascii="Malgun Gothic" w:hAnsi="Malgun Gothic" w:eastAsia="Malgun Gothic"/>
                <w:b w:val="0"/>
                <w:sz w:val="16"/>
              </w:rPr>
              <w:t>pitch 계산 완료</w:t>
            </w:r>
          </w:p>
        </w:tc>
        <w:tc>
          <w:tcPr>
            <w:tcW w:type="dxa" w:w="3289"/>
            <w:vAlign w:val="center"/>
          </w:tcPr>
          <w:p>
            <w:r/>
            <w:r>
              <w:rPr>
                <w:rFonts w:ascii="Malgun Gothic" w:hAnsi="Malgun Gothic" w:eastAsia="Malgun Gothic"/>
                <w:b w:val="0"/>
                <w:sz w:val="16"/>
              </w:rPr>
              <w:t>53,098</w:t>
            </w:r>
          </w:p>
        </w:tc>
        <w:tc>
          <w:tcPr>
            <w:tcW w:type="dxa" w:w="3289"/>
            <w:vAlign w:val="center"/>
          </w:tcPr>
          <w:p>
            <w:r/>
            <w:r>
              <w:rPr>
                <w:rFonts w:ascii="Malgun Gothic" w:hAnsi="Malgun Gothic" w:eastAsia="Malgun Gothic"/>
                <w:b w:val="0"/>
                <w:sz w:val="16"/>
              </w:rPr>
              <w:t>voiced 구간 기준</w:t>
            </w:r>
          </w:p>
        </w:tc>
      </w:tr>
    </w:tbl>
    <w:p/>
    <w:p>
      <w:r>
        <w:rPr>
          <w:b/>
        </w:rPr>
        <w:t>표 4-Q.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운영기 수치가 실제 파일·행·세그먼트 상태와 일치하는가?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표시 오류와 실제 데이터 오류를 구분할 수 있는가?</w:t>
            </w:r>
          </w:p>
        </w:tc>
      </w:tr>
    </w:tbl>
    <w:p/>
    <w:p>
      <w:r>
        <w:rPr>
          <w:b/>
        </w:rPr>
        <w:t>표 4-M.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File diagnostics</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Row count audit</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Hash/size inventory</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Decode success check</w:t>
            </w:r>
          </w:p>
        </w:tc>
      </w:tr>
      <w:tr>
        <w:trPr>
          <w:cantSplit/>
        </w:trPr>
        <w:tc>
          <w:tcPr>
            <w:tcW w:type="dxa" w:w="4933"/>
            <w:vAlign w:val="center"/>
          </w:tcPr>
          <w:p>
            <w:r/>
            <w:r>
              <w:rPr>
                <w:rFonts w:ascii="Malgun Gothic" w:hAnsi="Malgun Gothic" w:eastAsia="Malgun Gothic"/>
                <w:b w:val="0"/>
                <w:sz w:val="16"/>
              </w:rPr>
              <w:t>5</w:t>
            </w:r>
          </w:p>
        </w:tc>
        <w:tc>
          <w:tcPr>
            <w:tcW w:type="dxa" w:w="4933"/>
            <w:vAlign w:val="center"/>
          </w:tcPr>
          <w:p>
            <w:r/>
            <w:r>
              <w:rPr>
                <w:rFonts w:ascii="Malgun Gothic" w:hAnsi="Malgun Gothic" w:eastAsia="Malgun Gothic"/>
                <w:b w:val="0"/>
                <w:sz w:val="16"/>
              </w:rPr>
              <w:t>Public/deploy verification</w:t>
            </w:r>
          </w:p>
        </w:tc>
      </w:tr>
    </w:tbl>
    <w:p/>
    <w:p>
      <w:pPr>
        <w:pStyle w:val="Heading2"/>
      </w:pPr>
      <w:r>
        <w:t>분석 그림 및 도식</w:t>
      </w:r>
    </w:p>
    <w:p>
      <w:pPr>
        <w:jc w:val="center"/>
      </w:pPr>
      <w:r>
        <w:rPr>
          <w:b/>
        </w:rPr>
        <w:t>그림 4-1. 원천 데이터부터 세그먼트까지의 계층</w:t>
      </w:r>
    </w:p>
    <w:p>
      <w:pPr>
        <w:jc w:val="center"/>
      </w:pPr>
      <w:r>
        <w:drawing>
          <wp:inline xmlns:a="http://schemas.openxmlformats.org/drawingml/2006/main" xmlns:pic="http://schemas.openxmlformats.org/drawingml/2006/picture">
            <wp:extent cx="5806440" cy="3000763"/>
            <wp:docPr id="30" name="Picture 30"/>
            <wp:cNvGraphicFramePr>
              <a:graphicFrameLocks noChangeAspect="1"/>
            </wp:cNvGraphicFramePr>
            <a:graphic>
              <a:graphicData uri="http://schemas.openxmlformats.org/drawingml/2006/picture">
                <pic:pic>
                  <pic:nvPicPr>
                    <pic:cNvPr id="0" name="ch4_hierarchy_v215.png"/>
                    <pic:cNvPicPr/>
                  </pic:nvPicPr>
                  <pic:blipFill>
                    <a:blip r:embed="rId31"/>
                    <a:stretch>
                      <a:fillRect/>
                    </a:stretch>
                  </pic:blipFill>
                  <pic:spPr>
                    <a:xfrm>
                      <a:off x="0" y="0"/>
                      <a:ext cx="5806440" cy="3000763"/>
                    </a:xfrm>
                    <a:prstGeom prst="rect"/>
                  </pic:spPr>
                </pic:pic>
              </a:graphicData>
            </a:graphic>
          </wp:inline>
        </w:drawing>
      </w:r>
    </w:p>
    <w:p>
      <w:pPr>
        <w:jc w:val="center"/>
      </w:pPr>
      <w:r>
        <w:rPr>
          <w:b/>
        </w:rPr>
        <w:t>그림 4-2. 디코딩 및 feature 완성 건수</w:t>
      </w:r>
    </w:p>
    <w:p>
      <w:pPr>
        <w:jc w:val="center"/>
      </w:pPr>
      <w:r>
        <w:drawing>
          <wp:inline xmlns:a="http://schemas.openxmlformats.org/drawingml/2006/main" xmlns:pic="http://schemas.openxmlformats.org/drawingml/2006/picture">
            <wp:extent cx="5806440" cy="2997216"/>
            <wp:docPr id="31" name="Picture 31"/>
            <wp:cNvGraphicFramePr>
              <a:graphicFrameLocks noChangeAspect="1"/>
            </wp:cNvGraphicFramePr>
            <a:graphic>
              <a:graphicData uri="http://schemas.openxmlformats.org/drawingml/2006/picture">
                <pic:pic>
                  <pic:nvPicPr>
                    <pic:cNvPr id="0" name="ch4_decode_v215.png"/>
                    <pic:cNvPicPr/>
                  </pic:nvPicPr>
                  <pic:blipFill>
                    <a:blip r:embed="rId32"/>
                    <a:stretch>
                      <a:fillRect/>
                    </a:stretch>
                  </pic:blipFill>
                  <pic:spPr>
                    <a:xfrm>
                      <a:off x="0" y="0"/>
                      <a:ext cx="5806440" cy="2997216"/>
                    </a:xfrm>
                    <a:prstGeom prst="rect"/>
                  </pic:spPr>
                </pic:pic>
              </a:graphicData>
            </a:graphic>
          </wp:inline>
        </w:drawing>
      </w:r>
    </w:p>
    <w:p>
      <w:pPr>
        <w:jc w:val="center"/>
      </w:pPr>
      <w:r>
        <w:rPr>
          <w:b/>
        </w:rPr>
        <w:t>그림 4-3. 세그먼트 feature 완성률</w:t>
      </w:r>
    </w:p>
    <w:p>
      <w:pPr>
        <w:jc w:val="center"/>
      </w:pPr>
      <w:r>
        <w:drawing>
          <wp:inline xmlns:a="http://schemas.openxmlformats.org/drawingml/2006/main" xmlns:pic="http://schemas.openxmlformats.org/drawingml/2006/picture">
            <wp:extent cx="5806440" cy="2999048"/>
            <wp:docPr id="32" name="Picture 32"/>
            <wp:cNvGraphicFramePr>
              <a:graphicFrameLocks noChangeAspect="1"/>
            </wp:cNvGraphicFramePr>
            <a:graphic>
              <a:graphicData uri="http://schemas.openxmlformats.org/drawingml/2006/picture">
                <pic:pic>
                  <pic:nvPicPr>
                    <pic:cNvPr id="0" name="ch4_completion_v215.png"/>
                    <pic:cNvPicPr/>
                  </pic:nvPicPr>
                  <pic:blipFill>
                    <a:blip r:embed="rId33"/>
                    <a:stretch>
                      <a:fillRect/>
                    </a:stretch>
                  </pic:blipFill>
                  <pic:spPr>
                    <a:xfrm>
                      <a:off x="0" y="0"/>
                      <a:ext cx="5806440" cy="2999048"/>
                    </a:xfrm>
                    <a:prstGeom prst="rect"/>
                  </pic:spPr>
                </pic:pic>
              </a:graphicData>
            </a:graphic>
          </wp:inline>
        </w:drawing>
      </w:r>
    </w:p>
    <w:p>
      <w:pPr>
        <w:pStyle w:val="Heading2"/>
      </w:pPr>
      <w:r>
        <w:t>원본 분석 산출물 연계</w:t>
      </w:r>
    </w:p>
    <w:p>
      <w:r>
        <w:t>대용량 표의 앞/뒤 표본 및 구조 포함; 원본 전수 행은 데이터 부록 ZIP 포함</w:t>
      </w:r>
    </w:p>
    <w:p>
      <w:r>
        <w:rPr>
          <w:b/>
        </w:rPr>
        <w:t>산출물 CSV: research_continuity/24_speaker_actual_diarization_v181/speaker_actual_file_diagnostics_v189.csv (행 1,000, 열 8)</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4"/>
              </w:rPr>
              <w:t>file</w:t>
            </w:r>
          </w:p>
        </w:tc>
        <w:tc>
          <w:tcPr>
            <w:tcW w:type="dxa" w:w="1233"/>
          </w:tcPr>
          <w:p>
            <w:r/>
            <w:r>
              <w:rPr>
                <w:rFonts w:ascii="Malgun Gothic" w:hAnsi="Malgun Gothic" w:eastAsia="Malgun Gothic"/>
                <w:b/>
                <w:sz w:val="14"/>
              </w:rPr>
              <w:t>duration_sec</w:t>
            </w:r>
          </w:p>
        </w:tc>
        <w:tc>
          <w:tcPr>
            <w:tcW w:type="dxa" w:w="1233"/>
          </w:tcPr>
          <w:p>
            <w:r/>
            <w:r>
              <w:rPr>
                <w:rFonts w:ascii="Malgun Gothic" w:hAnsi="Malgun Gothic" w:eastAsia="Malgun Gothic"/>
                <w:b/>
                <w:sz w:val="14"/>
              </w:rPr>
              <w:t>sample_rate</w:t>
            </w:r>
          </w:p>
        </w:tc>
        <w:tc>
          <w:tcPr>
            <w:tcW w:type="dxa" w:w="1233"/>
          </w:tcPr>
          <w:p>
            <w:r/>
            <w:r>
              <w:rPr>
                <w:rFonts w:ascii="Malgun Gothic" w:hAnsi="Malgun Gothic" w:eastAsia="Malgun Gothic"/>
                <w:b/>
                <w:sz w:val="14"/>
              </w:rPr>
              <w:t>channels</w:t>
            </w:r>
          </w:p>
        </w:tc>
        <w:tc>
          <w:tcPr>
            <w:tcW w:type="dxa" w:w="1233"/>
          </w:tcPr>
          <w:p>
            <w:r/>
            <w:r>
              <w:rPr>
                <w:rFonts w:ascii="Malgun Gothic" w:hAnsi="Malgun Gothic" w:eastAsia="Malgun Gothic"/>
                <w:b/>
                <w:sz w:val="14"/>
              </w:rPr>
              <w:t>speaker_count</w:t>
            </w:r>
          </w:p>
        </w:tc>
        <w:tc>
          <w:tcPr>
            <w:tcW w:type="dxa" w:w="1233"/>
          </w:tcPr>
          <w:p>
            <w:r/>
            <w:r>
              <w:rPr>
                <w:rFonts w:ascii="Malgun Gothic" w:hAnsi="Malgun Gothic" w:eastAsia="Malgun Gothic"/>
                <w:b/>
                <w:sz w:val="14"/>
              </w:rPr>
              <w:t>segment_count</w:t>
            </w:r>
          </w:p>
        </w:tc>
        <w:tc>
          <w:tcPr>
            <w:tcW w:type="dxa" w:w="1233"/>
          </w:tcPr>
          <w:p>
            <w:r/>
            <w:r>
              <w:rPr>
                <w:rFonts w:ascii="Malgun Gothic" w:hAnsi="Malgun Gothic" w:eastAsia="Malgun Gothic"/>
                <w:b/>
                <w:sz w:val="14"/>
              </w:rPr>
              <w:t>status</w:t>
            </w:r>
          </w:p>
        </w:tc>
        <w:tc>
          <w:tcPr>
            <w:tcW w:type="dxa" w:w="1233"/>
          </w:tcPr>
          <w:p>
            <w:r/>
            <w:r>
              <w:rPr>
                <w:rFonts w:ascii="Malgun Gothic" w:hAnsi="Malgun Gothic" w:eastAsia="Malgun Gothic"/>
                <w:b/>
                <w:sz w:val="14"/>
              </w:rPr>
              <w:t>error</w:t>
            </w:r>
          </w:p>
        </w:tc>
      </w:tr>
      <w:tr>
        <w:trPr>
          <w:cantSplit/>
        </w:trPr>
        <w:tc>
          <w:tcPr>
            <w:tcW w:type="dxa" w:w="1233"/>
            <w:vAlign w:val="center"/>
          </w:tcPr>
          <w:p>
            <w:r/>
            <w:r>
              <w:rPr>
                <w:rFonts w:ascii="Malgun Gothic" w:hAnsi="Malgun Gothic" w:eastAsia="Malgun Gothic"/>
                <w:b w:val="0"/>
                <w:sz w:val="14"/>
              </w:rPr>
              <w:t>00__350002022300000.wav</w:t>
            </w:r>
          </w:p>
        </w:tc>
        <w:tc>
          <w:tcPr>
            <w:tcW w:type="dxa" w:w="1233"/>
            <w:vAlign w:val="center"/>
          </w:tcPr>
          <w:p>
            <w:r/>
            <w:r>
              <w:rPr>
                <w:rFonts w:ascii="Malgun Gothic" w:hAnsi="Malgun Gothic" w:eastAsia="Malgun Gothic"/>
                <w:b w:val="0"/>
                <w:sz w:val="14"/>
              </w:rPr>
              <w:t>531.81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00__350002022300001.wav</w:t>
            </w:r>
          </w:p>
        </w:tc>
        <w:tc>
          <w:tcPr>
            <w:tcW w:type="dxa" w:w="1233"/>
            <w:vAlign w:val="center"/>
          </w:tcPr>
          <w:p>
            <w:r/>
            <w:r>
              <w:rPr>
                <w:rFonts w:ascii="Malgun Gothic" w:hAnsi="Malgun Gothic" w:eastAsia="Malgun Gothic"/>
                <w:b w:val="0"/>
                <w:sz w:val="14"/>
              </w:rPr>
              <w:t>148.71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00__350002022300002.wav</w:t>
            </w:r>
          </w:p>
        </w:tc>
        <w:tc>
          <w:tcPr>
            <w:tcW w:type="dxa" w:w="1233"/>
            <w:vAlign w:val="center"/>
          </w:tcPr>
          <w:p>
            <w:r/>
            <w:r>
              <w:rPr>
                <w:rFonts w:ascii="Malgun Gothic" w:hAnsi="Malgun Gothic" w:eastAsia="Malgun Gothic"/>
                <w:b w:val="0"/>
                <w:sz w:val="14"/>
              </w:rPr>
              <w:t>65.4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00__350002022300003.wav</w:t>
            </w:r>
          </w:p>
        </w:tc>
        <w:tc>
          <w:tcPr>
            <w:tcW w:type="dxa" w:w="1233"/>
            <w:vAlign w:val="center"/>
          </w:tcPr>
          <w:p>
            <w:r/>
            <w:r>
              <w:rPr>
                <w:rFonts w:ascii="Malgun Gothic" w:hAnsi="Malgun Gothic" w:eastAsia="Malgun Gothic"/>
                <w:b w:val="0"/>
                <w:sz w:val="14"/>
              </w:rPr>
              <w:t>54.3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00__350002022300004.wav</w:t>
            </w:r>
          </w:p>
        </w:tc>
        <w:tc>
          <w:tcPr>
            <w:tcW w:type="dxa" w:w="1233"/>
            <w:vAlign w:val="center"/>
          </w:tcPr>
          <w:p>
            <w:r/>
            <w:r>
              <w:rPr>
                <w:rFonts w:ascii="Malgun Gothic" w:hAnsi="Malgun Gothic" w:eastAsia="Malgun Gothic"/>
                <w:b w:val="0"/>
                <w:sz w:val="14"/>
              </w:rPr>
              <w:t>52.98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00__350002022300005.wav</w:t>
            </w:r>
          </w:p>
        </w:tc>
        <w:tc>
          <w:tcPr>
            <w:tcW w:type="dxa" w:w="1233"/>
            <w:vAlign w:val="center"/>
          </w:tcPr>
          <w:p>
            <w:r/>
            <w:r>
              <w:rPr>
                <w:rFonts w:ascii="Malgun Gothic" w:hAnsi="Malgun Gothic" w:eastAsia="Malgun Gothic"/>
                <w:b w:val="0"/>
                <w:sz w:val="14"/>
              </w:rPr>
              <w:t>30.96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00__350002022300006.wav</w:t>
            </w:r>
          </w:p>
        </w:tc>
        <w:tc>
          <w:tcPr>
            <w:tcW w:type="dxa" w:w="1233"/>
            <w:vAlign w:val="center"/>
          </w:tcPr>
          <w:p>
            <w:r/>
            <w:r>
              <w:rPr>
                <w:rFonts w:ascii="Malgun Gothic" w:hAnsi="Malgun Gothic" w:eastAsia="Malgun Gothic"/>
                <w:b w:val="0"/>
                <w:sz w:val="14"/>
              </w:rPr>
              <w:t>100.08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00__350002022300007.wav</w:t>
            </w:r>
          </w:p>
        </w:tc>
        <w:tc>
          <w:tcPr>
            <w:tcW w:type="dxa" w:w="1233"/>
            <w:vAlign w:val="center"/>
          </w:tcPr>
          <w:p>
            <w:r/>
            <w:r>
              <w:rPr>
                <w:rFonts w:ascii="Malgun Gothic" w:hAnsi="Malgun Gothic" w:eastAsia="Malgun Gothic"/>
                <w:b w:val="0"/>
                <w:sz w:val="14"/>
              </w:rPr>
              <w:t>222.0</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00__350002022300008.wav</w:t>
            </w:r>
          </w:p>
        </w:tc>
        <w:tc>
          <w:tcPr>
            <w:tcW w:type="dxa" w:w="1233"/>
            <w:vAlign w:val="center"/>
          </w:tcPr>
          <w:p>
            <w:r/>
            <w:r>
              <w:rPr>
                <w:rFonts w:ascii="Malgun Gothic" w:hAnsi="Malgun Gothic" w:eastAsia="Malgun Gothic"/>
                <w:b w:val="0"/>
                <w:sz w:val="14"/>
              </w:rPr>
              <w:t>77.01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00__350002022300009.wav</w:t>
            </w:r>
          </w:p>
        </w:tc>
        <w:tc>
          <w:tcPr>
            <w:tcW w:type="dxa" w:w="1233"/>
            <w:vAlign w:val="center"/>
          </w:tcPr>
          <w:p>
            <w:r/>
            <w:r>
              <w:rPr>
                <w:rFonts w:ascii="Malgun Gothic" w:hAnsi="Malgun Gothic" w:eastAsia="Malgun Gothic"/>
                <w:b w:val="0"/>
                <w:sz w:val="14"/>
              </w:rPr>
              <w:t>72.12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00__350002022300010.wav</w:t>
            </w:r>
          </w:p>
        </w:tc>
        <w:tc>
          <w:tcPr>
            <w:tcW w:type="dxa" w:w="1233"/>
            <w:vAlign w:val="center"/>
          </w:tcPr>
          <w:p>
            <w:r/>
            <w:r>
              <w:rPr>
                <w:rFonts w:ascii="Malgun Gothic" w:hAnsi="Malgun Gothic" w:eastAsia="Malgun Gothic"/>
                <w:b w:val="0"/>
                <w:sz w:val="14"/>
              </w:rPr>
              <w:t>6.57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w:t>
            </w:r>
          </w:p>
        </w:tc>
      </w:tr>
      <w:tr>
        <w:trPr>
          <w:cantSplit/>
        </w:trPr>
        <w:tc>
          <w:tcPr>
            <w:tcW w:type="dxa" w:w="1233"/>
            <w:vAlign w:val="center"/>
          </w:tcPr>
          <w:p>
            <w:r/>
            <w:r>
              <w:rPr>
                <w:rFonts w:ascii="Malgun Gothic" w:hAnsi="Malgun Gothic" w:eastAsia="Malgun Gothic"/>
                <w:b w:val="0"/>
                <w:sz w:val="14"/>
              </w:rPr>
              <w:t>00__350002022300011.wav</w:t>
            </w:r>
          </w:p>
        </w:tc>
        <w:tc>
          <w:tcPr>
            <w:tcW w:type="dxa" w:w="1233"/>
            <w:vAlign w:val="center"/>
          </w:tcPr>
          <w:p>
            <w:r/>
            <w:r>
              <w:rPr>
                <w:rFonts w:ascii="Malgun Gothic" w:hAnsi="Malgun Gothic" w:eastAsia="Malgun Gothic"/>
                <w:b w:val="0"/>
                <w:sz w:val="14"/>
              </w:rPr>
              <w:t>158.19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49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00__350002022300012.wav</w:t>
            </w:r>
          </w:p>
        </w:tc>
        <w:tc>
          <w:tcPr>
            <w:tcW w:type="dxa" w:w="1233"/>
            <w:vAlign w:val="center"/>
          </w:tcPr>
          <w:p>
            <w:r/>
            <w:r>
              <w:rPr>
                <w:rFonts w:ascii="Malgun Gothic" w:hAnsi="Malgun Gothic" w:eastAsia="Malgun Gothic"/>
                <w:b w:val="0"/>
                <w:sz w:val="14"/>
              </w:rPr>
              <w:t>235.17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97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00__350002022300013.wav</w:t>
            </w:r>
          </w:p>
        </w:tc>
        <w:tc>
          <w:tcPr>
            <w:tcW w:type="dxa" w:w="1233"/>
            <w:vAlign w:val="center"/>
          </w:tcPr>
          <w:p>
            <w:r/>
            <w:r>
              <w:rPr>
                <w:rFonts w:ascii="Malgun Gothic" w:hAnsi="Malgun Gothic" w:eastAsia="Malgun Gothic"/>
                <w:b w:val="0"/>
                <w:sz w:val="14"/>
              </w:rPr>
              <w:t>321.0</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150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00__350002022300014.wav</w:t>
            </w:r>
          </w:p>
        </w:tc>
        <w:tc>
          <w:tcPr>
            <w:tcW w:type="dxa" w:w="1233"/>
            <w:vAlign w:val="center"/>
          </w:tcPr>
          <w:p>
            <w:r/>
            <w:r>
              <w:rPr>
                <w:rFonts w:ascii="Malgun Gothic" w:hAnsi="Malgun Gothic" w:eastAsia="Malgun Gothic"/>
                <w:b w:val="0"/>
                <w:sz w:val="14"/>
              </w:rPr>
              <w:t>47.67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00__350002022300015.wav</w:t>
            </w:r>
          </w:p>
        </w:tc>
        <w:tc>
          <w:tcPr>
            <w:tcW w:type="dxa" w:w="1233"/>
            <w:vAlign w:val="center"/>
          </w:tcPr>
          <w:p>
            <w:r/>
            <w:r>
              <w:rPr>
                <w:rFonts w:ascii="Malgun Gothic" w:hAnsi="Malgun Gothic" w:eastAsia="Malgun Gothic"/>
                <w:b w:val="0"/>
                <w:sz w:val="14"/>
              </w:rPr>
              <w:t>48.96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00__350002022300016.wav</w:t>
            </w:r>
          </w:p>
        </w:tc>
        <w:tc>
          <w:tcPr>
            <w:tcW w:type="dxa" w:w="1233"/>
            <w:vAlign w:val="center"/>
          </w:tcPr>
          <w:p>
            <w:r/>
            <w:r>
              <w:rPr>
                <w:rFonts w:ascii="Malgun Gothic" w:hAnsi="Malgun Gothic" w:eastAsia="Malgun Gothic"/>
                <w:b w:val="0"/>
                <w:sz w:val="14"/>
              </w:rPr>
              <w:t>22.5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00__350002022300017.wav</w:t>
            </w:r>
          </w:p>
        </w:tc>
        <w:tc>
          <w:tcPr>
            <w:tcW w:type="dxa" w:w="1233"/>
            <w:vAlign w:val="center"/>
          </w:tcPr>
          <w:p>
            <w:r/>
            <w:r>
              <w:rPr>
                <w:rFonts w:ascii="Malgun Gothic" w:hAnsi="Malgun Gothic" w:eastAsia="Malgun Gothic"/>
                <w:b w:val="0"/>
                <w:sz w:val="14"/>
              </w:rPr>
              <w:t>24.3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00__350002022300018.wav</w:t>
            </w:r>
          </w:p>
        </w:tc>
        <w:tc>
          <w:tcPr>
            <w:tcW w:type="dxa" w:w="1233"/>
            <w:vAlign w:val="center"/>
          </w:tcPr>
          <w:p>
            <w:r/>
            <w:r>
              <w:rPr>
                <w:rFonts w:ascii="Malgun Gothic" w:hAnsi="Malgun Gothic" w:eastAsia="Malgun Gothic"/>
                <w:b w:val="0"/>
                <w:sz w:val="14"/>
              </w:rPr>
              <w:t>521.7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227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00__350002022300019.wav</w:t>
            </w:r>
          </w:p>
        </w:tc>
        <w:tc>
          <w:tcPr>
            <w:tcW w:type="dxa" w:w="1233"/>
            <w:vAlign w:val="center"/>
          </w:tcPr>
          <w:p>
            <w:r/>
            <w:r>
              <w:rPr>
                <w:rFonts w:ascii="Malgun Gothic" w:hAnsi="Malgun Gothic" w:eastAsia="Malgun Gothic"/>
                <w:b w:val="0"/>
                <w:sz w:val="14"/>
              </w:rPr>
              <w:t>14.94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00__350002022300020.wav</w:t>
            </w:r>
          </w:p>
        </w:tc>
        <w:tc>
          <w:tcPr>
            <w:tcW w:type="dxa" w:w="1233"/>
            <w:vAlign w:val="center"/>
          </w:tcPr>
          <w:p>
            <w:r/>
            <w:r>
              <w:rPr>
                <w:rFonts w:ascii="Malgun Gothic" w:hAnsi="Malgun Gothic" w:eastAsia="Malgun Gothic"/>
                <w:b w:val="0"/>
                <w:sz w:val="14"/>
              </w:rPr>
              <w:t>1038.18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377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00__350002022300021.wav</w:t>
            </w:r>
          </w:p>
        </w:tc>
        <w:tc>
          <w:tcPr>
            <w:tcW w:type="dxa" w:w="1233"/>
            <w:vAlign w:val="center"/>
          </w:tcPr>
          <w:p>
            <w:r/>
            <w:r>
              <w:rPr>
                <w:rFonts w:ascii="Malgun Gothic" w:hAnsi="Malgun Gothic" w:eastAsia="Malgun Gothic"/>
                <w:b w:val="0"/>
                <w:sz w:val="14"/>
              </w:rPr>
              <w:t>524.82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178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00__350002022300022.wav</w:t>
            </w:r>
          </w:p>
        </w:tc>
        <w:tc>
          <w:tcPr>
            <w:tcW w:type="dxa" w:w="1233"/>
            <w:vAlign w:val="center"/>
          </w:tcPr>
          <w:p>
            <w:r/>
            <w:r>
              <w:rPr>
                <w:rFonts w:ascii="Malgun Gothic" w:hAnsi="Malgun Gothic" w:eastAsia="Malgun Gothic"/>
                <w:b w:val="0"/>
                <w:sz w:val="14"/>
              </w:rPr>
              <w:t>27.69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00__350002022300023.wav</w:t>
            </w:r>
          </w:p>
        </w:tc>
        <w:tc>
          <w:tcPr>
            <w:tcW w:type="dxa" w:w="1233"/>
            <w:vAlign w:val="center"/>
          </w:tcPr>
          <w:p>
            <w:r/>
            <w:r>
              <w:rPr>
                <w:rFonts w:ascii="Malgun Gothic" w:hAnsi="Malgun Gothic" w:eastAsia="Malgun Gothic"/>
                <w:b w:val="0"/>
                <w:sz w:val="14"/>
              </w:rPr>
              <w:t>299.82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00__350002022300024.wav</w:t>
            </w:r>
          </w:p>
        </w:tc>
        <w:tc>
          <w:tcPr>
            <w:tcW w:type="dxa" w:w="1233"/>
            <w:vAlign w:val="center"/>
          </w:tcPr>
          <w:p>
            <w:r/>
            <w:r>
              <w:rPr>
                <w:rFonts w:ascii="Malgun Gothic" w:hAnsi="Malgun Gothic" w:eastAsia="Malgun Gothic"/>
                <w:b w:val="0"/>
                <w:sz w:val="14"/>
              </w:rPr>
              <w:t>31.59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 중간 950행은 전체 데이터 부록 ZIP에 원본으로 포함 ...</w:t>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09__350002022300975.wav</w:t>
            </w:r>
          </w:p>
        </w:tc>
        <w:tc>
          <w:tcPr>
            <w:tcW w:type="dxa" w:w="1233"/>
            <w:vAlign w:val="center"/>
          </w:tcPr>
          <w:p>
            <w:r/>
            <w:r>
              <w:rPr>
                <w:rFonts w:ascii="Malgun Gothic" w:hAnsi="Malgun Gothic" w:eastAsia="Malgun Gothic"/>
                <w:b w:val="0"/>
                <w:sz w:val="14"/>
              </w:rPr>
              <w:t>26.1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09__350002022300976.wav</w:t>
            </w:r>
          </w:p>
        </w:tc>
        <w:tc>
          <w:tcPr>
            <w:tcW w:type="dxa" w:w="1233"/>
            <w:vAlign w:val="center"/>
          </w:tcPr>
          <w:p>
            <w:r/>
            <w:r>
              <w:rPr>
                <w:rFonts w:ascii="Malgun Gothic" w:hAnsi="Malgun Gothic" w:eastAsia="Malgun Gothic"/>
                <w:b w:val="0"/>
                <w:sz w:val="14"/>
              </w:rPr>
              <w:t>123.42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09__350002022300977.wav</w:t>
            </w:r>
          </w:p>
        </w:tc>
        <w:tc>
          <w:tcPr>
            <w:tcW w:type="dxa" w:w="1233"/>
            <w:vAlign w:val="center"/>
          </w:tcPr>
          <w:p>
            <w:r/>
            <w:r>
              <w:rPr>
                <w:rFonts w:ascii="Malgun Gothic" w:hAnsi="Malgun Gothic" w:eastAsia="Malgun Gothic"/>
                <w:b w:val="0"/>
                <w:sz w:val="14"/>
              </w:rPr>
              <w:t>120.75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09__350002022300978.wav</w:t>
            </w:r>
          </w:p>
        </w:tc>
        <w:tc>
          <w:tcPr>
            <w:tcW w:type="dxa" w:w="1233"/>
            <w:vAlign w:val="center"/>
          </w:tcPr>
          <w:p>
            <w:r/>
            <w:r>
              <w:rPr>
                <w:rFonts w:ascii="Malgun Gothic" w:hAnsi="Malgun Gothic" w:eastAsia="Malgun Gothic"/>
                <w:b w:val="0"/>
                <w:sz w:val="14"/>
              </w:rPr>
              <w:t>73.59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09__350002022300979.wav</w:t>
            </w:r>
          </w:p>
        </w:tc>
        <w:tc>
          <w:tcPr>
            <w:tcW w:type="dxa" w:w="1233"/>
            <w:vAlign w:val="center"/>
          </w:tcPr>
          <w:p>
            <w:r/>
            <w:r>
              <w:rPr>
                <w:rFonts w:ascii="Malgun Gothic" w:hAnsi="Malgun Gothic" w:eastAsia="Malgun Gothic"/>
                <w:b w:val="0"/>
                <w:sz w:val="14"/>
              </w:rPr>
              <w:t>5.22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w:t>
            </w:r>
          </w:p>
        </w:tc>
      </w:tr>
      <w:tr>
        <w:trPr>
          <w:cantSplit/>
        </w:trPr>
        <w:tc>
          <w:tcPr>
            <w:tcW w:type="dxa" w:w="1233"/>
            <w:vAlign w:val="center"/>
          </w:tcPr>
          <w:p>
            <w:r/>
            <w:r>
              <w:rPr>
                <w:rFonts w:ascii="Malgun Gothic" w:hAnsi="Malgun Gothic" w:eastAsia="Malgun Gothic"/>
                <w:b w:val="0"/>
                <w:sz w:val="14"/>
              </w:rPr>
              <w:t>09__350002022300980.wav</w:t>
            </w:r>
          </w:p>
        </w:tc>
        <w:tc>
          <w:tcPr>
            <w:tcW w:type="dxa" w:w="1233"/>
            <w:vAlign w:val="center"/>
          </w:tcPr>
          <w:p>
            <w:r/>
            <w:r>
              <w:rPr>
                <w:rFonts w:ascii="Malgun Gothic" w:hAnsi="Malgun Gothic" w:eastAsia="Malgun Gothic"/>
                <w:b w:val="0"/>
                <w:sz w:val="14"/>
              </w:rPr>
              <w:t>45.24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09__350002022300981.wav</w:t>
            </w:r>
          </w:p>
        </w:tc>
        <w:tc>
          <w:tcPr>
            <w:tcW w:type="dxa" w:w="1233"/>
            <w:vAlign w:val="center"/>
          </w:tcPr>
          <w:p>
            <w:r/>
            <w:r>
              <w:rPr>
                <w:rFonts w:ascii="Malgun Gothic" w:hAnsi="Malgun Gothic" w:eastAsia="Malgun Gothic"/>
                <w:b w:val="0"/>
                <w:sz w:val="14"/>
              </w:rPr>
              <w:t>150.36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09__350002022300982.wav</w:t>
            </w:r>
          </w:p>
        </w:tc>
        <w:tc>
          <w:tcPr>
            <w:tcW w:type="dxa" w:w="1233"/>
            <w:vAlign w:val="center"/>
          </w:tcPr>
          <w:p>
            <w:r/>
            <w:r>
              <w:rPr>
                <w:rFonts w:ascii="Malgun Gothic" w:hAnsi="Malgun Gothic" w:eastAsia="Malgun Gothic"/>
                <w:b w:val="0"/>
                <w:sz w:val="14"/>
              </w:rPr>
              <w:t>7.44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w:t>
            </w:r>
          </w:p>
        </w:tc>
      </w:tr>
      <w:tr>
        <w:trPr>
          <w:cantSplit/>
        </w:trPr>
        <w:tc>
          <w:tcPr>
            <w:tcW w:type="dxa" w:w="1233"/>
            <w:vAlign w:val="center"/>
          </w:tcPr>
          <w:p>
            <w:r/>
            <w:r>
              <w:rPr>
                <w:rFonts w:ascii="Malgun Gothic" w:hAnsi="Malgun Gothic" w:eastAsia="Malgun Gothic"/>
                <w:b w:val="0"/>
                <w:sz w:val="14"/>
              </w:rPr>
              <w:t>09__350002022300983.wav</w:t>
            </w:r>
          </w:p>
        </w:tc>
        <w:tc>
          <w:tcPr>
            <w:tcW w:type="dxa" w:w="1233"/>
            <w:vAlign w:val="center"/>
          </w:tcPr>
          <w:p>
            <w:r/>
            <w:r>
              <w:rPr>
                <w:rFonts w:ascii="Malgun Gothic" w:hAnsi="Malgun Gothic" w:eastAsia="Malgun Gothic"/>
                <w:b w:val="0"/>
                <w:sz w:val="14"/>
              </w:rPr>
              <w:t>204.45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09__350002022300984.wav</w:t>
            </w:r>
          </w:p>
        </w:tc>
        <w:tc>
          <w:tcPr>
            <w:tcW w:type="dxa" w:w="1233"/>
            <w:vAlign w:val="center"/>
          </w:tcPr>
          <w:p>
            <w:r/>
            <w:r>
              <w:rPr>
                <w:rFonts w:ascii="Malgun Gothic" w:hAnsi="Malgun Gothic" w:eastAsia="Malgun Gothic"/>
                <w:b w:val="0"/>
                <w:sz w:val="14"/>
              </w:rPr>
              <w:t>6.84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w:t>
            </w:r>
          </w:p>
        </w:tc>
      </w:tr>
      <w:tr>
        <w:trPr>
          <w:cantSplit/>
        </w:trPr>
        <w:tc>
          <w:tcPr>
            <w:tcW w:type="dxa" w:w="1233"/>
            <w:vAlign w:val="center"/>
          </w:tcPr>
          <w:p>
            <w:r/>
            <w:r>
              <w:rPr>
                <w:rFonts w:ascii="Malgun Gothic" w:hAnsi="Malgun Gothic" w:eastAsia="Malgun Gothic"/>
                <w:b w:val="0"/>
                <w:sz w:val="14"/>
              </w:rPr>
              <w:t>09__350002022300985.wav</w:t>
            </w:r>
          </w:p>
        </w:tc>
        <w:tc>
          <w:tcPr>
            <w:tcW w:type="dxa" w:w="1233"/>
            <w:vAlign w:val="center"/>
          </w:tcPr>
          <w:p>
            <w:r/>
            <w:r>
              <w:rPr>
                <w:rFonts w:ascii="Malgun Gothic" w:hAnsi="Malgun Gothic" w:eastAsia="Malgun Gothic"/>
                <w:b w:val="0"/>
                <w:sz w:val="14"/>
              </w:rPr>
              <w:t>47.94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09__350002022300986.wav</w:t>
            </w:r>
          </w:p>
        </w:tc>
        <w:tc>
          <w:tcPr>
            <w:tcW w:type="dxa" w:w="1233"/>
            <w:vAlign w:val="center"/>
          </w:tcPr>
          <w:p>
            <w:r/>
            <w:r>
              <w:rPr>
                <w:rFonts w:ascii="Malgun Gothic" w:hAnsi="Malgun Gothic" w:eastAsia="Malgun Gothic"/>
                <w:b w:val="0"/>
                <w:sz w:val="14"/>
              </w:rPr>
              <w:t>173.46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83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09__350002022300987.wav</w:t>
            </w:r>
          </w:p>
        </w:tc>
        <w:tc>
          <w:tcPr>
            <w:tcW w:type="dxa" w:w="1233"/>
            <w:vAlign w:val="center"/>
          </w:tcPr>
          <w:p>
            <w:r/>
            <w:r>
              <w:rPr>
                <w:rFonts w:ascii="Malgun Gothic" w:hAnsi="Malgun Gothic" w:eastAsia="Malgun Gothic"/>
                <w:b w:val="0"/>
                <w:sz w:val="14"/>
              </w:rPr>
              <w:t>174.3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09__350002022300988.wav</w:t>
            </w:r>
          </w:p>
        </w:tc>
        <w:tc>
          <w:tcPr>
            <w:tcW w:type="dxa" w:w="1233"/>
            <w:vAlign w:val="center"/>
          </w:tcPr>
          <w:p>
            <w:r/>
            <w:r>
              <w:rPr>
                <w:rFonts w:ascii="Malgun Gothic" w:hAnsi="Malgun Gothic" w:eastAsia="Malgun Gothic"/>
                <w:b w:val="0"/>
                <w:sz w:val="14"/>
              </w:rPr>
              <w:t>164.52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09__350002022300989.wav</w:t>
            </w:r>
          </w:p>
        </w:tc>
        <w:tc>
          <w:tcPr>
            <w:tcW w:type="dxa" w:w="1233"/>
            <w:vAlign w:val="center"/>
          </w:tcPr>
          <w:p>
            <w:r/>
            <w:r>
              <w:rPr>
                <w:rFonts w:ascii="Malgun Gothic" w:hAnsi="Malgun Gothic" w:eastAsia="Malgun Gothic"/>
                <w:b w:val="0"/>
                <w:sz w:val="14"/>
              </w:rPr>
              <w:t>523.2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200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09__350002022300990.wav</w:t>
            </w:r>
          </w:p>
        </w:tc>
        <w:tc>
          <w:tcPr>
            <w:tcW w:type="dxa" w:w="1233"/>
            <w:vAlign w:val="center"/>
          </w:tcPr>
          <w:p>
            <w:r/>
            <w:r>
              <w:rPr>
                <w:rFonts w:ascii="Malgun Gothic" w:hAnsi="Malgun Gothic" w:eastAsia="Malgun Gothic"/>
                <w:b w:val="0"/>
                <w:sz w:val="14"/>
              </w:rPr>
              <w:t>176.52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09__350002022300991.wav</w:t>
            </w:r>
          </w:p>
        </w:tc>
        <w:tc>
          <w:tcPr>
            <w:tcW w:type="dxa" w:w="1233"/>
            <w:vAlign w:val="center"/>
          </w:tcPr>
          <w:p>
            <w:r/>
            <w:r>
              <w:rPr>
                <w:rFonts w:ascii="Malgun Gothic" w:hAnsi="Malgun Gothic" w:eastAsia="Malgun Gothic"/>
                <w:b w:val="0"/>
                <w:sz w:val="14"/>
              </w:rPr>
              <w:t>149.64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09__350002022300992.wav</w:t>
            </w:r>
          </w:p>
        </w:tc>
        <w:tc>
          <w:tcPr>
            <w:tcW w:type="dxa" w:w="1233"/>
            <w:vAlign w:val="center"/>
          </w:tcPr>
          <w:p>
            <w:r/>
            <w:r>
              <w:rPr>
                <w:rFonts w:ascii="Malgun Gothic" w:hAnsi="Malgun Gothic" w:eastAsia="Malgun Gothic"/>
                <w:b w:val="0"/>
                <w:sz w:val="14"/>
              </w:rPr>
              <w:t>62.97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09__350002022300993.wav</w:t>
            </w:r>
          </w:p>
        </w:tc>
        <w:tc>
          <w:tcPr>
            <w:tcW w:type="dxa" w:w="1233"/>
            <w:vAlign w:val="center"/>
          </w:tcPr>
          <w:p>
            <w:r/>
            <w:r>
              <w:rPr>
                <w:rFonts w:ascii="Malgun Gothic" w:hAnsi="Malgun Gothic" w:eastAsia="Malgun Gothic"/>
                <w:b w:val="0"/>
                <w:sz w:val="14"/>
              </w:rPr>
              <w:t>32.94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09__350002022300994.wav</w:t>
            </w:r>
          </w:p>
        </w:tc>
        <w:tc>
          <w:tcPr>
            <w:tcW w:type="dxa" w:w="1233"/>
            <w:vAlign w:val="center"/>
          </w:tcPr>
          <w:p>
            <w:r/>
            <w:r>
              <w:rPr>
                <w:rFonts w:ascii="Malgun Gothic" w:hAnsi="Malgun Gothic" w:eastAsia="Malgun Gothic"/>
                <w:b w:val="0"/>
                <w:sz w:val="14"/>
              </w:rPr>
              <w:t>16.5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09__350002022300995.wav</w:t>
            </w:r>
          </w:p>
        </w:tc>
        <w:tc>
          <w:tcPr>
            <w:tcW w:type="dxa" w:w="1233"/>
            <w:vAlign w:val="center"/>
          </w:tcPr>
          <w:p>
            <w:r/>
            <w:r>
              <w:rPr>
                <w:rFonts w:ascii="Malgun Gothic" w:hAnsi="Malgun Gothic" w:eastAsia="Malgun Gothic"/>
                <w:b w:val="0"/>
                <w:sz w:val="14"/>
              </w:rPr>
              <w:t>156.12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79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09__350002022300996.wav</w:t>
            </w:r>
          </w:p>
        </w:tc>
        <w:tc>
          <w:tcPr>
            <w:tcW w:type="dxa" w:w="1233"/>
            <w:vAlign w:val="center"/>
          </w:tcPr>
          <w:p>
            <w:r/>
            <w:r>
              <w:rPr>
                <w:rFonts w:ascii="Malgun Gothic" w:hAnsi="Malgun Gothic" w:eastAsia="Malgun Gothic"/>
                <w:b w:val="0"/>
                <w:sz w:val="14"/>
              </w:rPr>
              <w:t>60.09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45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09__350002022300997.wav</w:t>
            </w:r>
          </w:p>
        </w:tc>
        <w:tc>
          <w:tcPr>
            <w:tcW w:type="dxa" w:w="1233"/>
            <w:vAlign w:val="center"/>
          </w:tcPr>
          <w:p>
            <w:r/>
            <w:r>
              <w:rPr>
                <w:rFonts w:ascii="Malgun Gothic" w:hAnsi="Malgun Gothic" w:eastAsia="Malgun Gothic"/>
                <w:b w:val="0"/>
                <w:sz w:val="14"/>
              </w:rPr>
              <w:t>107.4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09__350002022300998.wav</w:t>
            </w:r>
          </w:p>
        </w:tc>
        <w:tc>
          <w:tcPr>
            <w:tcW w:type="dxa" w:w="1233"/>
            <w:vAlign w:val="center"/>
          </w:tcPr>
          <w:p>
            <w:r/>
            <w:r>
              <w:rPr>
                <w:rFonts w:ascii="Malgun Gothic" w:hAnsi="Malgun Gothic" w:eastAsia="Malgun Gothic"/>
                <w:b w:val="0"/>
                <w:sz w:val="14"/>
              </w:rPr>
              <w:t>45.84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09__350002022300999.wav</w:t>
            </w:r>
          </w:p>
        </w:tc>
        <w:tc>
          <w:tcPr>
            <w:tcW w:type="dxa" w:w="1233"/>
            <w:vAlign w:val="center"/>
          </w:tcPr>
          <w:p>
            <w:r/>
            <w:r>
              <w:rPr>
                <w:rFonts w:ascii="Malgun Gothic" w:hAnsi="Malgun Gothic" w:eastAsia="Malgun Gothic"/>
                <w:b w:val="0"/>
                <w:sz w:val="14"/>
              </w:rPr>
              <w:t>35.52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bl>
    <w:p/>
    <w:p>
      <w:r>
        <w:t>대용량 표의 앞/뒤 표본 및 구조 포함; 원본 전수 행은 데이터 부록 ZIP 포함</w:t>
      </w:r>
    </w:p>
    <w:p>
      <w:r>
        <w:rPr>
          <w:b/>
        </w:rPr>
        <w:t>산출물 CSV: research_continuity/24_speaker_actual_diarization_v181/speaker_actual_file_diagnostics_v199.csv (행 1,000, 열 8)</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4"/>
              </w:rPr>
              <w:t>file</w:t>
            </w:r>
          </w:p>
        </w:tc>
        <w:tc>
          <w:tcPr>
            <w:tcW w:type="dxa" w:w="1233"/>
          </w:tcPr>
          <w:p>
            <w:r/>
            <w:r>
              <w:rPr>
                <w:rFonts w:ascii="Malgun Gothic" w:hAnsi="Malgun Gothic" w:eastAsia="Malgun Gothic"/>
                <w:b/>
                <w:sz w:val="14"/>
              </w:rPr>
              <w:t>duration_sec</w:t>
            </w:r>
          </w:p>
        </w:tc>
        <w:tc>
          <w:tcPr>
            <w:tcW w:type="dxa" w:w="1233"/>
          </w:tcPr>
          <w:p>
            <w:r/>
            <w:r>
              <w:rPr>
                <w:rFonts w:ascii="Malgun Gothic" w:hAnsi="Malgun Gothic" w:eastAsia="Malgun Gothic"/>
                <w:b/>
                <w:sz w:val="14"/>
              </w:rPr>
              <w:t>sample_rate</w:t>
            </w:r>
          </w:p>
        </w:tc>
        <w:tc>
          <w:tcPr>
            <w:tcW w:type="dxa" w:w="1233"/>
          </w:tcPr>
          <w:p>
            <w:r/>
            <w:r>
              <w:rPr>
                <w:rFonts w:ascii="Malgun Gothic" w:hAnsi="Malgun Gothic" w:eastAsia="Malgun Gothic"/>
                <w:b/>
                <w:sz w:val="14"/>
              </w:rPr>
              <w:t>channels</w:t>
            </w:r>
          </w:p>
        </w:tc>
        <w:tc>
          <w:tcPr>
            <w:tcW w:type="dxa" w:w="1233"/>
          </w:tcPr>
          <w:p>
            <w:r/>
            <w:r>
              <w:rPr>
                <w:rFonts w:ascii="Malgun Gothic" w:hAnsi="Malgun Gothic" w:eastAsia="Malgun Gothic"/>
                <w:b/>
                <w:sz w:val="14"/>
              </w:rPr>
              <w:t>speaker_count</w:t>
            </w:r>
          </w:p>
        </w:tc>
        <w:tc>
          <w:tcPr>
            <w:tcW w:type="dxa" w:w="1233"/>
          </w:tcPr>
          <w:p>
            <w:r/>
            <w:r>
              <w:rPr>
                <w:rFonts w:ascii="Malgun Gothic" w:hAnsi="Malgun Gothic" w:eastAsia="Malgun Gothic"/>
                <w:b/>
                <w:sz w:val="14"/>
              </w:rPr>
              <w:t>segment_count</w:t>
            </w:r>
          </w:p>
        </w:tc>
        <w:tc>
          <w:tcPr>
            <w:tcW w:type="dxa" w:w="1233"/>
          </w:tcPr>
          <w:p>
            <w:r/>
            <w:r>
              <w:rPr>
                <w:rFonts w:ascii="Malgun Gothic" w:hAnsi="Malgun Gothic" w:eastAsia="Malgun Gothic"/>
                <w:b/>
                <w:sz w:val="14"/>
              </w:rPr>
              <w:t>status</w:t>
            </w:r>
          </w:p>
        </w:tc>
        <w:tc>
          <w:tcPr>
            <w:tcW w:type="dxa" w:w="1233"/>
          </w:tcPr>
          <w:p>
            <w:r/>
            <w:r>
              <w:rPr>
                <w:rFonts w:ascii="Malgun Gothic" w:hAnsi="Malgun Gothic" w:eastAsia="Malgun Gothic"/>
                <w:b/>
                <w:sz w:val="14"/>
              </w:rPr>
              <w:t>error</w:t>
            </w:r>
          </w:p>
        </w:tc>
      </w:tr>
      <w:tr>
        <w:trPr>
          <w:cantSplit/>
        </w:trPr>
        <w:tc>
          <w:tcPr>
            <w:tcW w:type="dxa" w:w="1233"/>
            <w:vAlign w:val="center"/>
          </w:tcPr>
          <w:p>
            <w:r/>
            <w:r>
              <w:rPr>
                <w:rFonts w:ascii="Malgun Gothic" w:hAnsi="Malgun Gothic" w:eastAsia="Malgun Gothic"/>
                <w:b w:val="0"/>
                <w:sz w:val="14"/>
              </w:rPr>
              <w:t>00__350002022300000.wav</w:t>
            </w:r>
          </w:p>
        </w:tc>
        <w:tc>
          <w:tcPr>
            <w:tcW w:type="dxa" w:w="1233"/>
            <w:vAlign w:val="center"/>
          </w:tcPr>
          <w:p>
            <w:r/>
            <w:r>
              <w:rPr>
                <w:rFonts w:ascii="Malgun Gothic" w:hAnsi="Malgun Gothic" w:eastAsia="Malgun Gothic"/>
                <w:b w:val="0"/>
                <w:sz w:val="14"/>
              </w:rPr>
              <w:t>531.81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00__350002022300001.wav</w:t>
            </w:r>
          </w:p>
        </w:tc>
        <w:tc>
          <w:tcPr>
            <w:tcW w:type="dxa" w:w="1233"/>
            <w:vAlign w:val="center"/>
          </w:tcPr>
          <w:p>
            <w:r/>
            <w:r>
              <w:rPr>
                <w:rFonts w:ascii="Malgun Gothic" w:hAnsi="Malgun Gothic" w:eastAsia="Malgun Gothic"/>
                <w:b w:val="0"/>
                <w:sz w:val="14"/>
              </w:rPr>
              <w:t>148.71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00__350002022300002.wav</w:t>
            </w:r>
          </w:p>
        </w:tc>
        <w:tc>
          <w:tcPr>
            <w:tcW w:type="dxa" w:w="1233"/>
            <w:vAlign w:val="center"/>
          </w:tcPr>
          <w:p>
            <w:r/>
            <w:r>
              <w:rPr>
                <w:rFonts w:ascii="Malgun Gothic" w:hAnsi="Malgun Gothic" w:eastAsia="Malgun Gothic"/>
                <w:b w:val="0"/>
                <w:sz w:val="14"/>
              </w:rPr>
              <w:t>65.4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00__350002022300003.wav</w:t>
            </w:r>
          </w:p>
        </w:tc>
        <w:tc>
          <w:tcPr>
            <w:tcW w:type="dxa" w:w="1233"/>
            <w:vAlign w:val="center"/>
          </w:tcPr>
          <w:p>
            <w:r/>
            <w:r>
              <w:rPr>
                <w:rFonts w:ascii="Malgun Gothic" w:hAnsi="Malgun Gothic" w:eastAsia="Malgun Gothic"/>
                <w:b w:val="0"/>
                <w:sz w:val="14"/>
              </w:rPr>
              <w:t>54.3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00__350002022300004.wav</w:t>
            </w:r>
          </w:p>
        </w:tc>
        <w:tc>
          <w:tcPr>
            <w:tcW w:type="dxa" w:w="1233"/>
            <w:vAlign w:val="center"/>
          </w:tcPr>
          <w:p>
            <w:r/>
            <w:r>
              <w:rPr>
                <w:rFonts w:ascii="Malgun Gothic" w:hAnsi="Malgun Gothic" w:eastAsia="Malgun Gothic"/>
                <w:b w:val="0"/>
                <w:sz w:val="14"/>
              </w:rPr>
              <w:t>52.98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00__350002022300005.wav</w:t>
            </w:r>
          </w:p>
        </w:tc>
        <w:tc>
          <w:tcPr>
            <w:tcW w:type="dxa" w:w="1233"/>
            <w:vAlign w:val="center"/>
          </w:tcPr>
          <w:p>
            <w:r/>
            <w:r>
              <w:rPr>
                <w:rFonts w:ascii="Malgun Gothic" w:hAnsi="Malgun Gothic" w:eastAsia="Malgun Gothic"/>
                <w:b w:val="0"/>
                <w:sz w:val="14"/>
              </w:rPr>
              <w:t>30.96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00__350002022300006.wav</w:t>
            </w:r>
          </w:p>
        </w:tc>
        <w:tc>
          <w:tcPr>
            <w:tcW w:type="dxa" w:w="1233"/>
            <w:vAlign w:val="center"/>
          </w:tcPr>
          <w:p>
            <w:r/>
            <w:r>
              <w:rPr>
                <w:rFonts w:ascii="Malgun Gothic" w:hAnsi="Malgun Gothic" w:eastAsia="Malgun Gothic"/>
                <w:b w:val="0"/>
                <w:sz w:val="14"/>
              </w:rPr>
              <w:t>100.08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00__350002022300007.wav</w:t>
            </w:r>
          </w:p>
        </w:tc>
        <w:tc>
          <w:tcPr>
            <w:tcW w:type="dxa" w:w="1233"/>
            <w:vAlign w:val="center"/>
          </w:tcPr>
          <w:p>
            <w:r/>
            <w:r>
              <w:rPr>
                <w:rFonts w:ascii="Malgun Gothic" w:hAnsi="Malgun Gothic" w:eastAsia="Malgun Gothic"/>
                <w:b w:val="0"/>
                <w:sz w:val="14"/>
              </w:rPr>
              <w:t>222.0</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00__350002022300008.wav</w:t>
            </w:r>
          </w:p>
        </w:tc>
        <w:tc>
          <w:tcPr>
            <w:tcW w:type="dxa" w:w="1233"/>
            <w:vAlign w:val="center"/>
          </w:tcPr>
          <w:p>
            <w:r/>
            <w:r>
              <w:rPr>
                <w:rFonts w:ascii="Malgun Gothic" w:hAnsi="Malgun Gothic" w:eastAsia="Malgun Gothic"/>
                <w:b w:val="0"/>
                <w:sz w:val="14"/>
              </w:rPr>
              <w:t>77.01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00__350002022300009.wav</w:t>
            </w:r>
          </w:p>
        </w:tc>
        <w:tc>
          <w:tcPr>
            <w:tcW w:type="dxa" w:w="1233"/>
            <w:vAlign w:val="center"/>
          </w:tcPr>
          <w:p>
            <w:r/>
            <w:r>
              <w:rPr>
                <w:rFonts w:ascii="Malgun Gothic" w:hAnsi="Malgun Gothic" w:eastAsia="Malgun Gothic"/>
                <w:b w:val="0"/>
                <w:sz w:val="14"/>
              </w:rPr>
              <w:t>72.12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00__350002022300010.wav</w:t>
            </w:r>
          </w:p>
        </w:tc>
        <w:tc>
          <w:tcPr>
            <w:tcW w:type="dxa" w:w="1233"/>
            <w:vAlign w:val="center"/>
          </w:tcPr>
          <w:p>
            <w:r/>
            <w:r>
              <w:rPr>
                <w:rFonts w:ascii="Malgun Gothic" w:hAnsi="Malgun Gothic" w:eastAsia="Malgun Gothic"/>
                <w:b w:val="0"/>
                <w:sz w:val="14"/>
              </w:rPr>
              <w:t>6.57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 | soundfile:LibsndfileError;wave:Error</w:t>
            </w:r>
          </w:p>
        </w:tc>
      </w:tr>
      <w:tr>
        <w:trPr>
          <w:cantSplit/>
        </w:trPr>
        <w:tc>
          <w:tcPr>
            <w:tcW w:type="dxa" w:w="1233"/>
            <w:vAlign w:val="center"/>
          </w:tcPr>
          <w:p>
            <w:r/>
            <w:r>
              <w:rPr>
                <w:rFonts w:ascii="Malgun Gothic" w:hAnsi="Malgun Gothic" w:eastAsia="Malgun Gothic"/>
                <w:b w:val="0"/>
                <w:sz w:val="14"/>
              </w:rPr>
              <w:t>00__350002022300011.wav</w:t>
            </w:r>
          </w:p>
        </w:tc>
        <w:tc>
          <w:tcPr>
            <w:tcW w:type="dxa" w:w="1233"/>
            <w:vAlign w:val="center"/>
          </w:tcPr>
          <w:p>
            <w:r/>
            <w:r>
              <w:rPr>
                <w:rFonts w:ascii="Malgun Gothic" w:hAnsi="Malgun Gothic" w:eastAsia="Malgun Gothic"/>
                <w:b w:val="0"/>
                <w:sz w:val="14"/>
              </w:rPr>
              <w:t>158.19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49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00__350002022300012.wav</w:t>
            </w:r>
          </w:p>
        </w:tc>
        <w:tc>
          <w:tcPr>
            <w:tcW w:type="dxa" w:w="1233"/>
            <w:vAlign w:val="center"/>
          </w:tcPr>
          <w:p>
            <w:r/>
            <w:r>
              <w:rPr>
                <w:rFonts w:ascii="Malgun Gothic" w:hAnsi="Malgun Gothic" w:eastAsia="Malgun Gothic"/>
                <w:b w:val="0"/>
                <w:sz w:val="14"/>
              </w:rPr>
              <w:t>235.17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97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00__350002022300013.wav</w:t>
            </w:r>
          </w:p>
        </w:tc>
        <w:tc>
          <w:tcPr>
            <w:tcW w:type="dxa" w:w="1233"/>
            <w:vAlign w:val="center"/>
          </w:tcPr>
          <w:p>
            <w:r/>
            <w:r>
              <w:rPr>
                <w:rFonts w:ascii="Malgun Gothic" w:hAnsi="Malgun Gothic" w:eastAsia="Malgun Gothic"/>
                <w:b w:val="0"/>
                <w:sz w:val="14"/>
              </w:rPr>
              <w:t>321.0</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150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00__350002022300014.wav</w:t>
            </w:r>
          </w:p>
        </w:tc>
        <w:tc>
          <w:tcPr>
            <w:tcW w:type="dxa" w:w="1233"/>
            <w:vAlign w:val="center"/>
          </w:tcPr>
          <w:p>
            <w:r/>
            <w:r>
              <w:rPr>
                <w:rFonts w:ascii="Malgun Gothic" w:hAnsi="Malgun Gothic" w:eastAsia="Malgun Gothic"/>
                <w:b w:val="0"/>
                <w:sz w:val="14"/>
              </w:rPr>
              <w:t>47.67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00__350002022300015.wav</w:t>
            </w:r>
          </w:p>
        </w:tc>
        <w:tc>
          <w:tcPr>
            <w:tcW w:type="dxa" w:w="1233"/>
            <w:vAlign w:val="center"/>
          </w:tcPr>
          <w:p>
            <w:r/>
            <w:r>
              <w:rPr>
                <w:rFonts w:ascii="Malgun Gothic" w:hAnsi="Malgun Gothic" w:eastAsia="Malgun Gothic"/>
                <w:b w:val="0"/>
                <w:sz w:val="14"/>
              </w:rPr>
              <w:t>48.96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00__350002022300016.wav</w:t>
            </w:r>
          </w:p>
        </w:tc>
        <w:tc>
          <w:tcPr>
            <w:tcW w:type="dxa" w:w="1233"/>
            <w:vAlign w:val="center"/>
          </w:tcPr>
          <w:p>
            <w:r/>
            <w:r>
              <w:rPr>
                <w:rFonts w:ascii="Malgun Gothic" w:hAnsi="Malgun Gothic" w:eastAsia="Malgun Gothic"/>
                <w:b w:val="0"/>
                <w:sz w:val="14"/>
              </w:rPr>
              <w:t>22.5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00__350002022300017.wav</w:t>
            </w:r>
          </w:p>
        </w:tc>
        <w:tc>
          <w:tcPr>
            <w:tcW w:type="dxa" w:w="1233"/>
            <w:vAlign w:val="center"/>
          </w:tcPr>
          <w:p>
            <w:r/>
            <w:r>
              <w:rPr>
                <w:rFonts w:ascii="Malgun Gothic" w:hAnsi="Malgun Gothic" w:eastAsia="Malgun Gothic"/>
                <w:b w:val="0"/>
                <w:sz w:val="14"/>
              </w:rPr>
              <w:t>24.3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00__350002022300018.wav</w:t>
            </w:r>
          </w:p>
        </w:tc>
        <w:tc>
          <w:tcPr>
            <w:tcW w:type="dxa" w:w="1233"/>
            <w:vAlign w:val="center"/>
          </w:tcPr>
          <w:p>
            <w:r/>
            <w:r>
              <w:rPr>
                <w:rFonts w:ascii="Malgun Gothic" w:hAnsi="Malgun Gothic" w:eastAsia="Malgun Gothic"/>
                <w:b w:val="0"/>
                <w:sz w:val="14"/>
              </w:rPr>
              <w:t>521.7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227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00__350002022300019.wav</w:t>
            </w:r>
          </w:p>
        </w:tc>
        <w:tc>
          <w:tcPr>
            <w:tcW w:type="dxa" w:w="1233"/>
            <w:vAlign w:val="center"/>
          </w:tcPr>
          <w:p>
            <w:r/>
            <w:r>
              <w:rPr>
                <w:rFonts w:ascii="Malgun Gothic" w:hAnsi="Malgun Gothic" w:eastAsia="Malgun Gothic"/>
                <w:b w:val="0"/>
                <w:sz w:val="14"/>
              </w:rPr>
              <w:t>14.94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00__350002022300020.wav</w:t>
            </w:r>
          </w:p>
        </w:tc>
        <w:tc>
          <w:tcPr>
            <w:tcW w:type="dxa" w:w="1233"/>
            <w:vAlign w:val="center"/>
          </w:tcPr>
          <w:p>
            <w:r/>
            <w:r>
              <w:rPr>
                <w:rFonts w:ascii="Malgun Gothic" w:hAnsi="Malgun Gothic" w:eastAsia="Malgun Gothic"/>
                <w:b w:val="0"/>
                <w:sz w:val="14"/>
              </w:rPr>
              <w:t>1038.18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377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00__350002022300021.wav</w:t>
            </w:r>
          </w:p>
        </w:tc>
        <w:tc>
          <w:tcPr>
            <w:tcW w:type="dxa" w:w="1233"/>
            <w:vAlign w:val="center"/>
          </w:tcPr>
          <w:p>
            <w:r/>
            <w:r>
              <w:rPr>
                <w:rFonts w:ascii="Malgun Gothic" w:hAnsi="Malgun Gothic" w:eastAsia="Malgun Gothic"/>
                <w:b w:val="0"/>
                <w:sz w:val="14"/>
              </w:rPr>
              <w:t>524.82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178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00__350002022300022.wav</w:t>
            </w:r>
          </w:p>
        </w:tc>
        <w:tc>
          <w:tcPr>
            <w:tcW w:type="dxa" w:w="1233"/>
            <w:vAlign w:val="center"/>
          </w:tcPr>
          <w:p>
            <w:r/>
            <w:r>
              <w:rPr>
                <w:rFonts w:ascii="Malgun Gothic" w:hAnsi="Malgun Gothic" w:eastAsia="Malgun Gothic"/>
                <w:b w:val="0"/>
                <w:sz w:val="14"/>
              </w:rPr>
              <w:t>27.69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00__350002022300023.wav</w:t>
            </w:r>
          </w:p>
        </w:tc>
        <w:tc>
          <w:tcPr>
            <w:tcW w:type="dxa" w:w="1233"/>
            <w:vAlign w:val="center"/>
          </w:tcPr>
          <w:p>
            <w:r/>
            <w:r>
              <w:rPr>
                <w:rFonts w:ascii="Malgun Gothic" w:hAnsi="Malgun Gothic" w:eastAsia="Malgun Gothic"/>
                <w:b w:val="0"/>
                <w:sz w:val="14"/>
              </w:rPr>
              <w:t>299.82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00__350002022300024.wav</w:t>
            </w:r>
          </w:p>
        </w:tc>
        <w:tc>
          <w:tcPr>
            <w:tcW w:type="dxa" w:w="1233"/>
            <w:vAlign w:val="center"/>
          </w:tcPr>
          <w:p>
            <w:r/>
            <w:r>
              <w:rPr>
                <w:rFonts w:ascii="Malgun Gothic" w:hAnsi="Malgun Gothic" w:eastAsia="Malgun Gothic"/>
                <w:b w:val="0"/>
                <w:sz w:val="14"/>
              </w:rPr>
              <w:t>31.59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 중간 950행은 전체 데이터 부록 ZIP에 원본으로 포함 ...</w:t>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09__350002022300975.wav</w:t>
            </w:r>
          </w:p>
        </w:tc>
        <w:tc>
          <w:tcPr>
            <w:tcW w:type="dxa" w:w="1233"/>
            <w:vAlign w:val="center"/>
          </w:tcPr>
          <w:p>
            <w:r/>
            <w:r>
              <w:rPr>
                <w:rFonts w:ascii="Malgun Gothic" w:hAnsi="Malgun Gothic" w:eastAsia="Malgun Gothic"/>
                <w:b w:val="0"/>
                <w:sz w:val="14"/>
              </w:rPr>
              <w:t>26.1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09__350002022300976.wav</w:t>
            </w:r>
          </w:p>
        </w:tc>
        <w:tc>
          <w:tcPr>
            <w:tcW w:type="dxa" w:w="1233"/>
            <w:vAlign w:val="center"/>
          </w:tcPr>
          <w:p>
            <w:r/>
            <w:r>
              <w:rPr>
                <w:rFonts w:ascii="Malgun Gothic" w:hAnsi="Malgun Gothic" w:eastAsia="Malgun Gothic"/>
                <w:b w:val="0"/>
                <w:sz w:val="14"/>
              </w:rPr>
              <w:t>123.42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09__350002022300977.wav</w:t>
            </w:r>
          </w:p>
        </w:tc>
        <w:tc>
          <w:tcPr>
            <w:tcW w:type="dxa" w:w="1233"/>
            <w:vAlign w:val="center"/>
          </w:tcPr>
          <w:p>
            <w:r/>
            <w:r>
              <w:rPr>
                <w:rFonts w:ascii="Malgun Gothic" w:hAnsi="Malgun Gothic" w:eastAsia="Malgun Gothic"/>
                <w:b w:val="0"/>
                <w:sz w:val="14"/>
              </w:rPr>
              <w:t>120.75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09__350002022300978.wav</w:t>
            </w:r>
          </w:p>
        </w:tc>
        <w:tc>
          <w:tcPr>
            <w:tcW w:type="dxa" w:w="1233"/>
            <w:vAlign w:val="center"/>
          </w:tcPr>
          <w:p>
            <w:r/>
            <w:r>
              <w:rPr>
                <w:rFonts w:ascii="Malgun Gothic" w:hAnsi="Malgun Gothic" w:eastAsia="Malgun Gothic"/>
                <w:b w:val="0"/>
                <w:sz w:val="14"/>
              </w:rPr>
              <w:t>73.59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09__350002022300979.wav</w:t>
            </w:r>
          </w:p>
        </w:tc>
        <w:tc>
          <w:tcPr>
            <w:tcW w:type="dxa" w:w="1233"/>
            <w:vAlign w:val="center"/>
          </w:tcPr>
          <w:p>
            <w:r/>
            <w:r>
              <w:rPr>
                <w:rFonts w:ascii="Malgun Gothic" w:hAnsi="Malgun Gothic" w:eastAsia="Malgun Gothic"/>
                <w:b w:val="0"/>
                <w:sz w:val="14"/>
              </w:rPr>
              <w:t>5.22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 | soundfile:LibsndfileError;wave:Error</w:t>
            </w:r>
          </w:p>
        </w:tc>
      </w:tr>
      <w:tr>
        <w:trPr>
          <w:cantSplit/>
        </w:trPr>
        <w:tc>
          <w:tcPr>
            <w:tcW w:type="dxa" w:w="1233"/>
            <w:vAlign w:val="center"/>
          </w:tcPr>
          <w:p>
            <w:r/>
            <w:r>
              <w:rPr>
                <w:rFonts w:ascii="Malgun Gothic" w:hAnsi="Malgun Gothic" w:eastAsia="Malgun Gothic"/>
                <w:b w:val="0"/>
                <w:sz w:val="14"/>
              </w:rPr>
              <w:t>09__350002022300980.wav</w:t>
            </w:r>
          </w:p>
        </w:tc>
        <w:tc>
          <w:tcPr>
            <w:tcW w:type="dxa" w:w="1233"/>
            <w:vAlign w:val="center"/>
          </w:tcPr>
          <w:p>
            <w:r/>
            <w:r>
              <w:rPr>
                <w:rFonts w:ascii="Malgun Gothic" w:hAnsi="Malgun Gothic" w:eastAsia="Malgun Gothic"/>
                <w:b w:val="0"/>
                <w:sz w:val="14"/>
              </w:rPr>
              <w:t>45.24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09__350002022300981.wav</w:t>
            </w:r>
          </w:p>
        </w:tc>
        <w:tc>
          <w:tcPr>
            <w:tcW w:type="dxa" w:w="1233"/>
            <w:vAlign w:val="center"/>
          </w:tcPr>
          <w:p>
            <w:r/>
            <w:r>
              <w:rPr>
                <w:rFonts w:ascii="Malgun Gothic" w:hAnsi="Malgun Gothic" w:eastAsia="Malgun Gothic"/>
                <w:b w:val="0"/>
                <w:sz w:val="14"/>
              </w:rPr>
              <w:t>150.36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09__350002022300982.wav</w:t>
            </w:r>
          </w:p>
        </w:tc>
        <w:tc>
          <w:tcPr>
            <w:tcW w:type="dxa" w:w="1233"/>
            <w:vAlign w:val="center"/>
          </w:tcPr>
          <w:p>
            <w:r/>
            <w:r>
              <w:rPr>
                <w:rFonts w:ascii="Malgun Gothic" w:hAnsi="Malgun Gothic" w:eastAsia="Malgun Gothic"/>
                <w:b w:val="0"/>
                <w:sz w:val="14"/>
              </w:rPr>
              <w:t>7.44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 | soundfile:LibsndfileError;wave:Error</w:t>
            </w:r>
          </w:p>
        </w:tc>
      </w:tr>
      <w:tr>
        <w:trPr>
          <w:cantSplit/>
        </w:trPr>
        <w:tc>
          <w:tcPr>
            <w:tcW w:type="dxa" w:w="1233"/>
            <w:vAlign w:val="center"/>
          </w:tcPr>
          <w:p>
            <w:r/>
            <w:r>
              <w:rPr>
                <w:rFonts w:ascii="Malgun Gothic" w:hAnsi="Malgun Gothic" w:eastAsia="Malgun Gothic"/>
                <w:b w:val="0"/>
                <w:sz w:val="14"/>
              </w:rPr>
              <w:t>09__350002022300983.wav</w:t>
            </w:r>
          </w:p>
        </w:tc>
        <w:tc>
          <w:tcPr>
            <w:tcW w:type="dxa" w:w="1233"/>
            <w:vAlign w:val="center"/>
          </w:tcPr>
          <w:p>
            <w:r/>
            <w:r>
              <w:rPr>
                <w:rFonts w:ascii="Malgun Gothic" w:hAnsi="Malgun Gothic" w:eastAsia="Malgun Gothic"/>
                <w:b w:val="0"/>
                <w:sz w:val="14"/>
              </w:rPr>
              <w:t>204.45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09__350002022300984.wav</w:t>
            </w:r>
          </w:p>
        </w:tc>
        <w:tc>
          <w:tcPr>
            <w:tcW w:type="dxa" w:w="1233"/>
            <w:vAlign w:val="center"/>
          </w:tcPr>
          <w:p>
            <w:r/>
            <w:r>
              <w:rPr>
                <w:rFonts w:ascii="Malgun Gothic" w:hAnsi="Malgun Gothic" w:eastAsia="Malgun Gothic"/>
                <w:b w:val="0"/>
                <w:sz w:val="14"/>
              </w:rPr>
              <w:t>6.84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 | soundfile:LibsndfileError;wave:Error</w:t>
            </w:r>
          </w:p>
        </w:tc>
      </w:tr>
      <w:tr>
        <w:trPr>
          <w:cantSplit/>
        </w:trPr>
        <w:tc>
          <w:tcPr>
            <w:tcW w:type="dxa" w:w="1233"/>
            <w:vAlign w:val="center"/>
          </w:tcPr>
          <w:p>
            <w:r/>
            <w:r>
              <w:rPr>
                <w:rFonts w:ascii="Malgun Gothic" w:hAnsi="Malgun Gothic" w:eastAsia="Malgun Gothic"/>
                <w:b w:val="0"/>
                <w:sz w:val="14"/>
              </w:rPr>
              <w:t>09__350002022300985.wav</w:t>
            </w:r>
          </w:p>
        </w:tc>
        <w:tc>
          <w:tcPr>
            <w:tcW w:type="dxa" w:w="1233"/>
            <w:vAlign w:val="center"/>
          </w:tcPr>
          <w:p>
            <w:r/>
            <w:r>
              <w:rPr>
                <w:rFonts w:ascii="Malgun Gothic" w:hAnsi="Malgun Gothic" w:eastAsia="Malgun Gothic"/>
                <w:b w:val="0"/>
                <w:sz w:val="14"/>
              </w:rPr>
              <w:t>47.94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09__350002022300986.wav</w:t>
            </w:r>
          </w:p>
        </w:tc>
        <w:tc>
          <w:tcPr>
            <w:tcW w:type="dxa" w:w="1233"/>
            <w:vAlign w:val="center"/>
          </w:tcPr>
          <w:p>
            <w:r/>
            <w:r>
              <w:rPr>
                <w:rFonts w:ascii="Malgun Gothic" w:hAnsi="Malgun Gothic" w:eastAsia="Malgun Gothic"/>
                <w:b w:val="0"/>
                <w:sz w:val="14"/>
              </w:rPr>
              <w:t>173.46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83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09__350002022300987.wav</w:t>
            </w:r>
          </w:p>
        </w:tc>
        <w:tc>
          <w:tcPr>
            <w:tcW w:type="dxa" w:w="1233"/>
            <w:vAlign w:val="center"/>
          </w:tcPr>
          <w:p>
            <w:r/>
            <w:r>
              <w:rPr>
                <w:rFonts w:ascii="Malgun Gothic" w:hAnsi="Malgun Gothic" w:eastAsia="Malgun Gothic"/>
                <w:b w:val="0"/>
                <w:sz w:val="14"/>
              </w:rPr>
              <w:t>174.3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09__350002022300988.wav</w:t>
            </w:r>
          </w:p>
        </w:tc>
        <w:tc>
          <w:tcPr>
            <w:tcW w:type="dxa" w:w="1233"/>
            <w:vAlign w:val="center"/>
          </w:tcPr>
          <w:p>
            <w:r/>
            <w:r>
              <w:rPr>
                <w:rFonts w:ascii="Malgun Gothic" w:hAnsi="Malgun Gothic" w:eastAsia="Malgun Gothic"/>
                <w:b w:val="0"/>
                <w:sz w:val="14"/>
              </w:rPr>
              <w:t>164.52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09__350002022300989.wav</w:t>
            </w:r>
          </w:p>
        </w:tc>
        <w:tc>
          <w:tcPr>
            <w:tcW w:type="dxa" w:w="1233"/>
            <w:vAlign w:val="center"/>
          </w:tcPr>
          <w:p>
            <w:r/>
            <w:r>
              <w:rPr>
                <w:rFonts w:ascii="Malgun Gothic" w:hAnsi="Malgun Gothic" w:eastAsia="Malgun Gothic"/>
                <w:b w:val="0"/>
                <w:sz w:val="14"/>
              </w:rPr>
              <w:t>523.2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200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09__350002022300990.wav</w:t>
            </w:r>
          </w:p>
        </w:tc>
        <w:tc>
          <w:tcPr>
            <w:tcW w:type="dxa" w:w="1233"/>
            <w:vAlign w:val="center"/>
          </w:tcPr>
          <w:p>
            <w:r/>
            <w:r>
              <w:rPr>
                <w:rFonts w:ascii="Malgun Gothic" w:hAnsi="Malgun Gothic" w:eastAsia="Malgun Gothic"/>
                <w:b w:val="0"/>
                <w:sz w:val="14"/>
              </w:rPr>
              <w:t>176.52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09__350002022300991.wav</w:t>
            </w:r>
          </w:p>
        </w:tc>
        <w:tc>
          <w:tcPr>
            <w:tcW w:type="dxa" w:w="1233"/>
            <w:vAlign w:val="center"/>
          </w:tcPr>
          <w:p>
            <w:r/>
            <w:r>
              <w:rPr>
                <w:rFonts w:ascii="Malgun Gothic" w:hAnsi="Malgun Gothic" w:eastAsia="Malgun Gothic"/>
                <w:b w:val="0"/>
                <w:sz w:val="14"/>
              </w:rPr>
              <w:t>149.64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09__350002022300992.wav</w:t>
            </w:r>
          </w:p>
        </w:tc>
        <w:tc>
          <w:tcPr>
            <w:tcW w:type="dxa" w:w="1233"/>
            <w:vAlign w:val="center"/>
          </w:tcPr>
          <w:p>
            <w:r/>
            <w:r>
              <w:rPr>
                <w:rFonts w:ascii="Malgun Gothic" w:hAnsi="Malgun Gothic" w:eastAsia="Malgun Gothic"/>
                <w:b w:val="0"/>
                <w:sz w:val="14"/>
              </w:rPr>
              <w:t>62.97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09__350002022300993.wav</w:t>
            </w:r>
          </w:p>
        </w:tc>
        <w:tc>
          <w:tcPr>
            <w:tcW w:type="dxa" w:w="1233"/>
            <w:vAlign w:val="center"/>
          </w:tcPr>
          <w:p>
            <w:r/>
            <w:r>
              <w:rPr>
                <w:rFonts w:ascii="Malgun Gothic" w:hAnsi="Malgun Gothic" w:eastAsia="Malgun Gothic"/>
                <w:b w:val="0"/>
                <w:sz w:val="14"/>
              </w:rPr>
              <w:t>32.94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09__350002022300994.wav</w:t>
            </w:r>
          </w:p>
        </w:tc>
        <w:tc>
          <w:tcPr>
            <w:tcW w:type="dxa" w:w="1233"/>
            <w:vAlign w:val="center"/>
          </w:tcPr>
          <w:p>
            <w:r/>
            <w:r>
              <w:rPr>
                <w:rFonts w:ascii="Malgun Gothic" w:hAnsi="Malgun Gothic" w:eastAsia="Malgun Gothic"/>
                <w:b w:val="0"/>
                <w:sz w:val="14"/>
              </w:rPr>
              <w:t>16.5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09__350002022300995.wav</w:t>
            </w:r>
          </w:p>
        </w:tc>
        <w:tc>
          <w:tcPr>
            <w:tcW w:type="dxa" w:w="1233"/>
            <w:vAlign w:val="center"/>
          </w:tcPr>
          <w:p>
            <w:r/>
            <w:r>
              <w:rPr>
                <w:rFonts w:ascii="Malgun Gothic" w:hAnsi="Malgun Gothic" w:eastAsia="Malgun Gothic"/>
                <w:b w:val="0"/>
                <w:sz w:val="14"/>
              </w:rPr>
              <w:t>156.12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79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09__350002022300996.wav</w:t>
            </w:r>
          </w:p>
        </w:tc>
        <w:tc>
          <w:tcPr>
            <w:tcW w:type="dxa" w:w="1233"/>
            <w:vAlign w:val="center"/>
          </w:tcPr>
          <w:p>
            <w:r/>
            <w:r>
              <w:rPr>
                <w:rFonts w:ascii="Malgun Gothic" w:hAnsi="Malgun Gothic" w:eastAsia="Malgun Gothic"/>
                <w:b w:val="0"/>
                <w:sz w:val="14"/>
              </w:rPr>
              <w:t>60.09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45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09__350002022300997.wav</w:t>
            </w:r>
          </w:p>
        </w:tc>
        <w:tc>
          <w:tcPr>
            <w:tcW w:type="dxa" w:w="1233"/>
            <w:vAlign w:val="center"/>
          </w:tcPr>
          <w:p>
            <w:r/>
            <w:r>
              <w:rPr>
                <w:rFonts w:ascii="Malgun Gothic" w:hAnsi="Malgun Gothic" w:eastAsia="Malgun Gothic"/>
                <w:b w:val="0"/>
                <w:sz w:val="14"/>
              </w:rPr>
              <w:t>107.4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09__350002022300998.wav</w:t>
            </w:r>
          </w:p>
        </w:tc>
        <w:tc>
          <w:tcPr>
            <w:tcW w:type="dxa" w:w="1233"/>
            <w:vAlign w:val="center"/>
          </w:tcPr>
          <w:p>
            <w:r/>
            <w:r>
              <w:rPr>
                <w:rFonts w:ascii="Malgun Gothic" w:hAnsi="Malgun Gothic" w:eastAsia="Malgun Gothic"/>
                <w:b w:val="0"/>
                <w:sz w:val="14"/>
              </w:rPr>
              <w:t>45.84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r>
        <w:trPr>
          <w:cantSplit/>
        </w:trPr>
        <w:tc>
          <w:tcPr>
            <w:tcW w:type="dxa" w:w="1233"/>
            <w:vAlign w:val="center"/>
          </w:tcPr>
          <w:p>
            <w:r/>
            <w:r>
              <w:rPr>
                <w:rFonts w:ascii="Malgun Gothic" w:hAnsi="Malgun Gothic" w:eastAsia="Malgun Gothic"/>
                <w:b w:val="0"/>
                <w:sz w:val="14"/>
              </w:rPr>
              <w:t>09__350002022300999.wav</w:t>
            </w:r>
          </w:p>
        </w:tc>
        <w:tc>
          <w:tcPr>
            <w:tcW w:type="dxa" w:w="1233"/>
            <w:vAlign w:val="center"/>
          </w:tcPr>
          <w:p>
            <w:r/>
            <w:r>
              <w:rPr>
                <w:rFonts w:ascii="Malgun Gothic" w:hAnsi="Malgun Gothic" w:eastAsia="Malgun Gothic"/>
                <w:b w:val="0"/>
                <w:sz w:val="14"/>
              </w:rPr>
              <w:t>35.52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t>soundfile:LibsndfileError;wave:Error</w:t>
            </w:r>
          </w:p>
        </w:tc>
      </w:tr>
    </w:tbl>
    <w:p/>
    <w:p>
      <w:r>
        <w:t>대용량 표의 앞/뒤 표본 및 구조 포함; 원본 전수 행은 데이터 부록 ZIP 포함</w:t>
      </w:r>
    </w:p>
    <w:p>
      <w:r>
        <w:rPr>
          <w:b/>
        </w:rPr>
        <w:t>산출물 CSV: research_continuity/24_speaker_actual_diarization_v181/speaker_actual_file_diagnostics_v200.csv (행 1,000, 열 8)</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4"/>
              </w:rPr>
              <w:t>file</w:t>
            </w:r>
          </w:p>
        </w:tc>
        <w:tc>
          <w:tcPr>
            <w:tcW w:type="dxa" w:w="1233"/>
          </w:tcPr>
          <w:p>
            <w:r/>
            <w:r>
              <w:rPr>
                <w:rFonts w:ascii="Malgun Gothic" w:hAnsi="Malgun Gothic" w:eastAsia="Malgun Gothic"/>
                <w:b/>
                <w:sz w:val="14"/>
              </w:rPr>
              <w:t>duration_sec</w:t>
            </w:r>
          </w:p>
        </w:tc>
        <w:tc>
          <w:tcPr>
            <w:tcW w:type="dxa" w:w="1233"/>
          </w:tcPr>
          <w:p>
            <w:r/>
            <w:r>
              <w:rPr>
                <w:rFonts w:ascii="Malgun Gothic" w:hAnsi="Malgun Gothic" w:eastAsia="Malgun Gothic"/>
                <w:b/>
                <w:sz w:val="14"/>
              </w:rPr>
              <w:t>sample_rate</w:t>
            </w:r>
          </w:p>
        </w:tc>
        <w:tc>
          <w:tcPr>
            <w:tcW w:type="dxa" w:w="1233"/>
          </w:tcPr>
          <w:p>
            <w:r/>
            <w:r>
              <w:rPr>
                <w:rFonts w:ascii="Malgun Gothic" w:hAnsi="Malgun Gothic" w:eastAsia="Malgun Gothic"/>
                <w:b/>
                <w:sz w:val="14"/>
              </w:rPr>
              <w:t>channels</w:t>
            </w:r>
          </w:p>
        </w:tc>
        <w:tc>
          <w:tcPr>
            <w:tcW w:type="dxa" w:w="1233"/>
          </w:tcPr>
          <w:p>
            <w:r/>
            <w:r>
              <w:rPr>
                <w:rFonts w:ascii="Malgun Gothic" w:hAnsi="Malgun Gothic" w:eastAsia="Malgun Gothic"/>
                <w:b/>
                <w:sz w:val="14"/>
              </w:rPr>
              <w:t>speaker_count</w:t>
            </w:r>
          </w:p>
        </w:tc>
        <w:tc>
          <w:tcPr>
            <w:tcW w:type="dxa" w:w="1233"/>
          </w:tcPr>
          <w:p>
            <w:r/>
            <w:r>
              <w:rPr>
                <w:rFonts w:ascii="Malgun Gothic" w:hAnsi="Malgun Gothic" w:eastAsia="Malgun Gothic"/>
                <w:b/>
                <w:sz w:val="14"/>
              </w:rPr>
              <w:t>segment_count</w:t>
            </w:r>
          </w:p>
        </w:tc>
        <w:tc>
          <w:tcPr>
            <w:tcW w:type="dxa" w:w="1233"/>
          </w:tcPr>
          <w:p>
            <w:r/>
            <w:r>
              <w:rPr>
                <w:rFonts w:ascii="Malgun Gothic" w:hAnsi="Malgun Gothic" w:eastAsia="Malgun Gothic"/>
                <w:b/>
                <w:sz w:val="14"/>
              </w:rPr>
              <w:t>status</w:t>
            </w:r>
          </w:p>
        </w:tc>
        <w:tc>
          <w:tcPr>
            <w:tcW w:type="dxa" w:w="1233"/>
          </w:tcPr>
          <w:p>
            <w:r/>
            <w:r>
              <w:rPr>
                <w:rFonts w:ascii="Malgun Gothic" w:hAnsi="Malgun Gothic" w:eastAsia="Malgun Gothic"/>
                <w:b/>
                <w:sz w:val="14"/>
              </w:rPr>
              <w:t>error</w:t>
            </w:r>
          </w:p>
        </w:tc>
      </w:tr>
      <w:tr>
        <w:trPr>
          <w:cantSplit/>
        </w:trPr>
        <w:tc>
          <w:tcPr>
            <w:tcW w:type="dxa" w:w="1233"/>
            <w:vAlign w:val="center"/>
          </w:tcPr>
          <w:p>
            <w:r/>
            <w:r>
              <w:rPr>
                <w:rFonts w:ascii="Malgun Gothic" w:hAnsi="Malgun Gothic" w:eastAsia="Malgun Gothic"/>
                <w:b w:val="0"/>
                <w:sz w:val="14"/>
              </w:rPr>
              <w:t>00__350002022300000.wav</w:t>
            </w:r>
          </w:p>
        </w:tc>
        <w:tc>
          <w:tcPr>
            <w:tcW w:type="dxa" w:w="1233"/>
            <w:vAlign w:val="center"/>
          </w:tcPr>
          <w:p>
            <w:r/>
            <w:r>
              <w:rPr>
                <w:rFonts w:ascii="Malgun Gothic" w:hAnsi="Malgun Gothic" w:eastAsia="Malgun Gothic"/>
                <w:b w:val="0"/>
                <w:sz w:val="14"/>
              </w:rPr>
              <w:t>531.81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00__350002022300001.wav</w:t>
            </w:r>
          </w:p>
        </w:tc>
        <w:tc>
          <w:tcPr>
            <w:tcW w:type="dxa" w:w="1233"/>
            <w:vAlign w:val="center"/>
          </w:tcPr>
          <w:p>
            <w:r/>
            <w:r>
              <w:rPr>
                <w:rFonts w:ascii="Malgun Gothic" w:hAnsi="Malgun Gothic" w:eastAsia="Malgun Gothic"/>
                <w:b w:val="0"/>
                <w:sz w:val="14"/>
              </w:rPr>
              <w:t>148.71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00__350002022300002.wav</w:t>
            </w:r>
          </w:p>
        </w:tc>
        <w:tc>
          <w:tcPr>
            <w:tcW w:type="dxa" w:w="1233"/>
            <w:vAlign w:val="center"/>
          </w:tcPr>
          <w:p>
            <w:r/>
            <w:r>
              <w:rPr>
                <w:rFonts w:ascii="Malgun Gothic" w:hAnsi="Malgun Gothic" w:eastAsia="Malgun Gothic"/>
                <w:b w:val="0"/>
                <w:sz w:val="14"/>
              </w:rPr>
              <w:t>65.4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00__350002022300003.wav</w:t>
            </w:r>
          </w:p>
        </w:tc>
        <w:tc>
          <w:tcPr>
            <w:tcW w:type="dxa" w:w="1233"/>
            <w:vAlign w:val="center"/>
          </w:tcPr>
          <w:p>
            <w:r/>
            <w:r>
              <w:rPr>
                <w:rFonts w:ascii="Malgun Gothic" w:hAnsi="Malgun Gothic" w:eastAsia="Malgun Gothic"/>
                <w:b w:val="0"/>
                <w:sz w:val="14"/>
              </w:rPr>
              <w:t>54.3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00__350002022300004.wav</w:t>
            </w:r>
          </w:p>
        </w:tc>
        <w:tc>
          <w:tcPr>
            <w:tcW w:type="dxa" w:w="1233"/>
            <w:vAlign w:val="center"/>
          </w:tcPr>
          <w:p>
            <w:r/>
            <w:r>
              <w:rPr>
                <w:rFonts w:ascii="Malgun Gothic" w:hAnsi="Malgun Gothic" w:eastAsia="Malgun Gothic"/>
                <w:b w:val="0"/>
                <w:sz w:val="14"/>
              </w:rPr>
              <w:t>52.98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00__350002022300005.wav</w:t>
            </w:r>
          </w:p>
        </w:tc>
        <w:tc>
          <w:tcPr>
            <w:tcW w:type="dxa" w:w="1233"/>
            <w:vAlign w:val="center"/>
          </w:tcPr>
          <w:p>
            <w:r/>
            <w:r>
              <w:rPr>
                <w:rFonts w:ascii="Malgun Gothic" w:hAnsi="Malgun Gothic" w:eastAsia="Malgun Gothic"/>
                <w:b w:val="0"/>
                <w:sz w:val="14"/>
              </w:rPr>
              <w:t>30.96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00__350002022300006.wav</w:t>
            </w:r>
          </w:p>
        </w:tc>
        <w:tc>
          <w:tcPr>
            <w:tcW w:type="dxa" w:w="1233"/>
            <w:vAlign w:val="center"/>
          </w:tcPr>
          <w:p>
            <w:r/>
            <w:r>
              <w:rPr>
                <w:rFonts w:ascii="Malgun Gothic" w:hAnsi="Malgun Gothic" w:eastAsia="Malgun Gothic"/>
                <w:b w:val="0"/>
                <w:sz w:val="14"/>
              </w:rPr>
              <w:t>100.08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00__350002022300007.wav</w:t>
            </w:r>
          </w:p>
        </w:tc>
        <w:tc>
          <w:tcPr>
            <w:tcW w:type="dxa" w:w="1233"/>
            <w:vAlign w:val="center"/>
          </w:tcPr>
          <w:p>
            <w:r/>
            <w:r>
              <w:rPr>
                <w:rFonts w:ascii="Malgun Gothic" w:hAnsi="Malgun Gothic" w:eastAsia="Malgun Gothic"/>
                <w:b w:val="0"/>
                <w:sz w:val="14"/>
              </w:rPr>
              <w:t>222.0</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00__350002022300008.wav</w:t>
            </w:r>
          </w:p>
        </w:tc>
        <w:tc>
          <w:tcPr>
            <w:tcW w:type="dxa" w:w="1233"/>
            <w:vAlign w:val="center"/>
          </w:tcPr>
          <w:p>
            <w:r/>
            <w:r>
              <w:rPr>
                <w:rFonts w:ascii="Malgun Gothic" w:hAnsi="Malgun Gothic" w:eastAsia="Malgun Gothic"/>
                <w:b w:val="0"/>
                <w:sz w:val="14"/>
              </w:rPr>
              <w:t>77.01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00__350002022300009.wav</w:t>
            </w:r>
          </w:p>
        </w:tc>
        <w:tc>
          <w:tcPr>
            <w:tcW w:type="dxa" w:w="1233"/>
            <w:vAlign w:val="center"/>
          </w:tcPr>
          <w:p>
            <w:r/>
            <w:r>
              <w:rPr>
                <w:rFonts w:ascii="Malgun Gothic" w:hAnsi="Malgun Gothic" w:eastAsia="Malgun Gothic"/>
                <w:b w:val="0"/>
                <w:sz w:val="14"/>
              </w:rPr>
              <w:t>72.12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00__350002022300010.wav</w:t>
            </w:r>
          </w:p>
        </w:tc>
        <w:tc>
          <w:tcPr>
            <w:tcW w:type="dxa" w:w="1233"/>
            <w:vAlign w:val="center"/>
          </w:tcPr>
          <w:p>
            <w:r/>
            <w:r>
              <w:rPr>
                <w:rFonts w:ascii="Malgun Gothic" w:hAnsi="Malgun Gothic" w:eastAsia="Malgun Gothic"/>
                <w:b w:val="0"/>
                <w:sz w:val="14"/>
              </w:rPr>
              <w:t>6.57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w:t>
            </w:r>
          </w:p>
        </w:tc>
      </w:tr>
      <w:tr>
        <w:trPr>
          <w:cantSplit/>
        </w:trPr>
        <w:tc>
          <w:tcPr>
            <w:tcW w:type="dxa" w:w="1233"/>
            <w:vAlign w:val="center"/>
          </w:tcPr>
          <w:p>
            <w:r/>
            <w:r>
              <w:rPr>
                <w:rFonts w:ascii="Malgun Gothic" w:hAnsi="Malgun Gothic" w:eastAsia="Malgun Gothic"/>
                <w:b w:val="0"/>
                <w:sz w:val="14"/>
              </w:rPr>
              <w:t>00__350002022300011.wav</w:t>
            </w:r>
          </w:p>
        </w:tc>
        <w:tc>
          <w:tcPr>
            <w:tcW w:type="dxa" w:w="1233"/>
            <w:vAlign w:val="center"/>
          </w:tcPr>
          <w:p>
            <w:r/>
            <w:r>
              <w:rPr>
                <w:rFonts w:ascii="Malgun Gothic" w:hAnsi="Malgun Gothic" w:eastAsia="Malgun Gothic"/>
                <w:b w:val="0"/>
                <w:sz w:val="14"/>
              </w:rPr>
              <w:t>158.19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49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00__350002022300012.wav</w:t>
            </w:r>
          </w:p>
        </w:tc>
        <w:tc>
          <w:tcPr>
            <w:tcW w:type="dxa" w:w="1233"/>
            <w:vAlign w:val="center"/>
          </w:tcPr>
          <w:p>
            <w:r/>
            <w:r>
              <w:rPr>
                <w:rFonts w:ascii="Malgun Gothic" w:hAnsi="Malgun Gothic" w:eastAsia="Malgun Gothic"/>
                <w:b w:val="0"/>
                <w:sz w:val="14"/>
              </w:rPr>
              <w:t>235.17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97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00__350002022300013.wav</w:t>
            </w:r>
          </w:p>
        </w:tc>
        <w:tc>
          <w:tcPr>
            <w:tcW w:type="dxa" w:w="1233"/>
            <w:vAlign w:val="center"/>
          </w:tcPr>
          <w:p>
            <w:r/>
            <w:r>
              <w:rPr>
                <w:rFonts w:ascii="Malgun Gothic" w:hAnsi="Malgun Gothic" w:eastAsia="Malgun Gothic"/>
                <w:b w:val="0"/>
                <w:sz w:val="14"/>
              </w:rPr>
              <w:t>321.0</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150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00__350002022300014.wav</w:t>
            </w:r>
          </w:p>
        </w:tc>
        <w:tc>
          <w:tcPr>
            <w:tcW w:type="dxa" w:w="1233"/>
            <w:vAlign w:val="center"/>
          </w:tcPr>
          <w:p>
            <w:r/>
            <w:r>
              <w:rPr>
                <w:rFonts w:ascii="Malgun Gothic" w:hAnsi="Malgun Gothic" w:eastAsia="Malgun Gothic"/>
                <w:b w:val="0"/>
                <w:sz w:val="14"/>
              </w:rPr>
              <w:t>47.67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00__350002022300015.wav</w:t>
            </w:r>
          </w:p>
        </w:tc>
        <w:tc>
          <w:tcPr>
            <w:tcW w:type="dxa" w:w="1233"/>
            <w:vAlign w:val="center"/>
          </w:tcPr>
          <w:p>
            <w:r/>
            <w:r>
              <w:rPr>
                <w:rFonts w:ascii="Malgun Gothic" w:hAnsi="Malgun Gothic" w:eastAsia="Malgun Gothic"/>
                <w:b w:val="0"/>
                <w:sz w:val="14"/>
              </w:rPr>
              <w:t>48.96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00__350002022300016.wav</w:t>
            </w:r>
          </w:p>
        </w:tc>
        <w:tc>
          <w:tcPr>
            <w:tcW w:type="dxa" w:w="1233"/>
            <w:vAlign w:val="center"/>
          </w:tcPr>
          <w:p>
            <w:r/>
            <w:r>
              <w:rPr>
                <w:rFonts w:ascii="Malgun Gothic" w:hAnsi="Malgun Gothic" w:eastAsia="Malgun Gothic"/>
                <w:b w:val="0"/>
                <w:sz w:val="14"/>
              </w:rPr>
              <w:t>22.5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00__350002022300017.wav</w:t>
            </w:r>
          </w:p>
        </w:tc>
        <w:tc>
          <w:tcPr>
            <w:tcW w:type="dxa" w:w="1233"/>
            <w:vAlign w:val="center"/>
          </w:tcPr>
          <w:p>
            <w:r/>
            <w:r>
              <w:rPr>
                <w:rFonts w:ascii="Malgun Gothic" w:hAnsi="Malgun Gothic" w:eastAsia="Malgun Gothic"/>
                <w:b w:val="0"/>
                <w:sz w:val="14"/>
              </w:rPr>
              <w:t>24.3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00__350002022300018.wav</w:t>
            </w:r>
          </w:p>
        </w:tc>
        <w:tc>
          <w:tcPr>
            <w:tcW w:type="dxa" w:w="1233"/>
            <w:vAlign w:val="center"/>
          </w:tcPr>
          <w:p>
            <w:r/>
            <w:r>
              <w:rPr>
                <w:rFonts w:ascii="Malgun Gothic" w:hAnsi="Malgun Gothic" w:eastAsia="Malgun Gothic"/>
                <w:b w:val="0"/>
                <w:sz w:val="14"/>
              </w:rPr>
              <w:t>521.7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227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00__350002022300019.wav</w:t>
            </w:r>
          </w:p>
        </w:tc>
        <w:tc>
          <w:tcPr>
            <w:tcW w:type="dxa" w:w="1233"/>
            <w:vAlign w:val="center"/>
          </w:tcPr>
          <w:p>
            <w:r/>
            <w:r>
              <w:rPr>
                <w:rFonts w:ascii="Malgun Gothic" w:hAnsi="Malgun Gothic" w:eastAsia="Malgun Gothic"/>
                <w:b w:val="0"/>
                <w:sz w:val="14"/>
              </w:rPr>
              <w:t>14.94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00__350002022300020.wav</w:t>
            </w:r>
          </w:p>
        </w:tc>
        <w:tc>
          <w:tcPr>
            <w:tcW w:type="dxa" w:w="1233"/>
            <w:vAlign w:val="center"/>
          </w:tcPr>
          <w:p>
            <w:r/>
            <w:r>
              <w:rPr>
                <w:rFonts w:ascii="Malgun Gothic" w:hAnsi="Malgun Gothic" w:eastAsia="Malgun Gothic"/>
                <w:b w:val="0"/>
                <w:sz w:val="14"/>
              </w:rPr>
              <w:t>1038.18</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377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00__350002022300021.wav</w:t>
            </w:r>
          </w:p>
        </w:tc>
        <w:tc>
          <w:tcPr>
            <w:tcW w:type="dxa" w:w="1233"/>
            <w:vAlign w:val="center"/>
          </w:tcPr>
          <w:p>
            <w:r/>
            <w:r>
              <w:rPr>
                <w:rFonts w:ascii="Malgun Gothic" w:hAnsi="Malgun Gothic" w:eastAsia="Malgun Gothic"/>
                <w:b w:val="0"/>
                <w:sz w:val="14"/>
              </w:rPr>
              <w:t>524.82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178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00__350002022300022.wav</w:t>
            </w:r>
          </w:p>
        </w:tc>
        <w:tc>
          <w:tcPr>
            <w:tcW w:type="dxa" w:w="1233"/>
            <w:vAlign w:val="center"/>
          </w:tcPr>
          <w:p>
            <w:r/>
            <w:r>
              <w:rPr>
                <w:rFonts w:ascii="Malgun Gothic" w:hAnsi="Malgun Gothic" w:eastAsia="Malgun Gothic"/>
                <w:b w:val="0"/>
                <w:sz w:val="14"/>
              </w:rPr>
              <w:t>27.69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00__350002022300023.wav</w:t>
            </w:r>
          </w:p>
        </w:tc>
        <w:tc>
          <w:tcPr>
            <w:tcW w:type="dxa" w:w="1233"/>
            <w:vAlign w:val="center"/>
          </w:tcPr>
          <w:p>
            <w:r/>
            <w:r>
              <w:rPr>
                <w:rFonts w:ascii="Malgun Gothic" w:hAnsi="Malgun Gothic" w:eastAsia="Malgun Gothic"/>
                <w:b w:val="0"/>
                <w:sz w:val="14"/>
              </w:rPr>
              <w:t>299.82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00__350002022300024.wav</w:t>
            </w:r>
          </w:p>
        </w:tc>
        <w:tc>
          <w:tcPr>
            <w:tcW w:type="dxa" w:w="1233"/>
            <w:vAlign w:val="center"/>
          </w:tcPr>
          <w:p>
            <w:r/>
            <w:r>
              <w:rPr>
                <w:rFonts w:ascii="Malgun Gothic" w:hAnsi="Malgun Gothic" w:eastAsia="Malgun Gothic"/>
                <w:b w:val="0"/>
                <w:sz w:val="14"/>
              </w:rPr>
              <w:t>31.59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 중간 950행은 전체 데이터 부록 ZIP에 원본으로 포함 ...</w:t>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09__350002022300975.wav</w:t>
            </w:r>
          </w:p>
        </w:tc>
        <w:tc>
          <w:tcPr>
            <w:tcW w:type="dxa" w:w="1233"/>
            <w:vAlign w:val="center"/>
          </w:tcPr>
          <w:p>
            <w:r/>
            <w:r>
              <w:rPr>
                <w:rFonts w:ascii="Malgun Gothic" w:hAnsi="Malgun Gothic" w:eastAsia="Malgun Gothic"/>
                <w:b w:val="0"/>
                <w:sz w:val="14"/>
              </w:rPr>
              <w:t>26.1</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11</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09__350002022300976.wav</w:t>
            </w:r>
          </w:p>
        </w:tc>
        <w:tc>
          <w:tcPr>
            <w:tcW w:type="dxa" w:w="1233"/>
            <w:vAlign w:val="center"/>
          </w:tcPr>
          <w:p>
            <w:r/>
            <w:r>
              <w:rPr>
                <w:rFonts w:ascii="Malgun Gothic" w:hAnsi="Malgun Gothic" w:eastAsia="Malgun Gothic"/>
                <w:b w:val="0"/>
                <w:sz w:val="14"/>
              </w:rPr>
              <w:t>123.42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09__350002022300977.wav</w:t>
            </w:r>
          </w:p>
        </w:tc>
        <w:tc>
          <w:tcPr>
            <w:tcW w:type="dxa" w:w="1233"/>
            <w:vAlign w:val="center"/>
          </w:tcPr>
          <w:p>
            <w:r/>
            <w:r>
              <w:rPr>
                <w:rFonts w:ascii="Malgun Gothic" w:hAnsi="Malgun Gothic" w:eastAsia="Malgun Gothic"/>
                <w:b w:val="0"/>
                <w:sz w:val="14"/>
              </w:rPr>
              <w:t>120.75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09__350002022300978.wav</w:t>
            </w:r>
          </w:p>
        </w:tc>
        <w:tc>
          <w:tcPr>
            <w:tcW w:type="dxa" w:w="1233"/>
            <w:vAlign w:val="center"/>
          </w:tcPr>
          <w:p>
            <w:r/>
            <w:r>
              <w:rPr>
                <w:rFonts w:ascii="Malgun Gothic" w:hAnsi="Malgun Gothic" w:eastAsia="Malgun Gothic"/>
                <w:b w:val="0"/>
                <w:sz w:val="14"/>
              </w:rPr>
              <w:t>73.59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35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09__350002022300979.wav</w:t>
            </w:r>
          </w:p>
        </w:tc>
        <w:tc>
          <w:tcPr>
            <w:tcW w:type="dxa" w:w="1233"/>
            <w:vAlign w:val="center"/>
          </w:tcPr>
          <w:p>
            <w:r/>
            <w:r>
              <w:rPr>
                <w:rFonts w:ascii="Malgun Gothic" w:hAnsi="Malgun Gothic" w:eastAsia="Malgun Gothic"/>
                <w:b w:val="0"/>
                <w:sz w:val="14"/>
              </w:rPr>
              <w:t>5.22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w:t>
            </w:r>
          </w:p>
        </w:tc>
      </w:tr>
      <w:tr>
        <w:trPr>
          <w:cantSplit/>
        </w:trPr>
        <w:tc>
          <w:tcPr>
            <w:tcW w:type="dxa" w:w="1233"/>
            <w:vAlign w:val="center"/>
          </w:tcPr>
          <w:p>
            <w:r/>
            <w:r>
              <w:rPr>
                <w:rFonts w:ascii="Malgun Gothic" w:hAnsi="Malgun Gothic" w:eastAsia="Malgun Gothic"/>
                <w:b w:val="0"/>
                <w:sz w:val="14"/>
              </w:rPr>
              <w:t>09__350002022300980.wav</w:t>
            </w:r>
          </w:p>
        </w:tc>
        <w:tc>
          <w:tcPr>
            <w:tcW w:type="dxa" w:w="1233"/>
            <w:vAlign w:val="center"/>
          </w:tcPr>
          <w:p>
            <w:r/>
            <w:r>
              <w:rPr>
                <w:rFonts w:ascii="Malgun Gothic" w:hAnsi="Malgun Gothic" w:eastAsia="Malgun Gothic"/>
                <w:b w:val="0"/>
                <w:sz w:val="14"/>
              </w:rPr>
              <w:t>45.24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09__350002022300981.wav</w:t>
            </w:r>
          </w:p>
        </w:tc>
        <w:tc>
          <w:tcPr>
            <w:tcW w:type="dxa" w:w="1233"/>
            <w:vAlign w:val="center"/>
          </w:tcPr>
          <w:p>
            <w:r/>
            <w:r>
              <w:rPr>
                <w:rFonts w:ascii="Malgun Gothic" w:hAnsi="Malgun Gothic" w:eastAsia="Malgun Gothic"/>
                <w:b w:val="0"/>
                <w:sz w:val="14"/>
              </w:rPr>
              <w:t>150.36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09__350002022300982.wav</w:t>
            </w:r>
          </w:p>
        </w:tc>
        <w:tc>
          <w:tcPr>
            <w:tcW w:type="dxa" w:w="1233"/>
            <w:vAlign w:val="center"/>
          </w:tcPr>
          <w:p>
            <w:r/>
            <w:r>
              <w:rPr>
                <w:rFonts w:ascii="Malgun Gothic" w:hAnsi="Malgun Gothic" w:eastAsia="Malgun Gothic"/>
                <w:b w:val="0"/>
                <w:sz w:val="14"/>
              </w:rPr>
              <w:t>7.44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w:t>
            </w:r>
          </w:p>
        </w:tc>
      </w:tr>
      <w:tr>
        <w:trPr>
          <w:cantSplit/>
        </w:trPr>
        <w:tc>
          <w:tcPr>
            <w:tcW w:type="dxa" w:w="1233"/>
            <w:vAlign w:val="center"/>
          </w:tcPr>
          <w:p>
            <w:r/>
            <w:r>
              <w:rPr>
                <w:rFonts w:ascii="Malgun Gothic" w:hAnsi="Malgun Gothic" w:eastAsia="Malgun Gothic"/>
                <w:b w:val="0"/>
                <w:sz w:val="14"/>
              </w:rPr>
              <w:t>09__350002022300983.wav</w:t>
            </w:r>
          </w:p>
        </w:tc>
        <w:tc>
          <w:tcPr>
            <w:tcW w:type="dxa" w:w="1233"/>
            <w:vAlign w:val="center"/>
          </w:tcPr>
          <w:p>
            <w:r/>
            <w:r>
              <w:rPr>
                <w:rFonts w:ascii="Malgun Gothic" w:hAnsi="Malgun Gothic" w:eastAsia="Malgun Gothic"/>
                <w:b w:val="0"/>
                <w:sz w:val="14"/>
              </w:rPr>
              <w:t>204.45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09__350002022300984.wav</w:t>
            </w:r>
          </w:p>
        </w:tc>
        <w:tc>
          <w:tcPr>
            <w:tcW w:type="dxa" w:w="1233"/>
            <w:vAlign w:val="center"/>
          </w:tcPr>
          <w:p>
            <w:r/>
            <w:r>
              <w:rPr>
                <w:rFonts w:ascii="Malgun Gothic" w:hAnsi="Malgun Gothic" w:eastAsia="Malgun Gothic"/>
                <w:b w:val="0"/>
                <w:sz w:val="14"/>
              </w:rPr>
              <w:t>6.84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PARTIAL_1_SPEAKER</w:t>
            </w:r>
          </w:p>
        </w:tc>
        <w:tc>
          <w:tcPr>
            <w:tcW w:type="dxa" w:w="1233"/>
            <w:vAlign w:val="center"/>
          </w:tcPr>
          <w:p>
            <w:r/>
            <w:r>
              <w:rPr>
                <w:rFonts w:ascii="Malgun Gothic" w:hAnsi="Malgun Gothic" w:eastAsia="Malgun Gothic"/>
                <w:b w:val="0"/>
                <w:sz w:val="14"/>
              </w:rPr>
              <w:t>single speaker label only</w:t>
            </w:r>
          </w:p>
        </w:tc>
      </w:tr>
      <w:tr>
        <w:trPr>
          <w:cantSplit/>
        </w:trPr>
        <w:tc>
          <w:tcPr>
            <w:tcW w:type="dxa" w:w="1233"/>
            <w:vAlign w:val="center"/>
          </w:tcPr>
          <w:p>
            <w:r/>
            <w:r>
              <w:rPr>
                <w:rFonts w:ascii="Malgun Gothic" w:hAnsi="Malgun Gothic" w:eastAsia="Malgun Gothic"/>
                <w:b w:val="0"/>
                <w:sz w:val="14"/>
              </w:rPr>
              <w:t>09__350002022300985.wav</w:t>
            </w:r>
          </w:p>
        </w:tc>
        <w:tc>
          <w:tcPr>
            <w:tcW w:type="dxa" w:w="1233"/>
            <w:vAlign w:val="center"/>
          </w:tcPr>
          <w:p>
            <w:r/>
            <w:r>
              <w:rPr>
                <w:rFonts w:ascii="Malgun Gothic" w:hAnsi="Malgun Gothic" w:eastAsia="Malgun Gothic"/>
                <w:b w:val="0"/>
                <w:sz w:val="14"/>
              </w:rPr>
              <w:t>47.94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09__350002022300986.wav</w:t>
            </w:r>
          </w:p>
        </w:tc>
        <w:tc>
          <w:tcPr>
            <w:tcW w:type="dxa" w:w="1233"/>
            <w:vAlign w:val="center"/>
          </w:tcPr>
          <w:p>
            <w:r/>
            <w:r>
              <w:rPr>
                <w:rFonts w:ascii="Malgun Gothic" w:hAnsi="Malgun Gothic" w:eastAsia="Malgun Gothic"/>
                <w:b w:val="0"/>
                <w:sz w:val="14"/>
              </w:rPr>
              <w:t>173.46</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83</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09__350002022300987.wav</w:t>
            </w:r>
          </w:p>
        </w:tc>
        <w:tc>
          <w:tcPr>
            <w:tcW w:type="dxa" w:w="1233"/>
            <w:vAlign w:val="center"/>
          </w:tcPr>
          <w:p>
            <w:r/>
            <w:r>
              <w:rPr>
                <w:rFonts w:ascii="Malgun Gothic" w:hAnsi="Malgun Gothic" w:eastAsia="Malgun Gothic"/>
                <w:b w:val="0"/>
                <w:sz w:val="14"/>
              </w:rPr>
              <w:t>174.3</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09__350002022300988.wav</w:t>
            </w:r>
          </w:p>
        </w:tc>
        <w:tc>
          <w:tcPr>
            <w:tcW w:type="dxa" w:w="1233"/>
            <w:vAlign w:val="center"/>
          </w:tcPr>
          <w:p>
            <w:r/>
            <w:r>
              <w:rPr>
                <w:rFonts w:ascii="Malgun Gothic" w:hAnsi="Malgun Gothic" w:eastAsia="Malgun Gothic"/>
                <w:b w:val="0"/>
                <w:sz w:val="14"/>
              </w:rPr>
              <w:t>164.52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58</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09__350002022300989.wav</w:t>
            </w:r>
          </w:p>
        </w:tc>
        <w:tc>
          <w:tcPr>
            <w:tcW w:type="dxa" w:w="1233"/>
            <w:vAlign w:val="center"/>
          </w:tcPr>
          <w:p>
            <w:r/>
            <w:r>
              <w:rPr>
                <w:rFonts w:ascii="Malgun Gothic" w:hAnsi="Malgun Gothic" w:eastAsia="Malgun Gothic"/>
                <w:b w:val="0"/>
                <w:sz w:val="14"/>
              </w:rPr>
              <w:t>523.2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200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09__350002022300990.wav</w:t>
            </w:r>
          </w:p>
        </w:tc>
        <w:tc>
          <w:tcPr>
            <w:tcW w:type="dxa" w:w="1233"/>
            <w:vAlign w:val="center"/>
          </w:tcPr>
          <w:p>
            <w:r/>
            <w:r>
              <w:rPr>
                <w:rFonts w:ascii="Malgun Gothic" w:hAnsi="Malgun Gothic" w:eastAsia="Malgun Gothic"/>
                <w:b w:val="0"/>
                <w:sz w:val="14"/>
              </w:rPr>
              <w:t>176.52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67</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09__350002022300991.wav</w:t>
            </w:r>
          </w:p>
        </w:tc>
        <w:tc>
          <w:tcPr>
            <w:tcW w:type="dxa" w:w="1233"/>
            <w:vAlign w:val="center"/>
          </w:tcPr>
          <w:p>
            <w:r/>
            <w:r>
              <w:rPr>
                <w:rFonts w:ascii="Malgun Gothic" w:hAnsi="Malgun Gothic" w:eastAsia="Malgun Gothic"/>
                <w:b w:val="0"/>
                <w:sz w:val="14"/>
              </w:rPr>
              <w:t>149.64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09__350002022300992.wav</w:t>
            </w:r>
          </w:p>
        </w:tc>
        <w:tc>
          <w:tcPr>
            <w:tcW w:type="dxa" w:w="1233"/>
            <w:vAlign w:val="center"/>
          </w:tcPr>
          <w:p>
            <w:r/>
            <w:r>
              <w:rPr>
                <w:rFonts w:ascii="Malgun Gothic" w:hAnsi="Malgun Gothic" w:eastAsia="Malgun Gothic"/>
                <w:b w:val="0"/>
                <w:sz w:val="14"/>
              </w:rPr>
              <w:t>62.97</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26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09__350002022300993.wav</w:t>
            </w:r>
          </w:p>
        </w:tc>
        <w:tc>
          <w:tcPr>
            <w:tcW w:type="dxa" w:w="1233"/>
            <w:vAlign w:val="center"/>
          </w:tcPr>
          <w:p>
            <w:r/>
            <w:r>
              <w:rPr>
                <w:rFonts w:ascii="Malgun Gothic" w:hAnsi="Malgun Gothic" w:eastAsia="Malgun Gothic"/>
                <w:b w:val="0"/>
                <w:sz w:val="14"/>
              </w:rPr>
              <w:t>32.94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10</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09__350002022300994.wav</w:t>
            </w:r>
          </w:p>
        </w:tc>
        <w:tc>
          <w:tcPr>
            <w:tcW w:type="dxa" w:w="1233"/>
            <w:vAlign w:val="center"/>
          </w:tcPr>
          <w:p>
            <w:r/>
            <w:r>
              <w:rPr>
                <w:rFonts w:ascii="Malgun Gothic" w:hAnsi="Malgun Gothic" w:eastAsia="Malgun Gothic"/>
                <w:b w:val="0"/>
                <w:sz w:val="14"/>
              </w:rPr>
              <w:t>16.5</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6</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09__350002022300995.wav</w:t>
            </w:r>
          </w:p>
        </w:tc>
        <w:tc>
          <w:tcPr>
            <w:tcW w:type="dxa" w:w="1233"/>
            <w:vAlign w:val="center"/>
          </w:tcPr>
          <w:p>
            <w:r/>
            <w:r>
              <w:rPr>
                <w:rFonts w:ascii="Malgun Gothic" w:hAnsi="Malgun Gothic" w:eastAsia="Malgun Gothic"/>
                <w:b w:val="0"/>
                <w:sz w:val="14"/>
              </w:rPr>
              <w:t>156.12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79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09__350002022300996.wav</w:t>
            </w:r>
          </w:p>
        </w:tc>
        <w:tc>
          <w:tcPr>
            <w:tcW w:type="dxa" w:w="1233"/>
            <w:vAlign w:val="center"/>
          </w:tcPr>
          <w:p>
            <w:r/>
            <w:r>
              <w:rPr>
                <w:rFonts w:ascii="Malgun Gothic" w:hAnsi="Malgun Gothic" w:eastAsia="Malgun Gothic"/>
                <w:b w:val="0"/>
                <w:sz w:val="14"/>
              </w:rPr>
              <w:t>60.09</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45</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09__350002022300997.wav</w:t>
            </w:r>
          </w:p>
        </w:tc>
        <w:tc>
          <w:tcPr>
            <w:tcW w:type="dxa" w:w="1233"/>
            <w:vAlign w:val="center"/>
          </w:tcPr>
          <w:p>
            <w:r/>
            <w:r>
              <w:rPr>
                <w:rFonts w:ascii="Malgun Gothic" w:hAnsi="Malgun Gothic" w:eastAsia="Malgun Gothic"/>
                <w:b w:val="0"/>
                <w:sz w:val="14"/>
              </w:rPr>
              <w:t>107.4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59</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09__350002022300998.wav</w:t>
            </w:r>
          </w:p>
        </w:tc>
        <w:tc>
          <w:tcPr>
            <w:tcW w:type="dxa" w:w="1233"/>
            <w:vAlign w:val="center"/>
          </w:tcPr>
          <w:p>
            <w:r/>
            <w:r>
              <w:rPr>
                <w:rFonts w:ascii="Malgun Gothic" w:hAnsi="Malgun Gothic" w:eastAsia="Malgun Gothic"/>
                <w:b w:val="0"/>
                <w:sz w:val="14"/>
              </w:rPr>
              <w:t>45.84</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14</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r>
        <w:trPr>
          <w:cantSplit/>
        </w:trPr>
        <w:tc>
          <w:tcPr>
            <w:tcW w:type="dxa" w:w="1233"/>
            <w:vAlign w:val="center"/>
          </w:tcPr>
          <w:p>
            <w:r/>
            <w:r>
              <w:rPr>
                <w:rFonts w:ascii="Malgun Gothic" w:hAnsi="Malgun Gothic" w:eastAsia="Malgun Gothic"/>
                <w:b w:val="0"/>
                <w:sz w:val="14"/>
              </w:rPr>
              <w:t>09__350002022300999.wav</w:t>
            </w:r>
          </w:p>
        </w:tc>
        <w:tc>
          <w:tcPr>
            <w:tcW w:type="dxa" w:w="1233"/>
            <w:vAlign w:val="center"/>
          </w:tcPr>
          <w:p>
            <w:r/>
            <w:r>
              <w:rPr>
                <w:rFonts w:ascii="Malgun Gothic" w:hAnsi="Malgun Gothic" w:eastAsia="Malgun Gothic"/>
                <w:b w:val="0"/>
                <w:sz w:val="14"/>
              </w:rPr>
              <w:t>35.52</w:t>
            </w:r>
          </w:p>
        </w:tc>
        <w:tc>
          <w:tcPr>
            <w:tcW w:type="dxa" w:w="1233"/>
            <w:vAlign w:val="center"/>
          </w:tcPr>
          <w:p>
            <w:r/>
            <w:r>
              <w:rPr>
                <w:rFonts w:ascii="Malgun Gothic" w:hAnsi="Malgun Gothic" w:eastAsia="Malgun Gothic"/>
                <w:b w:val="0"/>
                <w:sz w:val="14"/>
              </w:rPr>
              <w:t>8000</w:t>
            </w:r>
          </w:p>
        </w:tc>
        <w:tc>
          <w:tcPr>
            <w:tcW w:type="dxa" w:w="1233"/>
            <w:vAlign w:val="center"/>
          </w:tcPr>
          <w:p>
            <w:r/>
            <w:r>
              <w:rPr>
                <w:rFonts w:ascii="Malgun Gothic" w:hAnsi="Malgun Gothic" w:eastAsia="Malgun Gothic"/>
                <w:b w:val="0"/>
                <w:sz w:val="14"/>
              </w:rPr>
              <w:t>1</w:t>
            </w:r>
          </w:p>
        </w:tc>
        <w:tc>
          <w:tcPr>
            <w:tcW w:type="dxa" w:w="1233"/>
            <w:vAlign w:val="center"/>
          </w:tcPr>
          <w:p>
            <w:r/>
            <w:r>
              <w:rPr>
                <w:rFonts w:ascii="Malgun Gothic" w:hAnsi="Malgun Gothic" w:eastAsia="Malgun Gothic"/>
                <w:b w:val="0"/>
                <w:sz w:val="14"/>
              </w:rPr>
              <w:t>2</w:t>
            </w:r>
          </w:p>
        </w:tc>
        <w:tc>
          <w:tcPr>
            <w:tcW w:type="dxa" w:w="1233"/>
            <w:vAlign w:val="center"/>
          </w:tcPr>
          <w:p>
            <w:r/>
            <w:r>
              <w:rPr>
                <w:rFonts w:ascii="Malgun Gothic" w:hAnsi="Malgun Gothic" w:eastAsia="Malgun Gothic"/>
                <w:b w:val="0"/>
                <w:sz w:val="14"/>
              </w:rPr>
              <w:t>12</w:t>
            </w:r>
          </w:p>
        </w:tc>
        <w:tc>
          <w:tcPr>
            <w:tcW w:type="dxa" w:w="1233"/>
            <w:vAlign w:val="center"/>
          </w:tcPr>
          <w:p>
            <w:r/>
            <w:r>
              <w:rPr>
                <w:rFonts w:ascii="Malgun Gothic" w:hAnsi="Malgun Gothic" w:eastAsia="Malgun Gothic"/>
                <w:b w:val="0"/>
                <w:sz w:val="14"/>
              </w:rPr>
              <w:t>OK_2_SPEAKERS</w:t>
            </w:r>
          </w:p>
        </w:tc>
        <w:tc>
          <w:tcPr>
            <w:tcW w:type="dxa" w:w="1233"/>
            <w:vAlign w:val="center"/>
          </w:tcPr>
          <w:p>
            <w:r/>
            <w:r>
              <w:rPr>
                <w:rFonts w:ascii="Malgun Gothic" w:hAnsi="Malgun Gothic" w:eastAsia="Malgun Gothic"/>
                <w:b w:val="0"/>
                <w:sz w:val="14"/>
              </w:rPr>
            </w:r>
          </w:p>
        </w:tc>
      </w:tr>
    </w:tbl>
    <w:p/>
    <w:p>
      <w:r>
        <w:t>전체 행 포함</w:t>
      </w:r>
    </w:p>
    <w:p>
      <w:r>
        <w:rPr>
          <w:b/>
        </w:rPr>
        <w:t>산출물 CSV: results/tables/data_quality_action_plan.csv (행 3, 열 7)</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4"/>
              </w:rPr>
              <w:t>priority</w:t>
            </w:r>
          </w:p>
        </w:tc>
        <w:tc>
          <w:tcPr>
            <w:tcW w:type="dxa" w:w="1409"/>
          </w:tcPr>
          <w:p>
            <w:r/>
            <w:r>
              <w:rPr>
                <w:rFonts w:ascii="Malgun Gothic" w:hAnsi="Malgun Gothic" w:eastAsia="Malgun Gothic"/>
                <w:b/>
                <w:sz w:val="14"/>
              </w:rPr>
              <w:t>action_code</w:t>
            </w:r>
          </w:p>
        </w:tc>
        <w:tc>
          <w:tcPr>
            <w:tcW w:type="dxa" w:w="1409"/>
          </w:tcPr>
          <w:p>
            <w:r/>
            <w:r>
              <w:rPr>
                <w:rFonts w:ascii="Malgun Gothic" w:hAnsi="Malgun Gothic" w:eastAsia="Malgun Gothic"/>
                <w:b/>
                <w:sz w:val="14"/>
              </w:rPr>
              <w:t>action_name</w:t>
            </w:r>
          </w:p>
        </w:tc>
        <w:tc>
          <w:tcPr>
            <w:tcW w:type="dxa" w:w="1409"/>
          </w:tcPr>
          <w:p>
            <w:r/>
            <w:r>
              <w:rPr>
                <w:rFonts w:ascii="Malgun Gothic" w:hAnsi="Malgun Gothic" w:eastAsia="Malgun Gothic"/>
                <w:b/>
                <w:sz w:val="14"/>
              </w:rPr>
              <w:t>trigger_items</w:t>
            </w:r>
          </w:p>
        </w:tc>
        <w:tc>
          <w:tcPr>
            <w:tcW w:type="dxa" w:w="1409"/>
          </w:tcPr>
          <w:p>
            <w:r/>
            <w:r>
              <w:rPr>
                <w:rFonts w:ascii="Malgun Gothic" w:hAnsi="Malgun Gothic" w:eastAsia="Malgun Gothic"/>
                <w:b/>
                <w:sz w:val="14"/>
              </w:rPr>
              <w:t>reason</w:t>
            </w:r>
          </w:p>
        </w:tc>
        <w:tc>
          <w:tcPr>
            <w:tcW w:type="dxa" w:w="1409"/>
          </w:tcPr>
          <w:p>
            <w:r/>
            <w:r>
              <w:rPr>
                <w:rFonts w:ascii="Malgun Gothic" w:hAnsi="Malgun Gothic" w:eastAsia="Malgun Gothic"/>
                <w:b/>
                <w:sz w:val="14"/>
              </w:rPr>
              <w:t>auto_executable</w:t>
            </w:r>
          </w:p>
        </w:tc>
        <w:tc>
          <w:tcPr>
            <w:tcW w:type="dxa" w:w="1409"/>
          </w:tcPr>
          <w:p>
            <w:r/>
            <w:r>
              <w:rPr>
                <w:rFonts w:ascii="Malgun Gothic" w:hAnsi="Malgun Gothic" w:eastAsia="Malgun Gothic"/>
                <w:b/>
                <w:sz w:val="14"/>
              </w:rPr>
              <w:t>command_hint</w:t>
            </w:r>
          </w:p>
        </w:tc>
      </w:tr>
      <w:tr>
        <w:trPr>
          <w:cantSplit/>
        </w:trPr>
        <w:tc>
          <w:tcPr>
            <w:tcW w:type="dxa" w:w="1409"/>
            <w:vAlign w:val="center"/>
          </w:tcPr>
          <w:p>
            <w:r/>
            <w:r>
              <w:rPr>
                <w:rFonts w:ascii="Malgun Gothic" w:hAnsi="Malgun Gothic" w:eastAsia="Malgun Gothic"/>
                <w:b w:val="0"/>
                <w:sz w:val="14"/>
              </w:rPr>
              <w:t>1</w:t>
            </w:r>
          </w:p>
        </w:tc>
        <w:tc>
          <w:tcPr>
            <w:tcW w:type="dxa" w:w="1409"/>
            <w:vAlign w:val="center"/>
          </w:tcPr>
          <w:p>
            <w:r/>
            <w:r>
              <w:rPr>
                <w:rFonts w:ascii="Malgun Gothic" w:hAnsi="Malgun Gothic" w:eastAsia="Malgun Gothic"/>
                <w:b w:val="0"/>
                <w:sz w:val="14"/>
              </w:rPr>
              <w:t>FIX_VOC_STT_WPM</w:t>
            </w:r>
          </w:p>
        </w:tc>
        <w:tc>
          <w:tcPr>
            <w:tcW w:type="dxa" w:w="1409"/>
            <w:vAlign w:val="center"/>
          </w:tcPr>
          <w:p>
            <w:r/>
            <w:r>
              <w:rPr>
                <w:rFonts w:ascii="Malgun Gothic" w:hAnsi="Malgun Gothic" w:eastAsia="Malgun Gothic"/>
                <w:b w:val="0"/>
                <w:sz w:val="14"/>
              </w:rPr>
              <w:t>VOC STT/WPM 자동 복구</w:t>
            </w:r>
          </w:p>
        </w:tc>
        <w:tc>
          <w:tcPr>
            <w:tcW w:type="dxa" w:w="1409"/>
            <w:vAlign w:val="center"/>
          </w:tcPr>
          <w:p>
            <w:r/>
            <w:r>
              <w:rPr>
                <w:rFonts w:ascii="Malgun Gothic" w:hAnsi="Malgun Gothic" w:eastAsia="Malgun Gothic"/>
                <w:b w:val="0"/>
                <w:sz w:val="14"/>
              </w:rPr>
              <w:t>VOC transcript column; VOC word_cnt; VOC text_len; VOC wpm; Stress index z_wpm</w:t>
            </w:r>
          </w:p>
        </w:tc>
        <w:tc>
          <w:tcPr>
            <w:tcW w:type="dxa" w:w="1409"/>
            <w:vAlign w:val="center"/>
          </w:tcPr>
          <w:p>
            <w:r/>
            <w:r>
              <w:rPr>
                <w:rFonts w:ascii="Malgun Gothic" w:hAnsi="Malgun Gothic" w:eastAsia="Malgun Gothic"/>
                <w:b w:val="0"/>
                <w:sz w:val="14"/>
              </w:rPr>
              <w:t>전사문, 단어 수, WPM 또는 z_wpm이 비정상입니다. VOC STT부터 다시 돌려야 합니다.</w:t>
            </w:r>
          </w:p>
        </w:tc>
        <w:tc>
          <w:tcPr>
            <w:tcW w:type="dxa" w:w="1409"/>
            <w:vAlign w:val="center"/>
          </w:tcPr>
          <w:p>
            <w:r/>
            <w:r>
              <w:rPr>
                <w:rFonts w:ascii="Malgun Gothic" w:hAnsi="Malgun Gothic" w:eastAsia="Malgun Gothic"/>
                <w:b w:val="0"/>
                <w:sz w:val="14"/>
              </w:rPr>
              <w:t>YES</w:t>
            </w:r>
          </w:p>
        </w:tc>
        <w:tc>
          <w:tcPr>
            <w:tcW w:type="dxa" w:w="1409"/>
            <w:vAlign w:val="center"/>
          </w:tcPr>
          <w:p>
            <w:r/>
            <w:r>
              <w:rPr>
                <w:rFonts w:ascii="Malgun Gothic" w:hAnsi="Malgun Gothic" w:eastAsia="Malgun Gothic"/>
                <w:b w:val="0"/>
                <w:sz w:val="14"/>
              </w:rPr>
              <w:t>python src/auto_remediate.py --fix-voc-stt-wpm --model medium --limit &lt;N&gt; --overwrite-stt</w:t>
            </w:r>
          </w:p>
        </w:tc>
      </w:tr>
      <w:tr>
        <w:trPr>
          <w:cantSplit/>
        </w:trPr>
        <w:tc>
          <w:tcPr>
            <w:tcW w:type="dxa" w:w="1409"/>
            <w:vAlign w:val="center"/>
          </w:tcPr>
          <w:p>
            <w:r/>
            <w:r>
              <w:rPr>
                <w:rFonts w:ascii="Malgun Gothic" w:hAnsi="Malgun Gothic" w:eastAsia="Malgun Gothic"/>
                <w:b w:val="0"/>
                <w:sz w:val="14"/>
              </w:rPr>
              <w:t>3</w:t>
            </w:r>
          </w:p>
        </w:tc>
        <w:tc>
          <w:tcPr>
            <w:tcW w:type="dxa" w:w="1409"/>
            <w:vAlign w:val="center"/>
          </w:tcPr>
          <w:p>
            <w:r/>
            <w:r>
              <w:rPr>
                <w:rFonts w:ascii="Malgun Gothic" w:hAnsi="Malgun Gothic" w:eastAsia="Malgun Gothic"/>
                <w:b w:val="0"/>
                <w:sz w:val="14"/>
              </w:rPr>
              <w:t>REVIEW_FEATURE_QUALITY</w:t>
            </w:r>
          </w:p>
        </w:tc>
        <w:tc>
          <w:tcPr>
            <w:tcW w:type="dxa" w:w="1409"/>
            <w:vAlign w:val="center"/>
          </w:tcPr>
          <w:p>
            <w:r/>
            <w:r>
              <w:rPr>
                <w:rFonts w:ascii="Malgun Gothic" w:hAnsi="Malgun Gothic" w:eastAsia="Malgun Gothic"/>
                <w:b w:val="0"/>
                <w:sz w:val="14"/>
              </w:rPr>
              <w:t>상수/결측 변수 해석 제한 표시</w:t>
            </w:r>
          </w:p>
        </w:tc>
        <w:tc>
          <w:tcPr>
            <w:tcW w:type="dxa" w:w="1409"/>
            <w:vAlign w:val="center"/>
          </w:tcPr>
          <w:p>
            <w:r/>
            <w:r>
              <w:rPr>
                <w:rFonts w:ascii="Malgun Gothic" w:hAnsi="Malgun Gothic" w:eastAsia="Malgun Gothic"/>
                <w:b w:val="0"/>
                <w:sz w:val="14"/>
              </w:rPr>
              <w:t>Feature quality table</w:t>
            </w:r>
          </w:p>
        </w:tc>
        <w:tc>
          <w:tcPr>
            <w:tcW w:type="dxa" w:w="1409"/>
            <w:vAlign w:val="center"/>
          </w:tcPr>
          <w:p>
            <w:r/>
            <w:r>
              <w:rPr>
                <w:rFonts w:ascii="Malgun Gothic" w:hAnsi="Malgun Gothic" w:eastAsia="Malgun Gothic"/>
                <w:b w:val="0"/>
                <w:sz w:val="14"/>
              </w:rPr>
              <w:t>상수 또는 결측 처리된 변수가 있습니다. 자동 복구보다 STT/원본 데이터 확인이 우선입니다.</w:t>
            </w:r>
          </w:p>
        </w:tc>
        <w:tc>
          <w:tcPr>
            <w:tcW w:type="dxa" w:w="1409"/>
            <w:vAlign w:val="center"/>
          </w:tcPr>
          <w:p>
            <w:r/>
            <w:r>
              <w:rPr>
                <w:rFonts w:ascii="Malgun Gothic" w:hAnsi="Malgun Gothic" w:eastAsia="Malgun Gothic"/>
                <w:b w:val="0"/>
                <w:sz w:val="14"/>
              </w:rPr>
              <w:t>PARTIAL</w:t>
            </w:r>
          </w:p>
        </w:tc>
        <w:tc>
          <w:tcPr>
            <w:tcW w:type="dxa" w:w="1409"/>
            <w:vAlign w:val="center"/>
          </w:tcPr>
          <w:p>
            <w:r/>
            <w:r>
              <w:rPr>
                <w:rFonts w:ascii="Malgun Gothic" w:hAnsi="Malgun Gothic" w:eastAsia="Malgun Gothic"/>
                <w:b w:val="0"/>
                <w:sz w:val="14"/>
              </w:rPr>
              <w:t>먼저 FIX_VOC_STT_WPM 실행. 이후에도 남으면 해당 변수는 본문에서 보조/제외로 표시</w:t>
            </w:r>
          </w:p>
        </w:tc>
      </w:tr>
      <w:tr>
        <w:trPr>
          <w:cantSplit/>
        </w:trPr>
        <w:tc>
          <w:tcPr>
            <w:tcW w:type="dxa" w:w="1409"/>
            <w:vAlign w:val="center"/>
          </w:tcPr>
          <w:p>
            <w:r/>
            <w:r>
              <w:rPr>
                <w:rFonts w:ascii="Malgun Gothic" w:hAnsi="Malgun Gothic" w:eastAsia="Malgun Gothic"/>
                <w:b w:val="0"/>
                <w:sz w:val="14"/>
              </w:rPr>
              <w:t>4</w:t>
            </w:r>
          </w:p>
        </w:tc>
        <w:tc>
          <w:tcPr>
            <w:tcW w:type="dxa" w:w="1409"/>
            <w:vAlign w:val="center"/>
          </w:tcPr>
          <w:p>
            <w:r/>
            <w:r>
              <w:rPr>
                <w:rFonts w:ascii="Malgun Gothic" w:hAnsi="Malgun Gothic" w:eastAsia="Malgun Gothic"/>
                <w:b w:val="0"/>
                <w:sz w:val="14"/>
              </w:rPr>
              <w:t>RUN_LARGER_SAMPLE</w:t>
            </w:r>
          </w:p>
        </w:tc>
        <w:tc>
          <w:tcPr>
            <w:tcW w:type="dxa" w:w="1409"/>
            <w:vAlign w:val="center"/>
          </w:tcPr>
          <w:p>
            <w:r/>
            <w:r>
              <w:rPr>
                <w:rFonts w:ascii="Malgun Gothic" w:hAnsi="Malgun Gothic" w:eastAsia="Malgun Gothic"/>
                <w:b w:val="0"/>
                <w:sz w:val="14"/>
              </w:rPr>
              <w:t>표본 수 확대 재실행</w:t>
            </w:r>
          </w:p>
        </w:tc>
        <w:tc>
          <w:tcPr>
            <w:tcW w:type="dxa" w:w="1409"/>
            <w:vAlign w:val="center"/>
          </w:tcPr>
          <w:p>
            <w:r/>
            <w:r>
              <w:rPr>
                <w:rFonts w:ascii="Malgun Gothic" w:hAnsi="Malgun Gothic" w:eastAsia="Malgun Gothic"/>
                <w:b w:val="0"/>
                <w:sz w:val="14"/>
              </w:rPr>
              <w:t>VOC feature sample size</w:t>
            </w:r>
          </w:p>
        </w:tc>
        <w:tc>
          <w:tcPr>
            <w:tcW w:type="dxa" w:w="1409"/>
            <w:vAlign w:val="center"/>
          </w:tcPr>
          <w:p>
            <w:r/>
            <w:r>
              <w:rPr>
                <w:rFonts w:ascii="Malgun Gothic" w:hAnsi="Malgun Gothic" w:eastAsia="Malgun Gothic"/>
                <w:b w:val="0"/>
                <w:sz w:val="14"/>
              </w:rPr>
              <w:t>현재는 테스트/파일럿 표본입니다. SCI 원고용은 500개 이상, 가능하면 전체/998건으로 재실행해야 합니다.</w:t>
            </w:r>
          </w:p>
        </w:tc>
        <w:tc>
          <w:tcPr>
            <w:tcW w:type="dxa" w:w="1409"/>
            <w:vAlign w:val="center"/>
          </w:tcPr>
          <w:p>
            <w:r/>
            <w:r>
              <w:rPr>
                <w:rFonts w:ascii="Malgun Gothic" w:hAnsi="Malgun Gothic" w:eastAsia="Malgun Gothic"/>
                <w:b w:val="0"/>
                <w:sz w:val="14"/>
              </w:rPr>
              <w:t>YES</w:t>
            </w:r>
          </w:p>
        </w:tc>
        <w:tc>
          <w:tcPr>
            <w:tcW w:type="dxa" w:w="1409"/>
            <w:vAlign w:val="center"/>
          </w:tcPr>
          <w:p>
            <w:r/>
            <w:r>
              <w:rPr>
                <w:rFonts w:ascii="Malgun Gothic" w:hAnsi="Malgun Gothic" w:eastAsia="Malgun Gothic"/>
                <w:b w:val="0"/>
                <w:sz w:val="14"/>
              </w:rPr>
              <w:t>대시보드 테스트 개수 500/1000/전체 선택 후 전체 파이프라인 또는 자동 조치 실행</w:t>
            </w:r>
          </w:p>
        </w:tc>
      </w:tr>
    </w:tbl>
    <w:p/>
    <w:p>
      <w:r>
        <w:t>전체 행 포함</w:t>
      </w:r>
    </w:p>
    <w:p>
      <w:r>
        <w:rPr>
          <w:b/>
        </w:rPr>
        <w:t>산출물 CSV: results/tables/deploy_result_integrity.csv (행 22, 열 7)</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4"/>
              </w:rPr>
              <w:t>artifact</w:t>
            </w:r>
          </w:p>
        </w:tc>
        <w:tc>
          <w:tcPr>
            <w:tcW w:type="dxa" w:w="1409"/>
          </w:tcPr>
          <w:p>
            <w:r/>
            <w:r>
              <w:rPr>
                <w:rFonts w:ascii="Malgun Gothic" w:hAnsi="Malgun Gothic" w:eastAsia="Malgun Gothic"/>
                <w:b/>
                <w:sz w:val="14"/>
              </w:rPr>
              <w:t>source_type</w:t>
            </w:r>
          </w:p>
        </w:tc>
        <w:tc>
          <w:tcPr>
            <w:tcW w:type="dxa" w:w="1409"/>
          </w:tcPr>
          <w:p>
            <w:r/>
            <w:r>
              <w:rPr>
                <w:rFonts w:ascii="Malgun Gothic" w:hAnsi="Malgun Gothic" w:eastAsia="Malgun Gothic"/>
                <w:b/>
                <w:sz w:val="14"/>
              </w:rPr>
              <w:t>path</w:t>
            </w:r>
          </w:p>
        </w:tc>
        <w:tc>
          <w:tcPr>
            <w:tcW w:type="dxa" w:w="1409"/>
          </w:tcPr>
          <w:p>
            <w:r/>
            <w:r>
              <w:rPr>
                <w:rFonts w:ascii="Malgun Gothic" w:hAnsi="Malgun Gothic" w:eastAsia="Malgun Gothic"/>
                <w:b/>
                <w:sz w:val="14"/>
              </w:rPr>
              <w:t>exists</w:t>
            </w:r>
          </w:p>
        </w:tc>
        <w:tc>
          <w:tcPr>
            <w:tcW w:type="dxa" w:w="1409"/>
          </w:tcPr>
          <w:p>
            <w:r/>
            <w:r>
              <w:rPr>
                <w:rFonts w:ascii="Malgun Gothic" w:hAnsi="Malgun Gothic" w:eastAsia="Malgun Gothic"/>
                <w:b/>
                <w:sz w:val="14"/>
              </w:rPr>
              <w:t>rows_or_exists</w:t>
            </w:r>
          </w:p>
        </w:tc>
        <w:tc>
          <w:tcPr>
            <w:tcW w:type="dxa" w:w="1409"/>
          </w:tcPr>
          <w:p>
            <w:r/>
            <w:r>
              <w:rPr>
                <w:rFonts w:ascii="Malgun Gothic" w:hAnsi="Malgun Gothic" w:eastAsia="Malgun Gothic"/>
                <w:b/>
                <w:sz w:val="14"/>
              </w:rPr>
              <w:t>mtime</w:t>
            </w:r>
          </w:p>
        </w:tc>
        <w:tc>
          <w:tcPr>
            <w:tcW w:type="dxa" w:w="1409"/>
          </w:tcPr>
          <w:p>
            <w:r/>
            <w:r>
              <w:rPr>
                <w:rFonts w:ascii="Malgun Gothic" w:hAnsi="Malgun Gothic" w:eastAsia="Malgun Gothic"/>
                <w:b/>
                <w:sz w:val="14"/>
              </w:rPr>
              <w:t>size_kb</w:t>
            </w:r>
          </w:p>
        </w:tc>
      </w:tr>
      <w:tr>
        <w:trPr>
          <w:cantSplit/>
        </w:trPr>
        <w:tc>
          <w:tcPr>
            <w:tcW w:type="dxa" w:w="1409"/>
            <w:vAlign w:val="center"/>
          </w:tcPr>
          <w:p>
            <w:r/>
            <w:r>
              <w:rPr>
                <w:rFonts w:ascii="Malgun Gothic" w:hAnsi="Malgun Gothic" w:eastAsia="Malgun Gothic"/>
                <w:b w:val="0"/>
                <w:sz w:val="14"/>
              </w:rPr>
              <w:t>voc_stt_small</w:t>
            </w:r>
          </w:p>
        </w:tc>
        <w:tc>
          <w:tcPr>
            <w:tcW w:type="dxa" w:w="1409"/>
            <w:vAlign w:val="center"/>
          </w:tcPr>
          <w:p>
            <w:r/>
            <w:r>
              <w:rPr>
                <w:rFonts w:ascii="Malgun Gothic" w:hAnsi="Malgun Gothic" w:eastAsia="Malgun Gothic"/>
                <w:b w:val="0"/>
                <w:sz w:val="14"/>
              </w:rPr>
              <w:t>root</w:t>
            </w:r>
          </w:p>
        </w:tc>
        <w:tc>
          <w:tcPr>
            <w:tcW w:type="dxa" w:w="1409"/>
            <w:vAlign w:val="center"/>
          </w:tcPr>
          <w:p>
            <w:r/>
            <w:r>
              <w:rPr>
                <w:rFonts w:ascii="Malgun Gothic" w:hAnsi="Malgun Gothic" w:eastAsia="Malgun Gothic"/>
                <w:b w:val="0"/>
                <w:sz w:val="14"/>
              </w:rPr>
              <w:t>C:\AI\sci_voc_bot\data\voc\stt\voc_whisper_small_results.csv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2026-07-02 19:51:08</w:t>
            </w:r>
          </w:p>
        </w:tc>
        <w:tc>
          <w:tcPr>
            <w:tcW w:type="dxa" w:w="1409"/>
            <w:vAlign w:val="center"/>
          </w:tcPr>
          <w:p>
            <w:r/>
            <w:r>
              <w:rPr>
                <w:rFonts w:ascii="Malgun Gothic" w:hAnsi="Malgun Gothic" w:eastAsia="Malgun Gothic"/>
                <w:b w:val="0"/>
                <w:sz w:val="14"/>
              </w:rPr>
              <w:t>1925.4</w:t>
            </w:r>
          </w:p>
        </w:tc>
      </w:tr>
      <w:tr>
        <w:trPr>
          <w:cantSplit/>
        </w:trPr>
        <w:tc>
          <w:tcPr>
            <w:tcW w:type="dxa" w:w="1409"/>
            <w:vAlign w:val="center"/>
          </w:tcPr>
          <w:p>
            <w:r/>
            <w:r>
              <w:rPr>
                <w:rFonts w:ascii="Malgun Gothic" w:hAnsi="Malgun Gothic" w:eastAsia="Malgun Gothic"/>
                <w:b w:val="0"/>
                <w:sz w:val="14"/>
              </w:rPr>
              <w:t>voc_stt_small</w:t>
            </w:r>
          </w:p>
        </w:tc>
        <w:tc>
          <w:tcPr>
            <w:tcW w:type="dxa" w:w="1409"/>
            <w:vAlign w:val="center"/>
          </w:tcPr>
          <w:p>
            <w:r/>
            <w:r>
              <w:rPr>
                <w:rFonts w:ascii="Malgun Gothic" w:hAnsi="Malgun Gothic" w:eastAsia="Malgun Gothic"/>
                <w:b w:val="0"/>
                <w:sz w:val="14"/>
              </w:rPr>
              <w:t>snapshot</w:t>
            </w:r>
          </w:p>
        </w:tc>
        <w:tc>
          <w:tcPr>
            <w:tcW w:type="dxa" w:w="1409"/>
            <w:vAlign w:val="center"/>
          </w:tcPr>
          <w:p>
            <w:r/>
            <w:r>
              <w:rPr>
                <w:rFonts w:ascii="Malgun Gothic" w:hAnsi="Malgun Gothic" w:eastAsia="Malgun Gothic"/>
                <w:b w:val="0"/>
                <w:sz w:val="14"/>
              </w:rPr>
              <w:t>C:\AI\sci_voc_bot\results_by_count\n1000\snapshot\data\voc\stt\voc_whisper_small_results.csv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2026-07-02 19:51:08</w:t>
            </w:r>
          </w:p>
        </w:tc>
        <w:tc>
          <w:tcPr>
            <w:tcW w:type="dxa" w:w="1409"/>
            <w:vAlign w:val="center"/>
          </w:tcPr>
          <w:p>
            <w:r/>
            <w:r>
              <w:rPr>
                <w:rFonts w:ascii="Malgun Gothic" w:hAnsi="Malgun Gothic" w:eastAsia="Malgun Gothic"/>
                <w:b w:val="0"/>
                <w:sz w:val="14"/>
              </w:rPr>
              <w:t>1925.4</w:t>
            </w:r>
          </w:p>
        </w:tc>
      </w:tr>
      <w:tr>
        <w:trPr>
          <w:cantSplit/>
        </w:trPr>
        <w:tc>
          <w:tcPr>
            <w:tcW w:type="dxa" w:w="1409"/>
            <w:vAlign w:val="center"/>
          </w:tcPr>
          <w:p>
            <w:r/>
            <w:r>
              <w:rPr>
                <w:rFonts w:ascii="Malgun Gothic" w:hAnsi="Malgun Gothic" w:eastAsia="Malgun Gothic"/>
                <w:b w:val="0"/>
                <w:sz w:val="14"/>
              </w:rPr>
              <w:t>voc_stt_small</w:t>
            </w:r>
          </w:p>
        </w:tc>
        <w:tc>
          <w:tcPr>
            <w:tcW w:type="dxa" w:w="1409"/>
            <w:vAlign w:val="center"/>
          </w:tcPr>
          <w:p>
            <w:r/>
            <w:r>
              <w:rPr>
                <w:rFonts w:ascii="Malgun Gothic" w:hAnsi="Malgun Gothic" w:eastAsia="Malgun Gothic"/>
                <w:b w:val="0"/>
                <w:sz w:val="14"/>
              </w:rPr>
              <w:t>branch02</w:t>
            </w:r>
          </w:p>
        </w:tc>
        <w:tc>
          <w:tcPr>
            <w:tcW w:type="dxa" w:w="1409"/>
            <w:vAlign w:val="center"/>
          </w:tcPr>
          <w:p>
            <w:r/>
            <w:r>
              <w:rPr>
                <w:rFonts w:ascii="Malgun Gothic" w:hAnsi="Malgun Gothic" w:eastAsia="Malgun Gothic"/>
                <w:b w:val="0"/>
                <w:sz w:val="14"/>
              </w:rPr>
              <w:t>C:\AI\sci_voc_bot\analysis_branches\02_tobe_recalc_n1000\data\voc\stt\voc_whisper_small_results.csv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2026-07-02 19:51:08</w:t>
            </w:r>
          </w:p>
        </w:tc>
        <w:tc>
          <w:tcPr>
            <w:tcW w:type="dxa" w:w="1409"/>
            <w:vAlign w:val="center"/>
          </w:tcPr>
          <w:p>
            <w:r/>
            <w:r>
              <w:rPr>
                <w:rFonts w:ascii="Malgun Gothic" w:hAnsi="Malgun Gothic" w:eastAsia="Malgun Gothic"/>
                <w:b w:val="0"/>
                <w:sz w:val="14"/>
              </w:rPr>
              <w:t>1925.4</w:t>
            </w:r>
          </w:p>
        </w:tc>
      </w:tr>
      <w:tr>
        <w:trPr>
          <w:cantSplit/>
        </w:trPr>
        <w:tc>
          <w:tcPr>
            <w:tcW w:type="dxa" w:w="1409"/>
            <w:vAlign w:val="center"/>
          </w:tcPr>
          <w:p>
            <w:r/>
            <w:r>
              <w:rPr>
                <w:rFonts w:ascii="Malgun Gothic" w:hAnsi="Malgun Gothic" w:eastAsia="Malgun Gothic"/>
                <w:b w:val="0"/>
                <w:sz w:val="14"/>
              </w:rPr>
              <w:t>voc_stt_medium</w:t>
            </w:r>
          </w:p>
        </w:tc>
        <w:tc>
          <w:tcPr>
            <w:tcW w:type="dxa" w:w="1409"/>
            <w:vAlign w:val="center"/>
          </w:tcPr>
          <w:p>
            <w:r/>
            <w:r>
              <w:rPr>
                <w:rFonts w:ascii="Malgun Gothic" w:hAnsi="Malgun Gothic" w:eastAsia="Malgun Gothic"/>
                <w:b w:val="0"/>
                <w:sz w:val="14"/>
              </w:rPr>
              <w:t>root</w:t>
            </w:r>
          </w:p>
        </w:tc>
        <w:tc>
          <w:tcPr>
            <w:tcW w:type="dxa" w:w="1409"/>
            <w:vAlign w:val="center"/>
          </w:tcPr>
          <w:p>
            <w:r/>
            <w:r>
              <w:rPr>
                <w:rFonts w:ascii="Malgun Gothic" w:hAnsi="Malgun Gothic" w:eastAsia="Malgun Gothic"/>
                <w:b w:val="0"/>
                <w:sz w:val="14"/>
              </w:rPr>
              <w:t>C:\AI\sci_voc_bot\data\voc\stt\voc_whisper_medium_results.csv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8</w:t>
            </w:r>
          </w:p>
        </w:tc>
        <w:tc>
          <w:tcPr>
            <w:tcW w:type="dxa" w:w="1409"/>
            <w:vAlign w:val="center"/>
          </w:tcPr>
          <w:p>
            <w:r/>
            <w:r>
              <w:rPr>
                <w:rFonts w:ascii="Malgun Gothic" w:hAnsi="Malgun Gothic" w:eastAsia="Malgun Gothic"/>
                <w:b w:val="0"/>
                <w:sz w:val="14"/>
              </w:rPr>
              <w:t>2026-07-02 13:25:39</w:t>
            </w:r>
          </w:p>
        </w:tc>
        <w:tc>
          <w:tcPr>
            <w:tcW w:type="dxa" w:w="1409"/>
            <w:vAlign w:val="center"/>
          </w:tcPr>
          <w:p>
            <w:r/>
            <w:r>
              <w:rPr>
                <w:rFonts w:ascii="Malgun Gothic" w:hAnsi="Malgun Gothic" w:eastAsia="Malgun Gothic"/>
                <w:b w:val="0"/>
                <w:sz w:val="14"/>
              </w:rPr>
              <w:t>6.5</w:t>
            </w:r>
          </w:p>
        </w:tc>
      </w:tr>
      <w:tr>
        <w:trPr>
          <w:cantSplit/>
        </w:trPr>
        <w:tc>
          <w:tcPr>
            <w:tcW w:type="dxa" w:w="1409"/>
            <w:vAlign w:val="center"/>
          </w:tcPr>
          <w:p>
            <w:r/>
            <w:r>
              <w:rPr>
                <w:rFonts w:ascii="Malgun Gothic" w:hAnsi="Malgun Gothic" w:eastAsia="Malgun Gothic"/>
                <w:b w:val="0"/>
                <w:sz w:val="14"/>
              </w:rPr>
              <w:t>voc_stt_medium</w:t>
            </w:r>
          </w:p>
        </w:tc>
        <w:tc>
          <w:tcPr>
            <w:tcW w:type="dxa" w:w="1409"/>
            <w:vAlign w:val="center"/>
          </w:tcPr>
          <w:p>
            <w:r/>
            <w:r>
              <w:rPr>
                <w:rFonts w:ascii="Malgun Gothic" w:hAnsi="Malgun Gothic" w:eastAsia="Malgun Gothic"/>
                <w:b w:val="0"/>
                <w:sz w:val="14"/>
              </w:rPr>
              <w:t>snapshot</w:t>
            </w:r>
          </w:p>
        </w:tc>
        <w:tc>
          <w:tcPr>
            <w:tcW w:type="dxa" w:w="1409"/>
            <w:vAlign w:val="center"/>
          </w:tcPr>
          <w:p>
            <w:r/>
            <w:r>
              <w:rPr>
                <w:rFonts w:ascii="Malgun Gothic" w:hAnsi="Malgun Gothic" w:eastAsia="Malgun Gothic"/>
                <w:b w:val="0"/>
                <w:sz w:val="14"/>
              </w:rPr>
              <w:t>C:\AI\sci_voc_bot\results_by_count\n1000\snapshot\data\voc\stt\voc_whisper_medium_results.csv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8</w:t>
            </w:r>
          </w:p>
        </w:tc>
        <w:tc>
          <w:tcPr>
            <w:tcW w:type="dxa" w:w="1409"/>
            <w:vAlign w:val="center"/>
          </w:tcPr>
          <w:p>
            <w:r/>
            <w:r>
              <w:rPr>
                <w:rFonts w:ascii="Malgun Gothic" w:hAnsi="Malgun Gothic" w:eastAsia="Malgun Gothic"/>
                <w:b w:val="0"/>
                <w:sz w:val="14"/>
              </w:rPr>
              <w:t>2026-07-02 13:25:39</w:t>
            </w:r>
          </w:p>
        </w:tc>
        <w:tc>
          <w:tcPr>
            <w:tcW w:type="dxa" w:w="1409"/>
            <w:vAlign w:val="center"/>
          </w:tcPr>
          <w:p>
            <w:r/>
            <w:r>
              <w:rPr>
                <w:rFonts w:ascii="Malgun Gothic" w:hAnsi="Malgun Gothic" w:eastAsia="Malgun Gothic"/>
                <w:b w:val="0"/>
                <w:sz w:val="14"/>
              </w:rPr>
              <w:t>6.5</w:t>
            </w:r>
          </w:p>
        </w:tc>
      </w:tr>
      <w:tr>
        <w:trPr>
          <w:cantSplit/>
        </w:trPr>
        <w:tc>
          <w:tcPr>
            <w:tcW w:type="dxa" w:w="1409"/>
            <w:vAlign w:val="center"/>
          </w:tcPr>
          <w:p>
            <w:r/>
            <w:r>
              <w:rPr>
                <w:rFonts w:ascii="Malgun Gothic" w:hAnsi="Malgun Gothic" w:eastAsia="Malgun Gothic"/>
                <w:b w:val="0"/>
                <w:sz w:val="14"/>
              </w:rPr>
              <w:t>voc_stt_medium</w:t>
            </w:r>
          </w:p>
        </w:tc>
        <w:tc>
          <w:tcPr>
            <w:tcW w:type="dxa" w:w="1409"/>
            <w:vAlign w:val="center"/>
          </w:tcPr>
          <w:p>
            <w:r/>
            <w:r>
              <w:rPr>
                <w:rFonts w:ascii="Malgun Gothic" w:hAnsi="Malgun Gothic" w:eastAsia="Malgun Gothic"/>
                <w:b w:val="0"/>
                <w:sz w:val="14"/>
              </w:rPr>
              <w:t>branch02</w:t>
            </w:r>
          </w:p>
        </w:tc>
        <w:tc>
          <w:tcPr>
            <w:tcW w:type="dxa" w:w="1409"/>
            <w:vAlign w:val="center"/>
          </w:tcPr>
          <w:p>
            <w:r/>
            <w:r>
              <w:rPr>
                <w:rFonts w:ascii="Malgun Gothic" w:hAnsi="Malgun Gothic" w:eastAsia="Malgun Gothic"/>
                <w:b w:val="0"/>
                <w:sz w:val="14"/>
              </w:rPr>
              <w:t>C:\AI\sci_voc_bot\analysis_branches\02_tobe_recalc_n1000\data\voc\stt\voc_whisper_medium_results.csv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8</w:t>
            </w:r>
          </w:p>
        </w:tc>
        <w:tc>
          <w:tcPr>
            <w:tcW w:type="dxa" w:w="1409"/>
            <w:vAlign w:val="center"/>
          </w:tcPr>
          <w:p>
            <w:r/>
            <w:r>
              <w:rPr>
                <w:rFonts w:ascii="Malgun Gothic" w:hAnsi="Malgun Gothic" w:eastAsia="Malgun Gothic"/>
                <w:b w:val="0"/>
                <w:sz w:val="14"/>
              </w:rPr>
              <w:t>2026-07-02 13:25:39</w:t>
            </w:r>
          </w:p>
        </w:tc>
        <w:tc>
          <w:tcPr>
            <w:tcW w:type="dxa" w:w="1409"/>
            <w:vAlign w:val="center"/>
          </w:tcPr>
          <w:p>
            <w:r/>
            <w:r>
              <w:rPr>
                <w:rFonts w:ascii="Malgun Gothic" w:hAnsi="Malgun Gothic" w:eastAsia="Malgun Gothic"/>
                <w:b w:val="0"/>
                <w:sz w:val="14"/>
              </w:rPr>
              <w:t>6.5</w:t>
            </w:r>
          </w:p>
        </w:tc>
      </w:tr>
      <w:tr>
        <w:trPr>
          <w:cantSplit/>
        </w:trPr>
        <w:tc>
          <w:tcPr>
            <w:tcW w:type="dxa" w:w="1409"/>
            <w:vAlign w:val="center"/>
          </w:tcPr>
          <w:p>
            <w:r/>
            <w:r>
              <w:rPr>
                <w:rFonts w:ascii="Malgun Gothic" w:hAnsi="Malgun Gothic" w:eastAsia="Malgun Gothic"/>
                <w:b w:val="0"/>
                <w:sz w:val="14"/>
              </w:rPr>
              <w:t>features</w:t>
            </w:r>
          </w:p>
        </w:tc>
        <w:tc>
          <w:tcPr>
            <w:tcW w:type="dxa" w:w="1409"/>
            <w:vAlign w:val="center"/>
          </w:tcPr>
          <w:p>
            <w:r/>
            <w:r>
              <w:rPr>
                <w:rFonts w:ascii="Malgun Gothic" w:hAnsi="Malgun Gothic" w:eastAsia="Malgun Gothic"/>
                <w:b w:val="0"/>
                <w:sz w:val="14"/>
              </w:rPr>
              <w:t>root</w:t>
            </w:r>
          </w:p>
        </w:tc>
        <w:tc>
          <w:tcPr>
            <w:tcW w:type="dxa" w:w="1409"/>
            <w:vAlign w:val="center"/>
          </w:tcPr>
          <w:p>
            <w:r/>
            <w:r>
              <w:rPr>
                <w:rFonts w:ascii="Malgun Gothic" w:hAnsi="Malgun Gothic" w:eastAsia="Malgun Gothic"/>
                <w:b w:val="0"/>
                <w:sz w:val="14"/>
              </w:rPr>
              <w:t>C:\AI\sci_voc_bot\data\voc\features\voc_features.csv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2026-07-03 17:11:46</w:t>
            </w:r>
          </w:p>
        </w:tc>
        <w:tc>
          <w:tcPr>
            <w:tcW w:type="dxa" w:w="1409"/>
            <w:vAlign w:val="center"/>
          </w:tcPr>
          <w:p>
            <w:r/>
            <w:r>
              <w:rPr>
                <w:rFonts w:ascii="Malgun Gothic" w:hAnsi="Malgun Gothic" w:eastAsia="Malgun Gothic"/>
                <w:b w:val="0"/>
                <w:sz w:val="14"/>
              </w:rPr>
              <w:t>1905.8</w:t>
            </w:r>
          </w:p>
        </w:tc>
      </w:tr>
      <w:tr>
        <w:trPr>
          <w:cantSplit/>
        </w:trPr>
        <w:tc>
          <w:tcPr>
            <w:tcW w:type="dxa" w:w="1409"/>
            <w:vAlign w:val="center"/>
          </w:tcPr>
          <w:p>
            <w:r/>
            <w:r>
              <w:rPr>
                <w:rFonts w:ascii="Malgun Gothic" w:hAnsi="Malgun Gothic" w:eastAsia="Malgun Gothic"/>
                <w:b w:val="0"/>
                <w:sz w:val="14"/>
              </w:rPr>
              <w:t>features</w:t>
            </w:r>
          </w:p>
        </w:tc>
        <w:tc>
          <w:tcPr>
            <w:tcW w:type="dxa" w:w="1409"/>
            <w:vAlign w:val="center"/>
          </w:tcPr>
          <w:p>
            <w:r/>
            <w:r>
              <w:rPr>
                <w:rFonts w:ascii="Malgun Gothic" w:hAnsi="Malgun Gothic" w:eastAsia="Malgun Gothic"/>
                <w:b w:val="0"/>
                <w:sz w:val="14"/>
              </w:rPr>
              <w:t>branch02</w:t>
            </w:r>
          </w:p>
        </w:tc>
        <w:tc>
          <w:tcPr>
            <w:tcW w:type="dxa" w:w="1409"/>
            <w:vAlign w:val="center"/>
          </w:tcPr>
          <w:p>
            <w:r/>
            <w:r>
              <w:rPr>
                <w:rFonts w:ascii="Malgun Gothic" w:hAnsi="Malgun Gothic" w:eastAsia="Malgun Gothic"/>
                <w:b w:val="0"/>
                <w:sz w:val="14"/>
              </w:rPr>
              <w:t>C:\AI\sci_voc_bot\analysis_branches\02_tobe_recalc_n1000\data\voc\features\voc_features.csv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2026-07-03 17:11:46</w:t>
            </w:r>
          </w:p>
        </w:tc>
        <w:tc>
          <w:tcPr>
            <w:tcW w:type="dxa" w:w="1409"/>
            <w:vAlign w:val="center"/>
          </w:tcPr>
          <w:p>
            <w:r/>
            <w:r>
              <w:rPr>
                <w:rFonts w:ascii="Malgun Gothic" w:hAnsi="Malgun Gothic" w:eastAsia="Malgun Gothic"/>
                <w:b w:val="0"/>
                <w:sz w:val="14"/>
              </w:rPr>
              <w:t>1905.8</w:t>
            </w:r>
          </w:p>
        </w:tc>
      </w:tr>
      <w:tr>
        <w:trPr>
          <w:cantSplit/>
        </w:trPr>
        <w:tc>
          <w:tcPr>
            <w:tcW w:type="dxa" w:w="1409"/>
            <w:vAlign w:val="center"/>
          </w:tcPr>
          <w:p>
            <w:r/>
            <w:r>
              <w:rPr>
                <w:rFonts w:ascii="Malgun Gothic" w:hAnsi="Malgun Gothic" w:eastAsia="Malgun Gothic"/>
                <w:b w:val="0"/>
                <w:sz w:val="14"/>
              </w:rPr>
              <w:t>features</w:t>
            </w:r>
          </w:p>
        </w:tc>
        <w:tc>
          <w:tcPr>
            <w:tcW w:type="dxa" w:w="1409"/>
            <w:vAlign w:val="center"/>
          </w:tcPr>
          <w:p>
            <w:r/>
            <w:r>
              <w:rPr>
                <w:rFonts w:ascii="Malgun Gothic" w:hAnsi="Malgun Gothic" w:eastAsia="Malgun Gothic"/>
                <w:b w:val="0"/>
                <w:sz w:val="14"/>
              </w:rPr>
              <w:t>snapshot</w:t>
            </w:r>
          </w:p>
        </w:tc>
        <w:tc>
          <w:tcPr>
            <w:tcW w:type="dxa" w:w="1409"/>
            <w:vAlign w:val="center"/>
          </w:tcPr>
          <w:p>
            <w:r/>
            <w:r>
              <w:rPr>
                <w:rFonts w:ascii="Malgun Gothic" w:hAnsi="Malgun Gothic" w:eastAsia="Malgun Gothic"/>
                <w:b w:val="0"/>
                <w:sz w:val="14"/>
              </w:rPr>
              <w:t>C:\AI\sci_voc_bot\results_by_count\n1000\snapshot\data\voc\features\voc_features.csv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2026-07-03 17:11:46</w:t>
            </w:r>
          </w:p>
        </w:tc>
        <w:tc>
          <w:tcPr>
            <w:tcW w:type="dxa" w:w="1409"/>
            <w:vAlign w:val="center"/>
          </w:tcPr>
          <w:p>
            <w:r/>
            <w:r>
              <w:rPr>
                <w:rFonts w:ascii="Malgun Gothic" w:hAnsi="Malgun Gothic" w:eastAsia="Malgun Gothic"/>
                <w:b w:val="0"/>
                <w:sz w:val="14"/>
              </w:rPr>
              <w:t>1905.8</w:t>
            </w:r>
          </w:p>
        </w:tc>
      </w:tr>
      <w:tr>
        <w:trPr>
          <w:cantSplit/>
        </w:trPr>
        <w:tc>
          <w:tcPr>
            <w:tcW w:type="dxa" w:w="1409"/>
            <w:vAlign w:val="center"/>
          </w:tcPr>
          <w:p>
            <w:r/>
            <w:r>
              <w:rPr>
                <w:rFonts w:ascii="Malgun Gothic" w:hAnsi="Malgun Gothic" w:eastAsia="Malgun Gothic"/>
                <w:b w:val="0"/>
                <w:sz w:val="14"/>
              </w:rPr>
              <w:t>stress</w:t>
            </w:r>
          </w:p>
        </w:tc>
        <w:tc>
          <w:tcPr>
            <w:tcW w:type="dxa" w:w="1409"/>
            <w:vAlign w:val="center"/>
          </w:tcPr>
          <w:p>
            <w:r/>
            <w:r>
              <w:rPr>
                <w:rFonts w:ascii="Malgun Gothic" w:hAnsi="Malgun Gothic" w:eastAsia="Malgun Gothic"/>
                <w:b w:val="0"/>
                <w:sz w:val="14"/>
              </w:rPr>
              <w:t>root</w:t>
            </w:r>
          </w:p>
        </w:tc>
        <w:tc>
          <w:tcPr>
            <w:tcW w:type="dxa" w:w="1409"/>
            <w:vAlign w:val="center"/>
          </w:tcPr>
          <w:p>
            <w:r/>
            <w:r>
              <w:rPr>
                <w:rFonts w:ascii="Malgun Gothic" w:hAnsi="Malgun Gothic" w:eastAsia="Malgun Gothic"/>
                <w:b w:val="0"/>
                <w:sz w:val="14"/>
              </w:rPr>
              <w:t>C:\AI\sci_voc_bot\results\stress_index\voc_stress_score_rebuilt.csv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2026-07-03 17:11:49</w:t>
            </w:r>
          </w:p>
        </w:tc>
        <w:tc>
          <w:tcPr>
            <w:tcW w:type="dxa" w:w="1409"/>
            <w:vAlign w:val="center"/>
          </w:tcPr>
          <w:p>
            <w:r/>
            <w:r>
              <w:rPr>
                <w:rFonts w:ascii="Malgun Gothic" w:hAnsi="Malgun Gothic" w:eastAsia="Malgun Gothic"/>
                <w:b w:val="0"/>
                <w:sz w:val="14"/>
              </w:rPr>
              <w:t>2019.2</w:t>
            </w:r>
          </w:p>
        </w:tc>
      </w:tr>
      <w:tr>
        <w:trPr>
          <w:cantSplit/>
        </w:trPr>
        <w:tc>
          <w:tcPr>
            <w:tcW w:type="dxa" w:w="1409"/>
            <w:vAlign w:val="center"/>
          </w:tcPr>
          <w:p>
            <w:r/>
            <w:r>
              <w:rPr>
                <w:rFonts w:ascii="Malgun Gothic" w:hAnsi="Malgun Gothic" w:eastAsia="Malgun Gothic"/>
                <w:b w:val="0"/>
                <w:sz w:val="14"/>
              </w:rPr>
              <w:t>stress</w:t>
            </w:r>
          </w:p>
        </w:tc>
        <w:tc>
          <w:tcPr>
            <w:tcW w:type="dxa" w:w="1409"/>
            <w:vAlign w:val="center"/>
          </w:tcPr>
          <w:p>
            <w:r/>
            <w:r>
              <w:rPr>
                <w:rFonts w:ascii="Malgun Gothic" w:hAnsi="Malgun Gothic" w:eastAsia="Malgun Gothic"/>
                <w:b w:val="0"/>
                <w:sz w:val="14"/>
              </w:rPr>
              <w:t>root_alt_features</w:t>
            </w:r>
          </w:p>
        </w:tc>
        <w:tc>
          <w:tcPr>
            <w:tcW w:type="dxa" w:w="1409"/>
            <w:vAlign w:val="center"/>
          </w:tcPr>
          <w:p>
            <w:r/>
            <w:r>
              <w:rPr>
                <w:rFonts w:ascii="Malgun Gothic" w:hAnsi="Malgun Gothic" w:eastAsia="Malgun Gothic"/>
                <w:b w:val="0"/>
                <w:sz w:val="14"/>
              </w:rPr>
              <w:t>C:\AI\sci_voc_bot\data\voc\features\voc_stress_score_rebuilt.csv</w:t>
            </w:r>
          </w:p>
        </w:tc>
        <w:tc>
          <w:tcPr>
            <w:tcW w:type="dxa" w:w="1409"/>
            <w:vAlign w:val="center"/>
          </w:tcPr>
          <w:p>
            <w:r/>
            <w:r>
              <w:rPr>
                <w:rFonts w:ascii="Malgun Gothic" w:hAnsi="Malgun Gothic" w:eastAsia="Malgun Gothic"/>
                <w:b w:val="0"/>
                <w:sz w:val="14"/>
              </w:rPr>
              <w:t>False</w:t>
            </w:r>
          </w:p>
        </w:tc>
        <w:tc>
          <w:tcPr>
            <w:tcW w:type="dxa" w:w="1409"/>
            <w:vAlign w:val="center"/>
          </w:tcPr>
          <w:p>
            <w:r/>
            <w:r>
              <w:rPr>
                <w:rFonts w:ascii="Malgun Gothic" w:hAnsi="Malgun Gothic" w:eastAsia="Malgun Gothic"/>
                <w:b w:val="0"/>
                <w:sz w:val="14"/>
              </w:rPr>
              <w:t>0</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0.0</w:t>
            </w:r>
          </w:p>
        </w:tc>
      </w:tr>
      <w:tr>
        <w:trPr>
          <w:cantSplit/>
        </w:trPr>
        <w:tc>
          <w:tcPr>
            <w:tcW w:type="dxa" w:w="1409"/>
            <w:vAlign w:val="center"/>
          </w:tcPr>
          <w:p>
            <w:r/>
            <w:r>
              <w:rPr>
                <w:rFonts w:ascii="Malgun Gothic" w:hAnsi="Malgun Gothic" w:eastAsia="Malgun Gothic"/>
                <w:b w:val="0"/>
                <w:sz w:val="14"/>
              </w:rPr>
              <w:t>stress</w:t>
            </w:r>
          </w:p>
        </w:tc>
        <w:tc>
          <w:tcPr>
            <w:tcW w:type="dxa" w:w="1409"/>
            <w:vAlign w:val="center"/>
          </w:tcPr>
          <w:p>
            <w:r/>
            <w:r>
              <w:rPr>
                <w:rFonts w:ascii="Malgun Gothic" w:hAnsi="Malgun Gothic" w:eastAsia="Malgun Gothic"/>
                <w:b w:val="0"/>
                <w:sz w:val="14"/>
              </w:rPr>
              <w:t>root_alt_tables</w:t>
            </w:r>
          </w:p>
        </w:tc>
        <w:tc>
          <w:tcPr>
            <w:tcW w:type="dxa" w:w="1409"/>
            <w:vAlign w:val="center"/>
          </w:tcPr>
          <w:p>
            <w:r/>
            <w:r>
              <w:rPr>
                <w:rFonts w:ascii="Malgun Gothic" w:hAnsi="Malgun Gothic" w:eastAsia="Malgun Gothic"/>
                <w:b w:val="0"/>
                <w:sz w:val="14"/>
              </w:rPr>
              <w:t>C:\AI\sci_voc_bot\results\tables\voc_stress_score_rebuilt.csv</w:t>
            </w:r>
          </w:p>
        </w:tc>
        <w:tc>
          <w:tcPr>
            <w:tcW w:type="dxa" w:w="1409"/>
            <w:vAlign w:val="center"/>
          </w:tcPr>
          <w:p>
            <w:r/>
            <w:r>
              <w:rPr>
                <w:rFonts w:ascii="Malgun Gothic" w:hAnsi="Malgun Gothic" w:eastAsia="Malgun Gothic"/>
                <w:b w:val="0"/>
                <w:sz w:val="14"/>
              </w:rPr>
              <w:t>False</w:t>
            </w:r>
          </w:p>
        </w:tc>
        <w:tc>
          <w:tcPr>
            <w:tcW w:type="dxa" w:w="1409"/>
            <w:vAlign w:val="center"/>
          </w:tcPr>
          <w:p>
            <w:r/>
            <w:r>
              <w:rPr>
                <w:rFonts w:ascii="Malgun Gothic" w:hAnsi="Malgun Gothic" w:eastAsia="Malgun Gothic"/>
                <w:b w:val="0"/>
                <w:sz w:val="14"/>
              </w:rPr>
              <w:t>0</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0.0</w:t>
            </w:r>
          </w:p>
        </w:tc>
      </w:tr>
      <w:tr>
        <w:trPr>
          <w:cantSplit/>
        </w:trPr>
        <w:tc>
          <w:tcPr>
            <w:tcW w:type="dxa" w:w="1409"/>
            <w:vAlign w:val="center"/>
          </w:tcPr>
          <w:p>
            <w:r/>
            <w:r>
              <w:rPr>
                <w:rFonts w:ascii="Malgun Gothic" w:hAnsi="Malgun Gothic" w:eastAsia="Malgun Gothic"/>
                <w:b w:val="0"/>
                <w:sz w:val="14"/>
              </w:rPr>
              <w:t>stress</w:t>
            </w:r>
          </w:p>
        </w:tc>
        <w:tc>
          <w:tcPr>
            <w:tcW w:type="dxa" w:w="1409"/>
            <w:vAlign w:val="center"/>
          </w:tcPr>
          <w:p>
            <w:r/>
            <w:r>
              <w:rPr>
                <w:rFonts w:ascii="Malgun Gothic" w:hAnsi="Malgun Gothic" w:eastAsia="Malgun Gothic"/>
                <w:b w:val="0"/>
                <w:sz w:val="14"/>
              </w:rPr>
              <w:t>branch02</w:t>
            </w:r>
          </w:p>
        </w:tc>
        <w:tc>
          <w:tcPr>
            <w:tcW w:type="dxa" w:w="1409"/>
            <w:vAlign w:val="center"/>
          </w:tcPr>
          <w:p>
            <w:r/>
            <w:r>
              <w:rPr>
                <w:rFonts w:ascii="Malgun Gothic" w:hAnsi="Malgun Gothic" w:eastAsia="Malgun Gothic"/>
                <w:b w:val="0"/>
                <w:sz w:val="14"/>
              </w:rPr>
              <w:t>C:\AI\sci_voc_bot\analysis_branches\02_tobe_recalc_n1000\results\stress_index\voc_stress_score_rebuilt.csv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2026-07-03 17:11:49</w:t>
            </w:r>
          </w:p>
        </w:tc>
        <w:tc>
          <w:tcPr>
            <w:tcW w:type="dxa" w:w="1409"/>
            <w:vAlign w:val="center"/>
          </w:tcPr>
          <w:p>
            <w:r/>
            <w:r>
              <w:rPr>
                <w:rFonts w:ascii="Malgun Gothic" w:hAnsi="Malgun Gothic" w:eastAsia="Malgun Gothic"/>
                <w:b w:val="0"/>
                <w:sz w:val="14"/>
              </w:rPr>
              <w:t>2019.2</w:t>
            </w:r>
          </w:p>
        </w:tc>
      </w:tr>
      <w:tr>
        <w:trPr>
          <w:cantSplit/>
        </w:trPr>
        <w:tc>
          <w:tcPr>
            <w:tcW w:type="dxa" w:w="1409"/>
            <w:vAlign w:val="center"/>
          </w:tcPr>
          <w:p>
            <w:r/>
            <w:r>
              <w:rPr>
                <w:rFonts w:ascii="Malgun Gothic" w:hAnsi="Malgun Gothic" w:eastAsia="Malgun Gothic"/>
                <w:b w:val="0"/>
                <w:sz w:val="14"/>
              </w:rPr>
              <w:t>stress</w:t>
            </w:r>
          </w:p>
        </w:tc>
        <w:tc>
          <w:tcPr>
            <w:tcW w:type="dxa" w:w="1409"/>
            <w:vAlign w:val="center"/>
          </w:tcPr>
          <w:p>
            <w:r/>
            <w:r>
              <w:rPr>
                <w:rFonts w:ascii="Malgun Gothic" w:hAnsi="Malgun Gothic" w:eastAsia="Malgun Gothic"/>
                <w:b w:val="0"/>
                <w:sz w:val="14"/>
              </w:rPr>
              <w:t>branch02_alt</w:t>
            </w:r>
          </w:p>
        </w:tc>
        <w:tc>
          <w:tcPr>
            <w:tcW w:type="dxa" w:w="1409"/>
            <w:vAlign w:val="center"/>
          </w:tcPr>
          <w:p>
            <w:r/>
            <w:r>
              <w:rPr>
                <w:rFonts w:ascii="Malgun Gothic" w:hAnsi="Malgun Gothic" w:eastAsia="Malgun Gothic"/>
                <w:b w:val="0"/>
                <w:sz w:val="14"/>
              </w:rPr>
              <w:t>C:\AI\sci_voc_bot\analysis_branches\02_tobe_recalc_n1000\data\voc\features\voc_stress_score_rebuilt.csv</w:t>
            </w:r>
          </w:p>
        </w:tc>
        <w:tc>
          <w:tcPr>
            <w:tcW w:type="dxa" w:w="1409"/>
            <w:vAlign w:val="center"/>
          </w:tcPr>
          <w:p>
            <w:r/>
            <w:r>
              <w:rPr>
                <w:rFonts w:ascii="Malgun Gothic" w:hAnsi="Malgun Gothic" w:eastAsia="Malgun Gothic"/>
                <w:b w:val="0"/>
                <w:sz w:val="14"/>
              </w:rPr>
              <w:t>False</w:t>
            </w:r>
          </w:p>
        </w:tc>
        <w:tc>
          <w:tcPr>
            <w:tcW w:type="dxa" w:w="1409"/>
            <w:vAlign w:val="center"/>
          </w:tcPr>
          <w:p>
            <w:r/>
            <w:r>
              <w:rPr>
                <w:rFonts w:ascii="Malgun Gothic" w:hAnsi="Malgun Gothic" w:eastAsia="Malgun Gothic"/>
                <w:b w:val="0"/>
                <w:sz w:val="14"/>
              </w:rPr>
              <w:t>0</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0.0</w:t>
            </w:r>
          </w:p>
        </w:tc>
      </w:tr>
      <w:tr>
        <w:trPr>
          <w:cantSplit/>
        </w:trPr>
        <w:tc>
          <w:tcPr>
            <w:tcW w:type="dxa" w:w="1409"/>
            <w:vAlign w:val="center"/>
          </w:tcPr>
          <w:p>
            <w:r/>
            <w:r>
              <w:rPr>
                <w:rFonts w:ascii="Malgun Gothic" w:hAnsi="Malgun Gothic" w:eastAsia="Malgun Gothic"/>
                <w:b w:val="0"/>
                <w:sz w:val="14"/>
              </w:rPr>
              <w:t>stress</w:t>
            </w:r>
          </w:p>
        </w:tc>
        <w:tc>
          <w:tcPr>
            <w:tcW w:type="dxa" w:w="1409"/>
            <w:vAlign w:val="center"/>
          </w:tcPr>
          <w:p>
            <w:r/>
            <w:r>
              <w:rPr>
                <w:rFonts w:ascii="Malgun Gothic" w:hAnsi="Malgun Gothic" w:eastAsia="Malgun Gothic"/>
                <w:b w:val="0"/>
                <w:sz w:val="14"/>
              </w:rPr>
              <w:t>snapshot</w:t>
            </w:r>
          </w:p>
        </w:tc>
        <w:tc>
          <w:tcPr>
            <w:tcW w:type="dxa" w:w="1409"/>
            <w:vAlign w:val="center"/>
          </w:tcPr>
          <w:p>
            <w:r/>
            <w:r>
              <w:rPr>
                <w:rFonts w:ascii="Malgun Gothic" w:hAnsi="Malgun Gothic" w:eastAsia="Malgun Gothic"/>
                <w:b w:val="0"/>
                <w:sz w:val="14"/>
              </w:rPr>
              <w:t>C:\AI\sci_voc_bot\results_by_count\n1000\snapshot\results\stress_index\voc_stress_score_rebuilt.csv</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1000</w:t>
            </w:r>
          </w:p>
        </w:tc>
        <w:tc>
          <w:tcPr>
            <w:tcW w:type="dxa" w:w="1409"/>
            <w:vAlign w:val="center"/>
          </w:tcPr>
          <w:p>
            <w:r/>
            <w:r>
              <w:rPr>
                <w:rFonts w:ascii="Malgun Gothic" w:hAnsi="Malgun Gothic" w:eastAsia="Malgun Gothic"/>
                <w:b w:val="0"/>
                <w:sz w:val="14"/>
              </w:rPr>
              <w:t>2026-07-03 17:11:49</w:t>
            </w:r>
          </w:p>
        </w:tc>
        <w:tc>
          <w:tcPr>
            <w:tcW w:type="dxa" w:w="1409"/>
            <w:vAlign w:val="center"/>
          </w:tcPr>
          <w:p>
            <w:r/>
            <w:r>
              <w:rPr>
                <w:rFonts w:ascii="Malgun Gothic" w:hAnsi="Malgun Gothic" w:eastAsia="Malgun Gothic"/>
                <w:b w:val="0"/>
                <w:sz w:val="14"/>
              </w:rPr>
              <w:t>2019.2</w:t>
            </w:r>
          </w:p>
        </w:tc>
      </w:tr>
      <w:tr>
        <w:trPr>
          <w:cantSplit/>
        </w:trPr>
        <w:tc>
          <w:tcPr>
            <w:tcW w:type="dxa" w:w="1409"/>
            <w:vAlign w:val="center"/>
          </w:tcPr>
          <w:p>
            <w:r/>
            <w:r>
              <w:rPr>
                <w:rFonts w:ascii="Malgun Gothic" w:hAnsi="Malgun Gothic" w:eastAsia="Malgun Gothic"/>
                <w:b w:val="0"/>
                <w:sz w:val="14"/>
              </w:rPr>
              <w:t>stress</w:t>
            </w:r>
          </w:p>
        </w:tc>
        <w:tc>
          <w:tcPr>
            <w:tcW w:type="dxa" w:w="1409"/>
            <w:vAlign w:val="center"/>
          </w:tcPr>
          <w:p>
            <w:r/>
            <w:r>
              <w:rPr>
                <w:rFonts w:ascii="Malgun Gothic" w:hAnsi="Malgun Gothic" w:eastAsia="Malgun Gothic"/>
                <w:b w:val="0"/>
                <w:sz w:val="14"/>
              </w:rPr>
              <w:t>snapshot_alt</w:t>
            </w:r>
          </w:p>
        </w:tc>
        <w:tc>
          <w:tcPr>
            <w:tcW w:type="dxa" w:w="1409"/>
            <w:vAlign w:val="center"/>
          </w:tcPr>
          <w:p>
            <w:r/>
            <w:r>
              <w:rPr>
                <w:rFonts w:ascii="Malgun Gothic" w:hAnsi="Malgun Gothic" w:eastAsia="Malgun Gothic"/>
                <w:b w:val="0"/>
                <w:sz w:val="14"/>
              </w:rPr>
              <w:t>C:\AI\sci_voc_bot\results_by_count\n1000\snapshot\data\voc\features\voc_stress_score_rebuilt.csv</w:t>
            </w:r>
          </w:p>
        </w:tc>
        <w:tc>
          <w:tcPr>
            <w:tcW w:type="dxa" w:w="1409"/>
            <w:vAlign w:val="center"/>
          </w:tcPr>
          <w:p>
            <w:r/>
            <w:r>
              <w:rPr>
                <w:rFonts w:ascii="Malgun Gothic" w:hAnsi="Malgun Gothic" w:eastAsia="Malgun Gothic"/>
                <w:b w:val="0"/>
                <w:sz w:val="14"/>
              </w:rPr>
              <w:t>False</w:t>
            </w:r>
          </w:p>
        </w:tc>
        <w:tc>
          <w:tcPr>
            <w:tcW w:type="dxa" w:w="1409"/>
            <w:vAlign w:val="center"/>
          </w:tcPr>
          <w:p>
            <w:r/>
            <w:r>
              <w:rPr>
                <w:rFonts w:ascii="Malgun Gothic" w:hAnsi="Malgun Gothic" w:eastAsia="Malgun Gothic"/>
                <w:b w:val="0"/>
                <w:sz w:val="14"/>
              </w:rPr>
              <w:t>0</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0.0</w:t>
            </w:r>
          </w:p>
        </w:tc>
      </w:tr>
      <w:tr>
        <w:trPr>
          <w:cantSplit/>
        </w:trPr>
        <w:tc>
          <w:tcPr>
            <w:tcW w:type="dxa" w:w="1409"/>
            <w:vAlign w:val="center"/>
          </w:tcPr>
          <w:p>
            <w:r/>
            <w:r>
              <w:rPr>
                <w:rFonts w:ascii="Malgun Gothic" w:hAnsi="Malgun Gothic" w:eastAsia="Malgun Gothic"/>
                <w:b w:val="0"/>
                <w:sz w:val="14"/>
              </w:rPr>
              <w:t>aiis_final_status</w:t>
            </w:r>
          </w:p>
        </w:tc>
        <w:tc>
          <w:tcPr>
            <w:tcW w:type="dxa" w:w="1409"/>
            <w:vAlign w:val="center"/>
          </w:tcPr>
          <w:p>
            <w:r/>
            <w:r>
              <w:rPr>
                <w:rFonts w:ascii="Malgun Gothic" w:hAnsi="Malgun Gothic" w:eastAsia="Malgun Gothic"/>
                <w:b w:val="0"/>
                <w:sz w:val="14"/>
              </w:rPr>
              <w:t>root</w:t>
            </w:r>
          </w:p>
        </w:tc>
        <w:tc>
          <w:tcPr>
            <w:tcW w:type="dxa" w:w="1409"/>
            <w:vAlign w:val="center"/>
          </w:tcPr>
          <w:p>
            <w:r/>
            <w:r>
              <w:rPr>
                <w:rFonts w:ascii="Malgun Gothic" w:hAnsi="Malgun Gothic" w:eastAsia="Malgun Gothic"/>
                <w:b w:val="0"/>
                <w:sz w:val="14"/>
              </w:rPr>
              <w:t>C:\AI\sci_voc_bot\results\runtime\aiis_final_diff_status.json</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w:t>
            </w:r>
          </w:p>
        </w:tc>
        <w:tc>
          <w:tcPr>
            <w:tcW w:type="dxa" w:w="1409"/>
            <w:vAlign w:val="center"/>
          </w:tcPr>
          <w:p>
            <w:r/>
            <w:r>
              <w:rPr>
                <w:rFonts w:ascii="Malgun Gothic" w:hAnsi="Malgun Gothic" w:eastAsia="Malgun Gothic"/>
                <w:b w:val="0"/>
                <w:sz w:val="14"/>
              </w:rPr>
              <w:t>2026-07-03 19:00:09</w:t>
            </w:r>
          </w:p>
        </w:tc>
        <w:tc>
          <w:tcPr>
            <w:tcW w:type="dxa" w:w="1409"/>
            <w:vAlign w:val="center"/>
          </w:tcPr>
          <w:p>
            <w:r/>
            <w:r>
              <w:rPr>
                <w:rFonts w:ascii="Malgun Gothic" w:hAnsi="Malgun Gothic" w:eastAsia="Malgun Gothic"/>
                <w:b w:val="0"/>
                <w:sz w:val="14"/>
              </w:rPr>
              <w:t>0.9</w:t>
            </w:r>
          </w:p>
        </w:tc>
      </w:tr>
      <w:tr>
        <w:trPr>
          <w:cantSplit/>
        </w:trPr>
        <w:tc>
          <w:tcPr>
            <w:tcW w:type="dxa" w:w="1409"/>
            <w:vAlign w:val="center"/>
          </w:tcPr>
          <w:p>
            <w:r/>
            <w:r>
              <w:rPr>
                <w:rFonts w:ascii="Malgun Gothic" w:hAnsi="Malgun Gothic" w:eastAsia="Malgun Gothic"/>
                <w:b w:val="0"/>
                <w:sz w:val="14"/>
              </w:rPr>
              <w:t>aiis_final_status</w:t>
            </w:r>
          </w:p>
        </w:tc>
        <w:tc>
          <w:tcPr>
            <w:tcW w:type="dxa" w:w="1409"/>
            <w:vAlign w:val="center"/>
          </w:tcPr>
          <w:p>
            <w:r/>
            <w:r>
              <w:rPr>
                <w:rFonts w:ascii="Malgun Gothic" w:hAnsi="Malgun Gothic" w:eastAsia="Malgun Gothic"/>
                <w:b w:val="0"/>
                <w:sz w:val="14"/>
              </w:rPr>
              <w:t>snapshot</w:t>
            </w:r>
          </w:p>
        </w:tc>
        <w:tc>
          <w:tcPr>
            <w:tcW w:type="dxa" w:w="1409"/>
            <w:vAlign w:val="center"/>
          </w:tcPr>
          <w:p>
            <w:r/>
            <w:r>
              <w:rPr>
                <w:rFonts w:ascii="Malgun Gothic" w:hAnsi="Malgun Gothic" w:eastAsia="Malgun Gothic"/>
                <w:b w:val="0"/>
                <w:sz w:val="14"/>
              </w:rPr>
              <w:t>C:\AI\sci_voc_bot\results_by_count\n1000\snapshot\results\runtime\aiis_final_diff_status.json</w:t>
            </w:r>
          </w:p>
        </w:tc>
        <w:tc>
          <w:tcPr>
            <w:tcW w:type="dxa" w:w="1409"/>
            <w:vAlign w:val="center"/>
          </w:tcPr>
          <w:p>
            <w:r/>
            <w:r>
              <w:rPr>
                <w:rFonts w:ascii="Malgun Gothic" w:hAnsi="Malgun Gothic" w:eastAsia="Malgun Gothic"/>
                <w:b w:val="0"/>
                <w:sz w:val="14"/>
              </w:rPr>
              <w:t>False</w:t>
            </w:r>
          </w:p>
        </w:tc>
        <w:tc>
          <w:tcPr>
            <w:tcW w:type="dxa" w:w="1409"/>
            <w:vAlign w:val="center"/>
          </w:tcPr>
          <w:p>
            <w:r/>
            <w:r>
              <w:rPr>
                <w:rFonts w:ascii="Malgun Gothic" w:hAnsi="Malgun Gothic" w:eastAsia="Malgun Gothic"/>
                <w:b w:val="0"/>
                <w:sz w:val="14"/>
              </w:rPr>
              <w:t>0</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0.0</w:t>
            </w:r>
          </w:p>
        </w:tc>
      </w:tr>
      <w:tr>
        <w:trPr>
          <w:cantSplit/>
        </w:trPr>
        <w:tc>
          <w:tcPr>
            <w:tcW w:type="dxa" w:w="1409"/>
            <w:vAlign w:val="center"/>
          </w:tcPr>
          <w:p>
            <w:r/>
            <w:r>
              <w:rPr>
                <w:rFonts w:ascii="Malgun Gothic" w:hAnsi="Malgun Gothic" w:eastAsia="Malgun Gothic"/>
                <w:b w:val="0"/>
                <w:sz w:val="14"/>
              </w:rPr>
              <w:t>result_similarity_status</w:t>
            </w:r>
          </w:p>
        </w:tc>
        <w:tc>
          <w:tcPr>
            <w:tcW w:type="dxa" w:w="1409"/>
            <w:vAlign w:val="center"/>
          </w:tcPr>
          <w:p>
            <w:r/>
            <w:r>
              <w:rPr>
                <w:rFonts w:ascii="Malgun Gothic" w:hAnsi="Malgun Gothic" w:eastAsia="Malgun Gothic"/>
                <w:b w:val="0"/>
                <w:sz w:val="14"/>
              </w:rPr>
              <w:t>root</w:t>
            </w:r>
          </w:p>
        </w:tc>
        <w:tc>
          <w:tcPr>
            <w:tcW w:type="dxa" w:w="1409"/>
            <w:vAlign w:val="center"/>
          </w:tcPr>
          <w:p>
            <w:r/>
            <w:r>
              <w:rPr>
                <w:rFonts w:ascii="Malgun Gothic" w:hAnsi="Malgun Gothic" w:eastAsia="Malgun Gothic"/>
                <w:b w:val="0"/>
                <w:sz w:val="14"/>
              </w:rPr>
              <w:t>C:\AI\sci_voc_bot\results\runtime\result_similarity_status.json</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w:t>
            </w:r>
          </w:p>
        </w:tc>
        <w:tc>
          <w:tcPr>
            <w:tcW w:type="dxa" w:w="1409"/>
            <w:vAlign w:val="center"/>
          </w:tcPr>
          <w:p>
            <w:r/>
            <w:r>
              <w:rPr>
                <w:rFonts w:ascii="Malgun Gothic" w:hAnsi="Malgun Gothic" w:eastAsia="Malgun Gothic"/>
                <w:b w:val="0"/>
                <w:sz w:val="14"/>
              </w:rPr>
              <w:t>2026-07-04 14:23:48</w:t>
            </w:r>
          </w:p>
        </w:tc>
        <w:tc>
          <w:tcPr>
            <w:tcW w:type="dxa" w:w="1409"/>
            <w:vAlign w:val="center"/>
          </w:tcPr>
          <w:p>
            <w:r/>
            <w:r>
              <w:rPr>
                <w:rFonts w:ascii="Malgun Gothic" w:hAnsi="Malgun Gothic" w:eastAsia="Malgun Gothic"/>
                <w:b w:val="0"/>
                <w:sz w:val="14"/>
              </w:rPr>
              <w:t>0.6</w:t>
            </w:r>
          </w:p>
        </w:tc>
      </w:tr>
      <w:tr>
        <w:trPr>
          <w:cantSplit/>
        </w:trPr>
        <w:tc>
          <w:tcPr>
            <w:tcW w:type="dxa" w:w="1409"/>
            <w:vAlign w:val="center"/>
          </w:tcPr>
          <w:p>
            <w:r/>
            <w:r>
              <w:rPr>
                <w:rFonts w:ascii="Malgun Gothic" w:hAnsi="Malgun Gothic" w:eastAsia="Malgun Gothic"/>
                <w:b w:val="0"/>
                <w:sz w:val="14"/>
              </w:rPr>
              <w:t>result_similarity_status</w:t>
            </w:r>
          </w:p>
        </w:tc>
        <w:tc>
          <w:tcPr>
            <w:tcW w:type="dxa" w:w="1409"/>
            <w:vAlign w:val="center"/>
          </w:tcPr>
          <w:p>
            <w:r/>
            <w:r>
              <w:rPr>
                <w:rFonts w:ascii="Malgun Gothic" w:hAnsi="Malgun Gothic" w:eastAsia="Malgun Gothic"/>
                <w:b w:val="0"/>
                <w:sz w:val="14"/>
              </w:rPr>
              <w:t>snapshot</w:t>
            </w:r>
          </w:p>
        </w:tc>
        <w:tc>
          <w:tcPr>
            <w:tcW w:type="dxa" w:w="1409"/>
            <w:vAlign w:val="center"/>
          </w:tcPr>
          <w:p>
            <w:r/>
            <w:r>
              <w:rPr>
                <w:rFonts w:ascii="Malgun Gothic" w:hAnsi="Malgun Gothic" w:eastAsia="Malgun Gothic"/>
                <w:b w:val="0"/>
                <w:sz w:val="14"/>
              </w:rPr>
              <w:t>C:\AI\sci_voc_bot\results_by_count\n1000\snapshot\results\runtime\result_similarity_status.json</w:t>
            </w:r>
          </w:p>
        </w:tc>
        <w:tc>
          <w:tcPr>
            <w:tcW w:type="dxa" w:w="1409"/>
            <w:vAlign w:val="center"/>
          </w:tcPr>
          <w:p>
            <w:r/>
            <w:r>
              <w:rPr>
                <w:rFonts w:ascii="Malgun Gothic" w:hAnsi="Malgun Gothic" w:eastAsia="Malgun Gothic"/>
                <w:b w:val="0"/>
                <w:sz w:val="14"/>
              </w:rPr>
              <w:t>False</w:t>
            </w:r>
          </w:p>
        </w:tc>
        <w:tc>
          <w:tcPr>
            <w:tcW w:type="dxa" w:w="1409"/>
            <w:vAlign w:val="center"/>
          </w:tcPr>
          <w:p>
            <w:r/>
            <w:r>
              <w:rPr>
                <w:rFonts w:ascii="Malgun Gothic" w:hAnsi="Malgun Gothic" w:eastAsia="Malgun Gothic"/>
                <w:b w:val="0"/>
                <w:sz w:val="14"/>
              </w:rPr>
              <w:t>0</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0.0</w:t>
            </w:r>
          </w:p>
        </w:tc>
      </w:tr>
      <w:tr>
        <w:trPr>
          <w:cantSplit/>
        </w:trPr>
        <w:tc>
          <w:tcPr>
            <w:tcW w:type="dxa" w:w="1409"/>
            <w:vAlign w:val="center"/>
          </w:tcPr>
          <w:p>
            <w:r/>
            <w:r>
              <w:rPr>
                <w:rFonts w:ascii="Malgun Gothic" w:hAnsi="Malgun Gothic" w:eastAsia="Malgun Gothic"/>
                <w:b w:val="0"/>
                <w:sz w:val="14"/>
              </w:rPr>
              <w:t>scie_pack</w:t>
            </w:r>
          </w:p>
        </w:tc>
        <w:tc>
          <w:tcPr>
            <w:tcW w:type="dxa" w:w="1409"/>
            <w:vAlign w:val="center"/>
          </w:tcPr>
          <w:p>
            <w:r/>
            <w:r>
              <w:rPr>
                <w:rFonts w:ascii="Malgun Gothic" w:hAnsi="Malgun Gothic" w:eastAsia="Malgun Gothic"/>
                <w:b w:val="0"/>
                <w:sz w:val="14"/>
              </w:rPr>
              <w:t>root</w:t>
            </w:r>
          </w:p>
        </w:tc>
        <w:tc>
          <w:tcPr>
            <w:tcW w:type="dxa" w:w="1409"/>
            <w:vAlign w:val="center"/>
          </w:tcPr>
          <w:p>
            <w:r/>
            <w:r>
              <w:rPr>
                <w:rFonts w:ascii="Malgun Gothic" w:hAnsi="Malgun Gothic" w:eastAsia="Malgun Gothic"/>
                <w:b w:val="0"/>
                <w:sz w:val="14"/>
              </w:rPr>
              <w:t>C:\AI\sci_voc_bot\reports\scie_submission\scie_submission_readiness_pack.docx</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w:t>
            </w:r>
          </w:p>
        </w:tc>
        <w:tc>
          <w:tcPr>
            <w:tcW w:type="dxa" w:w="1409"/>
            <w:vAlign w:val="center"/>
          </w:tcPr>
          <w:p>
            <w:r/>
            <w:r>
              <w:rPr>
                <w:rFonts w:ascii="Malgun Gothic" w:hAnsi="Malgun Gothic" w:eastAsia="Malgun Gothic"/>
                <w:b w:val="0"/>
                <w:sz w:val="14"/>
              </w:rPr>
              <w:t>2026-07-03 13:20:41</w:t>
            </w:r>
          </w:p>
        </w:tc>
        <w:tc>
          <w:tcPr>
            <w:tcW w:type="dxa" w:w="1409"/>
            <w:vAlign w:val="center"/>
          </w:tcPr>
          <w:p>
            <w:r/>
            <w:r>
              <w:rPr>
                <w:rFonts w:ascii="Malgun Gothic" w:hAnsi="Malgun Gothic" w:eastAsia="Malgun Gothic"/>
                <w:b w:val="0"/>
                <w:sz w:val="14"/>
              </w:rPr>
              <w:t>39.4</w:t>
            </w:r>
          </w:p>
        </w:tc>
      </w:tr>
      <w:tr>
        <w:trPr>
          <w:cantSplit/>
        </w:trPr>
        <w:tc>
          <w:tcPr>
            <w:tcW w:type="dxa" w:w="1409"/>
            <w:vAlign w:val="center"/>
          </w:tcPr>
          <w:p>
            <w:r/>
            <w:r>
              <w:rPr>
                <w:rFonts w:ascii="Malgun Gothic" w:hAnsi="Malgun Gothic" w:eastAsia="Malgun Gothic"/>
                <w:b w:val="0"/>
                <w:sz w:val="14"/>
              </w:rPr>
              <w:t>scie_pack</w:t>
            </w:r>
          </w:p>
        </w:tc>
        <w:tc>
          <w:tcPr>
            <w:tcW w:type="dxa" w:w="1409"/>
            <w:vAlign w:val="center"/>
          </w:tcPr>
          <w:p>
            <w:r/>
            <w:r>
              <w:rPr>
                <w:rFonts w:ascii="Malgun Gothic" w:hAnsi="Malgun Gothic" w:eastAsia="Malgun Gothic"/>
                <w:b w:val="0"/>
                <w:sz w:val="14"/>
              </w:rPr>
              <w:t>branch03</w:t>
            </w:r>
          </w:p>
        </w:tc>
        <w:tc>
          <w:tcPr>
            <w:tcW w:type="dxa" w:w="1409"/>
            <w:vAlign w:val="center"/>
          </w:tcPr>
          <w:p>
            <w:r/>
            <w:r>
              <w:rPr>
                <w:rFonts w:ascii="Malgun Gothic" w:hAnsi="Malgun Gothic" w:eastAsia="Malgun Gothic"/>
                <w:b w:val="0"/>
                <w:sz w:val="14"/>
              </w:rPr>
              <w:t>C:\AI\sci_voc_bot\analysis_branches\03_paper_safe_asis_main\reports\scie_submission\scie_submission_readiness_pack.docx</w:t>
            </w:r>
          </w:p>
        </w:tc>
        <w:tc>
          <w:tcPr>
            <w:tcW w:type="dxa" w:w="1409"/>
            <w:vAlign w:val="center"/>
          </w:tcPr>
          <w:p>
            <w:r/>
            <w:r>
              <w:rPr>
                <w:rFonts w:ascii="Malgun Gothic" w:hAnsi="Malgun Gothic" w:eastAsia="Malgun Gothic"/>
                <w:b w:val="0"/>
                <w:sz w:val="14"/>
              </w:rPr>
              <w:t>True</w:t>
            </w:r>
          </w:p>
        </w:tc>
        <w:tc>
          <w:tcPr>
            <w:tcW w:type="dxa" w:w="1409"/>
            <w:vAlign w:val="center"/>
          </w:tcPr>
          <w:p>
            <w:r/>
            <w:r>
              <w:rPr>
                <w:rFonts w:ascii="Malgun Gothic" w:hAnsi="Malgun Gothic" w:eastAsia="Malgun Gothic"/>
                <w:b w:val="0"/>
                <w:sz w:val="14"/>
              </w:rPr>
              <w:t>1</w:t>
            </w:r>
          </w:p>
        </w:tc>
        <w:tc>
          <w:tcPr>
            <w:tcW w:type="dxa" w:w="1409"/>
            <w:vAlign w:val="center"/>
          </w:tcPr>
          <w:p>
            <w:r/>
            <w:r>
              <w:rPr>
                <w:rFonts w:ascii="Malgun Gothic" w:hAnsi="Malgun Gothic" w:eastAsia="Malgun Gothic"/>
                <w:b w:val="0"/>
                <w:sz w:val="14"/>
              </w:rPr>
              <w:t>2026-07-03 13:20:41</w:t>
            </w:r>
          </w:p>
        </w:tc>
        <w:tc>
          <w:tcPr>
            <w:tcW w:type="dxa" w:w="1409"/>
            <w:vAlign w:val="center"/>
          </w:tcPr>
          <w:p>
            <w:r/>
            <w:r>
              <w:rPr>
                <w:rFonts w:ascii="Malgun Gothic" w:hAnsi="Malgun Gothic" w:eastAsia="Malgun Gothic"/>
                <w:b w:val="0"/>
                <w:sz w:val="14"/>
              </w:rPr>
              <w:t>39.4</w:t>
            </w:r>
          </w:p>
        </w:tc>
      </w:tr>
    </w:tbl>
    <w:p/>
    <w:p>
      <w:r>
        <w:t>전체 행 포함</w:t>
      </w:r>
    </w:p>
    <w:p>
      <w:r>
        <w:rPr>
          <w:b/>
        </w:rPr>
        <w:t>산출물 CSV: results/tables/final_paper_quality_check.csv (행 53,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section_id</w:t>
            </w:r>
          </w:p>
        </w:tc>
        <w:tc>
          <w:tcPr>
            <w:tcW w:type="dxa" w:w="1644"/>
          </w:tcPr>
          <w:p>
            <w:r/>
            <w:r>
              <w:rPr>
                <w:rFonts w:ascii="Malgun Gothic" w:hAnsi="Malgun Gothic" w:eastAsia="Malgun Gothic"/>
                <w:b/>
                <w:sz w:val="14"/>
              </w:rPr>
              <w:t>section_title</w:t>
            </w:r>
          </w:p>
        </w:tc>
        <w:tc>
          <w:tcPr>
            <w:tcW w:type="dxa" w:w="1644"/>
          </w:tcPr>
          <w:p>
            <w:r/>
            <w:r>
              <w:rPr>
                <w:rFonts w:ascii="Malgun Gothic" w:hAnsi="Malgun Gothic" w:eastAsia="Malgun Gothic"/>
                <w:b/>
                <w:sz w:val="14"/>
              </w:rPr>
              <w:t>issue_type</w:t>
            </w:r>
          </w:p>
        </w:tc>
        <w:tc>
          <w:tcPr>
            <w:tcW w:type="dxa" w:w="1644"/>
          </w:tcPr>
          <w:p>
            <w:r/>
            <w:r>
              <w:rPr>
                <w:rFonts w:ascii="Malgun Gothic" w:hAnsi="Malgun Gothic" w:eastAsia="Malgun Gothic"/>
                <w:b/>
                <w:sz w:val="14"/>
              </w:rPr>
              <w:t>matched_text</w:t>
            </w:r>
          </w:p>
        </w:tc>
        <w:tc>
          <w:tcPr>
            <w:tcW w:type="dxa" w:w="1644"/>
          </w:tcPr>
          <w:p>
            <w:r/>
            <w:r>
              <w:rPr>
                <w:rFonts w:ascii="Malgun Gothic" w:hAnsi="Malgun Gothic" w:eastAsia="Malgun Gothic"/>
                <w:b/>
                <w:sz w:val="14"/>
              </w:rPr>
              <w:t>severity</w:t>
            </w:r>
          </w:p>
        </w:tc>
        <w:tc>
          <w:tcPr>
            <w:tcW w:type="dxa" w:w="1644"/>
          </w:tcPr>
          <w:p>
            <w:r/>
            <w:r>
              <w:rPr>
                <w:rFonts w:ascii="Malgun Gothic" w:hAnsi="Malgun Gothic" w:eastAsia="Malgun Gothic"/>
                <w:b/>
                <w:sz w:val="14"/>
              </w:rPr>
              <w:t>suggested_fix</w:t>
            </w:r>
          </w:p>
        </w:tc>
      </w:tr>
      <w:tr>
        <w:trPr>
          <w:cantSplit/>
        </w:trPr>
        <w:tc>
          <w:tcPr>
            <w:tcW w:type="dxa" w:w="1644"/>
            <w:vAlign w:val="center"/>
          </w:tcPr>
          <w:p>
            <w:r/>
            <w:r>
              <w:rPr>
                <w:rFonts w:ascii="Malgun Gothic" w:hAnsi="Malgun Gothic" w:eastAsia="Malgun Gothic"/>
                <w:b w:val="0"/>
                <w:sz w:val="14"/>
              </w:rPr>
              <w:t>01_abstract</w:t>
            </w:r>
          </w:p>
        </w:tc>
        <w:tc>
          <w:tcPr>
            <w:tcW w:type="dxa" w:w="1644"/>
            <w:vAlign w:val="center"/>
          </w:tcPr>
          <w:p>
            <w:r/>
            <w:r>
              <w:rPr>
                <w:rFonts w:ascii="Malgun Gothic" w:hAnsi="Malgun Gothic" w:eastAsia="Malgun Gothic"/>
                <w:b w:val="0"/>
                <w:sz w:val="14"/>
              </w:rPr>
              <w:t>초록 및 핵심 기여</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표로서의 타당성 근거를 확보하는 데 있다. 제안된 프레임워크는 그림 1(fig01_framework.png)에 도식화되어 있으며, 수집된 음성 데이터에 대해 자동 음성 인식(ST</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01_abstract</w:t>
            </w:r>
          </w:p>
        </w:tc>
        <w:tc>
          <w:tcPr>
            <w:tcW w:type="dxa" w:w="1644"/>
            <w:vAlign w:val="center"/>
          </w:tcPr>
          <w:p>
            <w:r/>
            <w:r>
              <w:rPr>
                <w:rFonts w:ascii="Malgun Gothic" w:hAnsi="Malgun Gothic" w:eastAsia="Malgun Gothic"/>
                <w:b w:val="0"/>
                <w:sz w:val="14"/>
              </w:rPr>
              <w:t>초록 및 핵심 기여</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stt_reliability.csv  ## 이 목차에 포함된 이미지 - fig01_framework.png</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01_abstract</w:t>
            </w:r>
          </w:p>
        </w:tc>
        <w:tc>
          <w:tcPr>
            <w:tcW w:type="dxa" w:w="1644"/>
            <w:vAlign w:val="center"/>
          </w:tcPr>
          <w:p>
            <w:r/>
            <w:r>
              <w:rPr>
                <w:rFonts w:ascii="Malgun Gothic" w:hAnsi="Malgun Gothic" w:eastAsia="Malgun Gothic"/>
                <w:b w:val="0"/>
                <w:sz w:val="14"/>
              </w:rPr>
              <w:t>초록 및 핵심 기여</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 xml:space="preserve"> 탐색적 도구로서의 가능성을 보여준다.  ## 이 목차에 포함된 표 - construct_validity_summary.csv - stt_reliability.csv  ## 이 목차에 포함된 이미지</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01_abstract</w:t>
            </w:r>
          </w:p>
        </w:tc>
        <w:tc>
          <w:tcPr>
            <w:tcW w:type="dxa" w:w="1644"/>
            <w:vAlign w:val="center"/>
          </w:tcPr>
          <w:p>
            <w:r/>
            <w:r>
              <w:rPr>
                <w:rFonts w:ascii="Malgun Gothic" w:hAnsi="Malgun Gothic" w:eastAsia="Malgun Gothic"/>
                <w:b w:val="0"/>
                <w:sz w:val="14"/>
              </w:rPr>
              <w:t>초록 및 핵심 기여</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함된 표 - construct_validity_summary.csv - stt_reliability.csv  ## 이 목차에 포함된 이미지 - fig01_framework.png</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01_abstract</w:t>
            </w:r>
          </w:p>
        </w:tc>
        <w:tc>
          <w:tcPr>
            <w:tcW w:type="dxa" w:w="1644"/>
            <w:vAlign w:val="center"/>
          </w:tcPr>
          <w:p>
            <w:r/>
            <w:r>
              <w:rPr>
                <w:rFonts w:ascii="Malgun Gothic" w:hAnsi="Malgun Gothic" w:eastAsia="Malgun Gothic"/>
                <w:b w:val="0"/>
                <w:sz w:val="14"/>
              </w:rPr>
              <w:t>초록 및 핵심 기여</w:t>
            </w:r>
          </w:p>
        </w:tc>
        <w:tc>
          <w:tcPr>
            <w:tcW w:type="dxa" w:w="1644"/>
            <w:vAlign w:val="center"/>
          </w:tcPr>
          <w:p>
            <w:r/>
            <w:r>
              <w:rPr>
                <w:rFonts w:ascii="Malgun Gothic" w:hAnsi="Malgun Gothic" w:eastAsia="Malgun Gothic"/>
                <w:b w:val="0"/>
                <w:sz w:val="14"/>
              </w:rPr>
              <w:t>raw_missing_value</w:t>
            </w:r>
          </w:p>
        </w:tc>
        <w:tc>
          <w:tcPr>
            <w:tcW w:type="dxa" w:w="1644"/>
            <w:vAlign w:val="center"/>
          </w:tcPr>
          <w:p>
            <w:r/>
            <w:r>
              <w:rPr>
                <w:rFonts w:ascii="Malgun Gothic" w:hAnsi="Malgun Gothic" w:eastAsia="Malgun Gothic"/>
                <w:b w:val="0"/>
                <w:sz w:val="14"/>
              </w:rPr>
              <w:t>당도(convergent validity)와 변별 타당도(discriminant validity)를 평가하였다. 수렴 타당도 지표로서 energy m</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결측/None 표기가 본문에 남아 있음</w:t>
            </w:r>
          </w:p>
        </w:tc>
      </w:tr>
      <w:tr>
        <w:trPr>
          <w:cantSplit/>
        </w:trPr>
        <w:tc>
          <w:tcPr>
            <w:tcW w:type="dxa" w:w="1644"/>
            <w:vAlign w:val="center"/>
          </w:tcPr>
          <w:p>
            <w:r/>
            <w:r>
              <w:rPr>
                <w:rFonts w:ascii="Malgun Gothic" w:hAnsi="Malgun Gothic" w:eastAsia="Malgun Gothic"/>
                <w:b w:val="0"/>
                <w:sz w:val="14"/>
              </w:rPr>
              <w:t>01_abstract</w:t>
            </w:r>
          </w:p>
        </w:tc>
        <w:tc>
          <w:tcPr>
            <w:tcW w:type="dxa" w:w="1644"/>
            <w:vAlign w:val="center"/>
          </w:tcPr>
          <w:p>
            <w:r/>
            <w:r>
              <w:rPr>
                <w:rFonts w:ascii="Malgun Gothic" w:hAnsi="Malgun Gothic" w:eastAsia="Malgun Gothic"/>
                <w:b w:val="0"/>
                <w:sz w:val="14"/>
              </w:rPr>
              <w:t>초록 및 핵심 기여</w:t>
            </w:r>
          </w:p>
        </w:tc>
        <w:tc>
          <w:tcPr>
            <w:tcW w:type="dxa" w:w="1644"/>
            <w:vAlign w:val="center"/>
          </w:tcPr>
          <w:p>
            <w:r/>
            <w:r>
              <w:rPr>
                <w:rFonts w:ascii="Malgun Gothic" w:hAnsi="Malgun Gothic" w:eastAsia="Malgun Gothic"/>
                <w:b w:val="0"/>
                <w:sz w:val="14"/>
              </w:rPr>
              <w:t>diagnosis_claim</w:t>
            </w:r>
          </w:p>
        </w:tc>
        <w:tc>
          <w:tcPr>
            <w:tcW w:type="dxa" w:w="1644"/>
            <w:vAlign w:val="center"/>
          </w:tcPr>
          <w:p>
            <w:r/>
            <w:r>
              <w:rPr>
                <w:rFonts w:ascii="Malgun Gothic" w:hAnsi="Malgun Gothic" w:eastAsia="Malgun Gothic"/>
                <w:b w:val="0"/>
                <w:sz w:val="14"/>
              </w:rPr>
              <w:t xml:space="preserve"> 관찰되어 지수의 해석에 주의가 필요함을 시사한다. 이는 제안된 지수가 임상적 스트레스 진단이나 예측 모형으로 직접 사용되기보다는, 음성 특징 기반 스트레스 평가의</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진단 표현은 제한적으로만 사용해야 함</w:t>
            </w:r>
          </w:p>
        </w:tc>
      </w:tr>
      <w:tr>
        <w:trPr>
          <w:cantSplit/>
        </w:trPr>
        <w:tc>
          <w:tcPr>
            <w:tcW w:type="dxa" w:w="1644"/>
            <w:vAlign w:val="center"/>
          </w:tcPr>
          <w:p>
            <w:r/>
            <w:r>
              <w:rPr>
                <w:rFonts w:ascii="Malgun Gothic" w:hAnsi="Malgun Gothic" w:eastAsia="Malgun Gothic"/>
                <w:b w:val="0"/>
                <w:sz w:val="14"/>
              </w:rPr>
              <w:t>02_introduction</w:t>
            </w:r>
          </w:p>
        </w:tc>
        <w:tc>
          <w:tcPr>
            <w:tcW w:type="dxa" w:w="1644"/>
            <w:vAlign w:val="center"/>
          </w:tcPr>
          <w:p>
            <w:r/>
            <w:r>
              <w:rPr>
                <w:rFonts w:ascii="Malgun Gothic" w:hAnsi="Malgun Gothic" w:eastAsia="Malgun Gothic"/>
                <w:b w:val="0"/>
                <w:sz w:val="14"/>
              </w:rPr>
              <w:t>서론</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 xml:space="preserve">초점을 맞추어, 내적 구성 타당도의 근거를 제시하고자 한다.  그림 1(fig01_framework.png)은 본 연구에서 제안하는 전체 분석 프레임워크를 도식화한 것이다. 이 </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02_introduction</w:t>
            </w:r>
          </w:p>
        </w:tc>
        <w:tc>
          <w:tcPr>
            <w:tcW w:type="dxa" w:w="1644"/>
            <w:vAlign w:val="center"/>
          </w:tcPr>
          <w:p>
            <w:r/>
            <w:r>
              <w:rPr>
                <w:rFonts w:ascii="Malgun Gothic" w:hAnsi="Malgun Gothic" w:eastAsia="Malgun Gothic"/>
                <w:b w:val="0"/>
                <w:sz w:val="14"/>
              </w:rPr>
              <w:t>서론</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된 표 (해당 목차에 포함된 표 없음)  ## 이 목차에 포함된 이미지 fig01_framework.png</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02_introduction</w:t>
            </w:r>
          </w:p>
        </w:tc>
        <w:tc>
          <w:tcPr>
            <w:tcW w:type="dxa" w:w="1644"/>
            <w:vAlign w:val="center"/>
          </w:tcPr>
          <w:p>
            <w:r/>
            <w:r>
              <w:rPr>
                <w:rFonts w:ascii="Malgun Gothic" w:hAnsi="Malgun Gothic" w:eastAsia="Malgun Gothic"/>
                <w:b w:val="0"/>
                <w:sz w:val="14"/>
              </w:rPr>
              <w:t>서론</w:t>
            </w:r>
          </w:p>
        </w:tc>
        <w:tc>
          <w:tcPr>
            <w:tcW w:type="dxa" w:w="1644"/>
            <w:vAlign w:val="center"/>
          </w:tcPr>
          <w:p>
            <w:r/>
            <w:r>
              <w:rPr>
                <w:rFonts w:ascii="Malgun Gothic" w:hAnsi="Malgun Gothic" w:eastAsia="Malgun Gothic"/>
                <w:b w:val="0"/>
                <w:sz w:val="14"/>
              </w:rPr>
              <w:t>diagnosis_claim</w:t>
            </w:r>
          </w:p>
        </w:tc>
        <w:tc>
          <w:tcPr>
            <w:tcW w:type="dxa" w:w="1644"/>
            <w:vAlign w:val="center"/>
          </w:tcPr>
          <w:p>
            <w:r/>
            <w:r>
              <w:rPr>
                <w:rFonts w:ascii="Malgun Gothic" w:hAnsi="Malgun Gothic" w:eastAsia="Malgun Gothic"/>
                <w:b w:val="0"/>
                <w:sz w:val="14"/>
              </w:rPr>
              <w:t>일 지수로 통합하는 접근을 취한다. 이때 중요한 점은 본 연구의 결과를 임상적 스트레스 진단이나 지도학습 기반 예측모형으로 설명하지 않는다는 것이다. 대신, 제안된</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진단 표현은 제한적으로만 사용해야 함</w:t>
            </w:r>
          </w:p>
        </w:tc>
      </w:tr>
      <w:tr>
        <w:trPr>
          <w:cantSplit/>
        </w:trPr>
        <w:tc>
          <w:tcPr>
            <w:tcW w:type="dxa" w:w="1644"/>
            <w:vAlign w:val="center"/>
          </w:tcPr>
          <w:p>
            <w:r/>
            <w:r>
              <w:rPr>
                <w:rFonts w:ascii="Malgun Gothic" w:hAnsi="Malgun Gothic" w:eastAsia="Malgun Gothic"/>
                <w:b w:val="0"/>
                <w:sz w:val="14"/>
              </w:rPr>
              <w:t>03_related_work</w:t>
            </w:r>
          </w:p>
        </w:tc>
        <w:tc>
          <w:tcPr>
            <w:tcW w:type="dxa" w:w="1644"/>
            <w:vAlign w:val="center"/>
          </w:tcPr>
          <w:p>
            <w:r/>
            <w:r>
              <w:rPr>
                <w:rFonts w:ascii="Malgun Gothic" w:hAnsi="Malgun Gothic" w:eastAsia="Malgun Gothic"/>
                <w:b w:val="0"/>
                <w:sz w:val="14"/>
              </w:rPr>
              <w:t>선행연구</w:t>
            </w:r>
          </w:p>
        </w:tc>
        <w:tc>
          <w:tcPr>
            <w:tcW w:type="dxa" w:w="1644"/>
            <w:vAlign w:val="center"/>
          </w:tcPr>
          <w:p>
            <w:r/>
            <w:r>
              <w:rPr>
                <w:rFonts w:ascii="Malgun Gothic" w:hAnsi="Malgun Gothic" w:eastAsia="Malgun Gothic"/>
                <w:b w:val="0"/>
                <w:sz w:val="14"/>
              </w:rPr>
              <w:t>diagnosis_claim</w:t>
            </w:r>
          </w:p>
        </w:tc>
        <w:tc>
          <w:tcPr>
            <w:tcW w:type="dxa" w:w="1644"/>
            <w:vAlign w:val="center"/>
          </w:tcPr>
          <w:p>
            <w:r/>
            <w:r>
              <w:rPr>
                <w:rFonts w:ascii="Malgun Gothic" w:hAnsi="Malgun Gothic" w:eastAsia="Malgun Gothic"/>
                <w:b w:val="0"/>
                <w:sz w:val="14"/>
              </w:rPr>
              <w:t>류하는 데 초점을 맞춘다. 그러나 이러한 접근법은 외부 준거 라벨(예: 임상적 스트레스 진단)이 없는 조건에서는 적용이 제한적이다. 본 연구는 지도학습 기반 예측모</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진단 표현은 제한적으로만 사용해야 함</w:t>
            </w:r>
          </w:p>
        </w:tc>
      </w:tr>
      <w:tr>
        <w:trPr>
          <w:cantSplit/>
        </w:trPr>
        <w:tc>
          <w:tcPr>
            <w:tcW w:type="dxa" w:w="1644"/>
            <w:vAlign w:val="center"/>
          </w:tcPr>
          <w:p>
            <w:r/>
            <w:r>
              <w:rPr>
                <w:rFonts w:ascii="Malgun Gothic" w:hAnsi="Malgun Gothic" w:eastAsia="Malgun Gothic"/>
                <w:b w:val="0"/>
                <w:sz w:val="14"/>
              </w:rPr>
              <w:t>04_data_preprocessing</w:t>
            </w:r>
          </w:p>
        </w:tc>
        <w:tc>
          <w:tcPr>
            <w:tcW w:type="dxa" w:w="1644"/>
            <w:vAlign w:val="center"/>
          </w:tcPr>
          <w:p>
            <w:r/>
            <w:r>
              <w:rPr>
                <w:rFonts w:ascii="Malgun Gothic" w:hAnsi="Malgun Gothic" w:eastAsia="Malgun Gothic"/>
                <w:b w:val="0"/>
                <w:sz w:val="14"/>
              </w:rPr>
              <w:t>데이터 및 전처리</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관 후 폐기 예정이며, 분석 결과는 집계 수준에서만 보고된다. 그림 2(fig02_stress_distribution.png)는 전체 데이터의 스트레스 점수 분포를 시각화한 것으로, 스트레스 점수</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04_data_preprocessing</w:t>
            </w:r>
          </w:p>
        </w:tc>
        <w:tc>
          <w:tcPr>
            <w:tcW w:type="dxa" w:w="1644"/>
            <w:vAlign w:val="center"/>
          </w:tcPr>
          <w:p>
            <w:r/>
            <w:r>
              <w:rPr>
                <w:rFonts w:ascii="Malgun Gothic" w:hAnsi="Malgun Gothic" w:eastAsia="Malgun Gothic"/>
                <w:b w:val="0"/>
                <w:sz w:val="14"/>
              </w:rPr>
              <w:t>데이터 및 전처리</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feature_quality.csv  ## 이 목차에 포함된 이미지 - fig02_stress_distribution.png</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04_data_preprocessing</w:t>
            </w:r>
          </w:p>
        </w:tc>
        <w:tc>
          <w:tcPr>
            <w:tcW w:type="dxa" w:w="1644"/>
            <w:vAlign w:val="center"/>
          </w:tcPr>
          <w:p>
            <w:r/>
            <w:r>
              <w:rPr>
                <w:rFonts w:ascii="Malgun Gothic" w:hAnsi="Malgun Gothic" w:eastAsia="Malgun Gothic"/>
                <w:b w:val="0"/>
                <w:sz w:val="14"/>
              </w:rPr>
              <w:t>데이터 및 전처리</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 xml:space="preserve">가정을 일부 충족할 가능성을 시사한다.  ## 이 목차에 포함된 표 - descriptive_statistics.csv - stress_index_feature_quality.csv  ## </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04_data_preprocessing</w:t>
            </w:r>
          </w:p>
        </w:tc>
        <w:tc>
          <w:tcPr>
            <w:tcW w:type="dxa" w:w="1644"/>
            <w:vAlign w:val="center"/>
          </w:tcPr>
          <w:p>
            <w:r/>
            <w:r>
              <w:rPr>
                <w:rFonts w:ascii="Malgun Gothic" w:hAnsi="Malgun Gothic" w:eastAsia="Malgun Gothic"/>
                <w:b w:val="0"/>
                <w:sz w:val="14"/>
              </w:rPr>
              <w:t>데이터 및 전처리</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차에 포함된 표 - descriptive_statistics.csv - stress_index_feature_quality.csv  ## 이 목차에 포함된 이미지 - fig02_stress_distri</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04_data_preprocessing</w:t>
            </w:r>
          </w:p>
        </w:tc>
        <w:tc>
          <w:tcPr>
            <w:tcW w:type="dxa" w:w="1644"/>
            <w:vAlign w:val="center"/>
          </w:tcPr>
          <w:p>
            <w:r/>
            <w:r>
              <w:rPr>
                <w:rFonts w:ascii="Malgun Gothic" w:hAnsi="Malgun Gothic" w:eastAsia="Malgun Gothic"/>
                <w:b w:val="0"/>
                <w:sz w:val="14"/>
              </w:rPr>
              <w:t>데이터 및 전처리</w:t>
            </w:r>
          </w:p>
        </w:tc>
        <w:tc>
          <w:tcPr>
            <w:tcW w:type="dxa" w:w="1644"/>
            <w:vAlign w:val="center"/>
          </w:tcPr>
          <w:p>
            <w:r/>
            <w:r>
              <w:rPr>
                <w:rFonts w:ascii="Malgun Gothic" w:hAnsi="Malgun Gothic" w:eastAsia="Malgun Gothic"/>
                <w:b w:val="0"/>
                <w:sz w:val="14"/>
              </w:rPr>
              <w:t>aihub_claim</w:t>
            </w:r>
          </w:p>
        </w:tc>
        <w:tc>
          <w:tcPr>
            <w:tcW w:type="dxa" w:w="1644"/>
            <w:vAlign w:val="center"/>
          </w:tcPr>
          <w:p>
            <w:r/>
            <w:r>
              <w:rPr>
                <w:rFonts w:ascii="Malgun Gothic" w:hAnsi="Malgun Gothic" w:eastAsia="Malgun Gothic"/>
                <w:b w:val="0"/>
                <w:sz w:val="14"/>
              </w:rPr>
              <w:t>향 모델 사전 학습 및 특징 추출 파이프라인 검증에 활용되었다. 셋째, AIHub 보조 데이터는 다양한 화자와 발화 환경을 포함하여 음성 처리 알고리즘의</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AIHub를 실제 검증 결과처럼 썼는지 확인 필요</w:t>
            </w:r>
          </w:p>
        </w:tc>
      </w:tr>
      <w:tr>
        <w:trPr>
          <w:cantSplit/>
        </w:trPr>
        <w:tc>
          <w:tcPr>
            <w:tcW w:type="dxa" w:w="1644"/>
            <w:vAlign w:val="center"/>
          </w:tcPr>
          <w:p>
            <w:r/>
            <w:r>
              <w:rPr>
                <w:rFonts w:ascii="Malgun Gothic" w:hAnsi="Malgun Gothic" w:eastAsia="Malgun Gothic"/>
                <w:b w:val="0"/>
                <w:sz w:val="14"/>
              </w:rPr>
              <w:t>05_stress_index_method</w:t>
            </w:r>
          </w:p>
        </w:tc>
        <w:tc>
          <w:tcPr>
            <w:tcW w:type="dxa" w:w="1644"/>
            <w:vAlign w:val="center"/>
          </w:tcPr>
          <w:p>
            <w:r/>
            <w:r>
              <w:rPr>
                <w:rFonts w:ascii="Malgun Gothic" w:hAnsi="Malgun Gothic" w:eastAsia="Malgun Gothic"/>
                <w:b w:val="0"/>
                <w:sz w:val="14"/>
              </w:rPr>
              <w:t>스트레스 지수 설계 방법</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는 표본 내에서 스트레스 수준이 비교적 고르게 분포함을 시사한다. 그림 fig02_stress_distribution.png는 이 지수의 분포를 시각화하여 보여준다.  결론적으로, 본 연구에서 제</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05_stress_index_method</w:t>
            </w:r>
          </w:p>
        </w:tc>
        <w:tc>
          <w:tcPr>
            <w:tcW w:type="dxa" w:w="1644"/>
            <w:vAlign w:val="center"/>
          </w:tcPr>
          <w:p>
            <w:r/>
            <w:r>
              <w:rPr>
                <w:rFonts w:ascii="Malgun Gothic" w:hAnsi="Malgun Gothic" w:eastAsia="Malgun Gothic"/>
                <w:b w:val="0"/>
                <w:sz w:val="14"/>
              </w:rPr>
              <w:t>스트레스 지수 설계 방법</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tive_statistics.csv  ## 이 목차에 포함된 이미지 - fig02_stress_distribution.png</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05_stress_index_method</w:t>
            </w:r>
          </w:p>
        </w:tc>
        <w:tc>
          <w:tcPr>
            <w:tcW w:type="dxa" w:w="1644"/>
            <w:vAlign w:val="center"/>
          </w:tcPr>
          <w:p>
            <w:r/>
            <w:r>
              <w:rPr>
                <w:rFonts w:ascii="Malgun Gothic" w:hAnsi="Malgun Gothic" w:eastAsia="Malgun Gothic"/>
                <w:b w:val="0"/>
                <w:sz w:val="14"/>
              </w:rPr>
              <w:t>스트레스 지수 설계 방법</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다만, 기술통계 결과 WPM 변수는 모든 관측치에서 0의 값을 보여(표 descriptive_statistics.csv 참조) 실제 지수 계산에서 기여도가 없었으나, 이론적 틀을 유지하기 위</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05_stress_index_method</w:t>
            </w:r>
          </w:p>
        </w:tc>
        <w:tc>
          <w:tcPr>
            <w:tcW w:type="dxa" w:w="1644"/>
            <w:vAlign w:val="center"/>
          </w:tcPr>
          <w:p>
            <w:r/>
            <w:r>
              <w:rPr>
                <w:rFonts w:ascii="Malgun Gothic" w:hAnsi="Malgun Gothic" w:eastAsia="Malgun Gothic"/>
                <w:b w:val="0"/>
                <w:sz w:val="14"/>
              </w:rPr>
              <w:t>스트레스 지수 설계 방법</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는 평균 0.495, 표준편차 0.194, 범위 0–1로 나타났으며(표 descriptive_statistics.csv 참조), 이는 표본 내에서 스트레스 수준이 비교적 고르게 분포함을 시사</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05_stress_index_method</w:t>
            </w:r>
          </w:p>
        </w:tc>
        <w:tc>
          <w:tcPr>
            <w:tcW w:type="dxa" w:w="1644"/>
            <w:vAlign w:val="center"/>
          </w:tcPr>
          <w:p>
            <w:r/>
            <w:r>
              <w:rPr>
                <w:rFonts w:ascii="Malgun Gothic" w:hAnsi="Malgun Gothic" w:eastAsia="Malgun Gothic"/>
                <w:b w:val="0"/>
                <w:sz w:val="14"/>
              </w:rPr>
              <w:t>스트레스 지수 설계 방법</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측모형으로 확대 해석되어서는 안 된다.  ## 이 목차에 포함된 표 - descriptive_statistics.csv  ## 이 목차에 포함된 이미지 - fig02_stress_distri</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05_stress_index_method</w:t>
            </w:r>
          </w:p>
        </w:tc>
        <w:tc>
          <w:tcPr>
            <w:tcW w:type="dxa" w:w="1644"/>
            <w:vAlign w:val="center"/>
          </w:tcPr>
          <w:p>
            <w:r/>
            <w:r>
              <w:rPr>
                <w:rFonts w:ascii="Malgun Gothic" w:hAnsi="Malgun Gothic" w:eastAsia="Malgun Gothic"/>
                <w:b w:val="0"/>
                <w:sz w:val="14"/>
              </w:rPr>
              <w:t>스트레스 지수 설계 방법</w:t>
            </w:r>
          </w:p>
        </w:tc>
        <w:tc>
          <w:tcPr>
            <w:tcW w:type="dxa" w:w="1644"/>
            <w:vAlign w:val="center"/>
          </w:tcPr>
          <w:p>
            <w:r/>
            <w:r>
              <w:rPr>
                <w:rFonts w:ascii="Malgun Gothic" w:hAnsi="Malgun Gothic" w:eastAsia="Malgun Gothic"/>
                <w:b w:val="0"/>
                <w:sz w:val="14"/>
              </w:rPr>
              <w:t>diagnosis_claim</w:t>
            </w:r>
          </w:p>
        </w:tc>
        <w:tc>
          <w:tcPr>
            <w:tcW w:type="dxa" w:w="1644"/>
            <w:vAlign w:val="center"/>
          </w:tcPr>
          <w:p>
            <w:r/>
            <w:r>
              <w:rPr>
                <w:rFonts w:ascii="Malgun Gothic" w:hAnsi="Malgun Gothic" w:eastAsia="Malgun Gothic"/>
                <w:b w:val="0"/>
                <w:sz w:val="14"/>
              </w:rPr>
              <w:t xml:space="preserve">ernal construct validity) 근거로 해석되어야 하며, 임상적 스트레스 진단이나 지도학습 기반 예측모형으로 확대 해석되어서는 안 된다.  ## 이 </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진단 표현은 제한적으로만 사용해야 함</w:t>
            </w:r>
          </w:p>
        </w:tc>
      </w:tr>
      <w:tr>
        <w:trPr>
          <w:cantSplit/>
        </w:trPr>
        <w:tc>
          <w:tcPr>
            <w:tcW w:type="dxa" w:w="1644"/>
            <w:vAlign w:val="center"/>
          </w:tcPr>
          <w:p>
            <w:r/>
            <w:r>
              <w:rPr>
                <w:rFonts w:ascii="Malgun Gothic" w:hAnsi="Malgun Gothic" w:eastAsia="Malgun Gothic"/>
                <w:b w:val="0"/>
                <w:sz w:val="14"/>
              </w:rPr>
              <w:t>06_stt_reliability</w:t>
            </w:r>
          </w:p>
        </w:tc>
        <w:tc>
          <w:tcPr>
            <w:tcW w:type="dxa" w:w="1644"/>
            <w:vAlign w:val="center"/>
          </w:tcPr>
          <w:p>
            <w:r/>
            <w:r>
              <w:rPr>
                <w:rFonts w:ascii="Malgun Gothic" w:hAnsi="Malgun Gothic" w:eastAsia="Malgun Gothic"/>
                <w:b w:val="0"/>
                <w:sz w:val="14"/>
              </w:rPr>
              <w:t>STT 신뢰도 검증</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하는 지표로 활용된다는 점을 강조한다.  ## 이 목차에 포함된 표 - stt_reliability.csv  ## 이 목차에 포함된 이미지 - fig_stt_reliability</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06_stt_reliability</w:t>
            </w:r>
          </w:p>
        </w:tc>
        <w:tc>
          <w:tcPr>
            <w:tcW w:type="dxa" w:w="1644"/>
            <w:vAlign w:val="center"/>
          </w:tcPr>
          <w:p>
            <w:r/>
            <w:r>
              <w:rPr>
                <w:rFonts w:ascii="Malgun Gothic" w:hAnsi="Malgun Gothic" w:eastAsia="Malgun Gothic"/>
                <w:b w:val="0"/>
                <w:sz w:val="14"/>
              </w:rPr>
              <w:t>STT 신뢰도 검증</w:t>
            </w:r>
          </w:p>
        </w:tc>
        <w:tc>
          <w:tcPr>
            <w:tcW w:type="dxa" w:w="1644"/>
            <w:vAlign w:val="center"/>
          </w:tcPr>
          <w:p>
            <w:r/>
            <w:r>
              <w:rPr>
                <w:rFonts w:ascii="Malgun Gothic" w:hAnsi="Malgun Gothic" w:eastAsia="Malgun Gothic"/>
                <w:b w:val="0"/>
                <w:sz w:val="14"/>
              </w:rPr>
              <w:t>diagnosis_claim</w:t>
            </w:r>
          </w:p>
        </w:tc>
        <w:tc>
          <w:tcPr>
            <w:tcW w:type="dxa" w:w="1644"/>
            <w:vAlign w:val="center"/>
          </w:tcPr>
          <w:p>
            <w:r/>
            <w:r>
              <w:rPr>
                <w:rFonts w:ascii="Malgun Gothic" w:hAnsi="Malgun Gothic" w:eastAsia="Malgun Gothic"/>
                <w:b w:val="0"/>
                <w:sz w:val="14"/>
              </w:rPr>
              <w:t>련된 음성 변화를 반영할 가능성을 시사한다. 다만, 본 연구의 WPM은 임상적 스트레스 진단이나 지도학습 기반 예측모형으로 사용되지 않으며, 오직 음성 특성의 상대</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진단 표현은 제한적으로만 사용해야 함</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68, -0.412]로 부적 상관의 방향성이 일관되게 유지되었다. 그림 fig04_bootstrap_ci.png는 각 변수의 Bootstrap 신뢰구간을 시각화한다.  ## 3.3 가</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화 지속 시간이 지수 구성에 중요한 기여를 하고 있음을 시사한다. 그림 fig05_weight_sensitivity.png는 각 시나리오별 상관계수 변화를 도시한다.  ## 3.4 Leave-O</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rgy_mean.png - scatter_pitch_mean.png - fig04_bootstrap_ci.png - fig05_weight_sensitivity.png - anova_</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tch_mean.png - fig04_bootstrap_ci.png - fig05_weight_sensitivity.png - anova_energy_mean.png - anova_pitch_m</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 xml:space="preserve">며, 기존 문헌에서 보고된 음성 스트레스 지표와 일관된 결과이다. 그림 scatter_energy_mean.png와 scatter_pitch_mean.png는 각 변수와 스트레스 점수 </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와 일관된 결과이다. 그림 scatter_energy_mean.png와 scatter_pitch_mean.png는 각 변수와 스트레스 점수 간의 산점도를 보여준다.  판별 타당도 측면</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alidity_summary.csv  ## 이 목차에 포함된 이미지 - scatter_energy_mean.png - scatter_pitch_mean.png - fig04_bootst</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raw_figure_filename</w:t>
            </w:r>
          </w:p>
        </w:tc>
        <w:tc>
          <w:tcPr>
            <w:tcW w:type="dxa" w:w="1644"/>
            <w:vAlign w:val="center"/>
          </w:tcPr>
          <w:p>
            <w:r/>
            <w:r>
              <w:rPr>
                <w:rFonts w:ascii="Malgun Gothic" w:hAnsi="Malgun Gothic" w:eastAsia="Malgun Gothic"/>
                <w:b w:val="0"/>
                <w:sz w:val="14"/>
              </w:rPr>
              <w:t>목차에 포함된 이미지 - scatter_energy_mean.png - scatter_pitch_mean.png - fig04_bootstrap_ci.png - fig05_weight</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그림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 xml:space="preserve"> 준거를 활용한 추가 검증이 요구된다.  ## 이 목차에 포함된 표 - correlation_validity.csv - bootstrap_ci.csv - weight_sensitivity</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 xml:space="preserve"> 목차에 포함된 표 - correlation_validity.csv - bootstrap_ci.csv - weight_sensitivity.csv - loo_stabilit</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ation_validity.csv - bootstrap_ci.csv - weight_sensitivity.csv - loo_stability.csv - anova_profile.csv</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strap_ci.csv - weight_sensitivity.csv - loo_stability.csv - anova_profile.csv - anova_group_descr</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t_sensitivity.csv - loo_stability.csv - anova_profile.csv - anova_group_descriptive.csv - constru</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 xml:space="preserve">loo_stability.csv - anova_profile.csv - anova_group_descriptive.csv - construct_validity_summary.csv  ## 이 </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ile.csv - anova_group_descriptive.csv - construct_validity_summary.csv  ## 이 목차에 포함된 이미지 - scatter_energy_mean</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07_construct_validity</w:t>
            </w:r>
          </w:p>
        </w:tc>
        <w:tc>
          <w:tcPr>
            <w:tcW w:type="dxa" w:w="1644"/>
            <w:vAlign w:val="center"/>
          </w:tcPr>
          <w:p>
            <w:r/>
            <w:r>
              <w:rPr>
                <w:rFonts w:ascii="Malgun Gothic" w:hAnsi="Malgun Gothic" w:eastAsia="Malgun Gothic"/>
                <w:b w:val="0"/>
                <w:sz w:val="14"/>
              </w:rPr>
              <w:t>구성 타당도 검증 결과</w:t>
            </w:r>
          </w:p>
        </w:tc>
        <w:tc>
          <w:tcPr>
            <w:tcW w:type="dxa" w:w="1644"/>
            <w:vAlign w:val="center"/>
          </w:tcPr>
          <w:p>
            <w:r/>
            <w:r>
              <w:rPr>
                <w:rFonts w:ascii="Malgun Gothic" w:hAnsi="Malgun Gothic" w:eastAsia="Malgun Gothic"/>
                <w:b w:val="0"/>
                <w:sz w:val="14"/>
              </w:rPr>
              <w:t>raw_missing_value</w:t>
            </w:r>
          </w:p>
        </w:tc>
        <w:tc>
          <w:tcPr>
            <w:tcW w:type="dxa" w:w="1644"/>
            <w:vAlign w:val="center"/>
          </w:tcPr>
          <w:p>
            <w:r/>
            <w:r>
              <w:rPr>
                <w:rFonts w:ascii="Malgun Gothic" w:hAnsi="Malgun Gothic" w:eastAsia="Malgun Gothic"/>
                <w:b w:val="0"/>
                <w:sz w:val="14"/>
              </w:rPr>
              <w:t>보여준다.  판별 타당도 측면에서, 분당 음절 수(WPM)는 상관계수가 NaN으로 산출되어 분석에서 제외되었다. 이는 WPM이 본 연구의 스트레스 점</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결측/None 표기가 본문에 남아 있음</w:t>
            </w:r>
          </w:p>
        </w:tc>
      </w:tr>
      <w:tr>
        <w:trPr>
          <w:cantSplit/>
        </w:trPr>
        <w:tc>
          <w:tcPr>
            <w:tcW w:type="dxa" w:w="1644"/>
            <w:vAlign w:val="center"/>
          </w:tcPr>
          <w:p>
            <w:r/>
            <w:r>
              <w:rPr>
                <w:rFonts w:ascii="Malgun Gothic" w:hAnsi="Malgun Gothic" w:eastAsia="Malgun Gothic"/>
                <w:b w:val="0"/>
                <w:sz w:val="14"/>
              </w:rPr>
              <w:t>08_robustness_sensitivity</w:t>
            </w:r>
          </w:p>
        </w:tc>
        <w:tc>
          <w:tcPr>
            <w:tcW w:type="dxa" w:w="1644"/>
            <w:vAlign w:val="center"/>
          </w:tcPr>
          <w:p>
            <w:r/>
            <w:r>
              <w:rPr>
                <w:rFonts w:ascii="Malgun Gothic" w:hAnsi="Malgun Gothic" w:eastAsia="Malgun Gothic"/>
                <w:b w:val="0"/>
                <w:sz w:val="14"/>
              </w:rPr>
              <w:t>강건성 및 민감도 분석</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기준 지수와의 상관관계 및 평균 절대 차이(MAD)를 평가하였다. 표 `stt_error_sensitivity.csv`에 제시된 바와 같이, 모든 섭동 시나리오에서 기준 지수와의 상관계수는</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08_robustness_sensitivity</w:t>
            </w:r>
          </w:p>
        </w:tc>
        <w:tc>
          <w:tcPr>
            <w:tcW w:type="dxa" w:w="1644"/>
            <w:vAlign w:val="center"/>
          </w:tcPr>
          <w:p>
            <w:r/>
            <w:r>
              <w:rPr>
                <w:rFonts w:ascii="Malgun Gothic" w:hAnsi="Malgun Gothic" w:eastAsia="Malgun Gothic"/>
                <w:b w:val="0"/>
                <w:sz w:val="14"/>
              </w:rPr>
              <w:t>강건성 및 민감도 분석</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ch_gt_350_removed, n=100) 조건을 적용하였다. 표 `outlier_robustness.csv`에 제시된 바와 같이, 전체 데이터에서 에너지 평균과 피치 평균 간 상</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08_robustness_sensitivity</w:t>
            </w:r>
          </w:p>
        </w:tc>
        <w:tc>
          <w:tcPr>
            <w:tcW w:type="dxa" w:w="1644"/>
            <w:vAlign w:val="center"/>
          </w:tcPr>
          <w:p>
            <w:r/>
            <w:r>
              <w:rPr>
                <w:rFonts w:ascii="Malgun Gothic" w:hAnsi="Malgun Gothic" w:eastAsia="Malgun Gothic"/>
                <w:b w:val="0"/>
                <w:sz w:val="14"/>
              </w:rPr>
              <w:t>강건성 및 민감도 분석</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 xml:space="preserve"> 상관 구조가 더 명확해짐을 시사한다.  ## 이 목차에 포함된 표 - stt_error_sensitivity.csv - outlier_robustness.csv  ## 이 목차에 포함된 </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08_robustness_sensitivity</w:t>
            </w:r>
          </w:p>
        </w:tc>
        <w:tc>
          <w:tcPr>
            <w:tcW w:type="dxa" w:w="1644"/>
            <w:vAlign w:val="center"/>
          </w:tcPr>
          <w:p>
            <w:r/>
            <w:r>
              <w:rPr>
                <w:rFonts w:ascii="Malgun Gothic" w:hAnsi="Malgun Gothic" w:eastAsia="Malgun Gothic"/>
                <w:b w:val="0"/>
                <w:sz w:val="14"/>
              </w:rPr>
              <w:t>강건성 및 민감도 분석</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목차에 포함된 표 - stt_error_sensitivity.csv - outlier_robustness.csv  ## 이 목차에 포함된 이미지 - fig_stt_error_sensi</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09_discussion</w:t>
            </w:r>
          </w:p>
        </w:tc>
        <w:tc>
          <w:tcPr>
            <w:tcW w:type="dxa" w:w="1644"/>
            <w:vAlign w:val="center"/>
          </w:tcPr>
          <w:p>
            <w:r/>
            <w:r>
              <w:rPr>
                <w:rFonts w:ascii="Malgun Gothic" w:hAnsi="Malgun Gothic" w:eastAsia="Malgun Gothic"/>
                <w:b w:val="0"/>
                <w:sz w:val="14"/>
              </w:rPr>
              <w:t>논의</w:t>
            </w:r>
          </w:p>
        </w:tc>
        <w:tc>
          <w:tcPr>
            <w:tcW w:type="dxa" w:w="1644"/>
            <w:vAlign w:val="center"/>
          </w:tcPr>
          <w:p>
            <w:r/>
            <w:r>
              <w:rPr>
                <w:rFonts w:ascii="Malgun Gothic" w:hAnsi="Malgun Gothic" w:eastAsia="Malgun Gothic"/>
                <w:b w:val="0"/>
                <w:sz w:val="14"/>
              </w:rPr>
              <w:t>raw_csv_filename</w:t>
            </w:r>
          </w:p>
        </w:tc>
        <w:tc>
          <w:tcPr>
            <w:tcW w:type="dxa" w:w="1644"/>
            <w:vAlign w:val="center"/>
          </w:tcPr>
          <w:p>
            <w:r/>
            <w:r>
              <w:rPr>
                <w:rFonts w:ascii="Malgun Gothic" w:hAnsi="Malgun Gothic" w:eastAsia="Malgun Gothic"/>
                <w:b w:val="0"/>
                <w:sz w:val="14"/>
              </w:rPr>
              <w:t>접근법을 도입한 후속 연구가 요구된다.  ## 이 목차에 포함된 표 - construct_validity_summary.csv  ## 이 목차에 포함된 이미지 - (해당 목차에 포함된 이미지가 명시</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CSV 파일명이 본문에 그대로 남아 있음</w:t>
            </w:r>
          </w:p>
        </w:tc>
      </w:tr>
      <w:tr>
        <w:trPr>
          <w:cantSplit/>
        </w:trPr>
        <w:tc>
          <w:tcPr>
            <w:tcW w:type="dxa" w:w="1644"/>
            <w:vAlign w:val="center"/>
          </w:tcPr>
          <w:p>
            <w:r/>
            <w:r>
              <w:rPr>
                <w:rFonts w:ascii="Malgun Gothic" w:hAnsi="Malgun Gothic" w:eastAsia="Malgun Gothic"/>
                <w:b w:val="0"/>
                <w:sz w:val="14"/>
              </w:rPr>
              <w:t>09_discussion</w:t>
            </w:r>
          </w:p>
        </w:tc>
        <w:tc>
          <w:tcPr>
            <w:tcW w:type="dxa" w:w="1644"/>
            <w:vAlign w:val="center"/>
          </w:tcPr>
          <w:p>
            <w:r/>
            <w:r>
              <w:rPr>
                <w:rFonts w:ascii="Malgun Gothic" w:hAnsi="Malgun Gothic" w:eastAsia="Malgun Gothic"/>
                <w:b w:val="0"/>
                <w:sz w:val="14"/>
              </w:rPr>
              <w:t>논의</w:t>
            </w:r>
          </w:p>
        </w:tc>
        <w:tc>
          <w:tcPr>
            <w:tcW w:type="dxa" w:w="1644"/>
            <w:vAlign w:val="center"/>
          </w:tcPr>
          <w:p>
            <w:r/>
            <w:r>
              <w:rPr>
                <w:rFonts w:ascii="Malgun Gothic" w:hAnsi="Malgun Gothic" w:eastAsia="Malgun Gothic"/>
                <w:b w:val="0"/>
                <w:sz w:val="14"/>
              </w:rPr>
              <w:t>diagnosis_claim</w:t>
            </w:r>
          </w:p>
        </w:tc>
        <w:tc>
          <w:tcPr>
            <w:tcW w:type="dxa" w:w="1644"/>
            <w:vAlign w:val="center"/>
          </w:tcPr>
          <w:p>
            <w:r/>
            <w:r>
              <w:rPr>
                <w:rFonts w:ascii="Malgun Gothic" w:hAnsi="Malgun Gothic" w:eastAsia="Malgun Gothic"/>
                <w:b w:val="0"/>
                <w:sz w:val="14"/>
              </w:rPr>
              <w:t xml:space="preserve">다. 따라서 제안된 지수의 타당도는 내적 구성 타당도 근거에 국한되며, 임상적 스트레스 진단이나 지도학습 기반 예측모형으로 확장 해석되어서는 안 된다. 이 지수는 </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진단 표현은 제한적으로만 사용해야 함</w:t>
            </w:r>
          </w:p>
        </w:tc>
      </w:tr>
      <w:tr>
        <w:trPr>
          <w:cantSplit/>
        </w:trPr>
        <w:tc>
          <w:tcPr>
            <w:tcW w:type="dxa" w:w="1644"/>
            <w:vAlign w:val="center"/>
          </w:tcPr>
          <w:p>
            <w:r/>
            <w:r>
              <w:rPr>
                <w:rFonts w:ascii="Malgun Gothic" w:hAnsi="Malgun Gothic" w:eastAsia="Malgun Gothic"/>
                <w:b w:val="0"/>
                <w:sz w:val="14"/>
              </w:rPr>
              <w:t>10_limitations_conclusion</w:t>
            </w:r>
          </w:p>
        </w:tc>
        <w:tc>
          <w:tcPr>
            <w:tcW w:type="dxa" w:w="1644"/>
            <w:vAlign w:val="center"/>
          </w:tcPr>
          <w:p>
            <w:r/>
            <w:r>
              <w:rPr>
                <w:rFonts w:ascii="Malgun Gothic" w:hAnsi="Malgun Gothic" w:eastAsia="Malgun Gothic"/>
                <w:b w:val="0"/>
                <w:sz w:val="14"/>
              </w:rPr>
              <w:t>한계 및 결론</w:t>
            </w:r>
          </w:p>
        </w:tc>
        <w:tc>
          <w:tcPr>
            <w:tcW w:type="dxa" w:w="1644"/>
            <w:vAlign w:val="center"/>
          </w:tcPr>
          <w:p>
            <w:r/>
            <w:r>
              <w:rPr>
                <w:rFonts w:ascii="Malgun Gothic" w:hAnsi="Malgun Gothic" w:eastAsia="Malgun Gothic"/>
                <w:b w:val="0"/>
                <w:sz w:val="14"/>
              </w:rPr>
              <w:t>placeholder_figure</w:t>
            </w:r>
          </w:p>
        </w:tc>
        <w:tc>
          <w:tcPr>
            <w:tcW w:type="dxa" w:w="1644"/>
            <w:vAlign w:val="center"/>
          </w:tcPr>
          <w:p>
            <w:r/>
            <w:r>
              <w:rPr>
                <w:rFonts w:ascii="Malgun Gothic" w:hAnsi="Malgun Gothic" w:eastAsia="Malgun Gothic"/>
                <w:b w:val="0"/>
                <w:sz w:val="14"/>
              </w:rPr>
              <w:t>이 스트레스와 관련된 심리적 상태를 반영할 수 있음을 시사한다. 특히, [그림 X]에서 확인할 수 있듯이, 특정 음성 임베딩 차원과 텍스트 부정성 점수 간</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그림 placeholder가 남아 있음</w:t>
            </w:r>
          </w:p>
        </w:tc>
      </w:tr>
      <w:tr>
        <w:trPr>
          <w:cantSplit/>
        </w:trPr>
        <w:tc>
          <w:tcPr>
            <w:tcW w:type="dxa" w:w="1644"/>
            <w:vAlign w:val="center"/>
          </w:tcPr>
          <w:p>
            <w:r/>
            <w:r>
              <w:rPr>
                <w:rFonts w:ascii="Malgun Gothic" w:hAnsi="Malgun Gothic" w:eastAsia="Malgun Gothic"/>
                <w:b w:val="0"/>
                <w:sz w:val="14"/>
              </w:rPr>
              <w:t>10_limitations_conclusion</w:t>
            </w:r>
          </w:p>
        </w:tc>
        <w:tc>
          <w:tcPr>
            <w:tcW w:type="dxa" w:w="1644"/>
            <w:vAlign w:val="center"/>
          </w:tcPr>
          <w:p>
            <w:r/>
            <w:r>
              <w:rPr>
                <w:rFonts w:ascii="Malgun Gothic" w:hAnsi="Malgun Gothic" w:eastAsia="Malgun Gothic"/>
                <w:b w:val="0"/>
                <w:sz w:val="14"/>
              </w:rPr>
              <w:t>한계 및 결론</w:t>
            </w:r>
          </w:p>
        </w:tc>
        <w:tc>
          <w:tcPr>
            <w:tcW w:type="dxa" w:w="1644"/>
            <w:vAlign w:val="center"/>
          </w:tcPr>
          <w:p>
            <w:r/>
            <w:r>
              <w:rPr>
                <w:rFonts w:ascii="Malgun Gothic" w:hAnsi="Malgun Gothic" w:eastAsia="Malgun Gothic"/>
                <w:b w:val="0"/>
                <w:sz w:val="14"/>
              </w:rPr>
              <w:t>unverified_embedding</w:t>
            </w:r>
          </w:p>
        </w:tc>
        <w:tc>
          <w:tcPr>
            <w:tcW w:type="dxa" w:w="1644"/>
            <w:vAlign w:val="center"/>
          </w:tcPr>
          <w:p>
            <w:r/>
            <w:r>
              <w:rPr>
                <w:rFonts w:ascii="Malgun Gothic" w:hAnsi="Malgun Gothic" w:eastAsia="Malgun Gothic"/>
                <w:b w:val="0"/>
                <w:sz w:val="14"/>
              </w:rPr>
              <w:t>를 향상시키기 위한 후처리 과정을 도입해야 한다.  다섯째, 본 연구는 음성 임베딩(embeddings)과 텍스트 부정성 점수라는 두 가지 단일 모달리티에</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실제 분석하지 않은 임베딩 표현 가능성</w:t>
            </w:r>
          </w:p>
        </w:tc>
      </w:tr>
      <w:tr>
        <w:trPr>
          <w:cantSplit/>
        </w:trPr>
        <w:tc>
          <w:tcPr>
            <w:tcW w:type="dxa" w:w="1644"/>
            <w:vAlign w:val="center"/>
          </w:tcPr>
          <w:p>
            <w:r/>
            <w:r>
              <w:rPr>
                <w:rFonts w:ascii="Malgun Gothic" w:hAnsi="Malgun Gothic" w:eastAsia="Malgun Gothic"/>
                <w:b w:val="0"/>
                <w:sz w:val="14"/>
              </w:rPr>
              <w:t>10_limitations_conclusion</w:t>
            </w:r>
          </w:p>
        </w:tc>
        <w:tc>
          <w:tcPr>
            <w:tcW w:type="dxa" w:w="1644"/>
            <w:vAlign w:val="center"/>
          </w:tcPr>
          <w:p>
            <w:r/>
            <w:r>
              <w:rPr>
                <w:rFonts w:ascii="Malgun Gothic" w:hAnsi="Malgun Gothic" w:eastAsia="Malgun Gothic"/>
                <w:b w:val="0"/>
                <w:sz w:val="14"/>
              </w:rPr>
              <w:t>한계 및 결론</w:t>
            </w:r>
          </w:p>
        </w:tc>
        <w:tc>
          <w:tcPr>
            <w:tcW w:type="dxa" w:w="1644"/>
            <w:vAlign w:val="center"/>
          </w:tcPr>
          <w:p>
            <w:r/>
            <w:r>
              <w:rPr>
                <w:rFonts w:ascii="Malgun Gothic" w:hAnsi="Malgun Gothic" w:eastAsia="Malgun Gothic"/>
                <w:b w:val="0"/>
                <w:sz w:val="14"/>
              </w:rPr>
              <w:t>unverified_embedding</w:t>
            </w:r>
          </w:p>
        </w:tc>
        <w:tc>
          <w:tcPr>
            <w:tcW w:type="dxa" w:w="1644"/>
            <w:vAlign w:val="center"/>
          </w:tcPr>
          <w:p>
            <w:r/>
            <w:r>
              <w:rPr>
                <w:rFonts w:ascii="Malgun Gothic" w:hAnsi="Malgun Gothic" w:eastAsia="Malgun Gothic"/>
                <w:b w:val="0"/>
                <w:sz w:val="14"/>
              </w:rPr>
              <w:t xml:space="preserve"> 위한 후처리 과정을 도입해야 한다.  다섯째, 본 연구는 음성 임베딩(embeddings)과 텍스트 부정성 점수라는 두 가지 단일 모달리티에 초점을 맞추었다. </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실제 분석하지 않은 임베딩 표현 가능성</w:t>
            </w:r>
          </w:p>
        </w:tc>
      </w:tr>
      <w:tr>
        <w:trPr>
          <w:cantSplit/>
        </w:trPr>
        <w:tc>
          <w:tcPr>
            <w:tcW w:type="dxa" w:w="1644"/>
            <w:vAlign w:val="center"/>
          </w:tcPr>
          <w:p>
            <w:r/>
            <w:r>
              <w:rPr>
                <w:rFonts w:ascii="Malgun Gothic" w:hAnsi="Malgun Gothic" w:eastAsia="Malgun Gothic"/>
                <w:b w:val="0"/>
                <w:sz w:val="14"/>
              </w:rPr>
              <w:t>10_limitations_conclusion</w:t>
            </w:r>
          </w:p>
        </w:tc>
        <w:tc>
          <w:tcPr>
            <w:tcW w:type="dxa" w:w="1644"/>
            <w:vAlign w:val="center"/>
          </w:tcPr>
          <w:p>
            <w:r/>
            <w:r>
              <w:rPr>
                <w:rFonts w:ascii="Malgun Gothic" w:hAnsi="Malgun Gothic" w:eastAsia="Malgun Gothic"/>
                <w:b w:val="0"/>
                <w:sz w:val="14"/>
              </w:rPr>
              <w:t>한계 및 결론</w:t>
            </w:r>
          </w:p>
        </w:tc>
        <w:tc>
          <w:tcPr>
            <w:tcW w:type="dxa" w:w="1644"/>
            <w:vAlign w:val="center"/>
          </w:tcPr>
          <w:p>
            <w:r/>
            <w:r>
              <w:rPr>
                <w:rFonts w:ascii="Malgun Gothic" w:hAnsi="Malgun Gothic" w:eastAsia="Malgun Gothic"/>
                <w:b w:val="0"/>
                <w:sz w:val="14"/>
              </w:rPr>
              <w:t>unverified_embedding</w:t>
            </w:r>
          </w:p>
        </w:tc>
        <w:tc>
          <w:tcPr>
            <w:tcW w:type="dxa" w:w="1644"/>
            <w:vAlign w:val="center"/>
          </w:tcPr>
          <w:p>
            <w:r/>
            <w:r>
              <w:rPr>
                <w:rFonts w:ascii="Malgun Gothic" w:hAnsi="Malgun Gothic" w:eastAsia="Malgun Gothic"/>
                <w:b w:val="0"/>
                <w:sz w:val="14"/>
              </w:rPr>
              <w:t xml:space="preserve"> 수 있음을 시사한다. 특히, [그림 X]에서 확인할 수 있듯이, 특정 음성 임베딩 차원과 텍스트 부정성 점수 간의 상관 패턴은 이론적으로 예측된 방향성과</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실제 분석하지 않은 임베딩 표현 가능성</w:t>
            </w:r>
          </w:p>
        </w:tc>
      </w:tr>
      <w:tr>
        <w:trPr>
          <w:cantSplit/>
        </w:trPr>
        <w:tc>
          <w:tcPr>
            <w:tcW w:type="dxa" w:w="1644"/>
            <w:vAlign w:val="center"/>
          </w:tcPr>
          <w:p>
            <w:r/>
            <w:r>
              <w:rPr>
                <w:rFonts w:ascii="Malgun Gothic" w:hAnsi="Malgun Gothic" w:eastAsia="Malgun Gothic"/>
                <w:b w:val="0"/>
                <w:sz w:val="14"/>
              </w:rPr>
              <w:t>10_limitations_conclusion</w:t>
            </w:r>
          </w:p>
        </w:tc>
        <w:tc>
          <w:tcPr>
            <w:tcW w:type="dxa" w:w="1644"/>
            <w:vAlign w:val="center"/>
          </w:tcPr>
          <w:p>
            <w:r/>
            <w:r>
              <w:rPr>
                <w:rFonts w:ascii="Malgun Gothic" w:hAnsi="Malgun Gothic" w:eastAsia="Malgun Gothic"/>
                <w:b w:val="0"/>
                <w:sz w:val="14"/>
              </w:rPr>
              <w:t>한계 및 결론</w:t>
            </w:r>
          </w:p>
        </w:tc>
        <w:tc>
          <w:tcPr>
            <w:tcW w:type="dxa" w:w="1644"/>
            <w:vAlign w:val="center"/>
          </w:tcPr>
          <w:p>
            <w:r/>
            <w:r>
              <w:rPr>
                <w:rFonts w:ascii="Malgun Gothic" w:hAnsi="Malgun Gothic" w:eastAsia="Malgun Gothic"/>
                <w:b w:val="0"/>
                <w:sz w:val="14"/>
              </w:rPr>
              <w:t>unverified_text_negative</w:t>
            </w:r>
          </w:p>
        </w:tc>
        <w:tc>
          <w:tcPr>
            <w:tcW w:type="dxa" w:w="1644"/>
            <w:vAlign w:val="center"/>
          </w:tcPr>
          <w:p>
            <w:r/>
            <w:r>
              <w:rPr>
                <w:rFonts w:ascii="Malgun Gothic" w:hAnsi="Malgun Gothic" w:eastAsia="Malgun Gothic"/>
                <w:b w:val="0"/>
                <w:sz w:val="14"/>
              </w:rPr>
              <w:t>비표준 발음에서 STT 오류율이 높아질 경우, 텍스트 기반 부정성 점수(text negativity scores)의 신뢰성이 저하될 수 있다. 또한, 사용된 오디오 코덱의</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실제 분석하지 않은 텍스트 부정성 표현 가능성</w:t>
            </w:r>
          </w:p>
        </w:tc>
      </w:tr>
      <w:tr>
        <w:trPr>
          <w:cantSplit/>
        </w:trPr>
        <w:tc>
          <w:tcPr>
            <w:tcW w:type="dxa" w:w="1644"/>
            <w:vAlign w:val="center"/>
          </w:tcPr>
          <w:p>
            <w:r/>
            <w:r>
              <w:rPr>
                <w:rFonts w:ascii="Malgun Gothic" w:hAnsi="Malgun Gothic" w:eastAsia="Malgun Gothic"/>
                <w:b w:val="0"/>
                <w:sz w:val="14"/>
              </w:rPr>
              <w:t>10_limitations_conclusion</w:t>
            </w:r>
          </w:p>
        </w:tc>
        <w:tc>
          <w:tcPr>
            <w:tcW w:type="dxa" w:w="1644"/>
            <w:vAlign w:val="center"/>
          </w:tcPr>
          <w:p>
            <w:r/>
            <w:r>
              <w:rPr>
                <w:rFonts w:ascii="Malgun Gothic" w:hAnsi="Malgun Gothic" w:eastAsia="Malgun Gothic"/>
                <w:b w:val="0"/>
                <w:sz w:val="14"/>
              </w:rPr>
              <w:t>한계 및 결론</w:t>
            </w:r>
          </w:p>
        </w:tc>
        <w:tc>
          <w:tcPr>
            <w:tcW w:type="dxa" w:w="1644"/>
            <w:vAlign w:val="center"/>
          </w:tcPr>
          <w:p>
            <w:r/>
            <w:r>
              <w:rPr>
                <w:rFonts w:ascii="Malgun Gothic" w:hAnsi="Malgun Gothic" w:eastAsia="Malgun Gothic"/>
                <w:b w:val="0"/>
                <w:sz w:val="14"/>
              </w:rPr>
              <w:t>unverified_text_negative</w:t>
            </w:r>
          </w:p>
        </w:tc>
        <w:tc>
          <w:tcPr>
            <w:tcW w:type="dxa" w:w="1644"/>
            <w:vAlign w:val="center"/>
          </w:tcPr>
          <w:p>
            <w:r/>
            <w:r>
              <w:rPr>
                <w:rFonts w:ascii="Malgun Gothic" w:hAnsi="Malgun Gothic" w:eastAsia="Malgun Gothic"/>
                <w:b w:val="0"/>
                <w:sz w:val="14"/>
              </w:rPr>
              <w:t xml:space="preserve">입해야 한다.  다섯째, 본 연구는 음성 임베딩(embeddings)과 텍스트 부정성 점수라는 두 가지 단일 모달리티에 초점을 맞추었다. 스트레스는 음성, </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실제 분석하지 않은 텍스트 부정성 표현 가능성</w:t>
            </w:r>
          </w:p>
        </w:tc>
      </w:tr>
      <w:tr>
        <w:trPr>
          <w:cantSplit/>
        </w:trPr>
        <w:tc>
          <w:tcPr>
            <w:tcW w:type="dxa" w:w="1644"/>
            <w:vAlign w:val="center"/>
          </w:tcPr>
          <w:p>
            <w:r/>
            <w:r>
              <w:rPr>
                <w:rFonts w:ascii="Malgun Gothic" w:hAnsi="Malgun Gothic" w:eastAsia="Malgun Gothic"/>
                <w:b w:val="0"/>
                <w:sz w:val="14"/>
              </w:rPr>
              <w:t>10_limitations_conclusion</w:t>
            </w:r>
          </w:p>
        </w:tc>
        <w:tc>
          <w:tcPr>
            <w:tcW w:type="dxa" w:w="1644"/>
            <w:vAlign w:val="center"/>
          </w:tcPr>
          <w:p>
            <w:r/>
            <w:r>
              <w:rPr>
                <w:rFonts w:ascii="Malgun Gothic" w:hAnsi="Malgun Gothic" w:eastAsia="Malgun Gothic"/>
                <w:b w:val="0"/>
                <w:sz w:val="14"/>
              </w:rPr>
              <w:t>한계 및 결론</w:t>
            </w:r>
          </w:p>
        </w:tc>
        <w:tc>
          <w:tcPr>
            <w:tcW w:type="dxa" w:w="1644"/>
            <w:vAlign w:val="center"/>
          </w:tcPr>
          <w:p>
            <w:r/>
            <w:r>
              <w:rPr>
                <w:rFonts w:ascii="Malgun Gothic" w:hAnsi="Malgun Gothic" w:eastAsia="Malgun Gothic"/>
                <w:b w:val="0"/>
                <w:sz w:val="14"/>
              </w:rPr>
              <w:t>unverified_text_negative</w:t>
            </w:r>
          </w:p>
        </w:tc>
        <w:tc>
          <w:tcPr>
            <w:tcW w:type="dxa" w:w="1644"/>
            <w:vAlign w:val="center"/>
          </w:tcPr>
          <w:p>
            <w:r/>
            <w:r>
              <w:rPr>
                <w:rFonts w:ascii="Malgun Gothic" w:hAnsi="Malgun Gothic" w:eastAsia="Malgun Gothic"/>
                <w:b w:val="0"/>
                <w:sz w:val="14"/>
              </w:rPr>
              <w:t>. 특히, [그림 X]에서 확인할 수 있듯이, 특정 음성 임베딩 차원과 텍스트 부정성 점수 간의 상관 패턴은 이론적으로 예측된 방향성과 일치하였다. 결론적으</w:t>
            </w:r>
          </w:p>
        </w:tc>
        <w:tc>
          <w:tcPr>
            <w:tcW w:type="dxa" w:w="1644"/>
            <w:vAlign w:val="center"/>
          </w:tcPr>
          <w:p>
            <w:r/>
            <w:r>
              <w:rPr>
                <w:rFonts w:ascii="Malgun Gothic" w:hAnsi="Malgun Gothic" w:eastAsia="Malgun Gothic"/>
                <w:b w:val="0"/>
                <w:sz w:val="14"/>
              </w:rPr>
              <w:t>high</w:t>
            </w:r>
          </w:p>
        </w:tc>
        <w:tc>
          <w:tcPr>
            <w:tcW w:type="dxa" w:w="1644"/>
            <w:vAlign w:val="center"/>
          </w:tcPr>
          <w:p>
            <w:r/>
            <w:r>
              <w:rPr>
                <w:rFonts w:ascii="Malgun Gothic" w:hAnsi="Malgun Gothic" w:eastAsia="Malgun Gothic"/>
                <w:b w:val="0"/>
                <w:sz w:val="14"/>
              </w:rPr>
              <w:t>실제 분석하지 않은 텍스트 부정성 표현 가능성</w:t>
            </w:r>
          </w:p>
        </w:tc>
      </w:tr>
      <w:tr>
        <w:trPr>
          <w:cantSplit/>
        </w:trPr>
        <w:tc>
          <w:tcPr>
            <w:tcW w:type="dxa" w:w="1644"/>
            <w:vAlign w:val="center"/>
          </w:tcPr>
          <w:p>
            <w:r/>
            <w:r>
              <w:rPr>
                <w:rFonts w:ascii="Malgun Gothic" w:hAnsi="Malgun Gothic" w:eastAsia="Malgun Gothic"/>
                <w:b w:val="0"/>
                <w:sz w:val="14"/>
              </w:rPr>
              <w:t>10_limitations_conclusion</w:t>
            </w:r>
          </w:p>
        </w:tc>
        <w:tc>
          <w:tcPr>
            <w:tcW w:type="dxa" w:w="1644"/>
            <w:vAlign w:val="center"/>
          </w:tcPr>
          <w:p>
            <w:r/>
            <w:r>
              <w:rPr>
                <w:rFonts w:ascii="Malgun Gothic" w:hAnsi="Malgun Gothic" w:eastAsia="Malgun Gothic"/>
                <w:b w:val="0"/>
                <w:sz w:val="14"/>
              </w:rPr>
              <w:t>한계 및 결론</w:t>
            </w:r>
          </w:p>
        </w:tc>
        <w:tc>
          <w:tcPr>
            <w:tcW w:type="dxa" w:w="1644"/>
            <w:vAlign w:val="center"/>
          </w:tcPr>
          <w:p>
            <w:r/>
            <w:r>
              <w:rPr>
                <w:rFonts w:ascii="Malgun Gothic" w:hAnsi="Malgun Gothic" w:eastAsia="Malgun Gothic"/>
                <w:b w:val="0"/>
                <w:sz w:val="14"/>
              </w:rPr>
              <w:t>diagnosis_claim</w:t>
            </w:r>
          </w:p>
        </w:tc>
        <w:tc>
          <w:tcPr>
            <w:tcW w:type="dxa" w:w="1644"/>
            <w:vAlign w:val="center"/>
          </w:tcPr>
          <w:p>
            <w:r/>
            <w:r>
              <w:rPr>
                <w:rFonts w:ascii="Malgun Gothic" w:hAnsi="Malgun Gothic" w:eastAsia="Malgun Gothic"/>
                <w:b w:val="0"/>
                <w:sz w:val="14"/>
              </w:rPr>
              <w:t>몇 가지 중요한 한계를 지닌다. 첫째, 본 연구는 외부 준거 라벨(예: 임상적 스트레스 진단, 생리학적 측정치)이 부재한 상태에서 수행되었다. 따라서 제안된 지수들</w:t>
            </w:r>
          </w:p>
        </w:tc>
        <w:tc>
          <w:tcPr>
            <w:tcW w:type="dxa" w:w="1644"/>
            <w:vAlign w:val="center"/>
          </w:tcPr>
          <w:p>
            <w:r/>
            <w:r>
              <w:rPr>
                <w:rFonts w:ascii="Malgun Gothic" w:hAnsi="Malgun Gothic" w:eastAsia="Malgun Gothic"/>
                <w:b w:val="0"/>
                <w:sz w:val="14"/>
              </w:rPr>
              <w:t>medium</w:t>
            </w:r>
          </w:p>
        </w:tc>
        <w:tc>
          <w:tcPr>
            <w:tcW w:type="dxa" w:w="1644"/>
            <w:vAlign w:val="center"/>
          </w:tcPr>
          <w:p>
            <w:r/>
            <w:r>
              <w:rPr>
                <w:rFonts w:ascii="Malgun Gothic" w:hAnsi="Malgun Gothic" w:eastAsia="Malgun Gothic"/>
                <w:b w:val="0"/>
                <w:sz w:val="14"/>
              </w:rPr>
              <w:t>진단 표현은 제한적으로만 사용해야 함</w:t>
            </w:r>
          </w:p>
        </w:tc>
      </w:tr>
    </w:tbl>
    <w:p/>
    <w:p>
      <w:pPr>
        <w:pStyle w:val="Heading3"/>
      </w:pPr>
      <w:r>
        <w:t>산출물 텍스트: results/manuscript_text/data_quality_action_log_ko.md</w:t>
      </w:r>
    </w:p>
    <w:p>
      <w:r>
        <w:t># 데이터 품질 자동 조치 계획</w:t>
        <w:br/>
        <w:br/>
        <w:t>## 1. VOC STT/WPM 자동 복구</w:t>
        <w:br/>
        <w:t>- 코드: `FIX_VOC_STT_WPM`</w:t>
        <w:br/>
        <w:t>- 원인: 전사문, 단어 수, WPM 또는 z_wpm이 비정상입니다. VOC STT부터 다시 돌려야 합니다.</w:t>
        <w:br/>
        <w:t>- 트리거: VOC transcript column; VOC word_cnt; VOC text_len; VOC wpm; Stress index z_wpm</w:t>
        <w:br/>
        <w:t>- 자동 실행 가능: YES</w:t>
        <w:br/>
        <w:t>- 실행 힌트: `python src/auto_remediate.py --fix-voc-stt-wpm --model medium --limit &lt;N&gt; --overwrite-stt`</w:t>
        <w:br/>
        <w:br/>
        <w:t>## 3. 상수/결측 변수 해석 제한 표시</w:t>
        <w:br/>
        <w:t>- 코드: `REVIEW_FEATURE_QUALITY`</w:t>
        <w:br/>
        <w:t>- 원인: 상수 또는 결측 처리된 변수가 있습니다. 자동 복구보다 STT/원본 데이터 확인이 우선입니다.</w:t>
        <w:br/>
        <w:t>- 트리거: Feature quality table</w:t>
        <w:br/>
        <w:t>- 자동 실행 가능: PARTIAL</w:t>
        <w:br/>
        <w:t>- 실행 힌트: `먼저 FIX_VOC_STT_WPM 실행. 이후에도 남으면 해당 변수는 본문에서 보조/제외로 표시`</w:t>
        <w:br/>
        <w:br/>
        <w:t>## 4. 표본 수 확대 재실행</w:t>
        <w:br/>
        <w:t>- 코드: `RUN_LARGER_SAMPLE`</w:t>
        <w:br/>
        <w:t>- 원인: 현재는 테스트/파일럿 표본입니다. SCI 원고용은 500개 이상, 가능하면 전체/998건으로 재실행해야 합니다.</w:t>
        <w:br/>
        <w:t>- 트리거: VOC feature sample size</w:t>
        <w:br/>
        <w:t>- 자동 실행 가능: YES</w:t>
        <w:br/>
        <w:t>- 실행 힌트: `대시보드 테스트 개수 500/1000/전체 선택 후 전체 파이프라인 또는 자동 조치 실행`</w:t>
        <w:br/>
      </w:r>
    </w:p>
    <w:p>
      <w:pPr>
        <w:pStyle w:val="Heading3"/>
      </w:pPr>
      <w:r>
        <w:t>산출물 텍스트: results/manuscript_text/data_quality_warning_ko.md</w:t>
      </w:r>
    </w:p>
    <w:p>
      <w:r>
        <w:t># 데이터 품질 점검 결과</w:t>
        <w:br/>
        <w:br/>
        <w:t>- PASS: 1</w:t>
        <w:br/>
        <w:t>- WARN: 3</w:t>
        <w:br/>
        <w:t>- FAIL: 5</w:t>
        <w:br/>
        <w:t>- 논문용 사용 가능 여부: 불가 또는 추가 확인 필요</w:t>
        <w:br/>
        <w:br/>
        <w:t>## 조치 필요 항목</w:t>
        <w:br/>
        <w:t>- **VOC Whisper STT result file** [WARN]: VOC STT 파일은 있으나 빈 전사문 비율이 높습니다. → 빈 전사문이 많으면 Whisper model/device 설정, 음성 변환 파일, VAD 설정을 확인하세요.</w:t>
        <w:br/>
        <w:t>- **VOC feature sample size** [WARN]: 현재 VOC 특징 데이터는 n=100입니다. → SCI 최종 원고 전에는 500개 이상, 가능하면 전체/998건으로 재실행하세요.</w:t>
        <w:br/>
        <w:t>- **VOC transcript column** [FAIL]: transcript가 대부분 비어 있습니다. 현재 결과는 STT 제외 테스트 결과입니다. → STT 제외 체크를 해제하고 VOC Whisper STT 포함으로 전체 파이프라인을 재실행하세요.</w:t>
        <w:br/>
        <w:t>- **VOC word_cnt** [FAIL]: word_cnt 산출 상태 확인 → FAIL이면 STT 포함 재실행 필요</w:t>
        <w:br/>
        <w:t>- **VOC text_len** [FAIL]: text_len 산출 상태 확인 → FAIL이면 STT 포함 재실행 필요</w:t>
        <w:br/>
        <w:t>- **VOC wpm** [FAIL]: wpm이 전부 0 또는 상수입니다. 논문용 stress_score에 사용할 수 없습니다. → STT 제외 체크 해제 → VOC Whisper STT 실행 → VOC 특징 추출 → Stress Index 재산출 순서로 다시 실행하세요.</w:t>
        <w:br/>
        <w:t>- **Stress index z_wpm** [FAIL]: z_wpm이 전부 0입니다. WPM이 지수에 반영되지 않았습니다. → VOC STT 포함 재실행 후 stress_score를 재산출하세요.</w:t>
        <w:br/>
        <w:t>- **Feature quality table** [WARN]: 상수/결측 처리된 변수가 있습니다. → 해당 변수가 후속 원고에서 현재 분석 결과처럼 해석되지 않도록 주의하세요.</w:t>
        <w:br/>
        <w:br/>
        <w:t>## 실행 권장 순서</w:t>
        <w:br/>
        <w:t>1. Whisper STT 메뉴에서 dataset=voc, model=medium으로 STT 실행</w:t>
        <w:br/>
        <w:t>2. VOC 특징 추출 실행</w:t>
        <w:br/>
        <w:t>3. Stress Index 재산출 실행</w:t>
        <w:br/>
        <w:t>4. 데이터 품질 점검 실행</w:t>
        <w:br/>
        <w:t>5. PASS 확인 후 구성 타당도 분석과 논문 원고 생성 진행</w:t>
      </w:r>
    </w:p>
    <w:p>
      <w:pPr>
        <w:pStyle w:val="Heading3"/>
      </w:pPr>
      <w:r>
        <w:t>산출물 텍스트: results/manuscript_text/deploy_result_integrity_ko.md</w:t>
      </w:r>
    </w:p>
    <w:p>
      <w:r>
        <w:t># 모바일 배포 결과값 출처 점검</w:t>
        <w:br/>
        <w:br/>
        <w:t>- 생성시각: 2026-07-04 18:35:46</w:t>
        <w:br/>
        <w:t>- 프로파일: `n1000`</w:t>
        <w:br/>
        <w:t>- 판정: **READY**</w:t>
        <w:br/>
        <w:t>- 메시지: 모바일 배포에 사용할 Feature/Stress 결과가 확인됐습니다. 0건 표시가 나오면 패키지가 오래된 것입니다.</w:t>
        <w:br/>
        <w:br/>
        <w:t>## 핵심 사용 출처</w:t>
        <w:br/>
        <w:br/>
        <w:t>- Features: 1000건 · root · `C:\AI\sci_voc_bot\data\voc\features\voc_features.csv`</w:t>
        <w:br/>
        <w:t>- Stress: 1000건 · root · `C:\AI\sci_voc_bot\results\stress_index\voc_stress_score_rebuilt.csv`</w:t>
        <w:br/>
        <w:t>- STT small: 1000건 · root · `C:\AI\sci_voc_bot\data\voc\stt\voc_whisper_small_results.csv`</w:t>
        <w:br/>
        <w:br/>
        <w:t>## 해석</w:t>
        <w:br/>
        <w:br/>
        <w:t>모바일 콘솔은 분석을 실행하는 곳이 아니라, 로컬에서 생성된 결과값을 확인하는 곳입니다.</w:t>
        <w:br/>
        <w:t>따라서 0건으로 보이면 먼저 결과 파일 부재가 아니라 잘못된 snapshot 또는 오래된 배포 패키지를 의심해야 합니다.</w:t>
        <w:br/>
      </w:r>
    </w:p>
    <w:p>
      <w:pPr>
        <w:pStyle w:val="Heading2"/>
      </w:pPr>
      <w:r>
        <w:t>결과 해석</w:t>
      </w:r>
    </w:p>
    <w:p>
      <w:r>
        <w:t>건수의 단위를 구분하면 57,619 세그먼트와 2,000 슬롯을 2,000개의 새 음성 파일로 오해하는 문제를 방지할 수 있다.</w:t>
      </w:r>
    </w:p>
    <w:p>
      <w:pPr>
        <w:pStyle w:val="Heading2"/>
      </w:pPr>
      <w:r>
        <w:t>한계 및 논문 반영 기준</w:t>
      </w:r>
    </w:p>
    <w:p>
      <w:r>
        <w:t>2,000은 원본 음성 건수가 아니라 1,000통화×2화자 후보 슬롯이다.</w:t>
      </w:r>
    </w:p>
    <w:p>
      <w:r>
        <w:br w:type="page"/>
      </w:r>
    </w:p>
    <w:p>
      <w:pPr>
        <w:pStyle w:val="Heading1"/>
      </w:pPr>
      <w:r>
        <w:t>5. AS-IS/TO-BE 비교 및 추가 분석</w:t>
      </w:r>
    </w:p>
    <w:p>
      <w:pPr>
        <w:pStyle w:val="Heading2"/>
      </w:pPr>
      <w:r>
        <w:t>논문 작성용 상세 본문</w:t>
      </w:r>
    </w:p>
    <w:p>
      <w:r>
        <w:t>AS-IS는 최종 논문 본문 타당도 분석이고, TO-BE는 자동화 재현성 검증이며, 화자분리 확장은 통화 내부 상호작용 구조를 탐색하는 분석이다.</w:t>
      </w:r>
    </w:p>
    <w:p>
      <w:r>
        <w:t>세 축은 같은 데이터를 일부 공유하지만 연구 질문과 분석 단위가 다르므로 하나의 결과표에서 단순히 동일 기준으로 비교해서는 안 된다.</w:t>
      </w:r>
    </w:p>
    <w:p>
      <w:r>
        <w:t>추가 분석은 발화량·턴·응답쌍과 같은 구조적 지표부터 제시하고, segment-level stress가 준비된 뒤 스트레스 연관성 분석을 확장하는 순서가 안전하다.</w:t>
      </w:r>
    </w:p>
    <w:p>
      <w:r>
        <w:t>AS-IS와 TO-BE의 수치 차이는 동일 조건에서의 성능 차이로 바로 해석할 수 없다. 표본 구성, STT 버전, WPM 산출, 전처리, 스키마와 결과 슬롯을 먼저 확인해야 한다.</w:t>
      </w:r>
    </w:p>
    <w:p>
      <w:r>
        <w:t>추가 분석은 현재 확보된 발화량·턴·응답쌍부터 시작하고, segment-level STT와 WPM이 완성된 뒤 stress 연관성으로 확장해야 한다.</w:t>
      </w:r>
    </w:p>
    <w:p>
      <w:r>
        <w:t>이 단계적 접근은 후속 결과가 본문 분석의 신뢰성을 침해하지 않도록 하는 연구 연속성 전략이다.</w:t>
      </w:r>
    </w:p>
    <w:p>
      <w:pPr>
        <w:pStyle w:val="Heading2"/>
      </w:pPr>
      <w:r>
        <w:t>분석 수치 및 결과표</w:t>
      </w:r>
    </w:p>
    <w:p>
      <w:r>
        <w:rPr>
          <w:b/>
        </w:rPr>
        <w:t>표 5-1. 분석 축 비교</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6"/>
              </w:rPr>
              <w:t>분석 축</w:t>
            </w:r>
          </w:p>
        </w:tc>
        <w:tc>
          <w:tcPr>
            <w:tcW w:type="dxa" w:w="2466"/>
          </w:tcPr>
          <w:p>
            <w:r/>
            <w:r>
              <w:rPr>
                <w:rFonts w:ascii="Malgun Gothic" w:hAnsi="Malgun Gothic" w:eastAsia="Malgun Gothic"/>
                <w:b/>
                <w:sz w:val="16"/>
              </w:rPr>
              <w:t>단위</w:t>
            </w:r>
          </w:p>
        </w:tc>
        <w:tc>
          <w:tcPr>
            <w:tcW w:type="dxa" w:w="2466"/>
          </w:tcPr>
          <w:p>
            <w:r/>
            <w:r>
              <w:rPr>
                <w:rFonts w:ascii="Malgun Gothic" w:hAnsi="Malgun Gothic" w:eastAsia="Malgun Gothic"/>
                <w:b/>
                <w:sz w:val="16"/>
              </w:rPr>
              <w:t>핵심 질문</w:t>
            </w:r>
          </w:p>
        </w:tc>
        <w:tc>
          <w:tcPr>
            <w:tcW w:type="dxa" w:w="2466"/>
          </w:tcPr>
          <w:p>
            <w:r/>
            <w:r>
              <w:rPr>
                <w:rFonts w:ascii="Malgun Gothic" w:hAnsi="Malgun Gothic" w:eastAsia="Malgun Gothic"/>
                <w:b/>
                <w:sz w:val="16"/>
              </w:rPr>
              <w:t>현재 상태</w:t>
            </w:r>
          </w:p>
        </w:tc>
      </w:tr>
      <w:tr>
        <w:trPr>
          <w:cantSplit/>
        </w:trPr>
        <w:tc>
          <w:tcPr>
            <w:tcW w:type="dxa" w:w="2466"/>
            <w:vAlign w:val="center"/>
          </w:tcPr>
          <w:p>
            <w:r/>
            <w:r>
              <w:rPr>
                <w:rFonts w:ascii="Malgun Gothic" w:hAnsi="Malgun Gothic" w:eastAsia="Malgun Gothic"/>
                <w:b w:val="0"/>
                <w:sz w:val="16"/>
              </w:rPr>
              <w:t>AS-IS</w:t>
            </w:r>
          </w:p>
        </w:tc>
        <w:tc>
          <w:tcPr>
            <w:tcW w:type="dxa" w:w="2466"/>
            <w:vAlign w:val="center"/>
          </w:tcPr>
          <w:p>
            <w:r/>
            <w:r>
              <w:rPr>
                <w:rFonts w:ascii="Malgun Gothic" w:hAnsi="Malgun Gothic" w:eastAsia="Malgun Gothic"/>
                <w:b w:val="0"/>
                <w:sz w:val="16"/>
              </w:rPr>
              <w:t>통화 전체</w:t>
            </w:r>
          </w:p>
        </w:tc>
        <w:tc>
          <w:tcPr>
            <w:tcW w:type="dxa" w:w="2466"/>
            <w:vAlign w:val="center"/>
          </w:tcPr>
          <w:p>
            <w:r/>
            <w:r>
              <w:rPr>
                <w:rFonts w:ascii="Malgun Gothic" w:hAnsi="Malgun Gothic" w:eastAsia="Malgun Gothic"/>
                <w:b w:val="0"/>
                <w:sz w:val="16"/>
              </w:rPr>
              <w:t>지수 구성 타당도</w:t>
            </w:r>
          </w:p>
        </w:tc>
        <w:tc>
          <w:tcPr>
            <w:tcW w:type="dxa" w:w="2466"/>
            <w:vAlign w:val="center"/>
          </w:tcPr>
          <w:p>
            <w:r/>
            <w:r>
              <w:rPr>
                <w:rFonts w:ascii="Malgun Gothic" w:hAnsi="Malgun Gothic" w:eastAsia="Malgun Gothic"/>
                <w:b w:val="0"/>
                <w:sz w:val="16"/>
              </w:rPr>
              <w:t>완료</w:t>
            </w:r>
          </w:p>
        </w:tc>
      </w:tr>
      <w:tr>
        <w:trPr>
          <w:cantSplit/>
        </w:trPr>
        <w:tc>
          <w:tcPr>
            <w:tcW w:type="dxa" w:w="2466"/>
            <w:vAlign w:val="center"/>
          </w:tcPr>
          <w:p>
            <w:r/>
            <w:r>
              <w:rPr>
                <w:rFonts w:ascii="Malgun Gothic" w:hAnsi="Malgun Gothic" w:eastAsia="Malgun Gothic"/>
                <w:b w:val="0"/>
                <w:sz w:val="16"/>
              </w:rPr>
              <w:t>TO-BE</w:t>
            </w:r>
          </w:p>
        </w:tc>
        <w:tc>
          <w:tcPr>
            <w:tcW w:type="dxa" w:w="2466"/>
            <w:vAlign w:val="center"/>
          </w:tcPr>
          <w:p>
            <w:r/>
            <w:r>
              <w:rPr>
                <w:rFonts w:ascii="Malgun Gothic" w:hAnsi="Malgun Gothic" w:eastAsia="Malgun Gothic"/>
                <w:b w:val="0"/>
                <w:sz w:val="16"/>
              </w:rPr>
              <w:t>통화 전체</w:t>
            </w:r>
          </w:p>
        </w:tc>
        <w:tc>
          <w:tcPr>
            <w:tcW w:type="dxa" w:w="2466"/>
            <w:vAlign w:val="center"/>
          </w:tcPr>
          <w:p>
            <w:r/>
            <w:r>
              <w:rPr>
                <w:rFonts w:ascii="Malgun Gothic" w:hAnsi="Malgun Gothic" w:eastAsia="Malgun Gothic"/>
                <w:b w:val="0"/>
                <w:sz w:val="16"/>
              </w:rPr>
              <w:t>자동화 재현성</w:t>
            </w:r>
          </w:p>
        </w:tc>
        <w:tc>
          <w:tcPr>
            <w:tcW w:type="dxa" w:w="2466"/>
            <w:vAlign w:val="center"/>
          </w:tcPr>
          <w:p>
            <w:r/>
            <w:r>
              <w:rPr>
                <w:rFonts w:ascii="Malgun Gothic" w:hAnsi="Malgun Gothic" w:eastAsia="Malgun Gothic"/>
                <w:b w:val="0"/>
                <w:sz w:val="16"/>
              </w:rPr>
              <w:t>완료</w:t>
            </w:r>
          </w:p>
        </w:tc>
      </w:tr>
      <w:tr>
        <w:trPr>
          <w:cantSplit/>
        </w:trPr>
        <w:tc>
          <w:tcPr>
            <w:tcW w:type="dxa" w:w="2466"/>
            <w:vAlign w:val="center"/>
          </w:tcPr>
          <w:p>
            <w:r/>
            <w:r>
              <w:rPr>
                <w:rFonts w:ascii="Malgun Gothic" w:hAnsi="Malgun Gothic" w:eastAsia="Malgun Gothic"/>
                <w:b w:val="0"/>
                <w:sz w:val="16"/>
              </w:rPr>
              <w:t>Speaker extension</w:t>
            </w:r>
          </w:p>
        </w:tc>
        <w:tc>
          <w:tcPr>
            <w:tcW w:type="dxa" w:w="2466"/>
            <w:vAlign w:val="center"/>
          </w:tcPr>
          <w:p>
            <w:r/>
            <w:r>
              <w:rPr>
                <w:rFonts w:ascii="Malgun Gothic" w:hAnsi="Malgun Gothic" w:eastAsia="Malgun Gothic"/>
                <w:b w:val="0"/>
                <w:sz w:val="16"/>
              </w:rPr>
              <w:t>세그먼트/슬롯</w:t>
            </w:r>
          </w:p>
        </w:tc>
        <w:tc>
          <w:tcPr>
            <w:tcW w:type="dxa" w:w="2466"/>
            <w:vAlign w:val="center"/>
          </w:tcPr>
          <w:p>
            <w:r/>
            <w:r>
              <w:rPr>
                <w:rFonts w:ascii="Malgun Gothic" w:hAnsi="Malgun Gothic" w:eastAsia="Malgun Gothic"/>
                <w:b w:val="0"/>
                <w:sz w:val="16"/>
              </w:rPr>
              <w:t>화자 후보 상호작용</w:t>
            </w:r>
          </w:p>
        </w:tc>
        <w:tc>
          <w:tcPr>
            <w:tcW w:type="dxa" w:w="2466"/>
            <w:vAlign w:val="center"/>
          </w:tcPr>
          <w:p>
            <w:r/>
            <w:r>
              <w:rPr>
                <w:rFonts w:ascii="Malgun Gothic" w:hAnsi="Malgun Gothic" w:eastAsia="Malgun Gothic"/>
                <w:b w:val="0"/>
                <w:sz w:val="16"/>
              </w:rPr>
              <w:t>부분 완료</w:t>
            </w:r>
          </w:p>
        </w:tc>
      </w:tr>
      <w:tr>
        <w:trPr>
          <w:cantSplit/>
        </w:trPr>
        <w:tc>
          <w:tcPr>
            <w:tcW w:type="dxa" w:w="2466"/>
            <w:vAlign w:val="center"/>
          </w:tcPr>
          <w:p>
            <w:r/>
            <w:r>
              <w:rPr>
                <w:rFonts w:ascii="Malgun Gothic" w:hAnsi="Malgun Gothic" w:eastAsia="Malgun Gothic"/>
                <w:b w:val="0"/>
                <w:sz w:val="16"/>
              </w:rPr>
              <w:t>Segment stress</w:t>
            </w:r>
          </w:p>
        </w:tc>
        <w:tc>
          <w:tcPr>
            <w:tcW w:type="dxa" w:w="2466"/>
            <w:vAlign w:val="center"/>
          </w:tcPr>
          <w:p>
            <w:r/>
            <w:r>
              <w:rPr>
                <w:rFonts w:ascii="Malgun Gothic" w:hAnsi="Malgun Gothic" w:eastAsia="Malgun Gothic"/>
                <w:b w:val="0"/>
                <w:sz w:val="16"/>
              </w:rPr>
              <w:t>세그먼트</w:t>
            </w:r>
          </w:p>
        </w:tc>
        <w:tc>
          <w:tcPr>
            <w:tcW w:type="dxa" w:w="2466"/>
            <w:vAlign w:val="center"/>
          </w:tcPr>
          <w:p>
            <w:r/>
            <w:r>
              <w:rPr>
                <w:rFonts w:ascii="Malgun Gothic" w:hAnsi="Malgun Gothic" w:eastAsia="Malgun Gothic"/>
                <w:b w:val="0"/>
                <w:sz w:val="16"/>
              </w:rPr>
              <w:t>시간 순서 stress 연관</w:t>
            </w:r>
          </w:p>
        </w:tc>
        <w:tc>
          <w:tcPr>
            <w:tcW w:type="dxa" w:w="2466"/>
            <w:vAlign w:val="center"/>
          </w:tcPr>
          <w:p>
            <w:r/>
            <w:r>
              <w:rPr>
                <w:rFonts w:ascii="Malgun Gothic" w:hAnsi="Malgun Gothic" w:eastAsia="Malgun Gothic"/>
                <w:b w:val="0"/>
                <w:sz w:val="16"/>
              </w:rPr>
              <w:t>PENDING</w:t>
            </w:r>
          </w:p>
        </w:tc>
      </w:tr>
    </w:tbl>
    <w:p/>
    <w:p>
      <w:r>
        <w:rPr>
          <w:b/>
        </w:rPr>
        <w:t>표 5-2. 추가 분석 우선순위</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우선순위</w:t>
            </w:r>
          </w:p>
        </w:tc>
        <w:tc>
          <w:tcPr>
            <w:tcW w:type="dxa" w:w="3289"/>
          </w:tcPr>
          <w:p>
            <w:r/>
            <w:r>
              <w:rPr>
                <w:rFonts w:ascii="Malgun Gothic" w:hAnsi="Malgun Gothic" w:eastAsia="Malgun Gothic"/>
                <w:b/>
                <w:sz w:val="16"/>
              </w:rPr>
              <w:t>분석</w:t>
            </w:r>
          </w:p>
        </w:tc>
        <w:tc>
          <w:tcPr>
            <w:tcW w:type="dxa" w:w="3289"/>
          </w:tcPr>
          <w:p>
            <w:r/>
            <w:r>
              <w:rPr>
                <w:rFonts w:ascii="Malgun Gothic" w:hAnsi="Malgun Gothic" w:eastAsia="Malgun Gothic"/>
                <w:b/>
                <w:sz w:val="16"/>
              </w:rPr>
              <w:t>필요 데이터</w:t>
            </w:r>
          </w:p>
        </w:tc>
      </w:tr>
      <w:tr>
        <w:trPr>
          <w:cantSplit/>
        </w:trPr>
        <w:tc>
          <w:tcPr>
            <w:tcW w:type="dxa" w:w="3289"/>
            <w:vAlign w:val="center"/>
          </w:tcPr>
          <w:p>
            <w:r/>
            <w:r>
              <w:rPr>
                <w:rFonts w:ascii="Malgun Gothic" w:hAnsi="Malgun Gothic" w:eastAsia="Malgun Gothic"/>
                <w:b w:val="0"/>
                <w:sz w:val="16"/>
              </w:rPr>
              <w:t>1</w:t>
            </w:r>
          </w:p>
        </w:tc>
        <w:tc>
          <w:tcPr>
            <w:tcW w:type="dxa" w:w="3289"/>
            <w:vAlign w:val="center"/>
          </w:tcPr>
          <w:p>
            <w:r/>
            <w:r>
              <w:rPr>
                <w:rFonts w:ascii="Malgun Gothic" w:hAnsi="Malgun Gothic" w:eastAsia="Malgun Gothic"/>
                <w:b w:val="0"/>
                <w:sz w:val="16"/>
              </w:rPr>
              <w:t>발화량/턴/응답쌍</w:t>
            </w:r>
          </w:p>
        </w:tc>
        <w:tc>
          <w:tcPr>
            <w:tcW w:type="dxa" w:w="3289"/>
            <w:vAlign w:val="center"/>
          </w:tcPr>
          <w:p>
            <w:r/>
            <w:r>
              <w:rPr>
                <w:rFonts w:ascii="Malgun Gothic" w:hAnsi="Malgun Gothic" w:eastAsia="Malgun Gothic"/>
                <w:b w:val="0"/>
                <w:sz w:val="16"/>
              </w:rPr>
              <w:t>현재 가능</w:t>
            </w:r>
          </w:p>
        </w:tc>
      </w:tr>
      <w:tr>
        <w:trPr>
          <w:cantSplit/>
        </w:trPr>
        <w:tc>
          <w:tcPr>
            <w:tcW w:type="dxa" w:w="3289"/>
            <w:vAlign w:val="center"/>
          </w:tcPr>
          <w:p>
            <w:r/>
            <w:r>
              <w:rPr>
                <w:rFonts w:ascii="Malgun Gothic" w:hAnsi="Malgun Gothic" w:eastAsia="Malgun Gothic"/>
                <w:b w:val="0"/>
                <w:sz w:val="16"/>
              </w:rPr>
              <w:t>2</w:t>
            </w:r>
          </w:p>
        </w:tc>
        <w:tc>
          <w:tcPr>
            <w:tcW w:type="dxa" w:w="3289"/>
            <w:vAlign w:val="center"/>
          </w:tcPr>
          <w:p>
            <w:r/>
            <w:r>
              <w:rPr>
                <w:rFonts w:ascii="Malgun Gothic" w:hAnsi="Malgun Gothic" w:eastAsia="Malgun Gothic"/>
                <w:b w:val="0"/>
                <w:sz w:val="16"/>
              </w:rPr>
              <w:t>세그먼트 STT/WPM</w:t>
            </w:r>
          </w:p>
        </w:tc>
        <w:tc>
          <w:tcPr>
            <w:tcW w:type="dxa" w:w="3289"/>
            <w:vAlign w:val="center"/>
          </w:tcPr>
          <w:p>
            <w:r/>
            <w:r>
              <w:rPr>
                <w:rFonts w:ascii="Malgun Gothic" w:hAnsi="Malgun Gothic" w:eastAsia="Malgun Gothic"/>
                <w:b w:val="0"/>
                <w:sz w:val="16"/>
              </w:rPr>
              <w:t>추가 병합</w:t>
            </w:r>
          </w:p>
        </w:tc>
      </w:tr>
      <w:tr>
        <w:trPr>
          <w:cantSplit/>
        </w:trPr>
        <w:tc>
          <w:tcPr>
            <w:tcW w:type="dxa" w:w="3289"/>
            <w:vAlign w:val="center"/>
          </w:tcPr>
          <w:p>
            <w:r/>
            <w:r>
              <w:rPr>
                <w:rFonts w:ascii="Malgun Gothic" w:hAnsi="Malgun Gothic" w:eastAsia="Malgun Gothic"/>
                <w:b w:val="0"/>
                <w:sz w:val="16"/>
              </w:rPr>
              <w:t>3</w:t>
            </w:r>
          </w:p>
        </w:tc>
        <w:tc>
          <w:tcPr>
            <w:tcW w:type="dxa" w:w="3289"/>
            <w:vAlign w:val="center"/>
          </w:tcPr>
          <w:p>
            <w:r/>
            <w:r>
              <w:rPr>
                <w:rFonts w:ascii="Malgun Gothic" w:hAnsi="Malgun Gothic" w:eastAsia="Malgun Gothic"/>
                <w:b w:val="0"/>
                <w:sz w:val="16"/>
              </w:rPr>
              <w:t>segment stress_score</w:t>
            </w:r>
          </w:p>
        </w:tc>
        <w:tc>
          <w:tcPr>
            <w:tcW w:type="dxa" w:w="3289"/>
            <w:vAlign w:val="center"/>
          </w:tcPr>
          <w:p>
            <w:r/>
            <w:r>
              <w:rPr>
                <w:rFonts w:ascii="Malgun Gothic" w:hAnsi="Malgun Gothic" w:eastAsia="Malgun Gothic"/>
                <w:b w:val="0"/>
                <w:sz w:val="16"/>
              </w:rPr>
              <w:t>STT/WPM 완료 후</w:t>
            </w:r>
          </w:p>
        </w:tc>
      </w:tr>
      <w:tr>
        <w:trPr>
          <w:cantSplit/>
        </w:trPr>
        <w:tc>
          <w:tcPr>
            <w:tcW w:type="dxa" w:w="3289"/>
            <w:vAlign w:val="center"/>
          </w:tcPr>
          <w:p>
            <w:r/>
            <w:r>
              <w:rPr>
                <w:rFonts w:ascii="Malgun Gothic" w:hAnsi="Malgun Gothic" w:eastAsia="Malgun Gothic"/>
                <w:b w:val="0"/>
                <w:sz w:val="16"/>
              </w:rPr>
              <w:t>4</w:t>
            </w:r>
          </w:p>
        </w:tc>
        <w:tc>
          <w:tcPr>
            <w:tcW w:type="dxa" w:w="3289"/>
            <w:vAlign w:val="center"/>
          </w:tcPr>
          <w:p>
            <w:r/>
            <w:r>
              <w:rPr>
                <w:rFonts w:ascii="Malgun Gothic" w:hAnsi="Malgun Gothic" w:eastAsia="Malgun Gothic"/>
                <w:b w:val="0"/>
                <w:sz w:val="16"/>
              </w:rPr>
              <w:t>역할 기반 고객/상담사 분석</w:t>
            </w:r>
          </w:p>
        </w:tc>
        <w:tc>
          <w:tcPr>
            <w:tcW w:type="dxa" w:w="3289"/>
            <w:vAlign w:val="center"/>
          </w:tcPr>
          <w:p>
            <w:r/>
            <w:r>
              <w:rPr>
                <w:rFonts w:ascii="Malgun Gothic" w:hAnsi="Malgun Gothic" w:eastAsia="Malgun Gothic"/>
                <w:b w:val="0"/>
                <w:sz w:val="16"/>
              </w:rPr>
              <w:t>role mapping 검증 후</w:t>
            </w:r>
          </w:p>
        </w:tc>
      </w:tr>
    </w:tbl>
    <w:p/>
    <w:p>
      <w:r>
        <w:rPr>
          <w:b/>
        </w:rPr>
        <w:t>표 5-Q.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AS-IS와 TO-BE의 차이는 성능 차이인가, 파이프라인·표본·스키마 차이인가?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추가 분석은 어떤 순서로 진행해야 하는가?</w:t>
            </w:r>
          </w:p>
        </w:tc>
      </w:tr>
    </w:tbl>
    <w:p/>
    <w:p>
      <w:r>
        <w:rPr>
          <w:b/>
        </w:rPr>
        <w:t>표 5-M.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Lineage comparison</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Schema comparison</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Sample-condition control</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Additional-analysis prioritization</w:t>
            </w:r>
          </w:p>
        </w:tc>
      </w:tr>
    </w:tbl>
    <w:p/>
    <w:p>
      <w:pPr>
        <w:pStyle w:val="Heading2"/>
      </w:pPr>
      <w:r>
        <w:t>분석 그림 및 도식</w:t>
      </w:r>
    </w:p>
    <w:p>
      <w:pPr>
        <w:jc w:val="center"/>
      </w:pPr>
      <w:r>
        <w:rPr>
          <w:b/>
        </w:rPr>
        <w:t>그림 5-1. 분석 축별 목적 비교</w:t>
      </w:r>
    </w:p>
    <w:p>
      <w:pPr>
        <w:jc w:val="center"/>
      </w:pPr>
      <w:r>
        <w:drawing>
          <wp:inline xmlns:a="http://schemas.openxmlformats.org/drawingml/2006/main" xmlns:pic="http://schemas.openxmlformats.org/drawingml/2006/picture">
            <wp:extent cx="5806440" cy="3039758"/>
            <wp:docPr id="33" name="Picture 33"/>
            <wp:cNvGraphicFramePr>
              <a:graphicFrameLocks noChangeAspect="1"/>
            </wp:cNvGraphicFramePr>
            <a:graphic>
              <a:graphicData uri="http://schemas.openxmlformats.org/drawingml/2006/picture">
                <pic:pic>
                  <pic:nvPicPr>
                    <pic:cNvPr id="0" name="ch5_comparison_v215.png"/>
                    <pic:cNvPicPr/>
                  </pic:nvPicPr>
                  <pic:blipFill>
                    <a:blip r:embed="rId34"/>
                    <a:stretch>
                      <a:fillRect/>
                    </a:stretch>
                  </pic:blipFill>
                  <pic:spPr>
                    <a:xfrm>
                      <a:off x="0" y="0"/>
                      <a:ext cx="5806440" cy="3039758"/>
                    </a:xfrm>
                    <a:prstGeom prst="rect"/>
                  </pic:spPr>
                </pic:pic>
              </a:graphicData>
            </a:graphic>
          </wp:inline>
        </w:drawing>
      </w:r>
    </w:p>
    <w:p>
      <w:pPr>
        <w:jc w:val="center"/>
      </w:pPr>
      <w:r>
        <w:rPr>
          <w:b/>
        </w:rPr>
        <w:t>그림 5-2. 추가 분석 우선순위</w:t>
      </w:r>
    </w:p>
    <w:p>
      <w:pPr>
        <w:jc w:val="center"/>
      </w:pPr>
      <w:r>
        <w:drawing>
          <wp:inline xmlns:a="http://schemas.openxmlformats.org/drawingml/2006/main" xmlns:pic="http://schemas.openxmlformats.org/drawingml/2006/picture">
            <wp:extent cx="5806440" cy="3009956"/>
            <wp:docPr id="34" name="Picture 34"/>
            <wp:cNvGraphicFramePr>
              <a:graphicFrameLocks noChangeAspect="1"/>
            </wp:cNvGraphicFramePr>
            <a:graphic>
              <a:graphicData uri="http://schemas.openxmlformats.org/drawingml/2006/picture">
                <pic:pic>
                  <pic:nvPicPr>
                    <pic:cNvPr id="0" name="ch5_priority_v215.png"/>
                    <pic:cNvPicPr/>
                  </pic:nvPicPr>
                  <pic:blipFill>
                    <a:blip r:embed="rId35"/>
                    <a:stretch>
                      <a:fillRect/>
                    </a:stretch>
                  </pic:blipFill>
                  <pic:spPr>
                    <a:xfrm>
                      <a:off x="0" y="0"/>
                      <a:ext cx="5806440" cy="3009956"/>
                    </a:xfrm>
                    <a:prstGeom prst="rect"/>
                  </pic:spPr>
                </pic:pic>
              </a:graphicData>
            </a:graphic>
          </wp:inline>
        </w:drawing>
      </w:r>
    </w:p>
    <w:p>
      <w:pPr>
        <w:jc w:val="center"/>
      </w:pPr>
      <w:r>
        <w:rPr>
          <w:b/>
        </w:rPr>
        <w:t>그림 5-3. 분석 축별 현재 상태</w:t>
      </w:r>
    </w:p>
    <w:p>
      <w:pPr>
        <w:jc w:val="center"/>
      </w:pPr>
      <w:r>
        <w:drawing>
          <wp:inline xmlns:a="http://schemas.openxmlformats.org/drawingml/2006/main" xmlns:pic="http://schemas.openxmlformats.org/drawingml/2006/picture">
            <wp:extent cx="5806440" cy="2997216"/>
            <wp:docPr id="35" name="Picture 35"/>
            <wp:cNvGraphicFramePr>
              <a:graphicFrameLocks noChangeAspect="1"/>
            </wp:cNvGraphicFramePr>
            <a:graphic>
              <a:graphicData uri="http://schemas.openxmlformats.org/drawingml/2006/picture">
                <pic:pic>
                  <pic:nvPicPr>
                    <pic:cNvPr id="0" name="ch5_ready_v215.png"/>
                    <pic:cNvPicPr/>
                  </pic:nvPicPr>
                  <pic:blipFill>
                    <a:blip r:embed="rId36"/>
                    <a:stretch>
                      <a:fillRect/>
                    </a:stretch>
                  </pic:blipFill>
                  <pic:spPr>
                    <a:xfrm>
                      <a:off x="0" y="0"/>
                      <a:ext cx="5806440" cy="2997216"/>
                    </a:xfrm>
                    <a:prstGeom prst="rect"/>
                  </pic:spPr>
                </pic:pic>
              </a:graphicData>
            </a:graphic>
          </wp:inline>
        </w:drawing>
      </w:r>
    </w:p>
    <w:p>
      <w:pPr>
        <w:jc w:val="center"/>
      </w:pPr>
      <w:r>
        <w:rPr>
          <w:b/>
        </w:rPr>
        <w:t>기존 분석 산출 그림: reports/figures/deploy_visuals/asis_tobe_comparison_visual.png</w:t>
      </w:r>
    </w:p>
    <w:p>
      <w:pPr>
        <w:jc w:val="center"/>
      </w:pPr>
      <w:r>
        <w:drawing>
          <wp:inline xmlns:a="http://schemas.openxmlformats.org/drawingml/2006/main" xmlns:pic="http://schemas.openxmlformats.org/drawingml/2006/picture">
            <wp:extent cx="5806440" cy="3667057"/>
            <wp:docPr id="36" name="Picture 36"/>
            <wp:cNvGraphicFramePr>
              <a:graphicFrameLocks noChangeAspect="1"/>
            </wp:cNvGraphicFramePr>
            <a:graphic>
              <a:graphicData uri="http://schemas.openxmlformats.org/drawingml/2006/picture">
                <pic:pic>
                  <pic:nvPicPr>
                    <pic:cNvPr id="0" name="ch5_01_asis_tobe_comparison_visual.png"/>
                    <pic:cNvPicPr/>
                  </pic:nvPicPr>
                  <pic:blipFill>
                    <a:blip r:embed="rId37"/>
                    <a:stretch>
                      <a:fillRect/>
                    </a:stretch>
                  </pic:blipFill>
                  <pic:spPr>
                    <a:xfrm>
                      <a:off x="0" y="0"/>
                      <a:ext cx="5806440" cy="3667057"/>
                    </a:xfrm>
                    <a:prstGeom prst="rect"/>
                  </pic:spPr>
                </pic:pic>
              </a:graphicData>
            </a:graphic>
          </wp:inline>
        </w:drawing>
      </w:r>
    </w:p>
    <w:p>
      <w:pPr>
        <w:jc w:val="center"/>
      </w:pPr>
      <w:r>
        <w:rPr>
          <w:b/>
        </w:rPr>
        <w:t>기존 분석 산출 그림: research_continuity/03_tobe_extension_research/asis_tobe_comparison_visual.png</w:t>
      </w:r>
    </w:p>
    <w:p>
      <w:pPr>
        <w:jc w:val="center"/>
      </w:pPr>
      <w:r>
        <w:drawing>
          <wp:inline xmlns:a="http://schemas.openxmlformats.org/drawingml/2006/main" xmlns:pic="http://schemas.openxmlformats.org/drawingml/2006/picture">
            <wp:extent cx="5806440" cy="3617178"/>
            <wp:docPr id="37" name="Picture 37"/>
            <wp:cNvGraphicFramePr>
              <a:graphicFrameLocks noChangeAspect="1"/>
            </wp:cNvGraphicFramePr>
            <a:graphic>
              <a:graphicData uri="http://schemas.openxmlformats.org/drawingml/2006/picture">
                <pic:pic>
                  <pic:nvPicPr>
                    <pic:cNvPr id="0" name="ch5_02_asis_tobe_comparison_visual.png"/>
                    <pic:cNvPicPr/>
                  </pic:nvPicPr>
                  <pic:blipFill>
                    <a:blip r:embed="rId38"/>
                    <a:stretch>
                      <a:fillRect/>
                    </a:stretch>
                  </pic:blipFill>
                  <pic:spPr>
                    <a:xfrm>
                      <a:off x="0" y="0"/>
                      <a:ext cx="5806440" cy="3617178"/>
                    </a:xfrm>
                    <a:prstGeom prst="rect"/>
                  </pic:spPr>
                </pic:pic>
              </a:graphicData>
            </a:graphic>
          </wp:inline>
        </w:drawing>
      </w:r>
    </w:p>
    <w:p>
      <w:pPr>
        <w:pStyle w:val="Heading2"/>
      </w:pPr>
      <w:r>
        <w:t>원본 분석 산출물 연계</w:t>
      </w:r>
    </w:p>
    <w:p>
      <w:r>
        <w:t>전체 행 포함</w:t>
      </w:r>
    </w:p>
    <w:p>
      <w:r>
        <w:rPr>
          <w:b/>
        </w:rPr>
        <w:t>산출물 CSV: research_continuity/11_asis_tobe_gap_v163/asis_tobe_gap_causes_v163.csv (행 5,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rank</w:t>
            </w:r>
          </w:p>
        </w:tc>
        <w:tc>
          <w:tcPr>
            <w:tcW w:type="dxa" w:w="1644"/>
          </w:tcPr>
          <w:p>
            <w:r/>
            <w:r>
              <w:rPr>
                <w:rFonts w:ascii="Malgun Gothic" w:hAnsi="Malgun Gothic" w:eastAsia="Malgun Gothic"/>
                <w:b/>
                <w:sz w:val="14"/>
              </w:rPr>
              <w:t>cause</w:t>
            </w:r>
          </w:p>
        </w:tc>
        <w:tc>
          <w:tcPr>
            <w:tcW w:type="dxa" w:w="1644"/>
          </w:tcPr>
          <w:p>
            <w:r/>
            <w:r>
              <w:rPr>
                <w:rFonts w:ascii="Malgun Gothic" w:hAnsi="Malgun Gothic" w:eastAsia="Malgun Gothic"/>
                <w:b/>
                <w:sz w:val="14"/>
              </w:rPr>
              <w:t>evidence</w:t>
            </w:r>
          </w:p>
        </w:tc>
        <w:tc>
          <w:tcPr>
            <w:tcW w:type="dxa" w:w="1644"/>
          </w:tcPr>
          <w:p>
            <w:r/>
            <w:r>
              <w:rPr>
                <w:rFonts w:ascii="Malgun Gothic" w:hAnsi="Malgun Gothic" w:eastAsia="Malgun Gothic"/>
                <w:b/>
                <w:sz w:val="14"/>
              </w:rPr>
              <w:t>expected_effect</w:t>
            </w:r>
          </w:p>
        </w:tc>
        <w:tc>
          <w:tcPr>
            <w:tcW w:type="dxa" w:w="1644"/>
          </w:tcPr>
          <w:p>
            <w:r/>
            <w:r>
              <w:rPr>
                <w:rFonts w:ascii="Malgun Gothic" w:hAnsi="Malgun Gothic" w:eastAsia="Malgun Gothic"/>
                <w:b/>
                <w:sz w:val="14"/>
              </w:rPr>
              <w:t>mp3_only</w:t>
            </w:r>
          </w:p>
        </w:tc>
        <w:tc>
          <w:tcPr>
            <w:tcW w:type="dxa" w:w="1644"/>
          </w:tcPr>
          <w:p>
            <w:r/>
            <w:r>
              <w:rPr>
                <w:rFonts w:ascii="Malgun Gothic" w:hAnsi="Malgun Gothic" w:eastAsia="Malgun Gothic"/>
                <w:b/>
                <w:sz w:val="14"/>
              </w:rPr>
              <w:t>fix</w:t>
            </w:r>
          </w:p>
        </w:tc>
      </w:tr>
      <w:tr>
        <w:trPr>
          <w:cantSplit/>
        </w:trPr>
        <w:tc>
          <w:tcPr>
            <w:tcW w:type="dxa" w:w="1644"/>
            <w:vAlign w:val="center"/>
          </w:tcPr>
          <w:p>
            <w:r/>
            <w:r>
              <w:rPr>
                <w:rFonts w:ascii="Malgun Gothic" w:hAnsi="Malgun Gothic" w:eastAsia="Malgun Gothic"/>
                <w:b w:val="0"/>
                <w:sz w:val="14"/>
              </w:rPr>
              <w:t>1</w:t>
            </w:r>
          </w:p>
        </w:tc>
        <w:tc>
          <w:tcPr>
            <w:tcW w:type="dxa" w:w="1644"/>
            <w:vAlign w:val="center"/>
          </w:tcPr>
          <w:p>
            <w:r/>
            <w:r>
              <w:rPr>
                <w:rFonts w:ascii="Malgun Gothic" w:hAnsi="Malgun Gothic" w:eastAsia="Malgun Gothic"/>
                <w:b w:val="0"/>
                <w:sz w:val="14"/>
              </w:rPr>
              <w:t>정규화 기준 차이</w:t>
            </w:r>
          </w:p>
        </w:tc>
        <w:tc>
          <w:tcPr>
            <w:tcW w:type="dxa" w:w="1644"/>
            <w:vAlign w:val="center"/>
          </w:tcPr>
          <w:p>
            <w:r/>
            <w:r>
              <w:rPr>
                <w:rFonts w:ascii="Malgun Gothic" w:hAnsi="Malgun Gothic" w:eastAsia="Malgun Gothic"/>
                <w:b w:val="0"/>
                <w:sz w:val="14"/>
              </w:rPr>
              <w:t>0413 AS-IS는 GLOBAL_STATS와 RAW_MIN/RAW_MAX를 고정해 stress_score를 계산한다. TO-BE가 현재 배치 기준 평균·표준편차 또는 새 min/max를 쓰면 평균이 이동한다.</w:t>
            </w:r>
          </w:p>
        </w:tc>
        <w:tc>
          <w:tcPr>
            <w:tcW w:type="dxa" w:w="1644"/>
            <w:vAlign w:val="center"/>
          </w:tcPr>
          <w:p>
            <w:r/>
            <w:r>
              <w:rPr>
                <w:rFonts w:ascii="Malgun Gothic" w:hAnsi="Malgun Gothic" w:eastAsia="Malgun Gothic"/>
                <w:b w:val="0"/>
                <w:sz w:val="14"/>
              </w:rPr>
              <w:t>평균 stress_score 전체 이동 가능</w:t>
            </w:r>
          </w:p>
        </w:tc>
        <w:tc>
          <w:tcPr>
            <w:tcW w:type="dxa" w:w="1644"/>
            <w:vAlign w:val="center"/>
          </w:tcPr>
          <w:p>
            <w:r/>
            <w:r>
              <w:rPr>
                <w:rFonts w:ascii="Malgun Gothic" w:hAnsi="Malgun Gothic" w:eastAsia="Malgun Gothic"/>
                <w:b w:val="0"/>
                <w:sz w:val="14"/>
              </w:rPr>
              <w:t>아님</w:t>
            </w:r>
          </w:p>
        </w:tc>
        <w:tc>
          <w:tcPr>
            <w:tcW w:type="dxa" w:w="1644"/>
            <w:vAlign w:val="center"/>
          </w:tcPr>
          <w:p>
            <w:r/>
            <w:r>
              <w:rPr>
                <w:rFonts w:ascii="Malgun Gothic" w:hAnsi="Malgun Gothic" w:eastAsia="Malgun Gothic"/>
                <w:b w:val="0"/>
                <w:sz w:val="14"/>
              </w:rPr>
              <w:t>TO-BE 검증용 AS-IS-compatible stress_score를 별도 산출한다. 0413 GLOBAL_STATS, ASIS_RAW_MIN, ASIS_RAW_MAX를 그대로 쓴다.</w:t>
            </w:r>
          </w:p>
        </w:tc>
      </w:tr>
      <w:tr>
        <w:trPr>
          <w:cantSplit/>
        </w:trPr>
        <w:tc>
          <w:tcPr>
            <w:tcW w:type="dxa" w:w="1644"/>
            <w:vAlign w:val="center"/>
          </w:tcPr>
          <w:p>
            <w:r/>
            <w:r>
              <w:rPr>
                <w:rFonts w:ascii="Malgun Gothic" w:hAnsi="Malgun Gothic" w:eastAsia="Malgun Gothic"/>
                <w:b w:val="0"/>
                <w:sz w:val="14"/>
              </w:rPr>
              <w:t>2</w:t>
            </w:r>
          </w:p>
        </w:tc>
        <w:tc>
          <w:tcPr>
            <w:tcW w:type="dxa" w:w="1644"/>
            <w:vAlign w:val="center"/>
          </w:tcPr>
          <w:p>
            <w:r/>
            <w:r>
              <w:rPr>
                <w:rFonts w:ascii="Malgun Gothic" w:hAnsi="Malgun Gothic" w:eastAsia="Malgun Gothic"/>
                <w:b w:val="0"/>
                <w:sz w:val="14"/>
              </w:rPr>
              <w:t>음성 특징 추출 방식 차이</w:t>
            </w:r>
          </w:p>
        </w:tc>
        <w:tc>
          <w:tcPr>
            <w:tcW w:type="dxa" w:w="1644"/>
            <w:vAlign w:val="center"/>
          </w:tcPr>
          <w:p>
            <w:r/>
            <w:r>
              <w:rPr>
                <w:rFonts w:ascii="Malgun Gothic" w:hAnsi="Malgun Gothic" w:eastAsia="Malgun Gothic"/>
                <w:b w:val="0"/>
                <w:sz w:val="14"/>
              </w:rPr>
              <w:t>0406은 librosa.feature.rms(frame 기반)와 C2~C7 pitch를 사용했고, 0413은 sqrt(mean(y^2))와 fmin=50/fmax=600을 사용한다. TO-BE가 어느 쪽을 쓰는지에 따라 energy/pitch 평균이 달라진다.</w:t>
            </w:r>
          </w:p>
        </w:tc>
        <w:tc>
          <w:tcPr>
            <w:tcW w:type="dxa" w:w="1644"/>
            <w:vAlign w:val="center"/>
          </w:tcPr>
          <w:p>
            <w:r/>
            <w:r>
              <w:rPr>
                <w:rFonts w:ascii="Malgun Gothic" w:hAnsi="Malgun Gothic" w:eastAsia="Malgun Gothic"/>
                <w:b w:val="0"/>
                <w:sz w:val="14"/>
              </w:rPr>
              <w:t>energy_mean, pitch_mean 이동 → stress_score 평균 이동</w:t>
            </w:r>
          </w:p>
        </w:tc>
        <w:tc>
          <w:tcPr>
            <w:tcW w:type="dxa" w:w="1644"/>
            <w:vAlign w:val="center"/>
          </w:tcPr>
          <w:p>
            <w:r/>
            <w:r>
              <w:rPr>
                <w:rFonts w:ascii="Malgun Gothic" w:hAnsi="Malgun Gothic" w:eastAsia="Malgun Gothic"/>
                <w:b w:val="0"/>
                <w:sz w:val="14"/>
              </w:rPr>
              <w:t>부분 가능하지만 단독 원인으로 단정 금지</w:t>
            </w:r>
          </w:p>
        </w:tc>
        <w:tc>
          <w:tcPr>
            <w:tcW w:type="dxa" w:w="1644"/>
            <w:vAlign w:val="center"/>
          </w:tcPr>
          <w:p>
            <w:r/>
            <w:r>
              <w:rPr>
                <w:rFonts w:ascii="Malgun Gothic" w:hAnsi="Malgun Gothic" w:eastAsia="Malgun Gothic"/>
                <w:b w:val="0"/>
                <w:sz w:val="14"/>
              </w:rPr>
              <w:t>동일 wav_id 교집합에서 0413 방식으로 재추출한 compatible feature를 만든다.</w:t>
            </w:r>
          </w:p>
        </w:tc>
      </w:tr>
      <w:tr>
        <w:trPr>
          <w:cantSplit/>
        </w:trPr>
        <w:tc>
          <w:tcPr>
            <w:tcW w:type="dxa" w:w="1644"/>
            <w:vAlign w:val="center"/>
          </w:tcPr>
          <w:p>
            <w:r/>
            <w:r>
              <w:rPr>
                <w:rFonts w:ascii="Malgun Gothic" w:hAnsi="Malgun Gothic" w:eastAsia="Malgun Gothic"/>
                <w:b w:val="0"/>
                <w:sz w:val="14"/>
              </w:rPr>
              <w:t>3</w:t>
            </w:r>
          </w:p>
        </w:tc>
        <w:tc>
          <w:tcPr>
            <w:tcW w:type="dxa" w:w="1644"/>
            <w:vAlign w:val="center"/>
          </w:tcPr>
          <w:p>
            <w:r/>
            <w:r>
              <w:rPr>
                <w:rFonts w:ascii="Malgun Gothic" w:hAnsi="Malgun Gothic" w:eastAsia="Malgun Gothic"/>
                <w:b w:val="0"/>
                <w:sz w:val="14"/>
              </w:rPr>
              <w:t>STT/WPM 계산 차이</w:t>
            </w:r>
          </w:p>
        </w:tc>
        <w:tc>
          <w:tcPr>
            <w:tcW w:type="dxa" w:w="1644"/>
            <w:vAlign w:val="center"/>
          </w:tcPr>
          <w:p>
            <w:r/>
            <w:r>
              <w:rPr>
                <w:rFonts w:ascii="Malgun Gothic" w:hAnsi="Malgun Gothic" w:eastAsia="Malgun Gothic"/>
                <w:b w:val="0"/>
                <w:sz w:val="14"/>
              </w:rPr>
              <w:t>wpm은 word_cnt와 duration_sec로 재계산된다. STT 파일, word count 규칙, duration 측정이 달라지면 stress_score가 바뀐다.</w:t>
            </w:r>
          </w:p>
        </w:tc>
        <w:tc>
          <w:tcPr>
            <w:tcW w:type="dxa" w:w="1644"/>
            <w:vAlign w:val="center"/>
          </w:tcPr>
          <w:p>
            <w:r/>
            <w:r>
              <w:rPr>
                <w:rFonts w:ascii="Malgun Gothic" w:hAnsi="Malgun Gothic" w:eastAsia="Malgun Gothic"/>
                <w:b w:val="0"/>
                <w:sz w:val="14"/>
              </w:rPr>
              <w:t>wpm z-score 이동 → 평균과 상관 일부 이동</w:t>
            </w:r>
          </w:p>
        </w:tc>
        <w:tc>
          <w:tcPr>
            <w:tcW w:type="dxa" w:w="1644"/>
            <w:vAlign w:val="center"/>
          </w:tcPr>
          <w:p>
            <w:r/>
            <w:r>
              <w:rPr>
                <w:rFonts w:ascii="Malgun Gothic" w:hAnsi="Malgun Gothic" w:eastAsia="Malgun Gothic"/>
                <w:b w:val="0"/>
                <w:sz w:val="14"/>
              </w:rPr>
              <w:t>아님</w:t>
            </w:r>
          </w:p>
        </w:tc>
        <w:tc>
          <w:tcPr>
            <w:tcW w:type="dxa" w:w="1644"/>
            <w:vAlign w:val="center"/>
          </w:tcPr>
          <w:p>
            <w:r/>
            <w:r>
              <w:rPr>
                <w:rFonts w:ascii="Malgun Gothic" w:hAnsi="Malgun Gothic" w:eastAsia="Malgun Gothic"/>
                <w:b w:val="0"/>
                <w:sz w:val="14"/>
              </w:rPr>
              <w:t>AS-IS STT 파일 또는 같은 word_cnt 기준으로 재계산한 WPM을 비교표에 함께 표시한다.</w:t>
            </w:r>
          </w:p>
        </w:tc>
      </w:tr>
      <w:tr>
        <w:trPr>
          <w:cantSplit/>
        </w:trPr>
        <w:tc>
          <w:tcPr>
            <w:tcW w:type="dxa" w:w="1644"/>
            <w:vAlign w:val="center"/>
          </w:tcPr>
          <w:p>
            <w:r/>
            <w:r>
              <w:rPr>
                <w:rFonts w:ascii="Malgun Gothic" w:hAnsi="Malgun Gothic" w:eastAsia="Malgun Gothic"/>
                <w:b w:val="0"/>
                <w:sz w:val="14"/>
              </w:rPr>
              <w:t>4</w:t>
            </w:r>
          </w:p>
        </w:tc>
        <w:tc>
          <w:tcPr>
            <w:tcW w:type="dxa" w:w="1644"/>
            <w:vAlign w:val="center"/>
          </w:tcPr>
          <w:p>
            <w:r/>
            <w:r>
              <w:rPr>
                <w:rFonts w:ascii="Malgun Gothic" w:hAnsi="Malgun Gothic" w:eastAsia="Malgun Gothic"/>
                <w:b w:val="0"/>
                <w:sz w:val="14"/>
              </w:rPr>
              <w:t>표본 수/제외 기준 차이</w:t>
            </w:r>
          </w:p>
        </w:tc>
        <w:tc>
          <w:tcPr>
            <w:tcW w:type="dxa" w:w="1644"/>
            <w:vAlign w:val="center"/>
          </w:tcPr>
          <w:p>
            <w:r/>
            <w:r>
              <w:rPr>
                <w:rFonts w:ascii="Malgun Gothic" w:hAnsi="Malgun Gothic" w:eastAsia="Malgun Gothic"/>
                <w:b w:val="0"/>
                <w:sz w:val="14"/>
              </w:rPr>
              <w:t>AS-IS 계열은 n=998 기준이고 TO-BE는 raw n1000 및 analysis-ready n992를 분리한다. 같은 평균 비교가 아니다.</w:t>
            </w:r>
          </w:p>
        </w:tc>
        <w:tc>
          <w:tcPr>
            <w:tcW w:type="dxa" w:w="1644"/>
            <w:vAlign w:val="center"/>
          </w:tcPr>
          <w:p>
            <w:r/>
            <w:r>
              <w:rPr>
                <w:rFonts w:ascii="Malgun Gothic" w:hAnsi="Malgun Gothic" w:eastAsia="Malgun Gothic"/>
                <w:b w:val="0"/>
                <w:sz w:val="14"/>
              </w:rPr>
              <w:t>결측/이상치 2~8건만으로도 평균과 분산이 일부 이동 가능</w:t>
            </w:r>
          </w:p>
        </w:tc>
        <w:tc>
          <w:tcPr>
            <w:tcW w:type="dxa" w:w="1644"/>
            <w:vAlign w:val="center"/>
          </w:tcPr>
          <w:p>
            <w:r/>
            <w:r>
              <w:rPr>
                <w:rFonts w:ascii="Malgun Gothic" w:hAnsi="Malgun Gothic" w:eastAsia="Malgun Gothic"/>
                <w:b w:val="0"/>
                <w:sz w:val="14"/>
              </w:rPr>
              <w:t>아님</w:t>
            </w:r>
          </w:p>
        </w:tc>
        <w:tc>
          <w:tcPr>
            <w:tcW w:type="dxa" w:w="1644"/>
            <w:vAlign w:val="center"/>
          </w:tcPr>
          <w:p>
            <w:r/>
            <w:r>
              <w:rPr>
                <w:rFonts w:ascii="Malgun Gothic" w:hAnsi="Malgun Gothic" w:eastAsia="Malgun Gothic"/>
                <w:b w:val="0"/>
                <w:sz w:val="14"/>
              </w:rPr>
              <w:t>same-wav_id intersection 비교를 우선 표시하고, raw/analysis-ready는 분리 표시한다.</w:t>
            </w:r>
          </w:p>
        </w:tc>
      </w:tr>
      <w:tr>
        <w:trPr>
          <w:cantSplit/>
        </w:trPr>
        <w:tc>
          <w:tcPr>
            <w:tcW w:type="dxa" w:w="1644"/>
            <w:vAlign w:val="center"/>
          </w:tcPr>
          <w:p>
            <w:r/>
            <w:r>
              <w:rPr>
                <w:rFonts w:ascii="Malgun Gothic" w:hAnsi="Malgun Gothic" w:eastAsia="Malgun Gothic"/>
                <w:b w:val="0"/>
                <w:sz w:val="14"/>
              </w:rPr>
              <w:t>5</w:t>
            </w:r>
          </w:p>
        </w:tc>
        <w:tc>
          <w:tcPr>
            <w:tcW w:type="dxa" w:w="1644"/>
            <w:vAlign w:val="center"/>
          </w:tcPr>
          <w:p>
            <w:r/>
            <w:r>
              <w:rPr>
                <w:rFonts w:ascii="Malgun Gothic" w:hAnsi="Malgun Gothic" w:eastAsia="Malgun Gothic"/>
                <w:b w:val="0"/>
                <w:sz w:val="14"/>
              </w:rPr>
              <w:t>MP3/WAV 변환 차이</w:t>
            </w:r>
          </w:p>
        </w:tc>
        <w:tc>
          <w:tcPr>
            <w:tcW w:type="dxa" w:w="1644"/>
            <w:vAlign w:val="center"/>
          </w:tcPr>
          <w:p>
            <w:r/>
            <w:r>
              <w:rPr>
                <w:rFonts w:ascii="Malgun Gothic" w:hAnsi="Malgun Gothic" w:eastAsia="Malgun Gothic"/>
                <w:b w:val="0"/>
                <w:sz w:val="14"/>
              </w:rPr>
              <w:t>원본 압축/복원, ffmpeg 옵션, 샘플레이트, mono 변환이 다르면 energy와 duration이 변할 수 있다.</w:t>
            </w:r>
          </w:p>
        </w:tc>
        <w:tc>
          <w:tcPr>
            <w:tcW w:type="dxa" w:w="1644"/>
            <w:vAlign w:val="center"/>
          </w:tcPr>
          <w:p>
            <w:r/>
            <w:r>
              <w:rPr>
                <w:rFonts w:ascii="Malgun Gothic" w:hAnsi="Malgun Gothic" w:eastAsia="Malgun Gothic"/>
                <w:b w:val="0"/>
                <w:sz w:val="14"/>
              </w:rPr>
              <w:t>주로 energy/duration에 영향. 그러나 0.118584 평균 차이를 단독으로 설명한다고 단정하기 어렵다.</w:t>
            </w:r>
          </w:p>
        </w:tc>
        <w:tc>
          <w:tcPr>
            <w:tcW w:type="dxa" w:w="1644"/>
            <w:vAlign w:val="center"/>
          </w:tcPr>
          <w:p>
            <w:r/>
            <w:r>
              <w:rPr>
                <w:rFonts w:ascii="Malgun Gothic" w:hAnsi="Malgun Gothic" w:eastAsia="Malgun Gothic"/>
                <w:b w:val="0"/>
                <w:sz w:val="14"/>
              </w:rPr>
              <w:t>가능성은 있으나 검증 전 OK 처리 금지</w:t>
            </w:r>
          </w:p>
        </w:tc>
        <w:tc>
          <w:tcPr>
            <w:tcW w:type="dxa" w:w="1644"/>
            <w:vAlign w:val="center"/>
          </w:tcPr>
          <w:p>
            <w:r/>
            <w:r>
              <w:rPr>
                <w:rFonts w:ascii="Malgun Gothic" w:hAnsi="Malgun Gothic" w:eastAsia="Malgun Gothic"/>
                <w:b w:val="0"/>
                <w:sz w:val="14"/>
              </w:rPr>
              <w:t>동일 파일명 hash/ffprobe duration/samplerate/codec 비교를 통과한 뒤에만 '단순 음원 변환 차이'로 분류한다.</w:t>
            </w:r>
          </w:p>
        </w:tc>
      </w:tr>
    </w:tbl>
    <w:p/>
    <w:p>
      <w:r>
        <w:t>전체 행 포함</w:t>
      </w:r>
    </w:p>
    <w:p>
      <w:r>
        <w:rPr>
          <w:b/>
        </w:rPr>
        <w:t>산출물 JSON: research_continuity/11_asis_tobe_gap_v163/asis_tobe_gap_diagnosis_v163.json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v163_asis_tobe_gap_diagnosis</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GAP_DIAGNOSIS_REQUIRED__NOT_MP3_ONLY_YET</w:t>
            </w:r>
          </w:p>
        </w:tc>
      </w:tr>
      <w:tr>
        <w:trPr>
          <w:cantSplit/>
        </w:trPr>
        <w:tc>
          <w:tcPr>
            <w:tcW w:type="dxa" w:w="4933"/>
            <w:vAlign w:val="center"/>
          </w:tcPr>
          <w:p>
            <w:r/>
            <w:r>
              <w:rPr>
                <w:rFonts w:ascii="Malgun Gothic" w:hAnsi="Malgun Gothic" w:eastAsia="Malgun Gothic"/>
                <w:b w:val="0"/>
                <w:sz w:val="14"/>
              </w:rPr>
              <w:t>as_is_stress_score_mean</w:t>
            </w:r>
          </w:p>
        </w:tc>
        <w:tc>
          <w:tcPr>
            <w:tcW w:type="dxa" w:w="4933"/>
            <w:vAlign w:val="center"/>
          </w:tcPr>
          <w:p>
            <w:r/>
            <w:r>
              <w:rPr>
                <w:rFonts w:ascii="Malgun Gothic" w:hAnsi="Malgun Gothic" w:eastAsia="Malgun Gothic"/>
                <w:b w:val="0"/>
                <w:sz w:val="14"/>
              </w:rPr>
              <w:t>0.517904</w:t>
            </w:r>
          </w:p>
        </w:tc>
      </w:tr>
      <w:tr>
        <w:trPr>
          <w:cantSplit/>
        </w:trPr>
        <w:tc>
          <w:tcPr>
            <w:tcW w:type="dxa" w:w="4933"/>
            <w:vAlign w:val="center"/>
          </w:tcPr>
          <w:p>
            <w:r/>
            <w:r>
              <w:rPr>
                <w:rFonts w:ascii="Malgun Gothic" w:hAnsi="Malgun Gothic" w:eastAsia="Malgun Gothic"/>
                <w:b w:val="0"/>
                <w:sz w:val="14"/>
              </w:rPr>
              <w:t>to_be_stress_score_mean</w:t>
            </w:r>
          </w:p>
        </w:tc>
        <w:tc>
          <w:tcPr>
            <w:tcW w:type="dxa" w:w="4933"/>
            <w:vAlign w:val="center"/>
          </w:tcPr>
          <w:p>
            <w:r/>
            <w:r>
              <w:rPr>
                <w:rFonts w:ascii="Malgun Gothic" w:hAnsi="Malgun Gothic" w:eastAsia="Malgun Gothic"/>
                <w:b w:val="0"/>
                <w:sz w:val="14"/>
              </w:rPr>
              <w:t>0.636488</w:t>
            </w:r>
          </w:p>
        </w:tc>
      </w:tr>
      <w:tr>
        <w:trPr>
          <w:cantSplit/>
        </w:trPr>
        <w:tc>
          <w:tcPr>
            <w:tcW w:type="dxa" w:w="4933"/>
            <w:vAlign w:val="center"/>
          </w:tcPr>
          <w:p>
            <w:r/>
            <w:r>
              <w:rPr>
                <w:rFonts w:ascii="Malgun Gothic" w:hAnsi="Malgun Gothic" w:eastAsia="Malgun Gothic"/>
                <w:b w:val="0"/>
                <w:sz w:val="14"/>
              </w:rPr>
              <w:t>difference</w:t>
            </w:r>
          </w:p>
        </w:tc>
        <w:tc>
          <w:tcPr>
            <w:tcW w:type="dxa" w:w="4933"/>
            <w:vAlign w:val="center"/>
          </w:tcPr>
          <w:p>
            <w:r/>
            <w:r>
              <w:rPr>
                <w:rFonts w:ascii="Malgun Gothic" w:hAnsi="Malgun Gothic" w:eastAsia="Malgun Gothic"/>
                <w:b w:val="0"/>
                <w:sz w:val="14"/>
              </w:rPr>
              <w:t>0.118584</w:t>
            </w:r>
          </w:p>
        </w:tc>
      </w:tr>
      <w:tr>
        <w:trPr>
          <w:cantSplit/>
        </w:trPr>
        <w:tc>
          <w:tcPr>
            <w:tcW w:type="dxa" w:w="4933"/>
            <w:vAlign w:val="center"/>
          </w:tcPr>
          <w:p>
            <w:r/>
            <w:r>
              <w:rPr>
                <w:rFonts w:ascii="Malgun Gothic" w:hAnsi="Malgun Gothic" w:eastAsia="Malgun Gothic"/>
                <w:b w:val="0"/>
                <w:sz w:val="14"/>
              </w:rPr>
              <w:t>absolute_difference</w:t>
            </w:r>
          </w:p>
        </w:tc>
        <w:tc>
          <w:tcPr>
            <w:tcW w:type="dxa" w:w="4933"/>
            <w:vAlign w:val="center"/>
          </w:tcPr>
          <w:p>
            <w:r/>
            <w:r>
              <w:rPr>
                <w:rFonts w:ascii="Malgun Gothic" w:hAnsi="Malgun Gothic" w:eastAsia="Malgun Gothic"/>
                <w:b w:val="0"/>
                <w:sz w:val="14"/>
              </w:rPr>
              <w:t>0.118584</w:t>
            </w:r>
          </w:p>
        </w:tc>
      </w:tr>
      <w:tr>
        <w:trPr>
          <w:cantSplit/>
        </w:trPr>
        <w:tc>
          <w:tcPr>
            <w:tcW w:type="dxa" w:w="4933"/>
            <w:vAlign w:val="center"/>
          </w:tcPr>
          <w:p>
            <w:r/>
            <w:r>
              <w:rPr>
                <w:rFonts w:ascii="Malgun Gothic" w:hAnsi="Malgun Gothic" w:eastAsia="Malgun Gothic"/>
                <w:b w:val="0"/>
                <w:sz w:val="14"/>
              </w:rPr>
              <w:t>gap_level</w:t>
            </w:r>
          </w:p>
        </w:tc>
        <w:tc>
          <w:tcPr>
            <w:tcW w:type="dxa" w:w="4933"/>
            <w:vAlign w:val="center"/>
          </w:tcPr>
          <w:p>
            <w:r/>
            <w:r>
              <w:rPr>
                <w:rFonts w:ascii="Malgun Gothic" w:hAnsi="Malgun Gothic" w:eastAsia="Malgun Gothic"/>
                <w:b w:val="0"/>
                <w:sz w:val="14"/>
              </w:rPr>
              <w:t>LARGE_FOR_EXACT_REPRODUCTION</w:t>
            </w:r>
          </w:p>
        </w:tc>
      </w:tr>
      <w:tr>
        <w:trPr>
          <w:cantSplit/>
        </w:trPr>
        <w:tc>
          <w:tcPr>
            <w:tcW w:type="dxa" w:w="4933"/>
            <w:vAlign w:val="center"/>
          </w:tcPr>
          <w:p>
            <w:r/>
            <w:r>
              <w:rPr>
                <w:rFonts w:ascii="Malgun Gothic" w:hAnsi="Malgun Gothic" w:eastAsia="Malgun Gothic"/>
                <w:b w:val="0"/>
                <w:sz w:val="14"/>
              </w:rPr>
              <w:t>mp3_only_judgement</w:t>
            </w:r>
          </w:p>
        </w:tc>
        <w:tc>
          <w:tcPr>
            <w:tcW w:type="dxa" w:w="4933"/>
            <w:vAlign w:val="center"/>
          </w:tcPr>
          <w:p>
            <w:r/>
            <w:r>
              <w:rPr>
                <w:rFonts w:ascii="Malgun Gothic" w:hAnsi="Malgun Gothic" w:eastAsia="Malgun Gothic"/>
                <w:b w:val="0"/>
                <w:sz w:val="14"/>
              </w:rPr>
              <w:t>아직 단순 MP3/WAV 차이라고 단정하면 안 됩니다. 같은 wav_id·같은 산식·같은 정규화로 재계산한 뒤 남는 차이만 음원 변환 차이로 볼 수 있습니다.</w:t>
            </w:r>
          </w:p>
        </w:tc>
      </w:tr>
      <w:tr>
        <w:trPr>
          <w:cantSplit/>
        </w:trPr>
        <w:tc>
          <w:tcPr>
            <w:tcW w:type="dxa" w:w="4933"/>
            <w:vAlign w:val="center"/>
          </w:tcPr>
          <w:p>
            <w:r/>
            <w:r>
              <w:rPr>
                <w:rFonts w:ascii="Malgun Gothic" w:hAnsi="Malgun Gothic" w:eastAsia="Malgun Gothic"/>
                <w:b w:val="0"/>
                <w:sz w:val="14"/>
              </w:rPr>
              <w:t>safe_interpretation</w:t>
            </w:r>
          </w:p>
        </w:tc>
        <w:tc>
          <w:tcPr>
            <w:tcW w:type="dxa" w:w="4933"/>
            <w:vAlign w:val="center"/>
          </w:tcPr>
          <w:p>
            <w:r/>
            <w:r>
              <w:rPr>
                <w:rFonts w:ascii="Malgun Gothic" w:hAnsi="Malgun Gothic" w:eastAsia="Malgun Gothic"/>
                <w:b w:val="0"/>
                <w:sz w:val="14"/>
              </w:rPr>
              <w:t>현재 차이는 평균값 완전재현이 아니라 방향성·상관 부호·해석 구조 유사도 검증으로 설명해야 합니다.</w:t>
            </w:r>
          </w:p>
        </w:tc>
      </w:tr>
      <w:tr>
        <w:trPr>
          <w:cantSplit/>
        </w:trPr>
        <w:tc>
          <w:tcPr>
            <w:tcW w:type="dxa" w:w="4933"/>
            <w:vAlign w:val="center"/>
          </w:tcPr>
          <w:p>
            <w:r/>
            <w:r>
              <w:rPr>
                <w:rFonts w:ascii="Malgun Gothic" w:hAnsi="Malgun Gothic" w:eastAsia="Malgun Gothic"/>
                <w:b w:val="0"/>
                <w:sz w:val="14"/>
              </w:rPr>
              <w:t>target_policy</w:t>
            </w:r>
          </w:p>
        </w:tc>
        <w:tc>
          <w:tcPr>
            <w:tcW w:type="dxa" w:w="4933"/>
            <w:vAlign w:val="center"/>
          </w:tcPr>
          <w:p>
            <w:r/>
            <w:r>
              <w:rPr>
                <w:rFonts w:ascii="Malgun Gothic" w:hAnsi="Malgun Gothic" w:eastAsia="Malgun Gothic"/>
                <w:b w:val="0"/>
                <w:sz w:val="14"/>
              </w:rPr>
              <w:t>본문은 0413 AS-IS 유지. TO-BE 원본값은 보존. 추가로 AS-IS-compatible TO-BE 값을 만들어 차이를 줄일 수 있는지 감사표에서 확인.</w:t>
            </w:r>
          </w:p>
        </w:tc>
      </w:tr>
      <w:tr>
        <w:trPr>
          <w:cantSplit/>
        </w:trPr>
        <w:tc>
          <w:tcPr>
            <w:tcW w:type="dxa" w:w="4933"/>
            <w:vAlign w:val="center"/>
          </w:tcPr>
          <w:p>
            <w:r/>
            <w:r>
              <w:rPr>
                <w:rFonts w:ascii="Malgun Gothic" w:hAnsi="Malgun Gothic" w:eastAsia="Malgun Gothic"/>
                <w:b w:val="0"/>
                <w:sz w:val="14"/>
              </w:rPr>
              <w:t>asis_global_stats_locked.energy_mean.mu</w:t>
            </w:r>
          </w:p>
        </w:tc>
        <w:tc>
          <w:tcPr>
            <w:tcW w:type="dxa" w:w="4933"/>
            <w:vAlign w:val="center"/>
          </w:tcPr>
          <w:p>
            <w:r/>
            <w:r>
              <w:rPr>
                <w:rFonts w:ascii="Malgun Gothic" w:hAnsi="Malgun Gothic" w:eastAsia="Malgun Gothic"/>
                <w:b w:val="0"/>
                <w:sz w:val="14"/>
              </w:rPr>
              <w:t>0.048839</w:t>
            </w:r>
          </w:p>
        </w:tc>
      </w:tr>
      <w:tr>
        <w:trPr>
          <w:cantSplit/>
        </w:trPr>
        <w:tc>
          <w:tcPr>
            <w:tcW w:type="dxa" w:w="4933"/>
            <w:vAlign w:val="center"/>
          </w:tcPr>
          <w:p>
            <w:r/>
            <w:r>
              <w:rPr>
                <w:rFonts w:ascii="Malgun Gothic" w:hAnsi="Malgun Gothic" w:eastAsia="Malgun Gothic"/>
                <w:b w:val="0"/>
                <w:sz w:val="14"/>
              </w:rPr>
              <w:t>asis_global_stats_locked.energy_mean.sigma</w:t>
            </w:r>
          </w:p>
        </w:tc>
        <w:tc>
          <w:tcPr>
            <w:tcW w:type="dxa" w:w="4933"/>
            <w:vAlign w:val="center"/>
          </w:tcPr>
          <w:p>
            <w:r/>
            <w:r>
              <w:rPr>
                <w:rFonts w:ascii="Malgun Gothic" w:hAnsi="Malgun Gothic" w:eastAsia="Malgun Gothic"/>
                <w:b w:val="0"/>
                <w:sz w:val="14"/>
              </w:rPr>
              <w:t>0.02286</w:t>
            </w:r>
          </w:p>
        </w:tc>
      </w:tr>
      <w:tr>
        <w:trPr>
          <w:cantSplit/>
        </w:trPr>
        <w:tc>
          <w:tcPr>
            <w:tcW w:type="dxa" w:w="4933"/>
            <w:vAlign w:val="center"/>
          </w:tcPr>
          <w:p>
            <w:r/>
            <w:r>
              <w:rPr>
                <w:rFonts w:ascii="Malgun Gothic" w:hAnsi="Malgun Gothic" w:eastAsia="Malgun Gothic"/>
                <w:b w:val="0"/>
                <w:sz w:val="14"/>
              </w:rPr>
              <w:t>asis_global_stats_locked.energy_mean.min</w:t>
            </w:r>
          </w:p>
        </w:tc>
        <w:tc>
          <w:tcPr>
            <w:tcW w:type="dxa" w:w="4933"/>
            <w:vAlign w:val="center"/>
          </w:tcPr>
          <w:p>
            <w:r/>
            <w:r>
              <w:rPr>
                <w:rFonts w:ascii="Malgun Gothic" w:hAnsi="Malgun Gothic" w:eastAsia="Malgun Gothic"/>
                <w:b w:val="0"/>
                <w:sz w:val="14"/>
              </w:rPr>
              <w:t>0.00854</w:t>
            </w:r>
          </w:p>
        </w:tc>
      </w:tr>
      <w:tr>
        <w:trPr>
          <w:cantSplit/>
        </w:trPr>
        <w:tc>
          <w:tcPr>
            <w:tcW w:type="dxa" w:w="4933"/>
            <w:vAlign w:val="center"/>
          </w:tcPr>
          <w:p>
            <w:r/>
            <w:r>
              <w:rPr>
                <w:rFonts w:ascii="Malgun Gothic" w:hAnsi="Malgun Gothic" w:eastAsia="Malgun Gothic"/>
                <w:b w:val="0"/>
                <w:sz w:val="14"/>
              </w:rPr>
              <w:t>asis_global_stats_locked.energy_mean.max</w:t>
            </w:r>
          </w:p>
        </w:tc>
        <w:tc>
          <w:tcPr>
            <w:tcW w:type="dxa" w:w="4933"/>
            <w:vAlign w:val="center"/>
          </w:tcPr>
          <w:p>
            <w:r/>
            <w:r>
              <w:rPr>
                <w:rFonts w:ascii="Malgun Gothic" w:hAnsi="Malgun Gothic" w:eastAsia="Malgun Gothic"/>
                <w:b w:val="0"/>
                <w:sz w:val="14"/>
              </w:rPr>
              <w:t>0.176261</w:t>
            </w:r>
          </w:p>
        </w:tc>
      </w:tr>
      <w:tr>
        <w:trPr>
          <w:cantSplit/>
        </w:trPr>
        <w:tc>
          <w:tcPr>
            <w:tcW w:type="dxa" w:w="4933"/>
            <w:vAlign w:val="center"/>
          </w:tcPr>
          <w:p>
            <w:r/>
            <w:r>
              <w:rPr>
                <w:rFonts w:ascii="Malgun Gothic" w:hAnsi="Malgun Gothic" w:eastAsia="Malgun Gothic"/>
                <w:b w:val="0"/>
                <w:sz w:val="14"/>
              </w:rPr>
              <w:t>asis_global_stats_locked.pitch_mean.mu</w:t>
            </w:r>
          </w:p>
        </w:tc>
        <w:tc>
          <w:tcPr>
            <w:tcW w:type="dxa" w:w="4933"/>
            <w:vAlign w:val="center"/>
          </w:tcPr>
          <w:p>
            <w:r/>
            <w:r>
              <w:rPr>
                <w:rFonts w:ascii="Malgun Gothic" w:hAnsi="Malgun Gothic" w:eastAsia="Malgun Gothic"/>
                <w:b w:val="0"/>
                <w:sz w:val="14"/>
              </w:rPr>
              <w:t>234.5089</w:t>
            </w:r>
          </w:p>
        </w:tc>
      </w:tr>
      <w:tr>
        <w:trPr>
          <w:cantSplit/>
        </w:trPr>
        <w:tc>
          <w:tcPr>
            <w:tcW w:type="dxa" w:w="4933"/>
            <w:vAlign w:val="center"/>
          </w:tcPr>
          <w:p>
            <w:r/>
            <w:r>
              <w:rPr>
                <w:rFonts w:ascii="Malgun Gothic" w:hAnsi="Malgun Gothic" w:eastAsia="Malgun Gothic"/>
                <w:b w:val="0"/>
                <w:sz w:val="14"/>
              </w:rPr>
              <w:t>asis_global_stats_locked.pitch_mean.sigma</w:t>
            </w:r>
          </w:p>
        </w:tc>
        <w:tc>
          <w:tcPr>
            <w:tcW w:type="dxa" w:w="4933"/>
            <w:vAlign w:val="center"/>
          </w:tcPr>
          <w:p>
            <w:r/>
            <w:r>
              <w:rPr>
                <w:rFonts w:ascii="Malgun Gothic" w:hAnsi="Malgun Gothic" w:eastAsia="Malgun Gothic"/>
                <w:b w:val="0"/>
                <w:sz w:val="14"/>
              </w:rPr>
              <w:t>35.5084</w:t>
            </w:r>
          </w:p>
        </w:tc>
      </w:tr>
      <w:tr>
        <w:trPr>
          <w:cantSplit/>
        </w:trPr>
        <w:tc>
          <w:tcPr>
            <w:tcW w:type="dxa" w:w="4933"/>
            <w:vAlign w:val="center"/>
          </w:tcPr>
          <w:p>
            <w:r/>
            <w:r>
              <w:rPr>
                <w:rFonts w:ascii="Malgun Gothic" w:hAnsi="Malgun Gothic" w:eastAsia="Malgun Gothic"/>
                <w:b w:val="0"/>
                <w:sz w:val="14"/>
              </w:rPr>
              <w:t>asis_global_stats_locked.pitch_mean.min</w:t>
            </w:r>
          </w:p>
        </w:tc>
        <w:tc>
          <w:tcPr>
            <w:tcW w:type="dxa" w:w="4933"/>
            <w:vAlign w:val="center"/>
          </w:tcPr>
          <w:p>
            <w:r/>
            <w:r>
              <w:rPr>
                <w:rFonts w:ascii="Malgun Gothic" w:hAnsi="Malgun Gothic" w:eastAsia="Malgun Gothic"/>
                <w:b w:val="0"/>
                <w:sz w:val="14"/>
              </w:rPr>
              <w:t>118.8143</w:t>
            </w:r>
          </w:p>
        </w:tc>
      </w:tr>
      <w:tr>
        <w:trPr>
          <w:cantSplit/>
        </w:trPr>
        <w:tc>
          <w:tcPr>
            <w:tcW w:type="dxa" w:w="4933"/>
            <w:vAlign w:val="center"/>
          </w:tcPr>
          <w:p>
            <w:r/>
            <w:r>
              <w:rPr>
                <w:rFonts w:ascii="Malgun Gothic" w:hAnsi="Malgun Gothic" w:eastAsia="Malgun Gothic"/>
                <w:b w:val="0"/>
                <w:sz w:val="14"/>
              </w:rPr>
              <w:t>asis_global_stats_locked.pitch_mean.max</w:t>
            </w:r>
          </w:p>
        </w:tc>
        <w:tc>
          <w:tcPr>
            <w:tcW w:type="dxa" w:w="4933"/>
            <w:vAlign w:val="center"/>
          </w:tcPr>
          <w:p>
            <w:r/>
            <w:r>
              <w:rPr>
                <w:rFonts w:ascii="Malgun Gothic" w:hAnsi="Malgun Gothic" w:eastAsia="Malgun Gothic"/>
                <w:b w:val="0"/>
                <w:sz w:val="14"/>
              </w:rPr>
              <w:t>568.1591</w:t>
            </w:r>
          </w:p>
        </w:tc>
      </w:tr>
      <w:tr>
        <w:trPr>
          <w:cantSplit/>
        </w:trPr>
        <w:tc>
          <w:tcPr>
            <w:tcW w:type="dxa" w:w="4933"/>
            <w:vAlign w:val="center"/>
          </w:tcPr>
          <w:p>
            <w:r/>
            <w:r>
              <w:rPr>
                <w:rFonts w:ascii="Malgun Gothic" w:hAnsi="Malgun Gothic" w:eastAsia="Malgun Gothic"/>
                <w:b w:val="0"/>
                <w:sz w:val="14"/>
              </w:rPr>
              <w:t>asis_global_stats_locked.wpm.mu</w:t>
            </w:r>
          </w:p>
        </w:tc>
        <w:tc>
          <w:tcPr>
            <w:tcW w:type="dxa" w:w="4933"/>
            <w:vAlign w:val="center"/>
          </w:tcPr>
          <w:p>
            <w:r/>
            <w:r>
              <w:rPr>
                <w:rFonts w:ascii="Malgun Gothic" w:hAnsi="Malgun Gothic" w:eastAsia="Malgun Gothic"/>
                <w:b w:val="0"/>
                <w:sz w:val="14"/>
              </w:rPr>
              <w:t>83.6358</w:t>
            </w:r>
          </w:p>
        </w:tc>
      </w:tr>
      <w:tr>
        <w:trPr>
          <w:cantSplit/>
        </w:trPr>
        <w:tc>
          <w:tcPr>
            <w:tcW w:type="dxa" w:w="4933"/>
            <w:vAlign w:val="center"/>
          </w:tcPr>
          <w:p>
            <w:r/>
            <w:r>
              <w:rPr>
                <w:rFonts w:ascii="Malgun Gothic" w:hAnsi="Malgun Gothic" w:eastAsia="Malgun Gothic"/>
                <w:b w:val="0"/>
                <w:sz w:val="14"/>
              </w:rPr>
              <w:t>asis_global_stats_locked.wpm.sigma</w:t>
            </w:r>
          </w:p>
        </w:tc>
        <w:tc>
          <w:tcPr>
            <w:tcW w:type="dxa" w:w="4933"/>
            <w:vAlign w:val="center"/>
          </w:tcPr>
          <w:p>
            <w:r/>
            <w:r>
              <w:rPr>
                <w:rFonts w:ascii="Malgun Gothic" w:hAnsi="Malgun Gothic" w:eastAsia="Malgun Gothic"/>
                <w:b w:val="0"/>
                <w:sz w:val="14"/>
              </w:rPr>
              <w:t>19.0283</w:t>
            </w:r>
          </w:p>
        </w:tc>
      </w:tr>
      <w:tr>
        <w:trPr>
          <w:cantSplit/>
        </w:trPr>
        <w:tc>
          <w:tcPr>
            <w:tcW w:type="dxa" w:w="4933"/>
            <w:vAlign w:val="center"/>
          </w:tcPr>
          <w:p>
            <w:r/>
            <w:r>
              <w:rPr>
                <w:rFonts w:ascii="Malgun Gothic" w:hAnsi="Malgun Gothic" w:eastAsia="Malgun Gothic"/>
                <w:b w:val="0"/>
                <w:sz w:val="14"/>
              </w:rPr>
              <w:t>asis_global_stats_locked.wpm.min</w:t>
            </w:r>
          </w:p>
        </w:tc>
        <w:tc>
          <w:tcPr>
            <w:tcW w:type="dxa" w:w="4933"/>
            <w:vAlign w:val="center"/>
          </w:tcPr>
          <w:p>
            <w:r/>
            <w:r>
              <w:rPr>
                <w:rFonts w:ascii="Malgun Gothic" w:hAnsi="Malgun Gothic" w:eastAsia="Malgun Gothic"/>
                <w:b w:val="0"/>
                <w:sz w:val="14"/>
              </w:rPr>
              <w:t>3.1496</w:t>
            </w:r>
          </w:p>
        </w:tc>
      </w:tr>
      <w:tr>
        <w:trPr>
          <w:cantSplit/>
        </w:trPr>
        <w:tc>
          <w:tcPr>
            <w:tcW w:type="dxa" w:w="4933"/>
            <w:vAlign w:val="center"/>
          </w:tcPr>
          <w:p>
            <w:r/>
            <w:r>
              <w:rPr>
                <w:rFonts w:ascii="Malgun Gothic" w:hAnsi="Malgun Gothic" w:eastAsia="Malgun Gothic"/>
                <w:b w:val="0"/>
                <w:sz w:val="14"/>
              </w:rPr>
              <w:t>asis_global_stats_locked.wpm.max</w:t>
            </w:r>
          </w:p>
        </w:tc>
        <w:tc>
          <w:tcPr>
            <w:tcW w:type="dxa" w:w="4933"/>
            <w:vAlign w:val="center"/>
          </w:tcPr>
          <w:p>
            <w:r/>
            <w:r>
              <w:rPr>
                <w:rFonts w:ascii="Malgun Gothic" w:hAnsi="Malgun Gothic" w:eastAsia="Malgun Gothic"/>
                <w:b w:val="0"/>
                <w:sz w:val="14"/>
              </w:rPr>
              <w:t>134.2513</w:t>
            </w:r>
          </w:p>
        </w:tc>
      </w:tr>
      <w:tr>
        <w:trPr>
          <w:cantSplit/>
        </w:trPr>
        <w:tc>
          <w:tcPr>
            <w:tcW w:type="dxa" w:w="4933"/>
            <w:vAlign w:val="center"/>
          </w:tcPr>
          <w:p>
            <w:r/>
            <w:r>
              <w:rPr>
                <w:rFonts w:ascii="Malgun Gothic" w:hAnsi="Malgun Gothic" w:eastAsia="Malgun Gothic"/>
                <w:b w:val="0"/>
                <w:sz w:val="14"/>
              </w:rPr>
              <w:t>asis_global_stats_locked.duration_sec.mu</w:t>
            </w:r>
          </w:p>
        </w:tc>
        <w:tc>
          <w:tcPr>
            <w:tcW w:type="dxa" w:w="4933"/>
            <w:vAlign w:val="center"/>
          </w:tcPr>
          <w:p>
            <w:r/>
            <w:r>
              <w:rPr>
                <w:rFonts w:ascii="Malgun Gothic" w:hAnsi="Malgun Gothic" w:eastAsia="Malgun Gothic"/>
                <w:b w:val="0"/>
                <w:sz w:val="14"/>
              </w:rPr>
              <w:t>146.7202</w:t>
            </w:r>
          </w:p>
        </w:tc>
      </w:tr>
      <w:tr>
        <w:trPr>
          <w:cantSplit/>
        </w:trPr>
        <w:tc>
          <w:tcPr>
            <w:tcW w:type="dxa" w:w="4933"/>
            <w:vAlign w:val="center"/>
          </w:tcPr>
          <w:p>
            <w:r/>
            <w:r>
              <w:rPr>
                <w:rFonts w:ascii="Malgun Gothic" w:hAnsi="Malgun Gothic" w:eastAsia="Malgun Gothic"/>
                <w:b w:val="0"/>
                <w:sz w:val="14"/>
              </w:rPr>
              <w:t>asis_global_stats_locked.duration_sec.sigma</w:t>
            </w:r>
          </w:p>
        </w:tc>
        <w:tc>
          <w:tcPr>
            <w:tcW w:type="dxa" w:w="4933"/>
            <w:vAlign w:val="center"/>
          </w:tcPr>
          <w:p>
            <w:r/>
            <w:r>
              <w:rPr>
                <w:rFonts w:ascii="Malgun Gothic" w:hAnsi="Malgun Gothic" w:eastAsia="Malgun Gothic"/>
                <w:b w:val="0"/>
                <w:sz w:val="14"/>
              </w:rPr>
              <w:t>170.316</w:t>
            </w:r>
          </w:p>
        </w:tc>
      </w:tr>
      <w:tr>
        <w:trPr>
          <w:cantSplit/>
        </w:trPr>
        <w:tc>
          <w:tcPr>
            <w:tcW w:type="dxa" w:w="4933"/>
            <w:vAlign w:val="center"/>
          </w:tcPr>
          <w:p>
            <w:r/>
            <w:r>
              <w:rPr>
                <w:rFonts w:ascii="Malgun Gothic" w:hAnsi="Malgun Gothic" w:eastAsia="Malgun Gothic"/>
                <w:b w:val="0"/>
                <w:sz w:val="14"/>
              </w:rPr>
              <w:t>asis_global_stats_locked.duration_sec.min</w:t>
            </w:r>
          </w:p>
        </w:tc>
        <w:tc>
          <w:tcPr>
            <w:tcW w:type="dxa" w:w="4933"/>
            <w:vAlign w:val="center"/>
          </w:tcPr>
          <w:p>
            <w:r/>
            <w:r>
              <w:rPr>
                <w:rFonts w:ascii="Malgun Gothic" w:hAnsi="Malgun Gothic" w:eastAsia="Malgun Gothic"/>
                <w:b w:val="0"/>
                <w:sz w:val="14"/>
              </w:rPr>
              <w:t>2.04</w:t>
            </w:r>
          </w:p>
        </w:tc>
      </w:tr>
      <w:tr>
        <w:trPr>
          <w:cantSplit/>
        </w:trPr>
        <w:tc>
          <w:tcPr>
            <w:tcW w:type="dxa" w:w="4933"/>
            <w:vAlign w:val="center"/>
          </w:tcPr>
          <w:p>
            <w:r/>
            <w:r>
              <w:rPr>
                <w:rFonts w:ascii="Malgun Gothic" w:hAnsi="Malgun Gothic" w:eastAsia="Malgun Gothic"/>
                <w:b w:val="0"/>
                <w:sz w:val="14"/>
              </w:rPr>
              <w:t>asis_global_stats_locked.duration_sec.max</w:t>
            </w:r>
          </w:p>
        </w:tc>
        <w:tc>
          <w:tcPr>
            <w:tcW w:type="dxa" w:w="4933"/>
            <w:vAlign w:val="center"/>
          </w:tcPr>
          <w:p>
            <w:r/>
            <w:r>
              <w:rPr>
                <w:rFonts w:ascii="Malgun Gothic" w:hAnsi="Malgun Gothic" w:eastAsia="Malgun Gothic"/>
                <w:b w:val="0"/>
                <w:sz w:val="14"/>
              </w:rPr>
              <w:t>1719.3</w:t>
            </w:r>
          </w:p>
        </w:tc>
      </w:tr>
      <w:tr>
        <w:trPr>
          <w:cantSplit/>
        </w:trPr>
        <w:tc>
          <w:tcPr>
            <w:tcW w:type="dxa" w:w="4933"/>
            <w:vAlign w:val="center"/>
          </w:tcPr>
          <w:p>
            <w:r/>
            <w:r>
              <w:rPr>
                <w:rFonts w:ascii="Malgun Gothic" w:hAnsi="Malgun Gothic" w:eastAsia="Malgun Gothic"/>
                <w:b w:val="0"/>
                <w:sz w:val="14"/>
              </w:rPr>
              <w:t>asis_raw_min</w:t>
            </w:r>
          </w:p>
        </w:tc>
        <w:tc>
          <w:tcPr>
            <w:tcW w:type="dxa" w:w="4933"/>
            <w:vAlign w:val="center"/>
          </w:tcPr>
          <w:p>
            <w:r/>
            <w:r>
              <w:rPr>
                <w:rFonts w:ascii="Malgun Gothic" w:hAnsi="Malgun Gothic" w:eastAsia="Malgun Gothic"/>
                <w:b w:val="0"/>
                <w:sz w:val="14"/>
              </w:rPr>
              <w:t>-4.621053665640707</w:t>
            </w:r>
          </w:p>
        </w:tc>
      </w:tr>
      <w:tr>
        <w:trPr>
          <w:cantSplit/>
        </w:trPr>
        <w:tc>
          <w:tcPr>
            <w:tcW w:type="dxa" w:w="4933"/>
            <w:vAlign w:val="center"/>
          </w:tcPr>
          <w:p>
            <w:r/>
            <w:r>
              <w:rPr>
                <w:rFonts w:ascii="Malgun Gothic" w:hAnsi="Malgun Gothic" w:eastAsia="Malgun Gothic"/>
                <w:b w:val="0"/>
                <w:sz w:val="14"/>
              </w:rPr>
              <w:t>asis_raw_max</w:t>
            </w:r>
          </w:p>
        </w:tc>
        <w:tc>
          <w:tcPr>
            <w:tcW w:type="dxa" w:w="4933"/>
            <w:vAlign w:val="center"/>
          </w:tcPr>
          <w:p>
            <w:r/>
            <w:r>
              <w:rPr>
                <w:rFonts w:ascii="Malgun Gothic" w:hAnsi="Malgun Gothic" w:eastAsia="Malgun Gothic"/>
                <w:b w:val="0"/>
                <w:sz w:val="14"/>
              </w:rPr>
              <w:t>4.61997054885815</w:t>
            </w:r>
          </w:p>
        </w:tc>
      </w:tr>
      <w:tr>
        <w:trPr>
          <w:cantSplit/>
        </w:trPr>
        <w:tc>
          <w:tcPr>
            <w:tcW w:type="dxa" w:w="4933"/>
            <w:vAlign w:val="center"/>
          </w:tcPr>
          <w:p>
            <w:r/>
            <w:r>
              <w:rPr>
                <w:rFonts w:ascii="Malgun Gothic" w:hAnsi="Malgun Gothic" w:eastAsia="Malgun Gothic"/>
                <w:b w:val="0"/>
                <w:sz w:val="14"/>
              </w:rPr>
              <w:t>likely_causes[0].rank</w:t>
            </w:r>
          </w:p>
        </w:tc>
        <w:tc>
          <w:tcPr>
            <w:tcW w:type="dxa" w:w="4933"/>
            <w:vAlign w:val="center"/>
          </w:tcPr>
          <w:p>
            <w:r/>
            <w:r>
              <w:rPr>
                <w:rFonts w:ascii="Malgun Gothic" w:hAnsi="Malgun Gothic" w:eastAsia="Malgun Gothic"/>
                <w:b w:val="0"/>
                <w:sz w:val="14"/>
              </w:rPr>
              <w:t>1</w:t>
            </w:r>
          </w:p>
        </w:tc>
      </w:tr>
      <w:tr>
        <w:trPr>
          <w:cantSplit/>
        </w:trPr>
        <w:tc>
          <w:tcPr>
            <w:tcW w:type="dxa" w:w="4933"/>
            <w:vAlign w:val="center"/>
          </w:tcPr>
          <w:p>
            <w:r/>
            <w:r>
              <w:rPr>
                <w:rFonts w:ascii="Malgun Gothic" w:hAnsi="Malgun Gothic" w:eastAsia="Malgun Gothic"/>
                <w:b w:val="0"/>
                <w:sz w:val="14"/>
              </w:rPr>
              <w:t>likely_causes[0].cause</w:t>
            </w:r>
          </w:p>
        </w:tc>
        <w:tc>
          <w:tcPr>
            <w:tcW w:type="dxa" w:w="4933"/>
            <w:vAlign w:val="center"/>
          </w:tcPr>
          <w:p>
            <w:r/>
            <w:r>
              <w:rPr>
                <w:rFonts w:ascii="Malgun Gothic" w:hAnsi="Malgun Gothic" w:eastAsia="Malgun Gothic"/>
                <w:b w:val="0"/>
                <w:sz w:val="14"/>
              </w:rPr>
              <w:t>정규화 기준 차이</w:t>
            </w:r>
          </w:p>
        </w:tc>
      </w:tr>
      <w:tr>
        <w:trPr>
          <w:cantSplit/>
        </w:trPr>
        <w:tc>
          <w:tcPr>
            <w:tcW w:type="dxa" w:w="4933"/>
            <w:vAlign w:val="center"/>
          </w:tcPr>
          <w:p>
            <w:r/>
            <w:r>
              <w:rPr>
                <w:rFonts w:ascii="Malgun Gothic" w:hAnsi="Malgun Gothic" w:eastAsia="Malgun Gothic"/>
                <w:b w:val="0"/>
                <w:sz w:val="14"/>
              </w:rPr>
              <w:t>likely_causes[0].evidence</w:t>
            </w:r>
          </w:p>
        </w:tc>
        <w:tc>
          <w:tcPr>
            <w:tcW w:type="dxa" w:w="4933"/>
            <w:vAlign w:val="center"/>
          </w:tcPr>
          <w:p>
            <w:r/>
            <w:r>
              <w:rPr>
                <w:rFonts w:ascii="Malgun Gothic" w:hAnsi="Malgun Gothic" w:eastAsia="Malgun Gothic"/>
                <w:b w:val="0"/>
                <w:sz w:val="14"/>
              </w:rPr>
              <w:t>0413 AS-IS는 GLOBAL_STATS와 RAW_MIN/RAW_MAX를 고정해 stress_score를 계산한다. TO-BE가 현재 배치 기준 평균·표준편차 또는 새 min/max를 쓰면 평균이 이동한다.</w:t>
            </w:r>
          </w:p>
        </w:tc>
      </w:tr>
      <w:tr>
        <w:trPr>
          <w:cantSplit/>
        </w:trPr>
        <w:tc>
          <w:tcPr>
            <w:tcW w:type="dxa" w:w="4933"/>
            <w:vAlign w:val="center"/>
          </w:tcPr>
          <w:p>
            <w:r/>
            <w:r>
              <w:rPr>
                <w:rFonts w:ascii="Malgun Gothic" w:hAnsi="Malgun Gothic" w:eastAsia="Malgun Gothic"/>
                <w:b w:val="0"/>
                <w:sz w:val="14"/>
              </w:rPr>
              <w:t>likely_causes[0].expected_effect</w:t>
            </w:r>
          </w:p>
        </w:tc>
        <w:tc>
          <w:tcPr>
            <w:tcW w:type="dxa" w:w="4933"/>
            <w:vAlign w:val="center"/>
          </w:tcPr>
          <w:p>
            <w:r/>
            <w:r>
              <w:rPr>
                <w:rFonts w:ascii="Malgun Gothic" w:hAnsi="Malgun Gothic" w:eastAsia="Malgun Gothic"/>
                <w:b w:val="0"/>
                <w:sz w:val="14"/>
              </w:rPr>
              <w:t>평균 stress_score 전체 이동 가능</w:t>
            </w:r>
          </w:p>
        </w:tc>
      </w:tr>
      <w:tr>
        <w:trPr>
          <w:cantSplit/>
        </w:trPr>
        <w:tc>
          <w:tcPr>
            <w:tcW w:type="dxa" w:w="4933"/>
            <w:vAlign w:val="center"/>
          </w:tcPr>
          <w:p>
            <w:r/>
            <w:r>
              <w:rPr>
                <w:rFonts w:ascii="Malgun Gothic" w:hAnsi="Malgun Gothic" w:eastAsia="Malgun Gothic"/>
                <w:b w:val="0"/>
                <w:sz w:val="14"/>
              </w:rPr>
              <w:t>likely_causes[0].mp3_only</w:t>
            </w:r>
          </w:p>
        </w:tc>
        <w:tc>
          <w:tcPr>
            <w:tcW w:type="dxa" w:w="4933"/>
            <w:vAlign w:val="center"/>
          </w:tcPr>
          <w:p>
            <w:r/>
            <w:r>
              <w:rPr>
                <w:rFonts w:ascii="Malgun Gothic" w:hAnsi="Malgun Gothic" w:eastAsia="Malgun Gothic"/>
                <w:b w:val="0"/>
                <w:sz w:val="14"/>
              </w:rPr>
              <w:t>아님</w:t>
            </w:r>
          </w:p>
        </w:tc>
      </w:tr>
      <w:tr>
        <w:trPr>
          <w:cantSplit/>
        </w:trPr>
        <w:tc>
          <w:tcPr>
            <w:tcW w:type="dxa" w:w="4933"/>
            <w:vAlign w:val="center"/>
          </w:tcPr>
          <w:p>
            <w:r/>
            <w:r>
              <w:rPr>
                <w:rFonts w:ascii="Malgun Gothic" w:hAnsi="Malgun Gothic" w:eastAsia="Malgun Gothic"/>
                <w:b w:val="0"/>
                <w:sz w:val="14"/>
              </w:rPr>
              <w:t>likely_causes[0].fix</w:t>
            </w:r>
          </w:p>
        </w:tc>
        <w:tc>
          <w:tcPr>
            <w:tcW w:type="dxa" w:w="4933"/>
            <w:vAlign w:val="center"/>
          </w:tcPr>
          <w:p>
            <w:r/>
            <w:r>
              <w:rPr>
                <w:rFonts w:ascii="Malgun Gothic" w:hAnsi="Malgun Gothic" w:eastAsia="Malgun Gothic"/>
                <w:b w:val="0"/>
                <w:sz w:val="14"/>
              </w:rPr>
              <w:t>TO-BE 검증용 AS-IS-compatible stress_score를 별도 산출한다. 0413 GLOBAL_STATS, ASIS_RAW_MIN, ASIS_RAW_MAX를 그대로 쓴다.</w:t>
            </w:r>
          </w:p>
        </w:tc>
      </w:tr>
      <w:tr>
        <w:trPr>
          <w:cantSplit/>
        </w:trPr>
        <w:tc>
          <w:tcPr>
            <w:tcW w:type="dxa" w:w="4933"/>
            <w:vAlign w:val="center"/>
          </w:tcPr>
          <w:p>
            <w:r/>
            <w:r>
              <w:rPr>
                <w:rFonts w:ascii="Malgun Gothic" w:hAnsi="Malgun Gothic" w:eastAsia="Malgun Gothic"/>
                <w:b w:val="0"/>
                <w:sz w:val="14"/>
              </w:rPr>
              <w:t>likely_causes[1].rank</w:t>
            </w:r>
          </w:p>
        </w:tc>
        <w:tc>
          <w:tcPr>
            <w:tcW w:type="dxa" w:w="4933"/>
            <w:vAlign w:val="center"/>
          </w:tcPr>
          <w:p>
            <w:r/>
            <w:r>
              <w:rPr>
                <w:rFonts w:ascii="Malgun Gothic" w:hAnsi="Malgun Gothic" w:eastAsia="Malgun Gothic"/>
                <w:b w:val="0"/>
                <w:sz w:val="14"/>
              </w:rPr>
              <w:t>2</w:t>
            </w:r>
          </w:p>
        </w:tc>
      </w:tr>
      <w:tr>
        <w:trPr>
          <w:cantSplit/>
        </w:trPr>
        <w:tc>
          <w:tcPr>
            <w:tcW w:type="dxa" w:w="4933"/>
            <w:vAlign w:val="center"/>
          </w:tcPr>
          <w:p>
            <w:r/>
            <w:r>
              <w:rPr>
                <w:rFonts w:ascii="Malgun Gothic" w:hAnsi="Malgun Gothic" w:eastAsia="Malgun Gothic"/>
                <w:b w:val="0"/>
                <w:sz w:val="14"/>
              </w:rPr>
              <w:t>likely_causes[1].cause</w:t>
            </w:r>
          </w:p>
        </w:tc>
        <w:tc>
          <w:tcPr>
            <w:tcW w:type="dxa" w:w="4933"/>
            <w:vAlign w:val="center"/>
          </w:tcPr>
          <w:p>
            <w:r/>
            <w:r>
              <w:rPr>
                <w:rFonts w:ascii="Malgun Gothic" w:hAnsi="Malgun Gothic" w:eastAsia="Malgun Gothic"/>
                <w:b w:val="0"/>
                <w:sz w:val="14"/>
              </w:rPr>
              <w:t>음성 특징 추출 방식 차이</w:t>
            </w:r>
          </w:p>
        </w:tc>
      </w:tr>
      <w:tr>
        <w:trPr>
          <w:cantSplit/>
        </w:trPr>
        <w:tc>
          <w:tcPr>
            <w:tcW w:type="dxa" w:w="4933"/>
            <w:vAlign w:val="center"/>
          </w:tcPr>
          <w:p>
            <w:r/>
            <w:r>
              <w:rPr>
                <w:rFonts w:ascii="Malgun Gothic" w:hAnsi="Malgun Gothic" w:eastAsia="Malgun Gothic"/>
                <w:b w:val="0"/>
                <w:sz w:val="14"/>
              </w:rPr>
              <w:t>likely_causes[1].evidence</w:t>
            </w:r>
          </w:p>
        </w:tc>
        <w:tc>
          <w:tcPr>
            <w:tcW w:type="dxa" w:w="4933"/>
            <w:vAlign w:val="center"/>
          </w:tcPr>
          <w:p>
            <w:r/>
            <w:r>
              <w:rPr>
                <w:rFonts w:ascii="Malgun Gothic" w:hAnsi="Malgun Gothic" w:eastAsia="Malgun Gothic"/>
                <w:b w:val="0"/>
                <w:sz w:val="14"/>
              </w:rPr>
              <w:t>0406은 librosa.feature.rms(frame 기반)와 C2~C7 pitch를 사용했고, 0413은 sqrt(mean(y^2))와 fmin=50/fmax=600을 사용한다. TO-BE가 어느 쪽을 쓰는지에 따라 energy/pitch 평균이 달라진다.</w:t>
            </w:r>
          </w:p>
        </w:tc>
      </w:tr>
      <w:tr>
        <w:trPr>
          <w:cantSplit/>
        </w:trPr>
        <w:tc>
          <w:tcPr>
            <w:tcW w:type="dxa" w:w="4933"/>
            <w:vAlign w:val="center"/>
          </w:tcPr>
          <w:p>
            <w:r/>
            <w:r>
              <w:rPr>
                <w:rFonts w:ascii="Malgun Gothic" w:hAnsi="Malgun Gothic" w:eastAsia="Malgun Gothic"/>
                <w:b w:val="0"/>
                <w:sz w:val="14"/>
              </w:rPr>
              <w:t>likely_causes[1].expected_effect</w:t>
            </w:r>
          </w:p>
        </w:tc>
        <w:tc>
          <w:tcPr>
            <w:tcW w:type="dxa" w:w="4933"/>
            <w:vAlign w:val="center"/>
          </w:tcPr>
          <w:p>
            <w:r/>
            <w:r>
              <w:rPr>
                <w:rFonts w:ascii="Malgun Gothic" w:hAnsi="Malgun Gothic" w:eastAsia="Malgun Gothic"/>
                <w:b w:val="0"/>
                <w:sz w:val="14"/>
              </w:rPr>
              <w:t>energy_mean, pitch_mean 이동 → stress_score 평균 이동</w:t>
            </w:r>
          </w:p>
        </w:tc>
      </w:tr>
      <w:tr>
        <w:trPr>
          <w:cantSplit/>
        </w:trPr>
        <w:tc>
          <w:tcPr>
            <w:tcW w:type="dxa" w:w="4933"/>
            <w:vAlign w:val="center"/>
          </w:tcPr>
          <w:p>
            <w:r/>
            <w:r>
              <w:rPr>
                <w:rFonts w:ascii="Malgun Gothic" w:hAnsi="Malgun Gothic" w:eastAsia="Malgun Gothic"/>
                <w:b w:val="0"/>
                <w:sz w:val="14"/>
              </w:rPr>
              <w:t>likely_causes[1].mp3_only</w:t>
            </w:r>
          </w:p>
        </w:tc>
        <w:tc>
          <w:tcPr>
            <w:tcW w:type="dxa" w:w="4933"/>
            <w:vAlign w:val="center"/>
          </w:tcPr>
          <w:p>
            <w:r/>
            <w:r>
              <w:rPr>
                <w:rFonts w:ascii="Malgun Gothic" w:hAnsi="Malgun Gothic" w:eastAsia="Malgun Gothic"/>
                <w:b w:val="0"/>
                <w:sz w:val="14"/>
              </w:rPr>
              <w:t>부분 가능하지만 단독 원인으로 단정 금지</w:t>
            </w:r>
          </w:p>
        </w:tc>
      </w:tr>
      <w:tr>
        <w:trPr>
          <w:cantSplit/>
        </w:trPr>
        <w:tc>
          <w:tcPr>
            <w:tcW w:type="dxa" w:w="4933"/>
            <w:vAlign w:val="center"/>
          </w:tcPr>
          <w:p>
            <w:r/>
            <w:r>
              <w:rPr>
                <w:rFonts w:ascii="Malgun Gothic" w:hAnsi="Malgun Gothic" w:eastAsia="Malgun Gothic"/>
                <w:b w:val="0"/>
                <w:sz w:val="14"/>
              </w:rPr>
              <w:t>likely_causes[1].fix</w:t>
            </w:r>
          </w:p>
        </w:tc>
        <w:tc>
          <w:tcPr>
            <w:tcW w:type="dxa" w:w="4933"/>
            <w:vAlign w:val="center"/>
          </w:tcPr>
          <w:p>
            <w:r/>
            <w:r>
              <w:rPr>
                <w:rFonts w:ascii="Malgun Gothic" w:hAnsi="Malgun Gothic" w:eastAsia="Malgun Gothic"/>
                <w:b w:val="0"/>
                <w:sz w:val="14"/>
              </w:rPr>
              <w:t>동일 wav_id 교집합에서 0413 방식으로 재추출한 compatible feature를 만든다.</w:t>
            </w:r>
          </w:p>
        </w:tc>
      </w:tr>
      <w:tr>
        <w:trPr>
          <w:cantSplit/>
        </w:trPr>
        <w:tc>
          <w:tcPr>
            <w:tcW w:type="dxa" w:w="4933"/>
            <w:vAlign w:val="center"/>
          </w:tcPr>
          <w:p>
            <w:r/>
            <w:r>
              <w:rPr>
                <w:rFonts w:ascii="Malgun Gothic" w:hAnsi="Malgun Gothic" w:eastAsia="Malgun Gothic"/>
                <w:b w:val="0"/>
                <w:sz w:val="14"/>
              </w:rPr>
              <w:t>likely_causes[2].rank</w:t>
            </w:r>
          </w:p>
        </w:tc>
        <w:tc>
          <w:tcPr>
            <w:tcW w:type="dxa" w:w="4933"/>
            <w:vAlign w:val="center"/>
          </w:tcPr>
          <w:p>
            <w:r/>
            <w:r>
              <w:rPr>
                <w:rFonts w:ascii="Malgun Gothic" w:hAnsi="Malgun Gothic" w:eastAsia="Malgun Gothic"/>
                <w:b w:val="0"/>
                <w:sz w:val="14"/>
              </w:rPr>
              <w:t>3</w:t>
            </w:r>
          </w:p>
        </w:tc>
      </w:tr>
      <w:tr>
        <w:trPr>
          <w:cantSplit/>
        </w:trPr>
        <w:tc>
          <w:tcPr>
            <w:tcW w:type="dxa" w:w="4933"/>
            <w:vAlign w:val="center"/>
          </w:tcPr>
          <w:p>
            <w:r/>
            <w:r>
              <w:rPr>
                <w:rFonts w:ascii="Malgun Gothic" w:hAnsi="Malgun Gothic" w:eastAsia="Malgun Gothic"/>
                <w:b w:val="0"/>
                <w:sz w:val="14"/>
              </w:rPr>
              <w:t>likely_causes[2].cause</w:t>
            </w:r>
          </w:p>
        </w:tc>
        <w:tc>
          <w:tcPr>
            <w:tcW w:type="dxa" w:w="4933"/>
            <w:vAlign w:val="center"/>
          </w:tcPr>
          <w:p>
            <w:r/>
            <w:r>
              <w:rPr>
                <w:rFonts w:ascii="Malgun Gothic" w:hAnsi="Malgun Gothic" w:eastAsia="Malgun Gothic"/>
                <w:b w:val="0"/>
                <w:sz w:val="14"/>
              </w:rPr>
              <w:t>STT/WPM 계산 차이</w:t>
            </w:r>
          </w:p>
        </w:tc>
      </w:tr>
      <w:tr>
        <w:trPr>
          <w:cantSplit/>
        </w:trPr>
        <w:tc>
          <w:tcPr>
            <w:tcW w:type="dxa" w:w="4933"/>
            <w:vAlign w:val="center"/>
          </w:tcPr>
          <w:p>
            <w:r/>
            <w:r>
              <w:rPr>
                <w:rFonts w:ascii="Malgun Gothic" w:hAnsi="Malgun Gothic" w:eastAsia="Malgun Gothic"/>
                <w:b w:val="0"/>
                <w:sz w:val="14"/>
              </w:rPr>
              <w:t>likely_causes[2].evidence</w:t>
            </w:r>
          </w:p>
        </w:tc>
        <w:tc>
          <w:tcPr>
            <w:tcW w:type="dxa" w:w="4933"/>
            <w:vAlign w:val="center"/>
          </w:tcPr>
          <w:p>
            <w:r/>
            <w:r>
              <w:rPr>
                <w:rFonts w:ascii="Malgun Gothic" w:hAnsi="Malgun Gothic" w:eastAsia="Malgun Gothic"/>
                <w:b w:val="0"/>
                <w:sz w:val="14"/>
              </w:rPr>
              <w:t>wpm은 word_cnt와 duration_sec로 재계산된다. STT 파일, word count 규칙, duration 측정이 달라지면 stress_score가 바뀐다.</w:t>
            </w:r>
          </w:p>
        </w:tc>
      </w:tr>
      <w:tr>
        <w:trPr>
          <w:cantSplit/>
        </w:trPr>
        <w:tc>
          <w:tcPr>
            <w:tcW w:type="dxa" w:w="4933"/>
            <w:vAlign w:val="center"/>
          </w:tcPr>
          <w:p>
            <w:r/>
            <w:r>
              <w:rPr>
                <w:rFonts w:ascii="Malgun Gothic" w:hAnsi="Malgun Gothic" w:eastAsia="Malgun Gothic"/>
                <w:b w:val="0"/>
                <w:sz w:val="14"/>
              </w:rPr>
              <w:t>likely_causes[2].expected_effect</w:t>
            </w:r>
          </w:p>
        </w:tc>
        <w:tc>
          <w:tcPr>
            <w:tcW w:type="dxa" w:w="4933"/>
            <w:vAlign w:val="center"/>
          </w:tcPr>
          <w:p>
            <w:r/>
            <w:r>
              <w:rPr>
                <w:rFonts w:ascii="Malgun Gothic" w:hAnsi="Malgun Gothic" w:eastAsia="Malgun Gothic"/>
                <w:b w:val="0"/>
                <w:sz w:val="14"/>
              </w:rPr>
              <w:t>wpm z-score 이동 → 평균과 상관 일부 이동</w:t>
            </w:r>
          </w:p>
        </w:tc>
      </w:tr>
      <w:tr>
        <w:trPr>
          <w:cantSplit/>
        </w:trPr>
        <w:tc>
          <w:tcPr>
            <w:tcW w:type="dxa" w:w="4933"/>
            <w:vAlign w:val="center"/>
          </w:tcPr>
          <w:p>
            <w:r/>
            <w:r>
              <w:rPr>
                <w:rFonts w:ascii="Malgun Gothic" w:hAnsi="Malgun Gothic" w:eastAsia="Malgun Gothic"/>
                <w:b w:val="0"/>
                <w:sz w:val="14"/>
              </w:rPr>
              <w:t>likely_causes[2].mp3_only</w:t>
            </w:r>
          </w:p>
        </w:tc>
        <w:tc>
          <w:tcPr>
            <w:tcW w:type="dxa" w:w="4933"/>
            <w:vAlign w:val="center"/>
          </w:tcPr>
          <w:p>
            <w:r/>
            <w:r>
              <w:rPr>
                <w:rFonts w:ascii="Malgun Gothic" w:hAnsi="Malgun Gothic" w:eastAsia="Malgun Gothic"/>
                <w:b w:val="0"/>
                <w:sz w:val="14"/>
              </w:rPr>
              <w:t>아님</w:t>
            </w:r>
          </w:p>
        </w:tc>
      </w:tr>
      <w:tr>
        <w:trPr>
          <w:cantSplit/>
        </w:trPr>
        <w:tc>
          <w:tcPr>
            <w:tcW w:type="dxa" w:w="4933"/>
            <w:vAlign w:val="center"/>
          </w:tcPr>
          <w:p>
            <w:r/>
            <w:r>
              <w:rPr>
                <w:rFonts w:ascii="Malgun Gothic" w:hAnsi="Malgun Gothic" w:eastAsia="Malgun Gothic"/>
                <w:b w:val="0"/>
                <w:sz w:val="14"/>
              </w:rPr>
              <w:t>likely_causes[2].fix</w:t>
            </w:r>
          </w:p>
        </w:tc>
        <w:tc>
          <w:tcPr>
            <w:tcW w:type="dxa" w:w="4933"/>
            <w:vAlign w:val="center"/>
          </w:tcPr>
          <w:p>
            <w:r/>
            <w:r>
              <w:rPr>
                <w:rFonts w:ascii="Malgun Gothic" w:hAnsi="Malgun Gothic" w:eastAsia="Malgun Gothic"/>
                <w:b w:val="0"/>
                <w:sz w:val="14"/>
              </w:rPr>
              <w:t>AS-IS STT 파일 또는 같은 word_cnt 기준으로 재계산한 WPM을 비교표에 함께 표시한다.</w:t>
            </w:r>
          </w:p>
        </w:tc>
      </w:tr>
      <w:tr>
        <w:trPr>
          <w:cantSplit/>
        </w:trPr>
        <w:tc>
          <w:tcPr>
            <w:tcW w:type="dxa" w:w="4933"/>
            <w:vAlign w:val="center"/>
          </w:tcPr>
          <w:p>
            <w:r/>
            <w:r>
              <w:rPr>
                <w:rFonts w:ascii="Malgun Gothic" w:hAnsi="Malgun Gothic" w:eastAsia="Malgun Gothic"/>
                <w:b w:val="0"/>
                <w:sz w:val="14"/>
              </w:rPr>
              <w:t>likely_causes[3].rank</w:t>
            </w:r>
          </w:p>
        </w:tc>
        <w:tc>
          <w:tcPr>
            <w:tcW w:type="dxa" w:w="4933"/>
            <w:vAlign w:val="center"/>
          </w:tcPr>
          <w:p>
            <w:r/>
            <w:r>
              <w:rPr>
                <w:rFonts w:ascii="Malgun Gothic" w:hAnsi="Malgun Gothic" w:eastAsia="Malgun Gothic"/>
                <w:b w:val="0"/>
                <w:sz w:val="14"/>
              </w:rPr>
              <w:t>4</w:t>
            </w:r>
          </w:p>
        </w:tc>
      </w:tr>
      <w:tr>
        <w:trPr>
          <w:cantSplit/>
        </w:trPr>
        <w:tc>
          <w:tcPr>
            <w:tcW w:type="dxa" w:w="4933"/>
            <w:vAlign w:val="center"/>
          </w:tcPr>
          <w:p>
            <w:r/>
            <w:r>
              <w:rPr>
                <w:rFonts w:ascii="Malgun Gothic" w:hAnsi="Malgun Gothic" w:eastAsia="Malgun Gothic"/>
                <w:b w:val="0"/>
                <w:sz w:val="14"/>
              </w:rPr>
              <w:t>likely_causes[3].cause</w:t>
            </w:r>
          </w:p>
        </w:tc>
        <w:tc>
          <w:tcPr>
            <w:tcW w:type="dxa" w:w="4933"/>
            <w:vAlign w:val="center"/>
          </w:tcPr>
          <w:p>
            <w:r/>
            <w:r>
              <w:rPr>
                <w:rFonts w:ascii="Malgun Gothic" w:hAnsi="Malgun Gothic" w:eastAsia="Malgun Gothic"/>
                <w:b w:val="0"/>
                <w:sz w:val="14"/>
              </w:rPr>
              <w:t>표본 수/제외 기준 차이</w:t>
            </w:r>
          </w:p>
        </w:tc>
      </w:tr>
      <w:tr>
        <w:trPr>
          <w:cantSplit/>
        </w:trPr>
        <w:tc>
          <w:tcPr>
            <w:tcW w:type="dxa" w:w="4933"/>
            <w:vAlign w:val="center"/>
          </w:tcPr>
          <w:p>
            <w:r/>
            <w:r>
              <w:rPr>
                <w:rFonts w:ascii="Malgun Gothic" w:hAnsi="Malgun Gothic" w:eastAsia="Malgun Gothic"/>
                <w:b w:val="0"/>
                <w:sz w:val="14"/>
              </w:rPr>
              <w:t>likely_causes[3].evidence</w:t>
            </w:r>
          </w:p>
        </w:tc>
        <w:tc>
          <w:tcPr>
            <w:tcW w:type="dxa" w:w="4933"/>
            <w:vAlign w:val="center"/>
          </w:tcPr>
          <w:p>
            <w:r/>
            <w:r>
              <w:rPr>
                <w:rFonts w:ascii="Malgun Gothic" w:hAnsi="Malgun Gothic" w:eastAsia="Malgun Gothic"/>
                <w:b w:val="0"/>
                <w:sz w:val="14"/>
              </w:rPr>
              <w:t>AS-IS 계열은 n=998 기준이고 TO-BE는 raw n1000 및 analysis-ready n992를 분리한다. 같은 평균 비교가 아니다.</w:t>
            </w:r>
          </w:p>
        </w:tc>
      </w:tr>
      <w:tr>
        <w:trPr>
          <w:cantSplit/>
        </w:trPr>
        <w:tc>
          <w:tcPr>
            <w:tcW w:type="dxa" w:w="4933"/>
            <w:vAlign w:val="center"/>
          </w:tcPr>
          <w:p>
            <w:r/>
            <w:r>
              <w:rPr>
                <w:rFonts w:ascii="Malgun Gothic" w:hAnsi="Malgun Gothic" w:eastAsia="Malgun Gothic"/>
                <w:b w:val="0"/>
                <w:sz w:val="14"/>
              </w:rPr>
              <w:t>likely_causes[3].expected_effect</w:t>
            </w:r>
          </w:p>
        </w:tc>
        <w:tc>
          <w:tcPr>
            <w:tcW w:type="dxa" w:w="4933"/>
            <w:vAlign w:val="center"/>
          </w:tcPr>
          <w:p>
            <w:r/>
            <w:r>
              <w:rPr>
                <w:rFonts w:ascii="Malgun Gothic" w:hAnsi="Malgun Gothic" w:eastAsia="Malgun Gothic"/>
                <w:b w:val="0"/>
                <w:sz w:val="14"/>
              </w:rPr>
              <w:t>결측/이상치 2~8건만으로도 평균과 분산이 일부 이동 가능</w:t>
            </w:r>
          </w:p>
        </w:tc>
      </w:tr>
      <w:tr>
        <w:trPr>
          <w:cantSplit/>
        </w:trPr>
        <w:tc>
          <w:tcPr>
            <w:tcW w:type="dxa" w:w="4933"/>
            <w:vAlign w:val="center"/>
          </w:tcPr>
          <w:p>
            <w:r/>
            <w:r>
              <w:rPr>
                <w:rFonts w:ascii="Malgun Gothic" w:hAnsi="Malgun Gothic" w:eastAsia="Malgun Gothic"/>
                <w:b w:val="0"/>
                <w:sz w:val="14"/>
              </w:rPr>
              <w:t>likely_causes[3].mp3_only</w:t>
            </w:r>
          </w:p>
        </w:tc>
        <w:tc>
          <w:tcPr>
            <w:tcW w:type="dxa" w:w="4933"/>
            <w:vAlign w:val="center"/>
          </w:tcPr>
          <w:p>
            <w:r/>
            <w:r>
              <w:rPr>
                <w:rFonts w:ascii="Malgun Gothic" w:hAnsi="Malgun Gothic" w:eastAsia="Malgun Gothic"/>
                <w:b w:val="0"/>
                <w:sz w:val="14"/>
              </w:rPr>
              <w:t>아님</w:t>
            </w:r>
          </w:p>
        </w:tc>
      </w:tr>
      <w:tr>
        <w:trPr>
          <w:cantSplit/>
        </w:trPr>
        <w:tc>
          <w:tcPr>
            <w:tcW w:type="dxa" w:w="4933"/>
            <w:vAlign w:val="center"/>
          </w:tcPr>
          <w:p>
            <w:r/>
            <w:r>
              <w:rPr>
                <w:rFonts w:ascii="Malgun Gothic" w:hAnsi="Malgun Gothic" w:eastAsia="Malgun Gothic"/>
                <w:b w:val="0"/>
                <w:sz w:val="14"/>
              </w:rPr>
              <w:t>likely_causes[3].fix</w:t>
            </w:r>
          </w:p>
        </w:tc>
        <w:tc>
          <w:tcPr>
            <w:tcW w:type="dxa" w:w="4933"/>
            <w:vAlign w:val="center"/>
          </w:tcPr>
          <w:p>
            <w:r/>
            <w:r>
              <w:rPr>
                <w:rFonts w:ascii="Malgun Gothic" w:hAnsi="Malgun Gothic" w:eastAsia="Malgun Gothic"/>
                <w:b w:val="0"/>
                <w:sz w:val="14"/>
              </w:rPr>
              <w:t>same-wav_id intersection 비교를 우선 표시하고, raw/analysis-ready는 분리 표시한다.</w:t>
            </w:r>
          </w:p>
        </w:tc>
      </w:tr>
      <w:tr>
        <w:trPr>
          <w:cantSplit/>
        </w:trPr>
        <w:tc>
          <w:tcPr>
            <w:tcW w:type="dxa" w:w="4933"/>
            <w:vAlign w:val="center"/>
          </w:tcPr>
          <w:p>
            <w:r/>
            <w:r>
              <w:rPr>
                <w:rFonts w:ascii="Malgun Gothic" w:hAnsi="Malgun Gothic" w:eastAsia="Malgun Gothic"/>
                <w:b w:val="0"/>
                <w:sz w:val="14"/>
              </w:rPr>
              <w:t>likely_causes[4].rank</w:t>
            </w:r>
          </w:p>
        </w:tc>
        <w:tc>
          <w:tcPr>
            <w:tcW w:type="dxa" w:w="4933"/>
            <w:vAlign w:val="center"/>
          </w:tcPr>
          <w:p>
            <w:r/>
            <w:r>
              <w:rPr>
                <w:rFonts w:ascii="Malgun Gothic" w:hAnsi="Malgun Gothic" w:eastAsia="Malgun Gothic"/>
                <w:b w:val="0"/>
                <w:sz w:val="14"/>
              </w:rPr>
              <w:t>5</w:t>
            </w:r>
          </w:p>
        </w:tc>
      </w:tr>
      <w:tr>
        <w:trPr>
          <w:cantSplit/>
        </w:trPr>
        <w:tc>
          <w:tcPr>
            <w:tcW w:type="dxa" w:w="4933"/>
            <w:vAlign w:val="center"/>
          </w:tcPr>
          <w:p>
            <w:r/>
            <w:r>
              <w:rPr>
                <w:rFonts w:ascii="Malgun Gothic" w:hAnsi="Malgun Gothic" w:eastAsia="Malgun Gothic"/>
                <w:b w:val="0"/>
                <w:sz w:val="14"/>
              </w:rPr>
              <w:t>likely_causes[4].cause</w:t>
            </w:r>
          </w:p>
        </w:tc>
        <w:tc>
          <w:tcPr>
            <w:tcW w:type="dxa" w:w="4933"/>
            <w:vAlign w:val="center"/>
          </w:tcPr>
          <w:p>
            <w:r/>
            <w:r>
              <w:rPr>
                <w:rFonts w:ascii="Malgun Gothic" w:hAnsi="Malgun Gothic" w:eastAsia="Malgun Gothic"/>
                <w:b w:val="0"/>
                <w:sz w:val="14"/>
              </w:rPr>
              <w:t>MP3/WAV 변환 차이</w:t>
            </w:r>
          </w:p>
        </w:tc>
      </w:tr>
      <w:tr>
        <w:trPr>
          <w:cantSplit/>
        </w:trPr>
        <w:tc>
          <w:tcPr>
            <w:tcW w:type="dxa" w:w="4933"/>
            <w:vAlign w:val="center"/>
          </w:tcPr>
          <w:p>
            <w:r/>
            <w:r>
              <w:rPr>
                <w:rFonts w:ascii="Malgun Gothic" w:hAnsi="Malgun Gothic" w:eastAsia="Malgun Gothic"/>
                <w:b w:val="0"/>
                <w:sz w:val="14"/>
              </w:rPr>
              <w:t>likely_causes[4].evidence</w:t>
            </w:r>
          </w:p>
        </w:tc>
        <w:tc>
          <w:tcPr>
            <w:tcW w:type="dxa" w:w="4933"/>
            <w:vAlign w:val="center"/>
          </w:tcPr>
          <w:p>
            <w:r/>
            <w:r>
              <w:rPr>
                <w:rFonts w:ascii="Malgun Gothic" w:hAnsi="Malgun Gothic" w:eastAsia="Malgun Gothic"/>
                <w:b w:val="0"/>
                <w:sz w:val="14"/>
              </w:rPr>
              <w:t>원본 압축/복원, ffmpeg 옵션, 샘플레이트, mono 변환이 다르면 energy와 duration이 변할 수 있다.</w:t>
            </w:r>
          </w:p>
        </w:tc>
      </w:tr>
      <w:tr>
        <w:trPr>
          <w:cantSplit/>
        </w:trPr>
        <w:tc>
          <w:tcPr>
            <w:tcW w:type="dxa" w:w="4933"/>
            <w:vAlign w:val="center"/>
          </w:tcPr>
          <w:p>
            <w:r/>
            <w:r>
              <w:rPr>
                <w:rFonts w:ascii="Malgun Gothic" w:hAnsi="Malgun Gothic" w:eastAsia="Malgun Gothic"/>
                <w:b w:val="0"/>
                <w:sz w:val="14"/>
              </w:rPr>
              <w:t>likely_causes[4].expected_effect</w:t>
            </w:r>
          </w:p>
        </w:tc>
        <w:tc>
          <w:tcPr>
            <w:tcW w:type="dxa" w:w="4933"/>
            <w:vAlign w:val="center"/>
          </w:tcPr>
          <w:p>
            <w:r/>
            <w:r>
              <w:rPr>
                <w:rFonts w:ascii="Malgun Gothic" w:hAnsi="Malgun Gothic" w:eastAsia="Malgun Gothic"/>
                <w:b w:val="0"/>
                <w:sz w:val="14"/>
              </w:rPr>
              <w:t>주로 energy/duration에 영향. 그러나 0.118584 평균 차이를 단독으로 설명한다고 단정하기 어렵다.</w:t>
            </w:r>
          </w:p>
        </w:tc>
      </w:tr>
      <w:tr>
        <w:trPr>
          <w:cantSplit/>
        </w:trPr>
        <w:tc>
          <w:tcPr>
            <w:tcW w:type="dxa" w:w="4933"/>
            <w:vAlign w:val="center"/>
          </w:tcPr>
          <w:p>
            <w:r/>
            <w:r>
              <w:rPr>
                <w:rFonts w:ascii="Malgun Gothic" w:hAnsi="Malgun Gothic" w:eastAsia="Malgun Gothic"/>
                <w:b w:val="0"/>
                <w:sz w:val="14"/>
              </w:rPr>
              <w:t>likely_causes[4].mp3_only</w:t>
            </w:r>
          </w:p>
        </w:tc>
        <w:tc>
          <w:tcPr>
            <w:tcW w:type="dxa" w:w="4933"/>
            <w:vAlign w:val="center"/>
          </w:tcPr>
          <w:p>
            <w:r/>
            <w:r>
              <w:rPr>
                <w:rFonts w:ascii="Malgun Gothic" w:hAnsi="Malgun Gothic" w:eastAsia="Malgun Gothic"/>
                <w:b w:val="0"/>
                <w:sz w:val="14"/>
              </w:rPr>
              <w:t>가능성은 있으나 검증 전 OK 처리 금지</w:t>
            </w:r>
          </w:p>
        </w:tc>
      </w:tr>
      <w:tr>
        <w:trPr>
          <w:cantSplit/>
        </w:trPr>
        <w:tc>
          <w:tcPr>
            <w:tcW w:type="dxa" w:w="4933"/>
            <w:vAlign w:val="center"/>
          </w:tcPr>
          <w:p>
            <w:r/>
            <w:r>
              <w:rPr>
                <w:rFonts w:ascii="Malgun Gothic" w:hAnsi="Malgun Gothic" w:eastAsia="Malgun Gothic"/>
                <w:b w:val="0"/>
                <w:sz w:val="14"/>
              </w:rPr>
              <w:t>likely_causes[4].fix</w:t>
            </w:r>
          </w:p>
        </w:tc>
        <w:tc>
          <w:tcPr>
            <w:tcW w:type="dxa" w:w="4933"/>
            <w:vAlign w:val="center"/>
          </w:tcPr>
          <w:p>
            <w:r/>
            <w:r>
              <w:rPr>
                <w:rFonts w:ascii="Malgun Gothic" w:hAnsi="Malgun Gothic" w:eastAsia="Malgun Gothic"/>
                <w:b w:val="0"/>
                <w:sz w:val="14"/>
              </w:rPr>
              <w:t>동일 파일명 hash/ffprobe duration/samplerate/codec 비교를 통과한 뒤에만 '단순 음원 변환 차이'로 분류한다.</w:t>
            </w:r>
          </w:p>
        </w:tc>
      </w:tr>
      <w:tr>
        <w:trPr>
          <w:cantSplit/>
        </w:trPr>
        <w:tc>
          <w:tcPr>
            <w:tcW w:type="dxa" w:w="4933"/>
            <w:vAlign w:val="center"/>
          </w:tcPr>
          <w:p>
            <w:r/>
            <w:r>
              <w:rPr>
                <w:rFonts w:ascii="Malgun Gothic" w:hAnsi="Malgun Gothic" w:eastAsia="Malgun Gothic"/>
                <w:b w:val="0"/>
                <w:sz w:val="14"/>
              </w:rPr>
              <w:t>oneclick_actions_v163[0].action</w:t>
            </w:r>
          </w:p>
        </w:tc>
        <w:tc>
          <w:tcPr>
            <w:tcW w:type="dxa" w:w="4933"/>
            <w:vAlign w:val="center"/>
          </w:tcPr>
          <w:p>
            <w:r/>
            <w:r>
              <w:rPr>
                <w:rFonts w:ascii="Malgun Gothic" w:hAnsi="Malgun Gothic" w:eastAsia="Malgun Gothic"/>
                <w:b w:val="0"/>
                <w:sz w:val="14"/>
              </w:rPr>
              <w:t>A</w:t>
            </w:r>
          </w:p>
        </w:tc>
      </w:tr>
      <w:tr>
        <w:trPr>
          <w:cantSplit/>
        </w:trPr>
        <w:tc>
          <w:tcPr>
            <w:tcW w:type="dxa" w:w="4933"/>
            <w:vAlign w:val="center"/>
          </w:tcPr>
          <w:p>
            <w:r/>
            <w:r>
              <w:rPr>
                <w:rFonts w:ascii="Malgun Gothic" w:hAnsi="Malgun Gothic" w:eastAsia="Malgun Gothic"/>
                <w:b w:val="0"/>
                <w:sz w:val="14"/>
              </w:rPr>
              <w:t>oneclick_actions_v163[0].name</w:t>
            </w:r>
          </w:p>
        </w:tc>
        <w:tc>
          <w:tcPr>
            <w:tcW w:type="dxa" w:w="4933"/>
            <w:vAlign w:val="center"/>
          </w:tcPr>
          <w:p>
            <w:r/>
            <w:r>
              <w:rPr>
                <w:rFonts w:ascii="Malgun Gothic" w:hAnsi="Malgun Gothic" w:eastAsia="Malgun Gothic"/>
                <w:b w:val="0"/>
                <w:sz w:val="14"/>
              </w:rPr>
              <w:t>AS-IS-compatible TO-BE 평균 추가</w:t>
            </w:r>
          </w:p>
        </w:tc>
      </w:tr>
      <w:tr>
        <w:trPr>
          <w:cantSplit/>
        </w:trPr>
        <w:tc>
          <w:tcPr>
            <w:tcW w:type="dxa" w:w="4933"/>
            <w:vAlign w:val="center"/>
          </w:tcPr>
          <w:p>
            <w:r/>
            <w:r>
              <w:rPr>
                <w:rFonts w:ascii="Malgun Gothic" w:hAnsi="Malgun Gothic" w:eastAsia="Malgun Gothic"/>
                <w:b w:val="0"/>
                <w:sz w:val="14"/>
              </w:rPr>
              <w:t>oneclick_actions_v163[0].detail</w:t>
            </w:r>
          </w:p>
        </w:tc>
        <w:tc>
          <w:tcPr>
            <w:tcW w:type="dxa" w:w="4933"/>
            <w:vAlign w:val="center"/>
          </w:tcPr>
          <w:p>
            <w:r/>
            <w:r>
              <w:rPr>
                <w:rFonts w:ascii="Malgun Gothic" w:hAnsi="Malgun Gothic" w:eastAsia="Malgun Gothic"/>
                <w:b w:val="0"/>
                <w:sz w:val="14"/>
              </w:rPr>
              <w:t>TO-BE 원본값은 유지하고, 0413 고정 산식으로 다시 계산한 tobe_asis_compatible_stress_mean을 별도 산출한다.</w:t>
            </w:r>
          </w:p>
        </w:tc>
      </w:tr>
      <w:tr>
        <w:trPr>
          <w:cantSplit/>
        </w:trPr>
        <w:tc>
          <w:tcPr>
            <w:tcW w:type="dxa" w:w="4933"/>
            <w:vAlign w:val="center"/>
          </w:tcPr>
          <w:p>
            <w:r/>
            <w:r>
              <w:rPr>
                <w:rFonts w:ascii="Malgun Gothic" w:hAnsi="Malgun Gothic" w:eastAsia="Malgun Gothic"/>
                <w:b w:val="0"/>
                <w:sz w:val="14"/>
              </w:rPr>
              <w:t>oneclick_actions_v163[1].action</w:t>
            </w:r>
          </w:p>
        </w:tc>
        <w:tc>
          <w:tcPr>
            <w:tcW w:type="dxa" w:w="4933"/>
            <w:vAlign w:val="center"/>
          </w:tcPr>
          <w:p>
            <w:r/>
            <w:r>
              <w:rPr>
                <w:rFonts w:ascii="Malgun Gothic" w:hAnsi="Malgun Gothic" w:eastAsia="Malgun Gothic"/>
                <w:b w:val="0"/>
                <w:sz w:val="14"/>
              </w:rPr>
              <w:t>B</w:t>
            </w:r>
          </w:p>
        </w:tc>
      </w:tr>
      <w:tr>
        <w:trPr>
          <w:cantSplit/>
        </w:trPr>
        <w:tc>
          <w:tcPr>
            <w:tcW w:type="dxa" w:w="4933"/>
            <w:vAlign w:val="center"/>
          </w:tcPr>
          <w:p>
            <w:r/>
            <w:r>
              <w:rPr>
                <w:rFonts w:ascii="Malgun Gothic" w:hAnsi="Malgun Gothic" w:eastAsia="Malgun Gothic"/>
                <w:b w:val="0"/>
                <w:sz w:val="14"/>
              </w:rPr>
              <w:t>oneclick_actions_v163[1].name</w:t>
            </w:r>
          </w:p>
        </w:tc>
        <w:tc>
          <w:tcPr>
            <w:tcW w:type="dxa" w:w="4933"/>
            <w:vAlign w:val="center"/>
          </w:tcPr>
          <w:p>
            <w:r/>
            <w:r>
              <w:rPr>
                <w:rFonts w:ascii="Malgun Gothic" w:hAnsi="Malgun Gothic" w:eastAsia="Malgun Gothic"/>
                <w:b w:val="0"/>
                <w:sz w:val="14"/>
              </w:rPr>
              <w:t>Gap Decomposition 표 생성</w:t>
            </w:r>
          </w:p>
        </w:tc>
      </w:tr>
      <w:tr>
        <w:trPr>
          <w:cantSplit/>
        </w:trPr>
        <w:tc>
          <w:tcPr>
            <w:tcW w:type="dxa" w:w="4933"/>
            <w:vAlign w:val="center"/>
          </w:tcPr>
          <w:p>
            <w:r/>
            <w:r>
              <w:rPr>
                <w:rFonts w:ascii="Malgun Gothic" w:hAnsi="Malgun Gothic" w:eastAsia="Malgun Gothic"/>
                <w:b w:val="0"/>
                <w:sz w:val="14"/>
              </w:rPr>
              <w:t>oneclick_actions_v163[1].detail</w:t>
            </w:r>
          </w:p>
        </w:tc>
        <w:tc>
          <w:tcPr>
            <w:tcW w:type="dxa" w:w="4933"/>
            <w:vAlign w:val="center"/>
          </w:tcPr>
          <w:p>
            <w:r/>
            <w:r>
              <w:rPr>
                <w:rFonts w:ascii="Malgun Gothic" w:hAnsi="Malgun Gothic" w:eastAsia="Malgun Gothic"/>
                <w:b w:val="0"/>
                <w:sz w:val="14"/>
              </w:rPr>
              <w:t>정규화/feature/STT-WPM/표본/음원 변환을 분리해 차이 원인을 표로 표시한다.</w:t>
            </w:r>
          </w:p>
        </w:tc>
      </w:tr>
      <w:tr>
        <w:trPr>
          <w:cantSplit/>
        </w:trPr>
        <w:tc>
          <w:tcPr>
            <w:tcW w:type="dxa" w:w="4933"/>
            <w:vAlign w:val="center"/>
          </w:tcPr>
          <w:p>
            <w:r/>
            <w:r>
              <w:rPr>
                <w:rFonts w:ascii="Malgun Gothic" w:hAnsi="Malgun Gothic" w:eastAsia="Malgun Gothic"/>
                <w:b w:val="0"/>
                <w:sz w:val="14"/>
              </w:rPr>
              <w:t>oneclick_actions_v163[2].action</w:t>
            </w:r>
          </w:p>
        </w:tc>
        <w:tc>
          <w:tcPr>
            <w:tcW w:type="dxa" w:w="4933"/>
            <w:vAlign w:val="center"/>
          </w:tcPr>
          <w:p>
            <w:r/>
            <w:r>
              <w:rPr>
                <w:rFonts w:ascii="Malgun Gothic" w:hAnsi="Malgun Gothic" w:eastAsia="Malgun Gothic"/>
                <w:b w:val="0"/>
                <w:sz w:val="14"/>
              </w:rPr>
              <w:t>C</w:t>
            </w:r>
          </w:p>
        </w:tc>
      </w:tr>
      <w:tr>
        <w:trPr>
          <w:cantSplit/>
        </w:trPr>
        <w:tc>
          <w:tcPr>
            <w:tcW w:type="dxa" w:w="4933"/>
            <w:vAlign w:val="center"/>
          </w:tcPr>
          <w:p>
            <w:r/>
            <w:r>
              <w:rPr>
                <w:rFonts w:ascii="Malgun Gothic" w:hAnsi="Malgun Gothic" w:eastAsia="Malgun Gothic"/>
                <w:b w:val="0"/>
                <w:sz w:val="14"/>
              </w:rPr>
              <w:t>oneclick_actions_v163[2].name</w:t>
            </w:r>
          </w:p>
        </w:tc>
        <w:tc>
          <w:tcPr>
            <w:tcW w:type="dxa" w:w="4933"/>
            <w:vAlign w:val="center"/>
          </w:tcPr>
          <w:p>
            <w:r/>
            <w:r>
              <w:rPr>
                <w:rFonts w:ascii="Malgun Gothic" w:hAnsi="Malgun Gothic" w:eastAsia="Malgun Gothic"/>
                <w:b w:val="0"/>
                <w:sz w:val="14"/>
              </w:rPr>
              <w:t>same-id 교집합 비교</w:t>
            </w:r>
          </w:p>
        </w:tc>
      </w:tr>
      <w:tr>
        <w:trPr>
          <w:cantSplit/>
        </w:trPr>
        <w:tc>
          <w:tcPr>
            <w:tcW w:type="dxa" w:w="4933"/>
            <w:vAlign w:val="center"/>
          </w:tcPr>
          <w:p>
            <w:r/>
            <w:r>
              <w:rPr>
                <w:rFonts w:ascii="Malgun Gothic" w:hAnsi="Malgun Gothic" w:eastAsia="Malgun Gothic"/>
                <w:b w:val="0"/>
                <w:sz w:val="14"/>
              </w:rPr>
              <w:t>oneclick_actions_v163[2].detail</w:t>
            </w:r>
          </w:p>
        </w:tc>
        <w:tc>
          <w:tcPr>
            <w:tcW w:type="dxa" w:w="4933"/>
            <w:vAlign w:val="center"/>
          </w:tcPr>
          <w:p>
            <w:r/>
            <w:r>
              <w:rPr>
                <w:rFonts w:ascii="Malgun Gothic" w:hAnsi="Malgun Gothic" w:eastAsia="Malgun Gothic"/>
                <w:b w:val="0"/>
                <w:sz w:val="14"/>
              </w:rPr>
              <w:t>AS-IS와 TO-BE에 모두 있는 wav_id만 비교해 mp3·표본 차이를 제거한 순수 산식 차이를 본다.</w:t>
            </w:r>
          </w:p>
        </w:tc>
      </w:tr>
      <w:tr>
        <w:trPr>
          <w:cantSplit/>
        </w:trPr>
        <w:tc>
          <w:tcPr>
            <w:tcW w:type="dxa" w:w="4933"/>
            <w:vAlign w:val="center"/>
          </w:tcPr>
          <w:p>
            <w:r/>
            <w:r>
              <w:rPr>
                <w:rFonts w:ascii="Malgun Gothic" w:hAnsi="Malgun Gothic" w:eastAsia="Malgun Gothic"/>
                <w:b w:val="0"/>
                <w:sz w:val="14"/>
              </w:rPr>
              <w:t>oneclick_actions_v163[3].action</w:t>
            </w:r>
          </w:p>
        </w:tc>
        <w:tc>
          <w:tcPr>
            <w:tcW w:type="dxa" w:w="4933"/>
            <w:vAlign w:val="center"/>
          </w:tcPr>
          <w:p>
            <w:r/>
            <w:r>
              <w:rPr>
                <w:rFonts w:ascii="Malgun Gothic" w:hAnsi="Malgun Gothic" w:eastAsia="Malgun Gothic"/>
                <w:b w:val="0"/>
                <w:sz w:val="14"/>
              </w:rPr>
              <w:t>D</w:t>
            </w:r>
          </w:p>
        </w:tc>
      </w:tr>
      <w:tr>
        <w:trPr>
          <w:cantSplit/>
        </w:trPr>
        <w:tc>
          <w:tcPr>
            <w:tcW w:type="dxa" w:w="4933"/>
            <w:vAlign w:val="center"/>
          </w:tcPr>
          <w:p>
            <w:r/>
            <w:r>
              <w:rPr>
                <w:rFonts w:ascii="Malgun Gothic" w:hAnsi="Malgun Gothic" w:eastAsia="Malgun Gothic"/>
                <w:b w:val="0"/>
                <w:sz w:val="14"/>
              </w:rPr>
              <w:t>oneclick_actions_v163[3].name</w:t>
            </w:r>
          </w:p>
        </w:tc>
        <w:tc>
          <w:tcPr>
            <w:tcW w:type="dxa" w:w="4933"/>
            <w:vAlign w:val="center"/>
          </w:tcPr>
          <w:p>
            <w:r/>
            <w:r>
              <w:rPr>
                <w:rFonts w:ascii="Malgun Gothic" w:hAnsi="Malgun Gothic" w:eastAsia="Malgun Gothic"/>
                <w:b w:val="0"/>
                <w:sz w:val="14"/>
              </w:rPr>
              <w:t>교수님 문장 고정</w:t>
            </w:r>
          </w:p>
        </w:tc>
      </w:tr>
      <w:tr>
        <w:trPr>
          <w:cantSplit/>
        </w:trPr>
        <w:tc>
          <w:tcPr>
            <w:tcW w:type="dxa" w:w="4933"/>
            <w:vAlign w:val="center"/>
          </w:tcPr>
          <w:p>
            <w:r/>
            <w:r>
              <w:rPr>
                <w:rFonts w:ascii="Malgun Gothic" w:hAnsi="Malgun Gothic" w:eastAsia="Malgun Gothic"/>
                <w:b w:val="0"/>
                <w:sz w:val="14"/>
              </w:rPr>
              <w:t>oneclick_actions_v163[3].detail</w:t>
            </w:r>
          </w:p>
        </w:tc>
        <w:tc>
          <w:tcPr>
            <w:tcW w:type="dxa" w:w="4933"/>
            <w:vAlign w:val="center"/>
          </w:tcPr>
          <w:p>
            <w:r/>
            <w:r>
              <w:rPr>
                <w:rFonts w:ascii="Malgun Gothic" w:hAnsi="Malgun Gothic" w:eastAsia="Malgun Gothic"/>
                <w:b w:val="0"/>
                <w:sz w:val="14"/>
              </w:rPr>
              <w:t>TO-BE가 AS-IS를 완전 재현했다는 표현은 금지하고, 방향성 유사도 및 재현성 보조근거로 설명한다.</w:t>
            </w:r>
          </w:p>
        </w:tc>
      </w:tr>
      <w:tr>
        <w:trPr>
          <w:cantSplit/>
        </w:trPr>
        <w:tc>
          <w:tcPr>
            <w:tcW w:type="dxa" w:w="4933"/>
            <w:vAlign w:val="center"/>
          </w:tcPr>
          <w:p>
            <w:r/>
            <w:r>
              <w:rPr>
                <w:rFonts w:ascii="Malgun Gothic" w:hAnsi="Malgun Gothic" w:eastAsia="Malgun Gothic"/>
                <w:b w:val="0"/>
                <w:sz w:val="14"/>
              </w:rPr>
              <w:t>existing_evidence_scan.candidate_files_scanned</w:t>
            </w:r>
          </w:p>
        </w:tc>
        <w:tc>
          <w:tcPr>
            <w:tcW w:type="dxa" w:w="4933"/>
            <w:vAlign w:val="center"/>
          </w:tcPr>
          <w:p>
            <w:r/>
            <w:r>
              <w:rPr>
                <w:rFonts w:ascii="Malgun Gothic" w:hAnsi="Malgun Gothic" w:eastAsia="Malgun Gothic"/>
                <w:b w:val="0"/>
                <w:sz w:val="14"/>
              </w:rPr>
              <w:t>2</w:t>
            </w:r>
          </w:p>
        </w:tc>
      </w:tr>
      <w:tr>
        <w:trPr>
          <w:cantSplit/>
        </w:trPr>
        <w:tc>
          <w:tcPr>
            <w:tcW w:type="dxa" w:w="4933"/>
            <w:vAlign w:val="center"/>
          </w:tcPr>
          <w:p>
            <w:r/>
            <w:r>
              <w:rPr>
                <w:rFonts w:ascii="Malgun Gothic" w:hAnsi="Malgun Gothic" w:eastAsia="Malgun Gothic"/>
                <w:b w:val="0"/>
                <w:sz w:val="14"/>
              </w:rPr>
              <w:t>existing_evidence_scan.evidence_hits[0].relative_path</w:t>
            </w:r>
          </w:p>
        </w:tc>
        <w:tc>
          <w:tcPr>
            <w:tcW w:type="dxa" w:w="4933"/>
            <w:vAlign w:val="center"/>
          </w:tcPr>
          <w:p>
            <w:r/>
            <w:r>
              <w:rPr>
                <w:rFonts w:ascii="Malgun Gothic" w:hAnsi="Malgun Gothic" w:eastAsia="Malgun Gothic"/>
                <w:b w:val="0"/>
                <w:sz w:val="14"/>
              </w:rPr>
              <w:t>research_continuity/05_oneclick_flow/latest_flow_status_v162.json</w:t>
            </w:r>
          </w:p>
        </w:tc>
      </w:tr>
      <w:tr>
        <w:trPr>
          <w:cantSplit/>
        </w:trPr>
        <w:tc>
          <w:tcPr>
            <w:tcW w:type="dxa" w:w="4933"/>
            <w:vAlign w:val="center"/>
          </w:tcPr>
          <w:p>
            <w:r/>
            <w:r>
              <w:rPr>
                <w:rFonts w:ascii="Malgun Gothic" w:hAnsi="Malgun Gothic" w:eastAsia="Malgun Gothic"/>
                <w:b w:val="0"/>
                <w:sz w:val="14"/>
              </w:rPr>
              <w:t>existing_evidence_scan.evidence_hits[0].asis_detected</w:t>
            </w:r>
          </w:p>
        </w:tc>
        <w:tc>
          <w:tcPr>
            <w:tcW w:type="dxa" w:w="4933"/>
            <w:vAlign w:val="center"/>
          </w:tcPr>
          <w:p>
            <w:r/>
            <w:r>
              <w:rPr>
                <w:rFonts w:ascii="Malgun Gothic" w:hAnsi="Malgun Gothic" w:eastAsia="Malgun Gothic"/>
                <w:b w:val="0"/>
                <w:sz w:val="14"/>
              </w:rPr>
            </w:r>
          </w:p>
        </w:tc>
      </w:tr>
      <w:tr>
        <w:trPr>
          <w:cantSplit/>
        </w:trPr>
        <w:tc>
          <w:tcPr>
            <w:tcW w:type="dxa" w:w="4933"/>
            <w:vAlign w:val="center"/>
          </w:tcPr>
          <w:p>
            <w:r/>
            <w:r>
              <w:rPr>
                <w:rFonts w:ascii="Malgun Gothic" w:hAnsi="Malgun Gothic" w:eastAsia="Malgun Gothic"/>
                <w:b w:val="0"/>
                <w:sz w:val="14"/>
              </w:rPr>
              <w:t>existing_evidence_scan.evidence_hits[0].tobe_detected</w:t>
            </w:r>
          </w:p>
        </w:tc>
        <w:tc>
          <w:tcPr>
            <w:tcW w:type="dxa" w:w="4933"/>
            <w:vAlign w:val="center"/>
          </w:tcPr>
          <w:p>
            <w:r/>
            <w:r>
              <w:rPr>
                <w:rFonts w:ascii="Malgun Gothic" w:hAnsi="Malgun Gothic" w:eastAsia="Malgun Gothic"/>
                <w:b w:val="0"/>
                <w:sz w:val="14"/>
              </w:rPr>
            </w:r>
          </w:p>
        </w:tc>
      </w:tr>
      <w:tr>
        <w:trPr>
          <w:cantSplit/>
        </w:trPr>
        <w:tc>
          <w:tcPr>
            <w:tcW w:type="dxa" w:w="4933"/>
            <w:vAlign w:val="center"/>
          </w:tcPr>
          <w:p>
            <w:r/>
            <w:r>
              <w:rPr>
                <w:rFonts w:ascii="Malgun Gothic" w:hAnsi="Malgun Gothic" w:eastAsia="Malgun Gothic"/>
                <w:b w:val="0"/>
                <w:sz w:val="14"/>
              </w:rPr>
              <w:t>existing_evidence_scan.evidence_hits[0].contains_stress_score_mean</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existing_evidence_scan.evidence_hits[1].relative_path</w:t>
            </w:r>
          </w:p>
        </w:tc>
        <w:tc>
          <w:tcPr>
            <w:tcW w:type="dxa" w:w="4933"/>
            <w:vAlign w:val="center"/>
          </w:tcPr>
          <w:p>
            <w:r/>
            <w:r>
              <w:rPr>
                <w:rFonts w:ascii="Malgun Gothic" w:hAnsi="Malgun Gothic" w:eastAsia="Malgun Gothic"/>
                <w:b w:val="0"/>
                <w:sz w:val="14"/>
              </w:rPr>
              <w:t>research_continuity/05_oneclick_flow/latest_flow_status_v161.json</w:t>
            </w:r>
          </w:p>
        </w:tc>
      </w:tr>
      <w:tr>
        <w:trPr>
          <w:cantSplit/>
        </w:trPr>
        <w:tc>
          <w:tcPr>
            <w:tcW w:type="dxa" w:w="4933"/>
            <w:vAlign w:val="center"/>
          </w:tcPr>
          <w:p>
            <w:r/>
            <w:r>
              <w:rPr>
                <w:rFonts w:ascii="Malgun Gothic" w:hAnsi="Malgun Gothic" w:eastAsia="Malgun Gothic"/>
                <w:b w:val="0"/>
                <w:sz w:val="14"/>
              </w:rPr>
              <w:t>existing_evidence_scan.evidence_hits[1].asis_detected</w:t>
            </w:r>
          </w:p>
        </w:tc>
        <w:tc>
          <w:tcPr>
            <w:tcW w:type="dxa" w:w="4933"/>
            <w:vAlign w:val="center"/>
          </w:tcPr>
          <w:p>
            <w:r/>
            <w:r>
              <w:rPr>
                <w:rFonts w:ascii="Malgun Gothic" w:hAnsi="Malgun Gothic" w:eastAsia="Malgun Gothic"/>
                <w:b w:val="0"/>
                <w:sz w:val="14"/>
              </w:rPr>
            </w:r>
          </w:p>
        </w:tc>
      </w:tr>
      <w:tr>
        <w:trPr>
          <w:cantSplit/>
        </w:trPr>
        <w:tc>
          <w:tcPr>
            <w:tcW w:type="dxa" w:w="4933"/>
            <w:vAlign w:val="center"/>
          </w:tcPr>
          <w:p>
            <w:r/>
            <w:r>
              <w:rPr>
                <w:rFonts w:ascii="Malgun Gothic" w:hAnsi="Malgun Gothic" w:eastAsia="Malgun Gothic"/>
                <w:b w:val="0"/>
                <w:sz w:val="14"/>
              </w:rPr>
              <w:t>existing_evidence_scan.evidence_hits[1].tobe_detected</w:t>
            </w:r>
          </w:p>
        </w:tc>
        <w:tc>
          <w:tcPr>
            <w:tcW w:type="dxa" w:w="4933"/>
            <w:vAlign w:val="center"/>
          </w:tcPr>
          <w:p>
            <w:r/>
            <w:r>
              <w:rPr>
                <w:rFonts w:ascii="Malgun Gothic" w:hAnsi="Malgun Gothic" w:eastAsia="Malgun Gothic"/>
                <w:b w:val="0"/>
                <w:sz w:val="14"/>
              </w:rPr>
            </w:r>
          </w:p>
        </w:tc>
      </w:tr>
      <w:tr>
        <w:trPr>
          <w:cantSplit/>
        </w:trPr>
        <w:tc>
          <w:tcPr>
            <w:tcW w:type="dxa" w:w="4933"/>
            <w:vAlign w:val="center"/>
          </w:tcPr>
          <w:p>
            <w:r/>
            <w:r>
              <w:rPr>
                <w:rFonts w:ascii="Malgun Gothic" w:hAnsi="Malgun Gothic" w:eastAsia="Malgun Gothic"/>
                <w:b w:val="0"/>
                <w:sz w:val="14"/>
              </w:rPr>
              <w:t>existing_evidence_scan.evidence_hits[1].contains_stress_score_mean</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professor_sentence</w:t>
            </w:r>
          </w:p>
        </w:tc>
        <w:tc>
          <w:tcPr>
            <w:tcW w:type="dxa" w:w="4933"/>
            <w:vAlign w:val="center"/>
          </w:tcPr>
          <w:p>
            <w:r/>
            <w:r>
              <w:rPr>
                <w:rFonts w:ascii="Malgun Gothic" w:hAnsi="Malgun Gothic" w:eastAsia="Malgun Gothic"/>
                <w:b w:val="0"/>
                <w:sz w:val="14"/>
              </w:rPr>
              <w:t>AS-IS와 TO-BE의 stress_score 평균 차이가 남아 있어 TO-BE가 AS-IS를 완전 재현했다고 보지는 않았습니다. 다만 동일 wav_id 교집합, 0413 고정 산식, 동일 WPM 기준으로 AS-IS-compatible 값을 별도 산출해 차이 원인을 정규화·특징추출·STT/WPM·표본 차이로 분해하겠습니다.</w:t>
            </w:r>
          </w:p>
        </w:tc>
      </w:tr>
    </w:tbl>
    <w:p/>
    <w:p>
      <w:r>
        <w:t>전체 행 포함</w:t>
      </w:r>
    </w:p>
    <w:p>
      <w:r>
        <w:rPr>
          <w:b/>
        </w:rPr>
        <w:t>산출물 CSV: research_continuity/15_asis_tobe_warn_source_fix_v169/csv_schema_compare_resolved_v169.csv (행 138,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pair_key</w:t>
            </w:r>
          </w:p>
        </w:tc>
        <w:tc>
          <w:tcPr>
            <w:tcW w:type="dxa" w:w="580"/>
          </w:tcPr>
          <w:p>
            <w:r/>
            <w:r>
              <w:rPr>
                <w:rFonts w:ascii="Malgun Gothic" w:hAnsi="Malgun Gothic" w:eastAsia="Malgun Gothic"/>
                <w:b/>
                <w:sz w:val="14"/>
              </w:rPr>
              <w:t>filename</w:t>
            </w:r>
          </w:p>
        </w:tc>
        <w:tc>
          <w:tcPr>
            <w:tcW w:type="dxa" w:w="580"/>
          </w:tcPr>
          <w:p>
            <w:r/>
            <w:r>
              <w:rPr>
                <w:rFonts w:ascii="Malgun Gothic" w:hAnsi="Malgun Gothic" w:eastAsia="Malgun Gothic"/>
                <w:b/>
                <w:sz w:val="14"/>
              </w:rPr>
              <w:t>as_is_path</w:t>
            </w:r>
          </w:p>
        </w:tc>
        <w:tc>
          <w:tcPr>
            <w:tcW w:type="dxa" w:w="580"/>
          </w:tcPr>
          <w:p>
            <w:r/>
            <w:r>
              <w:rPr>
                <w:rFonts w:ascii="Malgun Gothic" w:hAnsi="Malgun Gothic" w:eastAsia="Malgun Gothic"/>
                <w:b/>
                <w:sz w:val="14"/>
              </w:rPr>
              <w:t>as_is_rows</w:t>
            </w:r>
          </w:p>
        </w:tc>
        <w:tc>
          <w:tcPr>
            <w:tcW w:type="dxa" w:w="580"/>
          </w:tcPr>
          <w:p>
            <w:r/>
            <w:r>
              <w:rPr>
                <w:rFonts w:ascii="Malgun Gothic" w:hAnsi="Malgun Gothic" w:eastAsia="Malgun Gothic"/>
                <w:b/>
                <w:sz w:val="14"/>
              </w:rPr>
              <w:t>as_is_cols</w:t>
            </w:r>
          </w:p>
        </w:tc>
        <w:tc>
          <w:tcPr>
            <w:tcW w:type="dxa" w:w="580"/>
          </w:tcPr>
          <w:p>
            <w:r/>
            <w:r>
              <w:rPr>
                <w:rFonts w:ascii="Malgun Gothic" w:hAnsi="Malgun Gothic" w:eastAsia="Malgun Gothic"/>
                <w:b/>
                <w:sz w:val="14"/>
              </w:rPr>
              <w:t>as_is_columns</w:t>
            </w:r>
          </w:p>
        </w:tc>
        <w:tc>
          <w:tcPr>
            <w:tcW w:type="dxa" w:w="580"/>
          </w:tcPr>
          <w:p>
            <w:r/>
            <w:r>
              <w:rPr>
                <w:rFonts w:ascii="Malgun Gothic" w:hAnsi="Malgun Gothic" w:eastAsia="Malgun Gothic"/>
                <w:b/>
                <w:sz w:val="14"/>
              </w:rPr>
              <w:t>as_is_status</w:t>
            </w:r>
          </w:p>
        </w:tc>
        <w:tc>
          <w:tcPr>
            <w:tcW w:type="dxa" w:w="580"/>
          </w:tcPr>
          <w:p>
            <w:r/>
            <w:r>
              <w:rPr>
                <w:rFonts w:ascii="Malgun Gothic" w:hAnsi="Malgun Gothic" w:eastAsia="Malgun Gothic"/>
                <w:b/>
                <w:sz w:val="14"/>
              </w:rPr>
              <w:t>to_be_path</w:t>
            </w:r>
          </w:p>
        </w:tc>
        <w:tc>
          <w:tcPr>
            <w:tcW w:type="dxa" w:w="580"/>
          </w:tcPr>
          <w:p>
            <w:r/>
            <w:r>
              <w:rPr>
                <w:rFonts w:ascii="Malgun Gothic" w:hAnsi="Malgun Gothic" w:eastAsia="Malgun Gothic"/>
                <w:b/>
                <w:sz w:val="14"/>
              </w:rPr>
              <w:t>to_be_rows</w:t>
            </w:r>
          </w:p>
        </w:tc>
        <w:tc>
          <w:tcPr>
            <w:tcW w:type="dxa" w:w="580"/>
          </w:tcPr>
          <w:p>
            <w:r/>
            <w:r>
              <w:rPr>
                <w:rFonts w:ascii="Malgun Gothic" w:hAnsi="Malgun Gothic" w:eastAsia="Malgun Gothic"/>
                <w:b/>
                <w:sz w:val="14"/>
              </w:rPr>
              <w:t>to_be_cols</w:t>
            </w:r>
          </w:p>
        </w:tc>
        <w:tc>
          <w:tcPr>
            <w:tcW w:type="dxa" w:w="580"/>
          </w:tcPr>
          <w:p>
            <w:r/>
            <w:r>
              <w:rPr>
                <w:rFonts w:ascii="Malgun Gothic" w:hAnsi="Malgun Gothic" w:eastAsia="Malgun Gothic"/>
                <w:b/>
                <w:sz w:val="14"/>
              </w:rPr>
              <w:t>to_be_columns</w:t>
            </w:r>
          </w:p>
        </w:tc>
        <w:tc>
          <w:tcPr>
            <w:tcW w:type="dxa" w:w="580"/>
          </w:tcPr>
          <w:p>
            <w:r/>
            <w:r>
              <w:rPr>
                <w:rFonts w:ascii="Malgun Gothic" w:hAnsi="Malgun Gothic" w:eastAsia="Malgun Gothic"/>
                <w:b/>
                <w:sz w:val="14"/>
              </w:rPr>
              <w:t>to_be_status</w:t>
            </w:r>
          </w:p>
        </w:tc>
        <w:tc>
          <w:tcPr>
            <w:tcW w:type="dxa" w:w="580"/>
          </w:tcPr>
          <w:p>
            <w:r/>
            <w:r>
              <w:rPr>
                <w:rFonts w:ascii="Malgun Gothic" w:hAnsi="Malgun Gothic" w:eastAsia="Malgun Gothic"/>
                <w:b/>
                <w:sz w:val="14"/>
              </w:rPr>
              <w:t>status</w:t>
            </w:r>
          </w:p>
        </w:tc>
        <w:tc>
          <w:tcPr>
            <w:tcW w:type="dxa" w:w="580"/>
          </w:tcPr>
          <w:p>
            <w:r/>
            <w:r>
              <w:rPr>
                <w:rFonts w:ascii="Malgun Gothic" w:hAnsi="Malgun Gothic" w:eastAsia="Malgun Gothic"/>
                <w:b/>
                <w:sz w:val="14"/>
              </w:rPr>
              <w:t>original_status</w:t>
            </w:r>
          </w:p>
        </w:tc>
        <w:tc>
          <w:tcPr>
            <w:tcW w:type="dxa" w:w="580"/>
          </w:tcPr>
          <w:p>
            <w:r/>
            <w:r>
              <w:rPr>
                <w:rFonts w:ascii="Malgun Gothic" w:hAnsi="Malgun Gothic" w:eastAsia="Malgun Gothic"/>
                <w:b/>
                <w:sz w:val="14"/>
              </w:rPr>
              <w:t>professor_ready_status</w:t>
            </w:r>
          </w:p>
        </w:tc>
        <w:tc>
          <w:tcPr>
            <w:tcW w:type="dxa" w:w="580"/>
          </w:tcPr>
          <w:p>
            <w:r/>
            <w:r>
              <w:rPr>
                <w:rFonts w:ascii="Malgun Gothic" w:hAnsi="Malgun Gothic" w:eastAsia="Malgun Gothic"/>
                <w:b/>
                <w:sz w:val="14"/>
              </w:rPr>
              <w:t>resolution_status</w:t>
            </w:r>
          </w:p>
        </w:tc>
        <w:tc>
          <w:tcPr>
            <w:tcW w:type="dxa" w:w="580"/>
          </w:tcPr>
          <w:p>
            <w:r/>
            <w:r>
              <w:rPr>
                <w:rFonts w:ascii="Malgun Gothic" w:hAnsi="Malgun Gothic" w:eastAsia="Malgun Gothic"/>
                <w:b/>
                <w:sz w:val="14"/>
              </w:rPr>
              <w:t>resolution_note</w:t>
            </w:r>
          </w:p>
        </w:tc>
      </w:tr>
      <w:tr>
        <w:trPr>
          <w:cantSplit/>
        </w:trPr>
        <w:tc>
          <w:tcPr>
            <w:tcW w:type="dxa" w:w="580"/>
            <w:vAlign w:val="center"/>
          </w:tcPr>
          <w:p>
            <w:r/>
            <w:r>
              <w:rPr>
                <w:rFonts w:ascii="Malgun Gothic" w:hAnsi="Malgun Gothic" w:eastAsia="Malgun Gothic"/>
                <w:b w:val="0"/>
                <w:sz w:val="14"/>
              </w:rPr>
              <w:t>anova.csv</w:t>
            </w:r>
          </w:p>
        </w:tc>
        <w:tc>
          <w:tcPr>
            <w:tcW w:type="dxa" w:w="580"/>
            <w:vAlign w:val="center"/>
          </w:tcPr>
          <w:p>
            <w:r/>
            <w:r>
              <w:rPr>
                <w:rFonts w:ascii="Malgun Gothic" w:hAnsi="Malgun Gothic" w:eastAsia="Malgun Gothic"/>
                <w:b w:val="0"/>
                <w:sz w:val="14"/>
              </w:rPr>
              <w:t>anova.csv</w:t>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F; p_value; eta_squared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correlation_4vars.csv</w:t>
            </w:r>
          </w:p>
        </w:tc>
        <w:tc>
          <w:tcPr>
            <w:tcW w:type="dxa" w:w="580"/>
            <w:vAlign w:val="center"/>
          </w:tcPr>
          <w:p>
            <w:r/>
            <w:r>
              <w:rPr>
                <w:rFonts w:ascii="Malgun Gothic" w:hAnsi="Malgun Gothic" w:eastAsia="Malgun Gothic"/>
                <w:b w:val="0"/>
                <w:sz w:val="14"/>
              </w:rPr>
              <w:t>correlation_4vars.csv</w:t>
            </w:r>
          </w:p>
        </w:tc>
        <w:tc>
          <w:tcPr>
            <w:tcW w:type="dxa" w:w="580"/>
            <w:vAlign w:val="center"/>
          </w:tcPr>
          <w:p>
            <w:r/>
            <w:r>
              <w:rPr>
                <w:rFonts w:ascii="Malgun Gothic" w:hAnsi="Malgun Gothic" w:eastAsia="Malgun Gothic"/>
                <w:b w:val="0"/>
                <w:sz w:val="14"/>
              </w:rPr>
              <w:t>05_results\correlation_4vars.csv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metric; x; value; p_value;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datasets0413_clean.csv</w:t>
            </w:r>
          </w:p>
        </w:tc>
        <w:tc>
          <w:tcPr>
            <w:tcW w:type="dxa" w:w="580"/>
            <w:vAlign w:val="center"/>
          </w:tcPr>
          <w:p>
            <w:r/>
            <w:r>
              <w:rPr>
                <w:rFonts w:ascii="Malgun Gothic" w:hAnsi="Malgun Gothic" w:eastAsia="Malgun Gothic"/>
                <w:b w:val="0"/>
                <w:sz w:val="14"/>
              </w:rPr>
              <w:t>datasets0413_clean.csv</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wav_id; energy_mean; pitch_mean; duration_sec; word_cnt; wpm; text_len; z_energy_mean; z_pitch_mean; z_wpm; z_duration_sec; raw_stress;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datasets0413_clean_rms.csv</w:t>
            </w:r>
          </w:p>
        </w:tc>
        <w:tc>
          <w:tcPr>
            <w:tcW w:type="dxa" w:w="580"/>
            <w:vAlign w:val="center"/>
          </w:tcPr>
          <w:p>
            <w:r/>
            <w:r>
              <w:rPr>
                <w:rFonts w:ascii="Malgun Gothic" w:hAnsi="Malgun Gothic" w:eastAsia="Malgun Gothic"/>
                <w:b w:val="0"/>
                <w:sz w:val="14"/>
              </w:rPr>
              <w:t>datasets0413_clean_rms.csv</w:t>
            </w:r>
          </w:p>
        </w:tc>
        <w:tc>
          <w:tcPr>
            <w:tcW w:type="dxa" w:w="580"/>
            <w:vAlign w:val="center"/>
          </w:tcPr>
          <w:p>
            <w:r/>
            <w:r>
              <w:rPr>
                <w:rFonts w:ascii="Malgun Gothic" w:hAnsi="Malgun Gothic" w:eastAsia="Malgun Gothic"/>
                <w:b w:val="0"/>
                <w:sz w:val="14"/>
              </w:rPr>
              <w:t>04_final\datasets0413_clean_rms.csv</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wav_id; energy_mean; pitch_mean; duration_sec; word_cnt; text_len; wpm; z_energy_mean; z_pitch_mean; z_wpm; z_duration_sec; raw_stress;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descriptive_stats.csv</w:t>
            </w:r>
          </w:p>
        </w:tc>
        <w:tc>
          <w:tcPr>
            <w:tcW w:type="dxa" w:w="580"/>
            <w:vAlign w:val="center"/>
          </w:tcPr>
          <w:p>
            <w:r/>
            <w:r>
              <w:rPr>
                <w:rFonts w:ascii="Malgun Gothic" w:hAnsi="Malgun Gothic" w:eastAsia="Malgun Gothic"/>
                <w:b w:val="0"/>
                <w:sz w:val="14"/>
              </w:rPr>
              <w:t>descriptive_stats.csv</w:t>
            </w:r>
          </w:p>
        </w:tc>
        <w:tc>
          <w:tcPr>
            <w:tcW w:type="dxa" w:w="580"/>
            <w:vAlign w:val="center"/>
          </w:tcPr>
          <w:p>
            <w:r/>
            <w:r>
              <w:rPr>
                <w:rFonts w:ascii="Malgun Gothic" w:hAnsi="Malgun Gothic" w:eastAsia="Malgun Gothic"/>
                <w:b w:val="0"/>
                <w:sz w:val="14"/>
              </w:rPr>
              <w:t>05_results\descriptive_stats.csv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Unnamed: 0;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features_voc_0413.csv</w:t>
            </w:r>
          </w:p>
        </w:tc>
        <w:tc>
          <w:tcPr>
            <w:tcW w:type="dxa" w:w="580"/>
            <w:vAlign w:val="center"/>
          </w:tcPr>
          <w:p>
            <w:r/>
            <w:r>
              <w:rPr>
                <w:rFonts w:ascii="Malgun Gothic" w:hAnsi="Malgun Gothic" w:eastAsia="Malgun Gothic"/>
                <w:b w:val="0"/>
                <w:sz w:val="14"/>
              </w:rPr>
              <w:t>features_voc_0413.csv</w:t>
            </w:r>
          </w:p>
        </w:tc>
        <w:tc>
          <w:tcPr>
            <w:tcW w:type="dxa" w:w="580"/>
            <w:vAlign w:val="center"/>
          </w:tcPr>
          <w:p>
            <w:r/>
            <w:r>
              <w:rPr>
                <w:rFonts w:ascii="Malgun Gothic" w:hAnsi="Malgun Gothic" w:eastAsia="Malgun Gothic"/>
                <w:b w:val="0"/>
                <w:sz w:val="14"/>
              </w:rPr>
              <w:t>03_features\features_voc_0413.csv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wav_id; energy_mean; pitch_mean; duration_sec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features_voc_0413_rms.csv</w:t>
            </w:r>
          </w:p>
        </w:tc>
        <w:tc>
          <w:tcPr>
            <w:tcW w:type="dxa" w:w="580"/>
            <w:vAlign w:val="center"/>
          </w:tcPr>
          <w:p>
            <w:r/>
            <w:r>
              <w:rPr>
                <w:rFonts w:ascii="Malgun Gothic" w:hAnsi="Malgun Gothic" w:eastAsia="Malgun Gothic"/>
                <w:b w:val="0"/>
                <w:sz w:val="14"/>
              </w:rPr>
              <w:t>features_voc_0413_rms.csv</w:t>
            </w:r>
          </w:p>
        </w:tc>
        <w:tc>
          <w:tcPr>
            <w:tcW w:type="dxa" w:w="580"/>
            <w:vAlign w:val="center"/>
          </w:tcPr>
          <w:p>
            <w:r/>
            <w:r>
              <w:rPr>
                <w:rFonts w:ascii="Malgun Gothic" w:hAnsi="Malgun Gothic" w:eastAsia="Malgun Gothic"/>
                <w:b w:val="0"/>
                <w:sz w:val="14"/>
              </w:rPr>
              <w:t>03_features\features_voc_0413_rms.csv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wav_id; energy_mean; pitch_mean; duration_sec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global_ref_rms.csv</w:t>
            </w:r>
          </w:p>
        </w:tc>
        <w:tc>
          <w:tcPr>
            <w:tcW w:type="dxa" w:w="580"/>
            <w:vAlign w:val="center"/>
          </w:tcPr>
          <w:p>
            <w:r/>
            <w:r>
              <w:rPr>
                <w:rFonts w:ascii="Malgun Gothic" w:hAnsi="Malgun Gothic" w:eastAsia="Malgun Gothic"/>
                <w:b w:val="0"/>
                <w:sz w:val="14"/>
              </w:rPr>
              <w:t>global_ref_rms.csv</w:t>
            </w:r>
          </w:p>
        </w:tc>
        <w:tc>
          <w:tcPr>
            <w:tcW w:type="dxa" w:w="580"/>
            <w:vAlign w:val="center"/>
          </w:tcPr>
          <w:p>
            <w:r/>
            <w:r>
              <w:rPr>
                <w:rFonts w:ascii="Malgun Gothic" w:hAnsi="Malgun Gothic" w:eastAsia="Malgun Gothic"/>
                <w:b w:val="0"/>
                <w:sz w:val="14"/>
              </w:rPr>
              <w:t>05_results\global_ref_rms.csv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mu; sigma; min; max; method;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leave_one_out.csv</w:t>
            </w:r>
          </w:p>
        </w:tc>
        <w:tc>
          <w:tcPr>
            <w:tcW w:type="dxa" w:w="580"/>
            <w:vAlign w:val="center"/>
          </w:tcPr>
          <w:p>
            <w:r/>
            <w:r>
              <w:rPr>
                <w:rFonts w:ascii="Malgun Gothic" w:hAnsi="Malgun Gothic" w:eastAsia="Malgun Gothic"/>
                <w:b w:val="0"/>
                <w:sz w:val="14"/>
              </w:rPr>
              <w:t>leave_one_out.csv</w:t>
            </w:r>
          </w:p>
        </w:tc>
        <w:tc>
          <w:tcPr>
            <w:tcW w:type="dxa" w:w="580"/>
            <w:vAlign w:val="center"/>
          </w:tcPr>
          <w:p>
            <w:r/>
            <w:r>
              <w:rPr>
                <w:rFonts w:ascii="Malgun Gothic" w:hAnsi="Malgun Gothic" w:eastAsia="Malgun Gothic"/>
                <w:b w:val="0"/>
                <w:sz w:val="14"/>
              </w:rPr>
              <w:t>05_results\leave_one_out.csv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dropped_variable; corr_with_full; p_value; mean_abs_diff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sensitivity.csv</w:t>
            </w:r>
          </w:p>
        </w:tc>
        <w:tc>
          <w:tcPr>
            <w:tcW w:type="dxa" w:w="580"/>
            <w:vAlign w:val="center"/>
          </w:tcPr>
          <w:p>
            <w:r/>
            <w:r>
              <w:rPr>
                <w:rFonts w:ascii="Malgun Gothic" w:hAnsi="Malgun Gothic" w:eastAsia="Malgun Gothic"/>
                <w:b w:val="0"/>
                <w:sz w:val="14"/>
              </w:rPr>
              <w:t>sensitivity.csv</w:t>
            </w:r>
          </w:p>
        </w:tc>
        <w:tc>
          <w:tcPr>
            <w:tcW w:type="dxa" w:w="580"/>
            <w:vAlign w:val="center"/>
          </w:tcPr>
          <w:p>
            <w:r/>
            <w:r>
              <w:rPr>
                <w:rFonts w:ascii="Malgun Gothic" w:hAnsi="Malgun Gothic" w:eastAsia="Malgun Gothic"/>
                <w:b w:val="0"/>
                <w:sz w:val="14"/>
              </w:rPr>
              <w:t>05_results\sensitivity.csv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scenario; corr_with_base; p_value; mean_abs_diff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wav_id; text; word_cnt; text_len; source; stt_ok; sample_order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tukey.csv</w:t>
            </w:r>
          </w:p>
        </w:tc>
        <w:tc>
          <w:tcPr>
            <w:tcW w:type="dxa" w:w="580"/>
            <w:vAlign w:val="center"/>
          </w:tcPr>
          <w:p>
            <w:r/>
            <w:r>
              <w:rPr>
                <w:rFonts w:ascii="Malgun Gothic" w:hAnsi="Malgun Gothic" w:eastAsia="Malgun Gothic"/>
                <w:b w:val="0"/>
                <w:sz w:val="14"/>
              </w:rPr>
              <w:t>tukey.csv</w:t>
            </w:r>
          </w:p>
        </w:tc>
        <w:tc>
          <w:tcPr>
            <w:tcW w:type="dxa" w:w="580"/>
            <w:vAlign w:val="center"/>
          </w:tcPr>
          <w:p>
            <w:r/>
            <w:r>
              <w:rPr>
                <w:rFonts w:ascii="Malgun Gothic" w:hAnsi="Malgun Gothic" w:eastAsia="Malgun Gothic"/>
                <w:b w:val="0"/>
                <w:sz w:val="14"/>
              </w:rPr>
              <w:t>05_results\tukey.csv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group1; group2; meandiff; p_adj; lower; upper; reject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validity_summary.csv</w:t>
            </w:r>
          </w:p>
        </w:tc>
        <w:tc>
          <w:tcPr>
            <w:tcW w:type="dxa" w:w="580"/>
            <w:vAlign w:val="center"/>
          </w:tcPr>
          <w:p>
            <w:r/>
            <w:r>
              <w:rPr>
                <w:rFonts w:ascii="Malgun Gothic" w:hAnsi="Malgun Gothic" w:eastAsia="Malgun Gothic"/>
                <w:b w:val="0"/>
                <w:sz w:val="14"/>
              </w:rPr>
              <w:t>validity_summary.csv</w:t>
            </w:r>
          </w:p>
        </w:tc>
        <w:tc>
          <w:tcPr>
            <w:tcW w:type="dxa" w:w="580"/>
            <w:vAlign w:val="center"/>
          </w:tcPr>
          <w:p>
            <w:r/>
            <w:r>
              <w:rPr>
                <w:rFonts w:ascii="Malgun Gothic" w:hAnsi="Malgun Gothic" w:eastAsia="Malgun Gothic"/>
                <w:b w:val="0"/>
                <w:sz w:val="14"/>
              </w:rPr>
              <w:t>05_results\validity_summary.csv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item; value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05_results\discriminant_details.csv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05_results\discriminant_details.csv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05_results\bootstrap_ci.csv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boot_mean_r; ci_low_2_5; ci_high_97_5;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r; ci_lower; ci_upper;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05_results\bootstrap_ci.csv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boot_mean_r; ci_low_2_5; ci_high_97_5;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r; ci_lower; ci_upper;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05_results\correlation_matrix.csv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Unnamed: 0; energy_mean; pitch_mean; wpm; duration_sec; stress_score;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stress_score; energy_mean; pitch_mean; wpm; duration_sec;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05_results\correlation_matrix.csv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Unnamed: 0; energy_mean; pitch_mean; wpm; duration_sec; stress_score;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stress_score; energy_mean; pitch_mean; wpm; duration_sec;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05_results\multivariate_ols.csv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term; coef; std_err; t; p_value; r2; adj_r2;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results_by_count/n1000/snapshot/results\tables\multivariate_ols.csv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term; coef; std_err; t; p_value; r2; adj_r2;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05_results\multivariate_ols.csv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term; coef; std_err; t; p_value; r2; adj_r2;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results_by_count/n1000/snapshot/results\validity\multivariate_ols.csv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term; coef; std_err; t; p_value; r2; adj_r2;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05_results\univariate_ols.csv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intercept; slope; r2; t_slope; p_slope;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model; intercept; slope; r2; t_slope; p_slope;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05_results\univariate_ols.csv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intercept; slope; r2; t_slope; p_slope;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model; intercept; slope; r2; t_slope; p_slope;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05_results\vif.csv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variable; VIF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variable; VIF;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05_results\vif.csv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variable; VIF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variable; VIF;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additional_research_execution_order.csv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results_by_count/n1000/snapshot/results\tables\future_analysis\additional_research_execution_order.csv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order; step; menu; action; required_now</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results_by_count/n1000/snapshot/results\tables\future_analysis\additional_research_plan.csv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stage; topic; current_limitation; required_data; recommended_sample; method; expected_output; paper_usage;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additional_research_required_data.csv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results_by_count/n1000/snapshot/results\tables\future_analysis\additional_research_required_data.csv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data_item; columns; needed_for; current_template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task; status; stress_score_n; stt_reliability_available;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additional_research_why_method_direction.csv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results_by_count/n1000/snapshot/results\tables\meeting_0627\additional_research_why_method_direction.csv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주제; 왜 필요한가; 왜 이 기법인가; 방향성; 이번 보고에서의 표현</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aiis_branch_overview.csv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results_by_count/n1000/snapshot/results\tables\aiis_branch_overview.csv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branch_name; branch_dir; manifest_exists; status_exists; updated_at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aiis_final_diff_actions.csv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results_by_count/n1000/snapshot/results\tables\aiis_final_diff_actions.csv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priority; action; command_or_screen; done_when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aiis_final_diff_metrics.csv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results_by_count/n1000/snapshot/results\tables\aiis_final_diff_metrics.csv</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unit; status; reason;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aiis_final_diff_overview.csv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results_by_count/n1000/snapshot/results\tables\aiis_final_diff_overview.csv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item; value;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aiis_final_diff_root_causes.csv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results_by_count/n1000/snapshot/results\tables\aiis_final_diff_root_causes.csv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priority; level; title; evidence; why_it_happened; paper_impact; next_action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results_by_count/n1000/snapshot/results\tables\aiis_key_metric_compare.csv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asis_source; tobe_source; status;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aiis_recommended_actions.csv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results_by_count/n1000/snapshot/results\tables\aiis_recommended_actions.csv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order; action_code; action_name; purpose; command_hint; dashboard_path; expected_result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aiis_root_causes.csv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results_by_count/n1000/snapshot/results\tables\aiis_root_causes.csv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cause_code; severity; title; problem; why; evidence; paper_impact; check_next; recommended_action_ref;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aiis_snapshot_status.csv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results_by_count/n1000/snapshot/results\tables\aiis_snapshot_status.csv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slot; slot_snapshot_found; tobe_scan_roots; aiis_extension_status; core_message; asis_stt_n; tobe_stt_n; asis_feature_n; tobe_feature_n; asis_stress_n; tobe_stress_n; valid_tobe_stt_source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aiis_tracking_metrics.csv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results_by_count/n1000/snapshot/results\tables\aiis_tracking_metrics.csv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tracking_metric; target; current_value; status;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anova_group_descriptive.csv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results_by_count/n1000/snapshot/results\tables\anova_group_descriptive.csv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16.0</w:t>
            </w:r>
          </w:p>
        </w:tc>
        <w:tc>
          <w:tcPr>
            <w:tcW w:type="dxa" w:w="580"/>
            <w:vAlign w:val="center"/>
          </w:tcPr>
          <w:p>
            <w:r/>
            <w:r>
              <w:rPr>
                <w:rFonts w:ascii="Malgun Gothic" w:hAnsi="Malgun Gothic" w:eastAsia="Malgun Gothic"/>
                <w:b w:val="0"/>
                <w:sz w:val="14"/>
              </w:rPr>
              <w:t>stress_group; stress_score_count; stress_score_mean; stress_score_std; energy_mean_count; energy_mean_mean; energy_mean_std; pitch_mean_count; pitch_mean_mean; pitch_mean_std; wpm_count; wpm_mean; wpm_std; duration_sec_count; duration_sec_mean; duration_sec_std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anova_profile.csv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results_by_count/n1000/snapshot/results\tables\anova_profile.csv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F; p_value; eta_squared; effect_size; note;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anova_profile.csv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results_by_count/n1000/snapshot/results\validity\anova_profile.csv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F; p_value; eta_squared; effect_size; note;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applied_sciences_required_sections.csv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results_by_count/n1000/snapshot/results\tables\applied_sciences_required_sections.csv</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section_or_statement; source_or_field;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artifact_lineage.csv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results_by_count/n1000/snapshot/results\tables\repro\artifact_lineage.csv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artifact; depends_on; source_stage; upstream_1; upstream_2; upstream_3; upstream_4; risk_if_changed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auto_execution_plan.csv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results_by_count/n1000/snapshot/results\tables\repro\auto_execution_plan.csv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run_order; issue; status; severity; evidence; likely_cause; recommended_action; menu_no; command_hint;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claim_strength_check.csv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results_by_count/n1000/snapshot/results\tables\ops\claim_strength_check.csv</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risk_phrase; recommended_expression; found_count; files;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complete_report_checklist.csv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results_by_count/n1000/snapshot/results\tables\complete_report_checklist.csv</w:t>
            </w:r>
          </w:p>
        </w:tc>
        <w:tc>
          <w:tcPr>
            <w:tcW w:type="dxa" w:w="580"/>
            <w:vAlign w:val="center"/>
          </w:tcPr>
          <w:p>
            <w:r/>
            <w:r>
              <w:rPr>
                <w:rFonts w:ascii="Malgun Gothic" w:hAnsi="Malgun Gothic" w:eastAsia="Malgun Gothic"/>
                <w:b w:val="0"/>
                <w:sz w:val="14"/>
              </w:rPr>
              <w:t>34.0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order; group; title; kind; required; exists; rows_or_note; path; status; description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construct_validity_summary.csv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results_by_count/n1000/snapshot/results\tables\construct_validity_summary.csv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indicator; value;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correlation_validity.csv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results_by_count/n1000/snapshot/results\tables\correlation_validity.csv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variable; r; p_value; validity_type;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criterion_validity_status.csv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results_by_count/n1000/snapshot/results\tables\future_analysis\criterion_validity_status.csv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csv_profile_all.csv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results_by_count/n1000/snapshot/results\tables\asis_tobe\csv_profile_all.csv</w:t>
            </w:r>
          </w:p>
        </w:tc>
        <w:tc>
          <w:tcPr>
            <w:tcW w:type="dxa" w:w="580"/>
            <w:vAlign w:val="center"/>
          </w:tcPr>
          <w:p>
            <w:r/>
            <w:r>
              <w:rPr>
                <w:rFonts w:ascii="Malgun Gothic" w:hAnsi="Malgun Gothic" w:eastAsia="Malgun Gothic"/>
                <w:b w:val="0"/>
                <w:sz w:val="14"/>
              </w:rPr>
              <w:t>144.0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side; relative_path; filename; stem; rows; cols; columns; status; scan_scope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csv_schema_compare.csv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results_by_count/n1000/snapshot/results\tables\asis_tobe\csv_schema_compare.csv</w:t>
            </w:r>
          </w:p>
        </w:tc>
        <w:tc>
          <w:tcPr>
            <w:tcW w:type="dxa" w:w="580"/>
            <w:vAlign w:val="center"/>
          </w:tcPr>
          <w:p>
            <w:r/>
            <w:r>
              <w:rPr>
                <w:rFonts w:ascii="Malgun Gothic" w:hAnsi="Malgun Gothic" w:eastAsia="Malgun Gothic"/>
                <w:b w:val="0"/>
                <w:sz w:val="14"/>
              </w:rPr>
              <w:t>138.0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pair_key; filename; as_is_path; as_is_rows; as_is_cols; as_is_columns; as_is_status; to_be_path; to_be_rows; to_be_cols; to_be_columns; to_be_status;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data_quality_action_plan.csv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results_by_count/n1000/snapshot/results\tables\data_quality_action_plan.csv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priority; action_code; action_name; trigger_items; reason; auto_executable; command_hint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data_quality_status.csv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results_by_count/n1000/snapshot/results\tables\data_quality_status.csv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check_item; status; value; criterion; message; recommended_action; severity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deepseek_learning_feedback.csv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results_by_count/n1000/snapshot/results\tables\learning\deepseek_learning_feedback.csv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area; status; recommendation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deploy_result_integrity.csv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results_by_count/n1000/snapshot/results\tables\deploy_result_integrity.csv</w:t>
            </w:r>
          </w:p>
        </w:tc>
        <w:tc>
          <w:tcPr>
            <w:tcW w:type="dxa" w:w="580"/>
            <w:vAlign w:val="center"/>
          </w:tcPr>
          <w:p>
            <w:r/>
            <w:r>
              <w:rPr>
                <w:rFonts w:ascii="Malgun Gothic" w:hAnsi="Malgun Gothic" w:eastAsia="Malgun Gothic"/>
                <w:b w:val="0"/>
                <w:sz w:val="14"/>
              </w:rPr>
              <w:t>22.0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artifact; source_type; path; exists; rows_or_exists; mtime; size_kb</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descriptive_statistics.csv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results_by_count/n1000/snapshot/results\tables\descriptive_statistics.csv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diagnosis.csv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results_by_count/n1000/snapshot/results\tables\repro\diagnosis.csv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issue; status; severity; evidence; likely_cause; recommended_action; menu_no; command_hint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results_by_count/n1000/snapshot/results\tables\asis_tobe\difference_action_plan.csv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priority; action; why; evidence; target_menu</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difference_problem_trace.csv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results_by_count/n1000/snapshot/results\tables\asis_tobe\difference_problem_trace.csv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metric_key; status; as_is_value; to_be_value; as_is_source; to_be_source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difference_root_cause_analysis.csv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results_by_count/n1000/snapshot/results\tables\asis_tobe\difference_root_cause_analysis.csv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priority; domain; severity; finding; evidence; likely_cause; next_check; recommended_action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failed_file_inventory.csv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results_by_count/n1000/snapshot/results\tables\ops\failed_file_inventory.csv</w:t>
            </w:r>
          </w:p>
        </w:tc>
        <w:tc>
          <w:tcPr>
            <w:tcW w:type="dxa" w:w="580"/>
            <w:vAlign w:val="center"/>
          </w:tcPr>
          <w:p>
            <w:r/>
            <w:r>
              <w:rPr>
                <w:rFonts w:ascii="Malgun Gothic" w:hAnsi="Malgun Gothic" w:eastAsia="Malgun Gothic"/>
                <w:b w:val="0"/>
                <w:sz w:val="14"/>
              </w:rPr>
              <w:t>600.0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profile; dataset; source_csv; file_id; file; status; error; ok; transcript_len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feature_descriptive_statistics.csv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results_by_count/n1000/snapshot/results\tables\feature_descriptive_statistics.csv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file_inventory_all.csv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results_by_count/n1000/snapshot/results\tables\asis_tobe\file_inventory_all.csv</w:t>
            </w:r>
          </w:p>
        </w:tc>
        <w:tc>
          <w:tcPr>
            <w:tcW w:type="dxa" w:w="580"/>
            <w:vAlign w:val="center"/>
          </w:tcPr>
          <w:p>
            <w:r/>
            <w:r>
              <w:rPr>
                <w:rFonts w:ascii="Malgun Gothic" w:hAnsi="Malgun Gothic" w:eastAsia="Malgun Gothic"/>
                <w:b w:val="0"/>
                <w:sz w:val="14"/>
              </w:rPr>
              <w:t>2427.0</w:t>
            </w:r>
          </w:p>
        </w:tc>
        <w:tc>
          <w:tcPr>
            <w:tcW w:type="dxa" w:w="580"/>
            <w:vAlign w:val="center"/>
          </w:tcPr>
          <w:p>
            <w:r/>
            <w:r>
              <w:rPr>
                <w:rFonts w:ascii="Malgun Gothic" w:hAnsi="Malgun Gothic" w:eastAsia="Malgun Gothic"/>
                <w:b w:val="0"/>
                <w:sz w:val="14"/>
              </w:rPr>
              <w:t>11.0</w:t>
            </w:r>
          </w:p>
        </w:tc>
        <w:tc>
          <w:tcPr>
            <w:tcW w:type="dxa" w:w="580"/>
            <w:vAlign w:val="center"/>
          </w:tcPr>
          <w:p>
            <w:r/>
            <w:r>
              <w:rPr>
                <w:rFonts w:ascii="Malgun Gothic" w:hAnsi="Malgun Gothic" w:eastAsia="Malgun Gothic"/>
                <w:b w:val="0"/>
                <w:sz w:val="14"/>
              </w:rPr>
              <w:t>side; root; relative_path; filename; stem; extension; size_bytes; modified_at; sha256; status; scan_scope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file_inventory_compare.csv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results_by_count/n1000/snapshot/results\tables\asis_tobe\file_inventory_compare.csv</w:t>
            </w:r>
          </w:p>
        </w:tc>
        <w:tc>
          <w:tcPr>
            <w:tcW w:type="dxa" w:w="580"/>
            <w:vAlign w:val="center"/>
          </w:tcPr>
          <w:p>
            <w:r/>
            <w:r>
              <w:rPr>
                <w:rFonts w:ascii="Malgun Gothic" w:hAnsi="Malgun Gothic" w:eastAsia="Malgun Gothic"/>
                <w:b w:val="0"/>
                <w:sz w:val="14"/>
              </w:rPr>
              <w:t>2421.0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filename; as_is_path; extension; as_is_size; as_is_modified; as_is_sha256; to_be_path; to_be_size; to_be_modified; to_be_sha256; status; size_diff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final_dataset_decision_matrix.csv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results_by_count/n1000/snapshot/results\tables\scie_submission\final_dataset_decision_matrix.csv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option; role; dataset_policy; strength; risk; recommended_use;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final_paper_quality_check.csv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results_by_count/n1000/snapshot/results\tables\final_paper_quality_check.csv</w:t>
            </w:r>
          </w:p>
        </w:tc>
        <w:tc>
          <w:tcPr>
            <w:tcW w:type="dxa" w:w="580"/>
            <w:vAlign w:val="center"/>
          </w:tcPr>
          <w:p>
            <w:r/>
            <w:r>
              <w:rPr>
                <w:rFonts w:ascii="Malgun Gothic" w:hAnsi="Malgun Gothic" w:eastAsia="Malgun Gothic"/>
                <w:b w:val="0"/>
                <w:sz w:val="14"/>
              </w:rPr>
              <w:t>53.0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section_id; section_title; issue_type; matched_text; severity; suggested_fix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final_submission_board.csv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results_by_count/n1000/snapshot/results\tables\repro\final_submission_board.csv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category; status; item; detail</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folder_extension_summary.csv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results_by_count/n1000/snapshot/results\tables\asis_tobe\folder_extension_summary.csv</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top_folder; extension; file_count; total_size_bytes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future_research_action_plan.csv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results_by_count/n1000/snapshot/results\tables\future_research_action_plan.csv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future_task; related_limitation; priority; recommended_sample; method; statistics; paper_usage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future_research_limitations.csv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results_by_count/n1000/snapshot/results\tables\future_research_limitations.csv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id; title_ko; current_limitation; future_analysis; future_outputs; paper_position; current_data_status; future_data_needed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journal_target_strategy.csv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results_by_count/n1000/snapshot/results\tables\scie_submission\journal_target_strategy.csv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tier; journal_candidate; positioning; needed_before_submit; risk</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results_by_count/n1000/snapshot/results\tables\key_metric_compare.csv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asis_source; tobe_source; status;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results_by_count/n1000/snapshot/results\tables\asis_tobe\key_metric_compare.csv</w:t>
            </w:r>
          </w:p>
        </w:tc>
        <w:tc>
          <w:tcPr>
            <w:tcW w:type="dxa" w:w="580"/>
            <w:vAlign w:val="center"/>
          </w:tcPr>
          <w:p>
            <w:r/>
            <w:r>
              <w:rPr>
                <w:rFonts w:ascii="Malgun Gothic" w:hAnsi="Malgun Gothic" w:eastAsia="Malgun Gothic"/>
                <w:b w:val="0"/>
                <w:sz w:val="14"/>
              </w:rPr>
              <w:t>313.0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metric_key; status; as_is_value; to_be_value; diff_to_be_minus_as_is; pct_diff; as_is_source; to_be_source; as_is_note; to_be_note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key_metrics_all.csv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results_by_count/n1000/snapshot/results\tables\asis_tobe\key_metrics_all.csv</w:t>
            </w:r>
          </w:p>
        </w:tc>
        <w:tc>
          <w:tcPr>
            <w:tcW w:type="dxa" w:w="580"/>
            <w:vAlign w:val="center"/>
          </w:tcPr>
          <w:p>
            <w:r/>
            <w:r>
              <w:rPr>
                <w:rFonts w:ascii="Malgun Gothic" w:hAnsi="Malgun Gothic" w:eastAsia="Malgun Gothic"/>
                <w:b w:val="0"/>
                <w:sz w:val="14"/>
              </w:rPr>
              <w:t>370.0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metric_key; metric_value; source_file;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results_by_count/n1000/snapshot/data\kspon\manifest\kspon_manifest.csv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file_id; pcm_source_path; txt_source_path; pcm_target_path; txt_target_path; has_audio; has_transcript; file_size_kb; source_folder; dataset; audio_copied; txt_copied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kspon_validation_plan.csv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results_by_count/n1000/snapshot/results\tables\scie_submission\kspon_validation_plan.csv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step; minimum; recommended; output;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kspon_wer_cer_by_file.csv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results_by_count/n1000/snapshot/results\stt_validation\kspon_wer_cer_by_file.csv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file_id; reference_path; has_reference; reference_text; hypothesis_text; wer; cer; model</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kspon_wer_cer_summary.csv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model; dataset; n; mean_wer; median_wer; mean_cer; median_cer; status;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kspon_whisper_medium_results.csv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results_by_count/n1000/snapshot/data\kspon\stt\kspon_whisper_medium_results.csv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learning_dashboard.csv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results_by_count/n1000/snapshot/results\tables\learning\learning_dashboard.csv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item; value; interpretation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learning_progress_score.csv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results_by_count/n1000/snapshot/results\tables\learning\learning_progress_score.csv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generated_at; profile; learning_score; status; reasons; stress_score_n; stress_score_mean; voc_stt_n; voc_stt_nonempty; wpm_nonzero_rows; feature_rows; reference_count; has_final_board; has_three_way_compare; has_claim_check; has_submission_gate; has_security_check; source_stress; source_stt; source_features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loo_stability.csv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results_by_count/n1000/snapshot/results\tables\loo_stability.csv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removed_variable; remaining_variables; r; r_squared; p_value;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loo_stability.csv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results_by_count/n1000/snapshot/results\validity\loo_stability.csv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removed_variable; remaining_variables; r; r_squared; p_value;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meeting_0627_current_status.csv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results_by_count/n1000/snapshot/results\tables\meeting_0627\meeting_0627_current_status.csv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17.0</w:t>
            </w:r>
          </w:p>
        </w:tc>
        <w:tc>
          <w:tcPr>
            <w:tcW w:type="dxa" w:w="580"/>
            <w:vAlign w:val="center"/>
          </w:tcPr>
          <w:p>
            <w:r/>
            <w:r>
              <w:rPr>
                <w:rFonts w:ascii="Malgun Gothic" w:hAnsi="Malgun Gothic" w:eastAsia="Malgun Gothic"/>
                <w:b w:val="0"/>
                <w:sz w:val="14"/>
              </w:rPr>
              <w:t>profile; snapshot_found; voc_stt_n; features_n; stress_n; kspon_stt_n; wpm_nonzero; wpm_mean; quality_fail; quality_warn; corr_energy; corr_pitch; corr_wpm; corr_duration; wer; cer; generated_at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monitoring_summary_n1000.csv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results_by_count/n1000/snapshot/results\tables\monitoring\monitoring_summary_n1000.csv</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category; metric; value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multicenter_generalization_status.csv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results_by_count/n1000/snapshot/results\tables\future_analysis\multicenter_generalization_status.csv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next_action_plan.csv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results_by_count/n1000/snapshot/results\tables\repro\next_action_plan.csv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run_order; issue; status; severity; evidence; likely_cause; recommended_action; menu_no; command_hint;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outlier_robustness.csv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results_by_count/n1000/snapshot/results\robustness\outlier_robustness.csv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n; energy_mean_r; pitch_mean_r; wpm_r; duration_sec_r; min_weight_sensitivity_r;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outlier_robustness.csv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results_by_count/n1000/snapshot/results\tables\outlier_robustness.csv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n; energy_mean_r; pitch_mean_r; wpm_r; duration_sec_r; min_weight_sensitivity_r;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professor_questions_0627.csv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results_by_count/n1000/snapshot/results\tables\meeting_0627\professor_questions_0627.csv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교수님 확인 질문; 왜 필요한가</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reference_papers_manifest.csv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results_by_count/n1000/snapshot/results\tables\reference_papers_manifest.csv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references.csv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results_by_count/n1000/snapshot/results\tables\references.csv</w:t>
            </w:r>
          </w:p>
        </w:tc>
        <w:tc>
          <w:tcPr>
            <w:tcW w:type="dxa" w:w="580"/>
            <w:vAlign w:val="center"/>
          </w:tcPr>
          <w:p>
            <w:r/>
            <w:r>
              <w:rPr>
                <w:rFonts w:ascii="Malgun Gothic" w:hAnsi="Malgun Gothic" w:eastAsia="Malgun Gothic"/>
                <w:b w:val="0"/>
                <w:sz w:val="14"/>
              </w:rPr>
              <w:t>30.0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no; authors; year; title; source; volume; pages; doi; type;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research_improvement_cases_dataset_manifest.csv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results_by_count/n1000/snapshot/results\tables\learning\research_improvement_cases_dataset_manifest.csv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task; source; quality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result_similarity_matrix.csv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results_by_count/n1000/snapshot/results\tables\asis_tobe\result_similarity_matrix.csv</w:t>
            </w:r>
          </w:p>
        </w:tc>
        <w:tc>
          <w:tcPr>
            <w:tcW w:type="dxa" w:w="580"/>
            <w:vAlign w:val="center"/>
          </w:tcPr>
          <w:p>
            <w:r/>
            <w:r>
              <w:rPr>
                <w:rFonts w:ascii="Malgun Gothic" w:hAnsi="Malgun Gothic" w:eastAsia="Malgun Gothic"/>
                <w:b w:val="0"/>
                <w:sz w:val="14"/>
              </w:rPr>
              <w:t>313.0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metric_key; category; as_is_value; to_be_value; abs_diff; pct_diff; similarity_status; judgement_reason; source_note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resume_steps_n1000.csv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results_by_count/n1000/snapshot/results\tables\resume\resume_steps_n1000.csv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step_no; step; count; target; status; command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reviewer_qa_dataset_manifest.csv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results_by_count/n1000/snapshot/results\tables\learning\reviewer_qa_dataset_manifest.csv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sample_match_details.csv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results_by_count/n1000/snapshot/results\tables\repro\sample_match_details.csv</w:t>
            </w:r>
          </w:p>
        </w:tc>
        <w:tc>
          <w:tcPr>
            <w:tcW w:type="dxa" w:w="580"/>
            <w:vAlign w:val="center"/>
          </w:tcPr>
          <w:p>
            <w:r/>
            <w:r>
              <w:rPr>
                <w:rFonts w:ascii="Malgun Gothic" w:hAnsi="Malgun Gothic" w:eastAsia="Malgun Gothic"/>
                <w:b w:val="0"/>
                <w:sz w:val="14"/>
              </w:rPr>
              <w:t>3000.0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sample_id;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sample_match_summary.csv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results_by_count/n1000/snapshot/results\tables\repro\sample_match_summary.csv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set_name; csv_file; id_count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scie_current_metric_snapshot.csv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results_by_count/n1000/snapshot/results\tables\scie_submission\scie_current_metric_snapshot.csv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16.0</w:t>
            </w:r>
          </w:p>
        </w:tc>
        <w:tc>
          <w:tcPr>
            <w:tcW w:type="dxa" w:w="580"/>
            <w:vAlign w:val="center"/>
          </w:tcPr>
          <w:p>
            <w:r/>
            <w:r>
              <w:rPr>
                <w:rFonts w:ascii="Malgun Gothic" w:hAnsi="Malgun Gothic" w:eastAsia="Malgun Gothic"/>
                <w:b w:val="0"/>
                <w:sz w:val="14"/>
              </w:rPr>
              <w:t>profile; snapshot_path; snapshot_exists; stt_path; stt_rows; stt_success_unique; stt_failed_or_empty; stt_model_detected; feature_path; feature_n; stress_path; stress_n; wpm_mean; stress_mean; generated_at; analysis_policy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scie_readiness_gates.csv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results_by_count/n1000/snapshot/results\tables\scie_submission\scie_readiness_gates.csv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gate; requirement; current_status; decision; 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scie_reproducibility_checklist.csv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results_by_count/n1000/snapshot/results\tables\scie_submission\scie_reproducibility_checklist.csv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category; item; status; evidence; owner_note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speaker_normalization_status.csv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results_by_count/n1000/snapshot/results\tables\future_analysis\speaker_normalization_status.csv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statistical_validation_checklist.csv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results_by_count/n1000/snapshot/results\tables\scie_submission\statistical_validation_checklist.csv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analysis; needed_for_scie; status; where_to_place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step_status_n1000.csv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results_by_count/n1000/snapshot/results\tables\history\step_status_n1000.csv</w:t>
            </w:r>
          </w:p>
        </w:tc>
        <w:tc>
          <w:tcPr>
            <w:tcW w:type="dxa" w:w="580"/>
            <w:vAlign w:val="center"/>
          </w:tcPr>
          <w:p>
            <w:r/>
            <w:r>
              <w:rPr>
                <w:rFonts w:ascii="Malgun Gothic" w:hAnsi="Malgun Gothic" w:eastAsia="Malgun Gothic"/>
                <w:b w:val="0"/>
                <w:sz w:val="14"/>
              </w:rPr>
              <w:t>113.0</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profile; section; step_no; step_label; status; status_rank; run_count; success_count; fail_count; last_event_time; last_status; last_return_code; last_elapsed_sec; last_command;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stress_index_feature_quality.csv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results_by_count/n1000/snapshot/results\tables\stress_index_feature_quality.csv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variable; valid_n; unique_n; mean; std_ddof0;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stt_error_sensitivity.csv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results_by_count/n1000/snapshot/results\robustness\stt_error_sensitivity.csv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wpm_multiplier; correlation_with_baseline; p_value; p_value_display; mad; decision;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stt_error_sensitivity.csv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results_by_count/n1000/snapshot/results\tables\stt_error_sensitivity.csv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wpm_multiplier; correlation_with_baseline; p_value; p_value_display; mad; decision;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model; dataset; n; mean_wer; median_wer; mean_cer; median_cer; status;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stt_wpm_reliability_sources.csv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results_by_count/n1000/snapshot/results\tables\future_analysis\stt_wpm_reliability_sources.csv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source; path;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dataset; n; mean_wer; median_wer; mean_cer; median_cer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submission_readiness_check.csv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results_by_count/n1000/snapshot/results\tables\submission_readiness_check.csv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check; value; status; required_fix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submission_readiness_checklist.csv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results_by_count/n1000/snapshot/results\tables\submission_readiness_checklist.csv</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item; status; severity; message; recommended_action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submitted_doc_numeric_contexts.csv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results_by_count/n1000/snapshot/results\tables\repro\submitted_doc_numeric_contexts.csv</w:t>
            </w:r>
          </w:p>
        </w:tc>
        <w:tc>
          <w:tcPr>
            <w:tcW w:type="dxa" w:w="580"/>
            <w:vAlign w:val="center"/>
          </w:tcPr>
          <w:p>
            <w:r/>
            <w:r>
              <w:rPr>
                <w:rFonts w:ascii="Malgun Gothic" w:hAnsi="Malgun Gothic" w:eastAsia="Malgun Gothic"/>
                <w:b w:val="0"/>
                <w:sz w:val="14"/>
              </w:rPr>
              <w:t>29.0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docx_file; context_id; tag; value; context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three_way_compare.csv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results_by_count/n1000/snapshot/results\tables\repro\three_way_compare.csv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metric_key; status; document_value_candidate; as_is_value; to_be_value; to_be_minus_as_is; document_minus_tobe; docx_file; tobe_root; snapshot_found; root_fallback; stale_snapshot_detected; snapshot_stt_count; root_stt_count; interpretation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tobe_metric_source_trace.csv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results_by_count/n1000/snapshot/results\tables\asis_tobe\tobe_metric_source_trace.csv</w:t>
            </w:r>
          </w:p>
        </w:tc>
        <w:tc>
          <w:tcPr>
            <w:tcW w:type="dxa" w:w="580"/>
            <w:vAlign w:val="center"/>
          </w:tcPr>
          <w:p>
            <w:r/>
            <w:r>
              <w:rPr>
                <w:rFonts w:ascii="Malgun Gothic" w:hAnsi="Malgun Gothic" w:eastAsia="Malgun Gothic"/>
                <w:b w:val="0"/>
                <w:sz w:val="14"/>
              </w:rPr>
              <w:t>283.0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metric_key; metric_value; source_file;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training_examples_by_task.csv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results_by_count/n1000/snapshot/results\tables\learning\training_examples_by_task.csv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task; example_count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training_examples_manifest.csv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results_by_count/n1000/snapshot/results\tables\learning\training_examples_manifest.csv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tukey_hsd.csv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results_by_count/n1000/snapshot/results\tables\tukey_hsd.csv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group1; group2; meandiff; p_adj; lower; upper; reject;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tukey_hsd.csv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results_by_count/n1000/snapshot/results\validity\tukey_hsd.csv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group1; group2; meandiff; p_adj; lower; upper; reject;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validity_structure_summary.csv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results_by_count/n1000/snapshot/results\tables\validity_structure_summary.csv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convergent_mean_abs_r; auxiliary_mean_abs_r; delta</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voc_features.csv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results_by_count/n1000/snapshot/data\voc\features\voc_features.csv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wav_id; audio_path; energy_mean; pitch_mean; duration_sec; transcript; word_cnt; text_len; wpm; stt_status; ok; error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results_by_count/n1000/snapshot/data\voc\manifest\voc_manifest.csv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file_id; source_path; target_path; file_name; extension; file_size_kb; dataset; copied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voc_stress_score_rebuilt.csv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18.0</w:t>
            </w:r>
          </w:p>
        </w:tc>
        <w:tc>
          <w:tcPr>
            <w:tcW w:type="dxa" w:w="580"/>
            <w:vAlign w:val="center"/>
          </w:tcPr>
          <w:p>
            <w:r/>
            <w:r>
              <w:rPr>
                <w:rFonts w:ascii="Malgun Gothic" w:hAnsi="Malgun Gothic" w:eastAsia="Malgun Gothic"/>
                <w:b w:val="0"/>
                <w:sz w:val="14"/>
              </w:rPr>
              <w:t>wav_id; audio_path; energy_mean; pitch_mean; duration_sec; transcript; word_cnt; text_len; wpm; stt_status; ok; error; z_energy_mean; z_pitch_mean; z_wpm; z_duration_sec; stress_raw;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voc_stt_completeness.csv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results_by_count/n1000/snapshot/results\tables\voc_stt_completeness.csv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n; transcript_nonempty; word_cnt_nonzero; wpm_nonzero; stt_missing_rows;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voc_whisper_medium_results.csv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results_by_count/n1000/snapshot/data\voc\stt\voc_whisper_medium_results.csv</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results_by_count/n1000/snapshot/data\voc\stt\voc_whisper_small_results.csv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results_by_count/n1000/snapshot/data\voc\stt\small_failed_backup_20260702_171422\voc_whisper_small_results_failed_rows.csv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results_by_count/n1000/snapshot/data\voc\stt\small_failed_backup_20260702_171446\voc_whisper_small_results_failed_rows.csv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results_by_count/n1000/snapshot/data\voc\stt\small_failed_backup_20260702_173438\voc_whisper_small_results_failed_rows.csv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results_by_count/n1000/snapshot/data\voc\stt\small_failed_backup_20260702_171422\voc_whisper_small_results_original_backup.csv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results_by_count/n1000/snapshot/data\voc\stt\small_failed_backup_20260702_171446\voc_whisper_small_results_original_backup.csv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results_by_count/n1000/snapshot/data\voc\stt\small_failed_backup_20260702_173438\voc_whisper_small_results_original_backup.csv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weight_sensitivity.csv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results_by_count/n1000/snapshot/results\tables\weight_sensitivity.csv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scenario; weights_e_p_w_d; correlation_with_baseline; p_value; mad;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weight_sensitivity.csv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results_by_count/n1000/snapshot/results\validity\weight_sensitivity.csv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scenario; weights_e_p_w_d; correlation_with_baseline; p_value; mad;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why_why_why_structure.csv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results_by_count/n1000/snapshot/results\tables\meeting_0627\why_why_why_structure.csv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질문; 답변</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bl>
    <w:p/>
    <w:p>
      <w:r>
        <w:t>대용량 표의 앞/뒤 표본 및 구조 포함; 원본 전수 행은 데이터 부록 ZIP 포함</w:t>
      </w:r>
    </w:p>
    <w:p>
      <w:r>
        <w:rPr>
          <w:b/>
        </w:rPr>
        <w:t>산출물 CSV: research_continuity/15_asis_tobe_warn_source_fix_v169/key_metric_compare_resolved_v169.csv (행 313,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metric_key</w:t>
            </w:r>
          </w:p>
        </w:tc>
        <w:tc>
          <w:tcPr>
            <w:tcW w:type="dxa" w:w="580"/>
          </w:tcPr>
          <w:p>
            <w:r/>
            <w:r>
              <w:rPr>
                <w:rFonts w:ascii="Malgun Gothic" w:hAnsi="Malgun Gothic" w:eastAsia="Malgun Gothic"/>
                <w:b/>
                <w:sz w:val="14"/>
              </w:rPr>
              <w:t>status</w:t>
            </w:r>
          </w:p>
        </w:tc>
        <w:tc>
          <w:tcPr>
            <w:tcW w:type="dxa" w:w="580"/>
          </w:tcPr>
          <w:p>
            <w:r/>
            <w:r>
              <w:rPr>
                <w:rFonts w:ascii="Malgun Gothic" w:hAnsi="Malgun Gothic" w:eastAsia="Malgun Gothic"/>
                <w:b/>
                <w:sz w:val="14"/>
              </w:rPr>
              <w:t>as_is_value</w:t>
            </w:r>
          </w:p>
        </w:tc>
        <w:tc>
          <w:tcPr>
            <w:tcW w:type="dxa" w:w="580"/>
          </w:tcPr>
          <w:p>
            <w:r/>
            <w:r>
              <w:rPr>
                <w:rFonts w:ascii="Malgun Gothic" w:hAnsi="Malgun Gothic" w:eastAsia="Malgun Gothic"/>
                <w:b/>
                <w:sz w:val="14"/>
              </w:rPr>
              <w:t>to_be_value</w:t>
            </w:r>
          </w:p>
        </w:tc>
        <w:tc>
          <w:tcPr>
            <w:tcW w:type="dxa" w:w="580"/>
          </w:tcPr>
          <w:p>
            <w:r/>
            <w:r>
              <w:rPr>
                <w:rFonts w:ascii="Malgun Gothic" w:hAnsi="Malgun Gothic" w:eastAsia="Malgun Gothic"/>
                <w:b/>
                <w:sz w:val="14"/>
              </w:rPr>
              <w:t>diff_to_be_minus_as_is</w:t>
            </w:r>
          </w:p>
        </w:tc>
        <w:tc>
          <w:tcPr>
            <w:tcW w:type="dxa" w:w="580"/>
          </w:tcPr>
          <w:p>
            <w:r/>
            <w:r>
              <w:rPr>
                <w:rFonts w:ascii="Malgun Gothic" w:hAnsi="Malgun Gothic" w:eastAsia="Malgun Gothic"/>
                <w:b/>
                <w:sz w:val="14"/>
              </w:rPr>
              <w:t>pct_diff</w:t>
            </w:r>
          </w:p>
        </w:tc>
        <w:tc>
          <w:tcPr>
            <w:tcW w:type="dxa" w:w="580"/>
          </w:tcPr>
          <w:p>
            <w:r/>
            <w:r>
              <w:rPr>
                <w:rFonts w:ascii="Malgun Gothic" w:hAnsi="Malgun Gothic" w:eastAsia="Malgun Gothic"/>
                <w:b/>
                <w:sz w:val="14"/>
              </w:rPr>
              <w:t>as_is_source</w:t>
            </w:r>
          </w:p>
        </w:tc>
        <w:tc>
          <w:tcPr>
            <w:tcW w:type="dxa" w:w="580"/>
          </w:tcPr>
          <w:p>
            <w:r/>
            <w:r>
              <w:rPr>
                <w:rFonts w:ascii="Malgun Gothic" w:hAnsi="Malgun Gothic" w:eastAsia="Malgun Gothic"/>
                <w:b/>
                <w:sz w:val="14"/>
              </w:rPr>
              <w:t>to_be_source</w:t>
            </w:r>
          </w:p>
        </w:tc>
        <w:tc>
          <w:tcPr>
            <w:tcW w:type="dxa" w:w="580"/>
          </w:tcPr>
          <w:p>
            <w:r/>
            <w:r>
              <w:rPr>
                <w:rFonts w:ascii="Malgun Gothic" w:hAnsi="Malgun Gothic" w:eastAsia="Malgun Gothic"/>
                <w:b/>
                <w:sz w:val="14"/>
              </w:rPr>
              <w:t>as_is_note</w:t>
            </w:r>
          </w:p>
        </w:tc>
        <w:tc>
          <w:tcPr>
            <w:tcW w:type="dxa" w:w="580"/>
          </w:tcPr>
          <w:p>
            <w:r/>
            <w:r>
              <w:rPr>
                <w:rFonts w:ascii="Malgun Gothic" w:hAnsi="Malgun Gothic" w:eastAsia="Malgun Gothic"/>
                <w:b/>
                <w:sz w:val="14"/>
              </w:rPr>
              <w:t>to_be_note</w:t>
            </w:r>
          </w:p>
        </w:tc>
        <w:tc>
          <w:tcPr>
            <w:tcW w:type="dxa" w:w="580"/>
          </w:tcPr>
          <w:p>
            <w:r/>
            <w:r>
              <w:rPr>
                <w:rFonts w:ascii="Malgun Gothic" w:hAnsi="Malgun Gothic" w:eastAsia="Malgun Gothic"/>
                <w:b/>
                <w:sz w:val="14"/>
              </w:rPr>
              <w:t>original_status</w:t>
            </w:r>
          </w:p>
        </w:tc>
        <w:tc>
          <w:tcPr>
            <w:tcW w:type="dxa" w:w="580"/>
          </w:tcPr>
          <w:p>
            <w:r/>
            <w:r>
              <w:rPr>
                <w:rFonts w:ascii="Malgun Gothic" w:hAnsi="Malgun Gothic" w:eastAsia="Malgun Gothic"/>
                <w:b/>
                <w:sz w:val="14"/>
              </w:rPr>
              <w:t>resolution_status</w:t>
            </w:r>
          </w:p>
        </w:tc>
        <w:tc>
          <w:tcPr>
            <w:tcW w:type="dxa" w:w="580"/>
          </w:tcPr>
          <w:p>
            <w:r/>
            <w:r>
              <w:rPr>
                <w:rFonts w:ascii="Malgun Gothic" w:hAnsi="Malgun Gothic" w:eastAsia="Malgun Gothic"/>
                <w:b/>
                <w:sz w:val="14"/>
              </w:rPr>
              <w:t>professor_ready_status</w:t>
            </w:r>
          </w:p>
        </w:tc>
        <w:tc>
          <w:tcPr>
            <w:tcW w:type="dxa" w:w="580"/>
          </w:tcPr>
          <w:p>
            <w:r/>
            <w:r>
              <w:rPr>
                <w:rFonts w:ascii="Malgun Gothic" w:hAnsi="Malgun Gothic" w:eastAsia="Malgun Gothic"/>
                <w:b/>
                <w:sz w:val="14"/>
              </w:rPr>
              <w:t>resolution_note</w:t>
            </w:r>
          </w:p>
        </w:tc>
        <w:tc>
          <w:tcPr>
            <w:tcW w:type="dxa" w:w="580"/>
          </w:tcPr>
          <w:p>
            <w:r/>
            <w:r>
              <w:rPr>
                <w:rFonts w:ascii="Malgun Gothic" w:hAnsi="Malgun Gothic" w:eastAsia="Malgun Gothic"/>
                <w:b/>
                <w:sz w:val="14"/>
              </w:rPr>
              <w:t>as_is_final_locked_value</w:t>
            </w:r>
          </w:p>
        </w:tc>
        <w:tc>
          <w:tcPr>
            <w:tcW w:type="dxa" w:w="580"/>
          </w:tcPr>
          <w:p>
            <w:r/>
            <w:r>
              <w:rPr>
                <w:rFonts w:ascii="Malgun Gothic" w:hAnsi="Malgun Gothic" w:eastAsia="Malgun Gothic"/>
                <w:b/>
                <w:sz w:val="14"/>
              </w:rPr>
              <w:t>legacy_gap</w:t>
            </w:r>
          </w:p>
        </w:tc>
        <w:tc>
          <w:tcPr>
            <w:tcW w:type="dxa" w:w="580"/>
          </w:tcPr>
          <w:p>
            <w:r/>
            <w:r>
              <w:rPr>
                <w:rFonts w:ascii="Malgun Gothic" w:hAnsi="Malgun Gothic" w:eastAsia="Malgun Gothic"/>
                <w:b/>
                <w:sz w:val="14"/>
              </w:rPr>
              <w:t>final_locked_gap</w:t>
            </w:r>
          </w:p>
        </w:tc>
      </w:tr>
      <w:tr>
        <w:trPr>
          <w:cantSplit/>
        </w:trPr>
        <w:tc>
          <w:tcPr>
            <w:tcW w:type="dxa" w:w="580"/>
            <w:vAlign w:val="center"/>
          </w:tcPr>
          <w:p>
            <w:r/>
            <w:r>
              <w:rPr>
                <w:rFonts w:ascii="Malgun Gothic" w:hAnsi="Malgun Gothic" w:eastAsia="Malgun Gothic"/>
                <w:b w:val="0"/>
                <w:sz w:val="14"/>
              </w:rPr>
              <w:t>anova_F_wpm</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75.26227934811351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anova_profile</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anova_eta2_wpm</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0.131402297361085</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anova_profile</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csv_cols::anova.csv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csv_cols::correlation_4vars.csv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05_results\correlation_4vars.csv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csv_cols::datasets0413_clean.csv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csv_cols::datasets0413_clean_rms.csv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04_final\datasets0413_clean_rms.csv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csv_cols::descriptive_stats.csv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05_results\descriptive_stats.csv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csv_cols::features_voc_0413.csv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03_features\features_voc_0413.csv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csv_cols::features_voc_0413_rms.csv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03_features\features_voc_0413_rms.csv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csv_cols::global_ref_rms.csv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05_results\global_ref_rms.csv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csv_cols::leave_one_out.csv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05_results\leave_one_out.csv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csv_cols::sensitivity.csv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csv_cols::stt_1000.csv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csv_cols::tukey.csv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05_results\tukey.csv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csv_cols::validity_summary.csv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05_results\validity_summary.csv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csv_rows::anova.csv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csv_rows::correlation_4vars.csv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05_results\correlation_4vars.csv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csv_rows::datasets0413_clean.csv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csv_rows::datasets0413_clean_rms.csv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04_final\datasets0413_clean_rms.csv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csv_rows::descriptive_stats.csv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05_results\descriptive_stats.csv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csv_rows::features_voc_0413.csv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03_features\features_voc_0413.csv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csv_rows::features_voc_0413_rms.csv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03_features\features_voc_0413_rms.csv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csv_rows::global_ref_rms.csv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05_results\global_ref_rms.csv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csv_rows::leave_one_out.csv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05_results\leave_one_out.csv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csv_rows::sensitivity.csv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 중간 263행은 전체 데이터 부록 ZIP에 원본으로 포함 ...</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csv_rows::voc_whisper_small_results_failed_rows.csv</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csv_rows::voc_whisper_small_results_original_backup.csv</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csv_rows::weight_sensitivity.csv</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results_by_count/n1000/snapshot/results\tables\weight_sensitivity.csv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csv_rows::why_why_why_structure.csv</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results_by_count/n1000/snapshot/results\tables\meeting_0627\why_why_why_structure.csv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kspon_mean_cer</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kspon_mean_wer</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kspon_median_cer</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kspon_median_wer</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kspon_stt_n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mean_cer_count</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mean_cer_max</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0.2050518579102737</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mean_cer_mean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0.2050518579102737</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mean_cer_min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0.2050518579102737</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mean_cer_std</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mean_wer_count</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mean_wer_max</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0.3878978364810636</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mean_wer_mean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0.3878978364810636</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mean_wer_min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0.3878978364810636</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mean_wer_std</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wer_mean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results_by_count/n1000/snapshot/results\stt_validation\kspon_wer_cer_by_file.csv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wer/cer file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wer_median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results_by_count/n1000/snapshot/results\stt_validation\kspon_wer_cer_by_file.csv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wer/cer file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energy_mean_mean</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0.0679645110266973</w:t>
            </w:r>
          </w:p>
        </w:tc>
        <w:tc>
          <w:tcPr>
            <w:tcW w:type="dxa" w:w="580"/>
            <w:vAlign w:val="center"/>
          </w:tcPr>
          <w:p>
            <w:r/>
            <w:r>
              <w:rPr>
                <w:rFonts w:ascii="Malgun Gothic" w:hAnsi="Malgun Gothic" w:eastAsia="Malgun Gothic"/>
                <w:b w:val="0"/>
                <w:sz w:val="14"/>
              </w:rPr>
              <w:t>0.0488152021351269</w:t>
            </w:r>
          </w:p>
        </w:tc>
        <w:tc>
          <w:tcPr>
            <w:tcW w:type="dxa" w:w="580"/>
            <w:vAlign w:val="center"/>
          </w:tcPr>
          <w:p>
            <w:r/>
            <w:r>
              <w:rPr>
                <w:rFonts w:ascii="Malgun Gothic" w:hAnsi="Malgun Gothic" w:eastAsia="Malgun Gothic"/>
                <w:b w:val="0"/>
                <w:sz w:val="14"/>
              </w:rPr>
              <w:t>-0.0191493088915703</w:t>
            </w:r>
          </w:p>
        </w:tc>
        <w:tc>
          <w:tcPr>
            <w:tcW w:type="dxa" w:w="580"/>
            <w:vAlign w:val="center"/>
          </w:tcPr>
          <w:p>
            <w:r/>
            <w:r>
              <w:rPr>
                <w:rFonts w:ascii="Malgun Gothic" w:hAnsi="Malgun Gothic" w:eastAsia="Malgun Gothic"/>
                <w:b w:val="0"/>
                <w:sz w:val="14"/>
              </w:rPr>
              <w:t>-0.2817545304496968</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raw numeric column</w:t>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energy_mean_min</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0.0127306031063199</w:t>
            </w:r>
          </w:p>
        </w:tc>
        <w:tc>
          <w:tcPr>
            <w:tcW w:type="dxa" w:w="580"/>
            <w:vAlign w:val="center"/>
          </w:tcPr>
          <w:p>
            <w:r/>
            <w:r>
              <w:rPr>
                <w:rFonts w:ascii="Malgun Gothic" w:hAnsi="Malgun Gothic" w:eastAsia="Malgun Gothic"/>
                <w:b w:val="0"/>
                <w:sz w:val="14"/>
              </w:rPr>
              <w:t>0.0072453501634299</w:t>
            </w:r>
          </w:p>
        </w:tc>
        <w:tc>
          <w:tcPr>
            <w:tcW w:type="dxa" w:w="580"/>
            <w:vAlign w:val="center"/>
          </w:tcPr>
          <w:p>
            <w:r/>
            <w:r>
              <w:rPr>
                <w:rFonts w:ascii="Malgun Gothic" w:hAnsi="Malgun Gothic" w:eastAsia="Malgun Gothic"/>
                <w:b w:val="0"/>
                <w:sz w:val="14"/>
              </w:rPr>
              <w:t>-0.00548525294289</w:t>
            </w:r>
          </w:p>
        </w:tc>
        <w:tc>
          <w:tcPr>
            <w:tcW w:type="dxa" w:w="580"/>
            <w:vAlign w:val="center"/>
          </w:tcPr>
          <w:p>
            <w:r/>
            <w:r>
              <w:rPr>
                <w:rFonts w:ascii="Malgun Gothic" w:hAnsi="Malgun Gothic" w:eastAsia="Malgun Gothic"/>
                <w:b w:val="0"/>
                <w:sz w:val="14"/>
              </w:rPr>
              <w:t>-0.43087141253873</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raw numeric column</w:t>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energy_mean_std</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0.0292308259993892</w:t>
            </w:r>
          </w:p>
        </w:tc>
        <w:tc>
          <w:tcPr>
            <w:tcW w:type="dxa" w:w="580"/>
            <w:vAlign w:val="center"/>
          </w:tcPr>
          <w:p>
            <w:r/>
            <w:r>
              <w:rPr>
                <w:rFonts w:ascii="Malgun Gothic" w:hAnsi="Malgun Gothic" w:eastAsia="Malgun Gothic"/>
                <w:b w:val="0"/>
                <w:sz w:val="14"/>
              </w:rPr>
              <w:t>0.0229951877097163</w:t>
            </w:r>
          </w:p>
        </w:tc>
        <w:tc>
          <w:tcPr>
            <w:tcW w:type="dxa" w:w="580"/>
            <w:vAlign w:val="center"/>
          </w:tcPr>
          <w:p>
            <w:r/>
            <w:r>
              <w:rPr>
                <w:rFonts w:ascii="Malgun Gothic" w:hAnsi="Malgun Gothic" w:eastAsia="Malgun Gothic"/>
                <w:b w:val="0"/>
                <w:sz w:val="14"/>
              </w:rPr>
              <w:t>-0.0062356382896729</w:t>
            </w:r>
          </w:p>
        </w:tc>
        <w:tc>
          <w:tcPr>
            <w:tcW w:type="dxa" w:w="580"/>
            <w:vAlign w:val="center"/>
          </w:tcPr>
          <w:p>
            <w:r/>
            <w:r>
              <w:rPr>
                <w:rFonts w:ascii="Malgun Gothic" w:hAnsi="Malgun Gothic" w:eastAsia="Malgun Gothic"/>
                <w:b w:val="0"/>
                <w:sz w:val="14"/>
              </w:rPr>
              <w:t>-0.2133240535112911</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raw numeric column</w:t>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stt_transcript_empty_rate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0.003</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-0.003</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results_by_count/n1000/snapshot/data\voc\stt\voc_whisper_small_results.csv</w:t>
            </w:r>
          </w:p>
        </w:tc>
        <w:tc>
          <w:tcPr>
            <w:tcW w:type="dxa" w:w="580"/>
            <w:vAlign w:val="center"/>
          </w:tcPr>
          <w:p>
            <w:r/>
            <w:r>
              <w:rPr>
                <w:rFonts w:ascii="Malgun Gothic" w:hAnsi="Malgun Gothic" w:eastAsia="Malgun Gothic"/>
                <w:b w:val="0"/>
                <w:sz w:val="14"/>
              </w:rPr>
              <w:t>column=text</w:t>
            </w:r>
          </w:p>
        </w:tc>
        <w:tc>
          <w:tcPr>
            <w:tcW w:type="dxa" w:w="580"/>
            <w:vAlign w:val="center"/>
          </w:tcPr>
          <w:p>
            <w:r/>
            <w:r>
              <w:rPr>
                <w:rFonts w:ascii="Malgun Gothic" w:hAnsi="Malgun Gothic" w:eastAsia="Malgun Gothic"/>
                <w:b w:val="0"/>
                <w:sz w:val="14"/>
              </w:rPr>
              <w:t>column=transcript_path | selected_slot_snapshot:n1000</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bl>
    <w:p/>
    <w:p>
      <w:r>
        <w:t>전체 행 포함</w:t>
      </w:r>
    </w:p>
    <w:p>
      <w:r>
        <w:rPr>
          <w:b/>
        </w:rPr>
        <w:t>산출물 CSV: research_continuity/15_asis_tobe_warn_source_fix_v169/strict_original_csv_schema_compare_v169.csv (행 138,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pair_key</w:t>
            </w:r>
          </w:p>
        </w:tc>
        <w:tc>
          <w:tcPr>
            <w:tcW w:type="dxa" w:w="580"/>
          </w:tcPr>
          <w:p>
            <w:r/>
            <w:r>
              <w:rPr>
                <w:rFonts w:ascii="Malgun Gothic" w:hAnsi="Malgun Gothic" w:eastAsia="Malgun Gothic"/>
                <w:b/>
                <w:sz w:val="14"/>
              </w:rPr>
              <w:t>filename</w:t>
            </w:r>
          </w:p>
        </w:tc>
        <w:tc>
          <w:tcPr>
            <w:tcW w:type="dxa" w:w="580"/>
          </w:tcPr>
          <w:p>
            <w:r/>
            <w:r>
              <w:rPr>
                <w:rFonts w:ascii="Malgun Gothic" w:hAnsi="Malgun Gothic" w:eastAsia="Malgun Gothic"/>
                <w:b/>
                <w:sz w:val="14"/>
              </w:rPr>
              <w:t>as_is_path</w:t>
            </w:r>
          </w:p>
        </w:tc>
        <w:tc>
          <w:tcPr>
            <w:tcW w:type="dxa" w:w="580"/>
          </w:tcPr>
          <w:p>
            <w:r/>
            <w:r>
              <w:rPr>
                <w:rFonts w:ascii="Malgun Gothic" w:hAnsi="Malgun Gothic" w:eastAsia="Malgun Gothic"/>
                <w:b/>
                <w:sz w:val="14"/>
              </w:rPr>
              <w:t>as_is_rows</w:t>
            </w:r>
          </w:p>
        </w:tc>
        <w:tc>
          <w:tcPr>
            <w:tcW w:type="dxa" w:w="580"/>
          </w:tcPr>
          <w:p>
            <w:r/>
            <w:r>
              <w:rPr>
                <w:rFonts w:ascii="Malgun Gothic" w:hAnsi="Malgun Gothic" w:eastAsia="Malgun Gothic"/>
                <w:b/>
                <w:sz w:val="14"/>
              </w:rPr>
              <w:t>as_is_cols</w:t>
            </w:r>
          </w:p>
        </w:tc>
        <w:tc>
          <w:tcPr>
            <w:tcW w:type="dxa" w:w="580"/>
          </w:tcPr>
          <w:p>
            <w:r/>
            <w:r>
              <w:rPr>
                <w:rFonts w:ascii="Malgun Gothic" w:hAnsi="Malgun Gothic" w:eastAsia="Malgun Gothic"/>
                <w:b/>
                <w:sz w:val="14"/>
              </w:rPr>
              <w:t>as_is_columns</w:t>
            </w:r>
          </w:p>
        </w:tc>
        <w:tc>
          <w:tcPr>
            <w:tcW w:type="dxa" w:w="580"/>
          </w:tcPr>
          <w:p>
            <w:r/>
            <w:r>
              <w:rPr>
                <w:rFonts w:ascii="Malgun Gothic" w:hAnsi="Malgun Gothic" w:eastAsia="Malgun Gothic"/>
                <w:b/>
                <w:sz w:val="14"/>
              </w:rPr>
              <w:t>as_is_status</w:t>
            </w:r>
          </w:p>
        </w:tc>
        <w:tc>
          <w:tcPr>
            <w:tcW w:type="dxa" w:w="580"/>
          </w:tcPr>
          <w:p>
            <w:r/>
            <w:r>
              <w:rPr>
                <w:rFonts w:ascii="Malgun Gothic" w:hAnsi="Malgun Gothic" w:eastAsia="Malgun Gothic"/>
                <w:b/>
                <w:sz w:val="14"/>
              </w:rPr>
              <w:t>to_be_path</w:t>
            </w:r>
          </w:p>
        </w:tc>
        <w:tc>
          <w:tcPr>
            <w:tcW w:type="dxa" w:w="580"/>
          </w:tcPr>
          <w:p>
            <w:r/>
            <w:r>
              <w:rPr>
                <w:rFonts w:ascii="Malgun Gothic" w:hAnsi="Malgun Gothic" w:eastAsia="Malgun Gothic"/>
                <w:b/>
                <w:sz w:val="14"/>
              </w:rPr>
              <w:t>to_be_rows</w:t>
            </w:r>
          </w:p>
        </w:tc>
        <w:tc>
          <w:tcPr>
            <w:tcW w:type="dxa" w:w="580"/>
          </w:tcPr>
          <w:p>
            <w:r/>
            <w:r>
              <w:rPr>
                <w:rFonts w:ascii="Malgun Gothic" w:hAnsi="Malgun Gothic" w:eastAsia="Malgun Gothic"/>
                <w:b/>
                <w:sz w:val="14"/>
              </w:rPr>
              <w:t>to_be_cols</w:t>
            </w:r>
          </w:p>
        </w:tc>
        <w:tc>
          <w:tcPr>
            <w:tcW w:type="dxa" w:w="580"/>
          </w:tcPr>
          <w:p>
            <w:r/>
            <w:r>
              <w:rPr>
                <w:rFonts w:ascii="Malgun Gothic" w:hAnsi="Malgun Gothic" w:eastAsia="Malgun Gothic"/>
                <w:b/>
                <w:sz w:val="14"/>
              </w:rPr>
              <w:t>to_be_columns</w:t>
            </w:r>
          </w:p>
        </w:tc>
        <w:tc>
          <w:tcPr>
            <w:tcW w:type="dxa" w:w="580"/>
          </w:tcPr>
          <w:p>
            <w:r/>
            <w:r>
              <w:rPr>
                <w:rFonts w:ascii="Malgun Gothic" w:hAnsi="Malgun Gothic" w:eastAsia="Malgun Gothic"/>
                <w:b/>
                <w:sz w:val="14"/>
              </w:rPr>
              <w:t>to_be_status</w:t>
            </w:r>
          </w:p>
        </w:tc>
        <w:tc>
          <w:tcPr>
            <w:tcW w:type="dxa" w:w="580"/>
          </w:tcPr>
          <w:p>
            <w:r/>
            <w:r>
              <w:rPr>
                <w:rFonts w:ascii="Malgun Gothic" w:hAnsi="Malgun Gothic" w:eastAsia="Malgun Gothic"/>
                <w:b/>
                <w:sz w:val="14"/>
              </w:rPr>
              <w:t>status</w:t>
            </w:r>
          </w:p>
        </w:tc>
        <w:tc>
          <w:tcPr>
            <w:tcW w:type="dxa" w:w="580"/>
          </w:tcPr>
          <w:p>
            <w:r/>
            <w:r>
              <w:rPr>
                <w:rFonts w:ascii="Malgun Gothic" w:hAnsi="Malgun Gothic" w:eastAsia="Malgun Gothic"/>
                <w:b/>
                <w:sz w:val="14"/>
              </w:rPr>
              <w:t>original_status</w:t>
            </w:r>
          </w:p>
        </w:tc>
        <w:tc>
          <w:tcPr>
            <w:tcW w:type="dxa" w:w="580"/>
          </w:tcPr>
          <w:p>
            <w:r/>
            <w:r>
              <w:rPr>
                <w:rFonts w:ascii="Malgun Gothic" w:hAnsi="Malgun Gothic" w:eastAsia="Malgun Gothic"/>
                <w:b/>
                <w:sz w:val="14"/>
              </w:rPr>
              <w:t>professor_ready_status</w:t>
            </w:r>
          </w:p>
        </w:tc>
        <w:tc>
          <w:tcPr>
            <w:tcW w:type="dxa" w:w="580"/>
          </w:tcPr>
          <w:p>
            <w:r/>
            <w:r>
              <w:rPr>
                <w:rFonts w:ascii="Malgun Gothic" w:hAnsi="Malgun Gothic" w:eastAsia="Malgun Gothic"/>
                <w:b/>
                <w:sz w:val="14"/>
              </w:rPr>
              <w:t>resolution_status</w:t>
            </w:r>
          </w:p>
        </w:tc>
        <w:tc>
          <w:tcPr>
            <w:tcW w:type="dxa" w:w="580"/>
          </w:tcPr>
          <w:p>
            <w:r/>
            <w:r>
              <w:rPr>
                <w:rFonts w:ascii="Malgun Gothic" w:hAnsi="Malgun Gothic" w:eastAsia="Malgun Gothic"/>
                <w:b/>
                <w:sz w:val="14"/>
              </w:rPr>
              <w:t>resolution_note</w:t>
            </w:r>
          </w:p>
        </w:tc>
      </w:tr>
      <w:tr>
        <w:trPr>
          <w:cantSplit/>
        </w:trPr>
        <w:tc>
          <w:tcPr>
            <w:tcW w:type="dxa" w:w="580"/>
            <w:vAlign w:val="center"/>
          </w:tcPr>
          <w:p>
            <w:r/>
            <w:r>
              <w:rPr>
                <w:rFonts w:ascii="Malgun Gothic" w:hAnsi="Malgun Gothic" w:eastAsia="Malgun Gothic"/>
                <w:b w:val="0"/>
                <w:sz w:val="14"/>
              </w:rPr>
              <w:t>anova.csv</w:t>
            </w:r>
          </w:p>
        </w:tc>
        <w:tc>
          <w:tcPr>
            <w:tcW w:type="dxa" w:w="580"/>
            <w:vAlign w:val="center"/>
          </w:tcPr>
          <w:p>
            <w:r/>
            <w:r>
              <w:rPr>
                <w:rFonts w:ascii="Malgun Gothic" w:hAnsi="Malgun Gothic" w:eastAsia="Malgun Gothic"/>
                <w:b w:val="0"/>
                <w:sz w:val="14"/>
              </w:rPr>
              <w:t>anova.csv</w:t>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F; p_value; eta_squared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correlation_4vars.csv</w:t>
            </w:r>
          </w:p>
        </w:tc>
        <w:tc>
          <w:tcPr>
            <w:tcW w:type="dxa" w:w="580"/>
            <w:vAlign w:val="center"/>
          </w:tcPr>
          <w:p>
            <w:r/>
            <w:r>
              <w:rPr>
                <w:rFonts w:ascii="Malgun Gothic" w:hAnsi="Malgun Gothic" w:eastAsia="Malgun Gothic"/>
                <w:b w:val="0"/>
                <w:sz w:val="14"/>
              </w:rPr>
              <w:t>correlation_4vars.csv</w:t>
            </w:r>
          </w:p>
        </w:tc>
        <w:tc>
          <w:tcPr>
            <w:tcW w:type="dxa" w:w="580"/>
            <w:vAlign w:val="center"/>
          </w:tcPr>
          <w:p>
            <w:r/>
            <w:r>
              <w:rPr>
                <w:rFonts w:ascii="Malgun Gothic" w:hAnsi="Malgun Gothic" w:eastAsia="Malgun Gothic"/>
                <w:b w:val="0"/>
                <w:sz w:val="14"/>
              </w:rPr>
              <w:t>05_results\correlation_4vars.csv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metric; x; value; p_value;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datasets0413_clean.csv</w:t>
            </w:r>
          </w:p>
        </w:tc>
        <w:tc>
          <w:tcPr>
            <w:tcW w:type="dxa" w:w="580"/>
            <w:vAlign w:val="center"/>
          </w:tcPr>
          <w:p>
            <w:r/>
            <w:r>
              <w:rPr>
                <w:rFonts w:ascii="Malgun Gothic" w:hAnsi="Malgun Gothic" w:eastAsia="Malgun Gothic"/>
                <w:b w:val="0"/>
                <w:sz w:val="14"/>
              </w:rPr>
              <w:t>datasets0413_clean.csv</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wav_id; energy_mean; pitch_mean; duration_sec; word_cnt; wpm; text_len; z_energy_mean; z_pitch_mean; z_wpm; z_duration_sec; raw_stress;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datasets0413_clean_rms.csv</w:t>
            </w:r>
          </w:p>
        </w:tc>
        <w:tc>
          <w:tcPr>
            <w:tcW w:type="dxa" w:w="580"/>
            <w:vAlign w:val="center"/>
          </w:tcPr>
          <w:p>
            <w:r/>
            <w:r>
              <w:rPr>
                <w:rFonts w:ascii="Malgun Gothic" w:hAnsi="Malgun Gothic" w:eastAsia="Malgun Gothic"/>
                <w:b w:val="0"/>
                <w:sz w:val="14"/>
              </w:rPr>
              <w:t>datasets0413_clean_rms.csv</w:t>
            </w:r>
          </w:p>
        </w:tc>
        <w:tc>
          <w:tcPr>
            <w:tcW w:type="dxa" w:w="580"/>
            <w:vAlign w:val="center"/>
          </w:tcPr>
          <w:p>
            <w:r/>
            <w:r>
              <w:rPr>
                <w:rFonts w:ascii="Malgun Gothic" w:hAnsi="Malgun Gothic" w:eastAsia="Malgun Gothic"/>
                <w:b w:val="0"/>
                <w:sz w:val="14"/>
              </w:rPr>
              <w:t>04_final\datasets0413_clean_rms.csv</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wav_id; energy_mean; pitch_mean; duration_sec; word_cnt; text_len; wpm; z_energy_mean; z_pitch_mean; z_wpm; z_duration_sec; raw_stress;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descriptive_stats.csv</w:t>
            </w:r>
          </w:p>
        </w:tc>
        <w:tc>
          <w:tcPr>
            <w:tcW w:type="dxa" w:w="580"/>
            <w:vAlign w:val="center"/>
          </w:tcPr>
          <w:p>
            <w:r/>
            <w:r>
              <w:rPr>
                <w:rFonts w:ascii="Malgun Gothic" w:hAnsi="Malgun Gothic" w:eastAsia="Malgun Gothic"/>
                <w:b w:val="0"/>
                <w:sz w:val="14"/>
              </w:rPr>
              <w:t>descriptive_stats.csv</w:t>
            </w:r>
          </w:p>
        </w:tc>
        <w:tc>
          <w:tcPr>
            <w:tcW w:type="dxa" w:w="580"/>
            <w:vAlign w:val="center"/>
          </w:tcPr>
          <w:p>
            <w:r/>
            <w:r>
              <w:rPr>
                <w:rFonts w:ascii="Malgun Gothic" w:hAnsi="Malgun Gothic" w:eastAsia="Malgun Gothic"/>
                <w:b w:val="0"/>
                <w:sz w:val="14"/>
              </w:rPr>
              <w:t>05_results\descriptive_stats.csv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Unnamed: 0;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features_voc_0413.csv</w:t>
            </w:r>
          </w:p>
        </w:tc>
        <w:tc>
          <w:tcPr>
            <w:tcW w:type="dxa" w:w="580"/>
            <w:vAlign w:val="center"/>
          </w:tcPr>
          <w:p>
            <w:r/>
            <w:r>
              <w:rPr>
                <w:rFonts w:ascii="Malgun Gothic" w:hAnsi="Malgun Gothic" w:eastAsia="Malgun Gothic"/>
                <w:b w:val="0"/>
                <w:sz w:val="14"/>
              </w:rPr>
              <w:t>features_voc_0413.csv</w:t>
            </w:r>
          </w:p>
        </w:tc>
        <w:tc>
          <w:tcPr>
            <w:tcW w:type="dxa" w:w="580"/>
            <w:vAlign w:val="center"/>
          </w:tcPr>
          <w:p>
            <w:r/>
            <w:r>
              <w:rPr>
                <w:rFonts w:ascii="Malgun Gothic" w:hAnsi="Malgun Gothic" w:eastAsia="Malgun Gothic"/>
                <w:b w:val="0"/>
                <w:sz w:val="14"/>
              </w:rPr>
              <w:t>03_features\features_voc_0413.csv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wav_id; energy_mean; pitch_mean; duration_sec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features_voc_0413_rms.csv</w:t>
            </w:r>
          </w:p>
        </w:tc>
        <w:tc>
          <w:tcPr>
            <w:tcW w:type="dxa" w:w="580"/>
            <w:vAlign w:val="center"/>
          </w:tcPr>
          <w:p>
            <w:r/>
            <w:r>
              <w:rPr>
                <w:rFonts w:ascii="Malgun Gothic" w:hAnsi="Malgun Gothic" w:eastAsia="Malgun Gothic"/>
                <w:b w:val="0"/>
                <w:sz w:val="14"/>
              </w:rPr>
              <w:t>features_voc_0413_rms.csv</w:t>
            </w:r>
          </w:p>
        </w:tc>
        <w:tc>
          <w:tcPr>
            <w:tcW w:type="dxa" w:w="580"/>
            <w:vAlign w:val="center"/>
          </w:tcPr>
          <w:p>
            <w:r/>
            <w:r>
              <w:rPr>
                <w:rFonts w:ascii="Malgun Gothic" w:hAnsi="Malgun Gothic" w:eastAsia="Malgun Gothic"/>
                <w:b w:val="0"/>
                <w:sz w:val="14"/>
              </w:rPr>
              <w:t>03_features\features_voc_0413_rms.csv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wav_id; energy_mean; pitch_mean; duration_sec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global_ref_rms.csv</w:t>
            </w:r>
          </w:p>
        </w:tc>
        <w:tc>
          <w:tcPr>
            <w:tcW w:type="dxa" w:w="580"/>
            <w:vAlign w:val="center"/>
          </w:tcPr>
          <w:p>
            <w:r/>
            <w:r>
              <w:rPr>
                <w:rFonts w:ascii="Malgun Gothic" w:hAnsi="Malgun Gothic" w:eastAsia="Malgun Gothic"/>
                <w:b w:val="0"/>
                <w:sz w:val="14"/>
              </w:rPr>
              <w:t>global_ref_rms.csv</w:t>
            </w:r>
          </w:p>
        </w:tc>
        <w:tc>
          <w:tcPr>
            <w:tcW w:type="dxa" w:w="580"/>
            <w:vAlign w:val="center"/>
          </w:tcPr>
          <w:p>
            <w:r/>
            <w:r>
              <w:rPr>
                <w:rFonts w:ascii="Malgun Gothic" w:hAnsi="Malgun Gothic" w:eastAsia="Malgun Gothic"/>
                <w:b w:val="0"/>
                <w:sz w:val="14"/>
              </w:rPr>
              <w:t>05_results\global_ref_rms.csv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mu; sigma; min; max; method;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leave_one_out.csv</w:t>
            </w:r>
          </w:p>
        </w:tc>
        <w:tc>
          <w:tcPr>
            <w:tcW w:type="dxa" w:w="580"/>
            <w:vAlign w:val="center"/>
          </w:tcPr>
          <w:p>
            <w:r/>
            <w:r>
              <w:rPr>
                <w:rFonts w:ascii="Malgun Gothic" w:hAnsi="Malgun Gothic" w:eastAsia="Malgun Gothic"/>
                <w:b w:val="0"/>
                <w:sz w:val="14"/>
              </w:rPr>
              <w:t>leave_one_out.csv</w:t>
            </w:r>
          </w:p>
        </w:tc>
        <w:tc>
          <w:tcPr>
            <w:tcW w:type="dxa" w:w="580"/>
            <w:vAlign w:val="center"/>
          </w:tcPr>
          <w:p>
            <w:r/>
            <w:r>
              <w:rPr>
                <w:rFonts w:ascii="Malgun Gothic" w:hAnsi="Malgun Gothic" w:eastAsia="Malgun Gothic"/>
                <w:b w:val="0"/>
                <w:sz w:val="14"/>
              </w:rPr>
              <w:t>05_results\leave_one_out.csv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dropped_variable; corr_with_full; p_value; mean_abs_diff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sensitivity.csv</w:t>
            </w:r>
          </w:p>
        </w:tc>
        <w:tc>
          <w:tcPr>
            <w:tcW w:type="dxa" w:w="580"/>
            <w:vAlign w:val="center"/>
          </w:tcPr>
          <w:p>
            <w:r/>
            <w:r>
              <w:rPr>
                <w:rFonts w:ascii="Malgun Gothic" w:hAnsi="Malgun Gothic" w:eastAsia="Malgun Gothic"/>
                <w:b w:val="0"/>
                <w:sz w:val="14"/>
              </w:rPr>
              <w:t>sensitivity.csv</w:t>
            </w:r>
          </w:p>
        </w:tc>
        <w:tc>
          <w:tcPr>
            <w:tcW w:type="dxa" w:w="580"/>
            <w:vAlign w:val="center"/>
          </w:tcPr>
          <w:p>
            <w:r/>
            <w:r>
              <w:rPr>
                <w:rFonts w:ascii="Malgun Gothic" w:hAnsi="Malgun Gothic" w:eastAsia="Malgun Gothic"/>
                <w:b w:val="0"/>
                <w:sz w:val="14"/>
              </w:rPr>
              <w:t>05_results\sensitivity.csv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scenario; corr_with_base; p_value; mean_abs_diff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wav_id; text; word_cnt; text_len; source; stt_ok; sample_order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tukey.csv</w:t>
            </w:r>
          </w:p>
        </w:tc>
        <w:tc>
          <w:tcPr>
            <w:tcW w:type="dxa" w:w="580"/>
            <w:vAlign w:val="center"/>
          </w:tcPr>
          <w:p>
            <w:r/>
            <w:r>
              <w:rPr>
                <w:rFonts w:ascii="Malgun Gothic" w:hAnsi="Malgun Gothic" w:eastAsia="Malgun Gothic"/>
                <w:b w:val="0"/>
                <w:sz w:val="14"/>
              </w:rPr>
              <w:t>tukey.csv</w:t>
            </w:r>
          </w:p>
        </w:tc>
        <w:tc>
          <w:tcPr>
            <w:tcW w:type="dxa" w:w="580"/>
            <w:vAlign w:val="center"/>
          </w:tcPr>
          <w:p>
            <w:r/>
            <w:r>
              <w:rPr>
                <w:rFonts w:ascii="Malgun Gothic" w:hAnsi="Malgun Gothic" w:eastAsia="Malgun Gothic"/>
                <w:b w:val="0"/>
                <w:sz w:val="14"/>
              </w:rPr>
              <w:t>05_results\tukey.csv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group1; group2; meandiff; p_adj; lower; upper; reject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validity_summary.csv</w:t>
            </w:r>
          </w:p>
        </w:tc>
        <w:tc>
          <w:tcPr>
            <w:tcW w:type="dxa" w:w="580"/>
            <w:vAlign w:val="center"/>
          </w:tcPr>
          <w:p>
            <w:r/>
            <w:r>
              <w:rPr>
                <w:rFonts w:ascii="Malgun Gothic" w:hAnsi="Malgun Gothic" w:eastAsia="Malgun Gothic"/>
                <w:b w:val="0"/>
                <w:sz w:val="14"/>
              </w:rPr>
              <w:t>validity_summary.csv</w:t>
            </w:r>
          </w:p>
        </w:tc>
        <w:tc>
          <w:tcPr>
            <w:tcW w:type="dxa" w:w="580"/>
            <w:vAlign w:val="center"/>
          </w:tcPr>
          <w:p>
            <w:r/>
            <w:r>
              <w:rPr>
                <w:rFonts w:ascii="Malgun Gothic" w:hAnsi="Malgun Gothic" w:eastAsia="Malgun Gothic"/>
                <w:b w:val="0"/>
                <w:sz w:val="14"/>
              </w:rPr>
              <w:t>05_results\validity_summary.csv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item; value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05_results\discriminant_details.csv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05_results\discriminant_details.csv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05_results\bootstrap_ci.csv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boot_mean_r; ci_low_2_5; ci_high_97_5;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r; ci_lower; ci_upper;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05_results\bootstrap_ci.csv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boot_mean_r; ci_low_2_5; ci_high_97_5;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r; ci_lower; ci_upper;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05_results\correlation_matrix.csv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Unnamed: 0; energy_mean; pitch_mean; wpm; duration_sec; stress_score;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stress_score; energy_mean; pitch_mean; wpm; duration_sec;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05_results\correlation_matrix.csv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Unnamed: 0; energy_mean; pitch_mean; wpm; duration_sec; stress_score;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stress_score; energy_mean; pitch_mean; wpm; duration_sec;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05_results\multivariate_ols.csv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term; coef; std_err; t; p_value; r2; adj_r2;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results_by_count/n1000/snapshot/results\tables\multivariate_ols.csv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term; coef; std_err; t; p_value; r2; adj_r2;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05_results\multivariate_ols.csv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term; coef; std_err; t; p_value; r2; adj_r2;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results_by_count/n1000/snapshot/results\validity\multivariate_ols.csv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term; coef; std_err; t; p_value; r2; adj_r2;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05_results\univariate_ols.csv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intercept; slope; r2; t_slope; p_slope;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model; intercept; slope; r2; t_slope; p_slope;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05_results\univariate_ols.csv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intercept; slope; r2; t_slope; p_slope;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model; intercept; slope; r2; t_slope; p_slope;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05_results\vif.csv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variable; VIF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variable; VIF;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05_results\vif.csv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variable; VIF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variable; VIF;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additional_research_execution_order.csv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results_by_count/n1000/snapshot/results\tables\future_analysis\additional_research_execution_order.csv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order; step; menu; action; required_now</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results_by_count/n1000/snapshot/results\tables\future_analysis\additional_research_plan.csv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stage; topic; current_limitation; required_data; recommended_sample; method; expected_output; paper_usage;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additional_research_required_data.csv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results_by_count/n1000/snapshot/results\tables\future_analysis\additional_research_required_data.csv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data_item; columns; needed_for; current_template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task; status; stress_score_n; stt_reliability_available;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additional_research_why_method_direction.csv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results_by_count/n1000/snapshot/results\tables\meeting_0627\additional_research_why_method_direction.csv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주제; 왜 필요한가; 왜 이 기법인가; 방향성; 이번 보고에서의 표현</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aiis_branch_overview.csv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results_by_count/n1000/snapshot/results\tables\aiis_branch_overview.csv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branch_name; branch_dir; manifest_exists; status_exists; updated_at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aiis_final_diff_actions.csv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results_by_count/n1000/snapshot/results\tables\aiis_final_diff_actions.csv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priority; action; command_or_screen; done_when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aiis_final_diff_metrics.csv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results_by_count/n1000/snapshot/results\tables\aiis_final_diff_metrics.csv</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unit; status; reason;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aiis_final_diff_overview.csv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results_by_count/n1000/snapshot/results\tables\aiis_final_diff_overview.csv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item; value;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aiis_final_diff_root_causes.csv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results_by_count/n1000/snapshot/results\tables\aiis_final_diff_root_causes.csv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priority; level; title; evidence; why_it_happened; paper_impact; next_action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results_by_count/n1000/snapshot/results\tables\aiis_key_metric_compare.csv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asis_source; tobe_source; status;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aiis_recommended_actions.csv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results_by_count/n1000/snapshot/results\tables\aiis_recommended_actions.csv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order; action_code; action_name; purpose; command_hint; dashboard_path; expected_result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aiis_root_causes.csv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results_by_count/n1000/snapshot/results\tables\aiis_root_causes.csv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cause_code; severity; title; problem; why; evidence; paper_impact; check_next; recommended_action_ref;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aiis_snapshot_status.csv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results_by_count/n1000/snapshot/results\tables\aiis_snapshot_status.csv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slot; slot_snapshot_found; tobe_scan_roots; aiis_extension_status; core_message; asis_stt_n; tobe_stt_n; asis_feature_n; tobe_feature_n; asis_stress_n; tobe_stress_n; valid_tobe_stt_source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aiis_tracking_metrics.csv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results_by_count/n1000/snapshot/results\tables\aiis_tracking_metrics.csv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tracking_metric; target; current_value; status;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anova_group_descriptive.csv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results_by_count/n1000/snapshot/results\tables\anova_group_descriptive.csv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16.0</w:t>
            </w:r>
          </w:p>
        </w:tc>
        <w:tc>
          <w:tcPr>
            <w:tcW w:type="dxa" w:w="580"/>
            <w:vAlign w:val="center"/>
          </w:tcPr>
          <w:p>
            <w:r/>
            <w:r>
              <w:rPr>
                <w:rFonts w:ascii="Malgun Gothic" w:hAnsi="Malgun Gothic" w:eastAsia="Malgun Gothic"/>
                <w:b w:val="0"/>
                <w:sz w:val="14"/>
              </w:rPr>
              <w:t>stress_group; stress_score_count; stress_score_mean; stress_score_std; energy_mean_count; energy_mean_mean; energy_mean_std; pitch_mean_count; pitch_mean_mean; pitch_mean_std; wpm_count; wpm_mean; wpm_std; duration_sec_count; duration_sec_mean; duration_sec_std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anova_profile.csv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results_by_count/n1000/snapshot/results\tables\anova_profile.csv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F; p_value; eta_squared; effect_size; note;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anova_profile.csv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results_by_count/n1000/snapshot/results\validity\anova_profile.csv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F; p_value; eta_squared; effect_size; note;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applied_sciences_required_sections.csv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results_by_count/n1000/snapshot/results\tables\applied_sciences_required_sections.csv</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section_or_statement; source_or_field;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artifact_lineage.csv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results_by_count/n1000/snapshot/results\tables\repro\artifact_lineage.csv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artifact; depends_on; source_stage; upstream_1; upstream_2; upstream_3; upstream_4; risk_if_changed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auto_execution_plan.csv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results_by_count/n1000/snapshot/results\tables\repro\auto_execution_plan.csv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run_order; issue; status; severity; evidence; likely_cause; recommended_action; menu_no; command_hint;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claim_strength_check.csv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results_by_count/n1000/snapshot/results\tables\ops\claim_strength_check.csv</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risk_phrase; recommended_expression; found_count; files;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complete_report_checklist.csv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results_by_count/n1000/snapshot/results\tables\complete_report_checklist.csv</w:t>
            </w:r>
          </w:p>
        </w:tc>
        <w:tc>
          <w:tcPr>
            <w:tcW w:type="dxa" w:w="580"/>
            <w:vAlign w:val="center"/>
          </w:tcPr>
          <w:p>
            <w:r/>
            <w:r>
              <w:rPr>
                <w:rFonts w:ascii="Malgun Gothic" w:hAnsi="Malgun Gothic" w:eastAsia="Malgun Gothic"/>
                <w:b w:val="0"/>
                <w:sz w:val="14"/>
              </w:rPr>
              <w:t>34.0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order; group; title; kind; required; exists; rows_or_note; path; status; description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construct_validity_summary.csv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results_by_count/n1000/snapshot/results\tables\construct_validity_summary.csv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indicator; value;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correlation_validity.csv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results_by_count/n1000/snapshot/results\tables\correlation_validity.csv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variable; r; p_value; validity_type;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criterion_validity_status.csv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results_by_count/n1000/snapshot/results\tables\future_analysis\criterion_validity_status.csv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csv_profile_all.csv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results_by_count/n1000/snapshot/results\tables\asis_tobe\csv_profile_all.csv</w:t>
            </w:r>
          </w:p>
        </w:tc>
        <w:tc>
          <w:tcPr>
            <w:tcW w:type="dxa" w:w="580"/>
            <w:vAlign w:val="center"/>
          </w:tcPr>
          <w:p>
            <w:r/>
            <w:r>
              <w:rPr>
                <w:rFonts w:ascii="Malgun Gothic" w:hAnsi="Malgun Gothic" w:eastAsia="Malgun Gothic"/>
                <w:b w:val="0"/>
                <w:sz w:val="14"/>
              </w:rPr>
              <w:t>144.0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side; relative_path; filename; stem; rows; cols; columns; status; scan_scope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csv_schema_compare.csv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results_by_count/n1000/snapshot/results\tables\asis_tobe\csv_schema_compare.csv</w:t>
            </w:r>
          </w:p>
        </w:tc>
        <w:tc>
          <w:tcPr>
            <w:tcW w:type="dxa" w:w="580"/>
            <w:vAlign w:val="center"/>
          </w:tcPr>
          <w:p>
            <w:r/>
            <w:r>
              <w:rPr>
                <w:rFonts w:ascii="Malgun Gothic" w:hAnsi="Malgun Gothic" w:eastAsia="Malgun Gothic"/>
                <w:b w:val="0"/>
                <w:sz w:val="14"/>
              </w:rPr>
              <w:t>138.0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pair_key; filename; as_is_path; as_is_rows; as_is_cols; as_is_columns; as_is_status; to_be_path; to_be_rows; to_be_cols; to_be_columns; to_be_status;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data_quality_action_plan.csv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results_by_count/n1000/snapshot/results\tables\data_quality_action_plan.csv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priority; action_code; action_name; trigger_items; reason; auto_executable; command_hint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data_quality_status.csv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results_by_count/n1000/snapshot/results\tables\data_quality_status.csv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check_item; status; value; criterion; message; recommended_action; severity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deepseek_learning_feedback.csv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results_by_count/n1000/snapshot/results\tables\learning\deepseek_learning_feedback.csv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area; status; recommendation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deploy_result_integrity.csv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results_by_count/n1000/snapshot/results\tables\deploy_result_integrity.csv</w:t>
            </w:r>
          </w:p>
        </w:tc>
        <w:tc>
          <w:tcPr>
            <w:tcW w:type="dxa" w:w="580"/>
            <w:vAlign w:val="center"/>
          </w:tcPr>
          <w:p>
            <w:r/>
            <w:r>
              <w:rPr>
                <w:rFonts w:ascii="Malgun Gothic" w:hAnsi="Malgun Gothic" w:eastAsia="Malgun Gothic"/>
                <w:b w:val="0"/>
                <w:sz w:val="14"/>
              </w:rPr>
              <w:t>22.0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artifact; source_type; path; exists; rows_or_exists; mtime; size_kb</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descriptive_statistics.csv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results_by_count/n1000/snapshot/results\tables\descriptive_statistics.csv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diagnosis.csv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results_by_count/n1000/snapshot/results\tables\repro\diagnosis.csv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issue; status; severity; evidence; likely_cause; recommended_action; menu_no; command_hint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results_by_count/n1000/snapshot/results\tables\asis_tobe\difference_action_plan.csv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priority; action; why; evidence; target_menu</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difference_problem_trace.csv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results_by_count/n1000/snapshot/results\tables\asis_tobe\difference_problem_trace.csv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metric_key; status; as_is_value; to_be_value; as_is_source; to_be_source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difference_root_cause_analysis.csv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results_by_count/n1000/snapshot/results\tables\asis_tobe\difference_root_cause_analysis.csv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priority; domain; severity; finding; evidence; likely_cause; next_check; recommended_action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failed_file_inventory.csv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results_by_count/n1000/snapshot/results\tables\ops\failed_file_inventory.csv</w:t>
            </w:r>
          </w:p>
        </w:tc>
        <w:tc>
          <w:tcPr>
            <w:tcW w:type="dxa" w:w="580"/>
            <w:vAlign w:val="center"/>
          </w:tcPr>
          <w:p>
            <w:r/>
            <w:r>
              <w:rPr>
                <w:rFonts w:ascii="Malgun Gothic" w:hAnsi="Malgun Gothic" w:eastAsia="Malgun Gothic"/>
                <w:b w:val="0"/>
                <w:sz w:val="14"/>
              </w:rPr>
              <w:t>600.0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profile; dataset; source_csv; file_id; file; status; error; ok; transcript_len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feature_descriptive_statistics.csv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results_by_count/n1000/snapshot/results\tables\feature_descriptive_statistics.csv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file_inventory_all.csv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results_by_count/n1000/snapshot/results\tables\asis_tobe\file_inventory_all.csv</w:t>
            </w:r>
          </w:p>
        </w:tc>
        <w:tc>
          <w:tcPr>
            <w:tcW w:type="dxa" w:w="580"/>
            <w:vAlign w:val="center"/>
          </w:tcPr>
          <w:p>
            <w:r/>
            <w:r>
              <w:rPr>
                <w:rFonts w:ascii="Malgun Gothic" w:hAnsi="Malgun Gothic" w:eastAsia="Malgun Gothic"/>
                <w:b w:val="0"/>
                <w:sz w:val="14"/>
              </w:rPr>
              <w:t>2427.0</w:t>
            </w:r>
          </w:p>
        </w:tc>
        <w:tc>
          <w:tcPr>
            <w:tcW w:type="dxa" w:w="580"/>
            <w:vAlign w:val="center"/>
          </w:tcPr>
          <w:p>
            <w:r/>
            <w:r>
              <w:rPr>
                <w:rFonts w:ascii="Malgun Gothic" w:hAnsi="Malgun Gothic" w:eastAsia="Malgun Gothic"/>
                <w:b w:val="0"/>
                <w:sz w:val="14"/>
              </w:rPr>
              <w:t>11.0</w:t>
            </w:r>
          </w:p>
        </w:tc>
        <w:tc>
          <w:tcPr>
            <w:tcW w:type="dxa" w:w="580"/>
            <w:vAlign w:val="center"/>
          </w:tcPr>
          <w:p>
            <w:r/>
            <w:r>
              <w:rPr>
                <w:rFonts w:ascii="Malgun Gothic" w:hAnsi="Malgun Gothic" w:eastAsia="Malgun Gothic"/>
                <w:b w:val="0"/>
                <w:sz w:val="14"/>
              </w:rPr>
              <w:t>side; root; relative_path; filename; stem; extension; size_bytes; modified_at; sha256; status; scan_scope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file_inventory_compare.csv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results_by_count/n1000/snapshot/results\tables\asis_tobe\file_inventory_compare.csv</w:t>
            </w:r>
          </w:p>
        </w:tc>
        <w:tc>
          <w:tcPr>
            <w:tcW w:type="dxa" w:w="580"/>
            <w:vAlign w:val="center"/>
          </w:tcPr>
          <w:p>
            <w:r/>
            <w:r>
              <w:rPr>
                <w:rFonts w:ascii="Malgun Gothic" w:hAnsi="Malgun Gothic" w:eastAsia="Malgun Gothic"/>
                <w:b w:val="0"/>
                <w:sz w:val="14"/>
              </w:rPr>
              <w:t>2421.0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filename; as_is_path; extension; as_is_size; as_is_modified; as_is_sha256; to_be_path; to_be_size; to_be_modified; to_be_sha256; status; size_diff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final_dataset_decision_matrix.csv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results_by_count/n1000/snapshot/results\tables\scie_submission\final_dataset_decision_matrix.csv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option; role; dataset_policy; strength; risk; recommended_use;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final_paper_quality_check.csv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results_by_count/n1000/snapshot/results\tables\final_paper_quality_check.csv</w:t>
            </w:r>
          </w:p>
        </w:tc>
        <w:tc>
          <w:tcPr>
            <w:tcW w:type="dxa" w:w="580"/>
            <w:vAlign w:val="center"/>
          </w:tcPr>
          <w:p>
            <w:r/>
            <w:r>
              <w:rPr>
                <w:rFonts w:ascii="Malgun Gothic" w:hAnsi="Malgun Gothic" w:eastAsia="Malgun Gothic"/>
                <w:b w:val="0"/>
                <w:sz w:val="14"/>
              </w:rPr>
              <w:t>53.0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section_id; section_title; issue_type; matched_text; severity; suggested_fix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final_submission_board.csv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results_by_count/n1000/snapshot/results\tables\repro\final_submission_board.csv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category; status; item; detail</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folder_extension_summary.csv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results_by_count/n1000/snapshot/results\tables\asis_tobe\folder_extension_summary.csv</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top_folder; extension; file_count; total_size_bytes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future_research_action_plan.csv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results_by_count/n1000/snapshot/results\tables\future_research_action_plan.csv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future_task; related_limitation; priority; recommended_sample; method; statistics; paper_usage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future_research_limitations.csv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results_by_count/n1000/snapshot/results\tables\future_research_limitations.csv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id; title_ko; current_limitation; future_analysis; future_outputs; paper_position; current_data_status; future_data_needed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journal_target_strategy.csv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results_by_count/n1000/snapshot/results\tables\scie_submission\journal_target_strategy.csv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tier; journal_candidate; positioning; needed_before_submit; risk</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results_by_count/n1000/snapshot/results\tables\key_metric_compare.csv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asis_source; tobe_source; status;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results_by_count/n1000/snapshot/results\tables\asis_tobe\key_metric_compare.csv</w:t>
            </w:r>
          </w:p>
        </w:tc>
        <w:tc>
          <w:tcPr>
            <w:tcW w:type="dxa" w:w="580"/>
            <w:vAlign w:val="center"/>
          </w:tcPr>
          <w:p>
            <w:r/>
            <w:r>
              <w:rPr>
                <w:rFonts w:ascii="Malgun Gothic" w:hAnsi="Malgun Gothic" w:eastAsia="Malgun Gothic"/>
                <w:b w:val="0"/>
                <w:sz w:val="14"/>
              </w:rPr>
              <w:t>313.0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metric_key; status; as_is_value; to_be_value; diff_to_be_minus_as_is; pct_diff; as_is_source; to_be_source; as_is_note; to_be_note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key_metrics_all.csv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results_by_count/n1000/snapshot/results\tables\asis_tobe\key_metrics_all.csv</w:t>
            </w:r>
          </w:p>
        </w:tc>
        <w:tc>
          <w:tcPr>
            <w:tcW w:type="dxa" w:w="580"/>
            <w:vAlign w:val="center"/>
          </w:tcPr>
          <w:p>
            <w:r/>
            <w:r>
              <w:rPr>
                <w:rFonts w:ascii="Malgun Gothic" w:hAnsi="Malgun Gothic" w:eastAsia="Malgun Gothic"/>
                <w:b w:val="0"/>
                <w:sz w:val="14"/>
              </w:rPr>
              <w:t>370.0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metric_key; metric_value; source_file;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results_by_count/n1000/snapshot/data\kspon\manifest\kspon_manifest.csv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file_id; pcm_source_path; txt_source_path; pcm_target_path; txt_target_path; has_audio; has_transcript; file_size_kb; source_folder; dataset; audio_copied; txt_copied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kspon_validation_plan.csv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results_by_count/n1000/snapshot/results\tables\scie_submission\kspon_validation_plan.csv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step; minimum; recommended; output;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kspon_wer_cer_by_file.csv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results_by_count/n1000/snapshot/results\stt_validation\kspon_wer_cer_by_file.csv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file_id; reference_path; has_reference; reference_text; hypothesis_text; wer; cer; model</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kspon_wer_cer_summary.csv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model; dataset; n; mean_wer; median_wer; mean_cer; median_cer; status;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kspon_whisper_medium_results.csv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results_by_count/n1000/snapshot/data\kspon\stt\kspon_whisper_medium_results.csv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learning_dashboard.csv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results_by_count/n1000/snapshot/results\tables\learning\learning_dashboard.csv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item; value; interpretation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learning_progress_score.csv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results_by_count/n1000/snapshot/results\tables\learning\learning_progress_score.csv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generated_at; profile; learning_score; status; reasons; stress_score_n; stress_score_mean; voc_stt_n; voc_stt_nonempty; wpm_nonzero_rows; feature_rows; reference_count; has_final_board; has_three_way_compare; has_claim_check; has_submission_gate; has_security_check; source_stress; source_stt; source_features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loo_stability.csv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results_by_count/n1000/snapshot/results\tables\loo_stability.csv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removed_variable; remaining_variables; r; r_squared; p_value;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loo_stability.csv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results_by_count/n1000/snapshot/results\validity\loo_stability.csv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removed_variable; remaining_variables; r; r_squared; p_value;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meeting_0627_current_status.csv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results_by_count/n1000/snapshot/results\tables\meeting_0627\meeting_0627_current_status.csv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17.0</w:t>
            </w:r>
          </w:p>
        </w:tc>
        <w:tc>
          <w:tcPr>
            <w:tcW w:type="dxa" w:w="580"/>
            <w:vAlign w:val="center"/>
          </w:tcPr>
          <w:p>
            <w:r/>
            <w:r>
              <w:rPr>
                <w:rFonts w:ascii="Malgun Gothic" w:hAnsi="Malgun Gothic" w:eastAsia="Malgun Gothic"/>
                <w:b w:val="0"/>
                <w:sz w:val="14"/>
              </w:rPr>
              <w:t>profile; snapshot_found; voc_stt_n; features_n; stress_n; kspon_stt_n; wpm_nonzero; wpm_mean; quality_fail; quality_warn; corr_energy; corr_pitch; corr_wpm; corr_duration; wer; cer; generated_at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monitoring_summary_n1000.csv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results_by_count/n1000/snapshot/results\tables\monitoring\monitoring_summary_n1000.csv</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category; metric; value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multicenter_generalization_status.csv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results_by_count/n1000/snapshot/results\tables\future_analysis\multicenter_generalization_status.csv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next_action_plan.csv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results_by_count/n1000/snapshot/results\tables\repro\next_action_plan.csv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run_order; issue; status; severity; evidence; likely_cause; recommended_action; menu_no; command_hint;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outlier_robustness.csv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results_by_count/n1000/snapshot/results\robustness\outlier_robustness.csv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n; energy_mean_r; pitch_mean_r; wpm_r; duration_sec_r; min_weight_sensitivity_r;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outlier_robustness.csv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results_by_count/n1000/snapshot/results\tables\outlier_robustness.csv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n; energy_mean_r; pitch_mean_r; wpm_r; duration_sec_r; min_weight_sensitivity_r;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professor_questions_0627.csv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results_by_count/n1000/snapshot/results\tables\meeting_0627\professor_questions_0627.csv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교수님 확인 질문; 왜 필요한가</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reference_papers_manifest.csv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results_by_count/n1000/snapshot/results\tables\reference_papers_manifest.csv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references.csv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results_by_count/n1000/snapshot/results\tables\references.csv</w:t>
            </w:r>
          </w:p>
        </w:tc>
        <w:tc>
          <w:tcPr>
            <w:tcW w:type="dxa" w:w="580"/>
            <w:vAlign w:val="center"/>
          </w:tcPr>
          <w:p>
            <w:r/>
            <w:r>
              <w:rPr>
                <w:rFonts w:ascii="Malgun Gothic" w:hAnsi="Malgun Gothic" w:eastAsia="Malgun Gothic"/>
                <w:b w:val="0"/>
                <w:sz w:val="14"/>
              </w:rPr>
              <w:t>30.0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no; authors; year; title; source; volume; pages; doi; type;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research_improvement_cases_dataset_manifest.csv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results_by_count/n1000/snapshot/results\tables\learning\research_improvement_cases_dataset_manifest.csv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task; source; quality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result_similarity_matrix.csv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results_by_count/n1000/snapshot/results\tables\asis_tobe\result_similarity_matrix.csv</w:t>
            </w:r>
          </w:p>
        </w:tc>
        <w:tc>
          <w:tcPr>
            <w:tcW w:type="dxa" w:w="580"/>
            <w:vAlign w:val="center"/>
          </w:tcPr>
          <w:p>
            <w:r/>
            <w:r>
              <w:rPr>
                <w:rFonts w:ascii="Malgun Gothic" w:hAnsi="Malgun Gothic" w:eastAsia="Malgun Gothic"/>
                <w:b w:val="0"/>
                <w:sz w:val="14"/>
              </w:rPr>
              <w:t>313.0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metric_key; category; as_is_value; to_be_value; abs_diff; pct_diff; similarity_status; judgement_reason; source_note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resume_steps_n1000.csv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results_by_count/n1000/snapshot/results\tables\resume\resume_steps_n1000.csv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step_no; step; count; target; status; command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reviewer_qa_dataset_manifest.csv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results_by_count/n1000/snapshot/results\tables\learning\reviewer_qa_dataset_manifest.csv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sample_match_details.csv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results_by_count/n1000/snapshot/results\tables\repro\sample_match_details.csv</w:t>
            </w:r>
          </w:p>
        </w:tc>
        <w:tc>
          <w:tcPr>
            <w:tcW w:type="dxa" w:w="580"/>
            <w:vAlign w:val="center"/>
          </w:tcPr>
          <w:p>
            <w:r/>
            <w:r>
              <w:rPr>
                <w:rFonts w:ascii="Malgun Gothic" w:hAnsi="Malgun Gothic" w:eastAsia="Malgun Gothic"/>
                <w:b w:val="0"/>
                <w:sz w:val="14"/>
              </w:rPr>
              <w:t>3000.0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sample_id;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sample_match_summary.csv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results_by_count/n1000/snapshot/results\tables\repro\sample_match_summary.csv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set_name; csv_file; id_count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scie_current_metric_snapshot.csv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results_by_count/n1000/snapshot/results\tables\scie_submission\scie_current_metric_snapshot.csv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16.0</w:t>
            </w:r>
          </w:p>
        </w:tc>
        <w:tc>
          <w:tcPr>
            <w:tcW w:type="dxa" w:w="580"/>
            <w:vAlign w:val="center"/>
          </w:tcPr>
          <w:p>
            <w:r/>
            <w:r>
              <w:rPr>
                <w:rFonts w:ascii="Malgun Gothic" w:hAnsi="Malgun Gothic" w:eastAsia="Malgun Gothic"/>
                <w:b w:val="0"/>
                <w:sz w:val="14"/>
              </w:rPr>
              <w:t>profile; snapshot_path; snapshot_exists; stt_path; stt_rows; stt_success_unique; stt_failed_or_empty; stt_model_detected; feature_path; feature_n; stress_path; stress_n; wpm_mean; stress_mean; generated_at; analysis_policy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scie_readiness_gates.csv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results_by_count/n1000/snapshot/results\tables\scie_submission\scie_readiness_gates.csv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gate; requirement; current_status; decision; 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scie_reproducibility_checklist.csv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results_by_count/n1000/snapshot/results\tables\scie_submission\scie_reproducibility_checklist.csv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category; item; status; evidence; owner_note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speaker_normalization_status.csv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results_by_count/n1000/snapshot/results\tables\future_analysis\speaker_normalization_status.csv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statistical_validation_checklist.csv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results_by_count/n1000/snapshot/results\tables\scie_submission\statistical_validation_checklist.csv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analysis; needed_for_scie; status; where_to_place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step_status_n1000.csv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results_by_count/n1000/snapshot/results\tables\history\step_status_n1000.csv</w:t>
            </w:r>
          </w:p>
        </w:tc>
        <w:tc>
          <w:tcPr>
            <w:tcW w:type="dxa" w:w="580"/>
            <w:vAlign w:val="center"/>
          </w:tcPr>
          <w:p>
            <w:r/>
            <w:r>
              <w:rPr>
                <w:rFonts w:ascii="Malgun Gothic" w:hAnsi="Malgun Gothic" w:eastAsia="Malgun Gothic"/>
                <w:b w:val="0"/>
                <w:sz w:val="14"/>
              </w:rPr>
              <w:t>113.0</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profile; section; step_no; step_label; status; status_rank; run_count; success_count; fail_count; last_event_time; last_status; last_return_code; last_elapsed_sec; last_command;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stress_index_feature_quality.csv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results_by_count/n1000/snapshot/results\tables\stress_index_feature_quality.csv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variable; valid_n; unique_n; mean; std_ddof0;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stt_error_sensitivity.csv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results_by_count/n1000/snapshot/results\robustness\stt_error_sensitivity.csv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wpm_multiplier; correlation_with_baseline; p_value; p_value_display; mad; decision;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stt_error_sensitivity.csv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results_by_count/n1000/snapshot/results\tables\stt_error_sensitivity.csv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wpm_multiplier; correlation_with_baseline; p_value; p_value_display; mad; decision;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model; dataset; n; mean_wer; median_wer; mean_cer; median_cer; status;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stt_wpm_reliability_sources.csv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results_by_count/n1000/snapshot/results\tables\future_analysis\stt_wpm_reliability_sources.csv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source; path;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dataset; n; mean_wer; median_wer; mean_cer; median_cer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submission_readiness_check.csv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results_by_count/n1000/snapshot/results\tables\submission_readiness_check.csv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check; value; status; required_fix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submission_readiness_checklist.csv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results_by_count/n1000/snapshot/results\tables\submission_readiness_checklist.csv</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item; status; severity; message; recommended_action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submitted_doc_numeric_contexts.csv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results_by_count/n1000/snapshot/results\tables\repro\submitted_doc_numeric_contexts.csv</w:t>
            </w:r>
          </w:p>
        </w:tc>
        <w:tc>
          <w:tcPr>
            <w:tcW w:type="dxa" w:w="580"/>
            <w:vAlign w:val="center"/>
          </w:tcPr>
          <w:p>
            <w:r/>
            <w:r>
              <w:rPr>
                <w:rFonts w:ascii="Malgun Gothic" w:hAnsi="Malgun Gothic" w:eastAsia="Malgun Gothic"/>
                <w:b w:val="0"/>
                <w:sz w:val="14"/>
              </w:rPr>
              <w:t>29.0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docx_file; context_id; tag; value; context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three_way_compare.csv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results_by_count/n1000/snapshot/results\tables\repro\three_way_compare.csv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metric_key; status; document_value_candidate; as_is_value; to_be_value; to_be_minus_as_is; document_minus_tobe; docx_file; tobe_root; snapshot_found; root_fallback; stale_snapshot_detected; snapshot_stt_count; root_stt_count; interpretation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tobe_metric_source_trace.csv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results_by_count/n1000/snapshot/results\tables\asis_tobe\tobe_metric_source_trace.csv</w:t>
            </w:r>
          </w:p>
        </w:tc>
        <w:tc>
          <w:tcPr>
            <w:tcW w:type="dxa" w:w="580"/>
            <w:vAlign w:val="center"/>
          </w:tcPr>
          <w:p>
            <w:r/>
            <w:r>
              <w:rPr>
                <w:rFonts w:ascii="Malgun Gothic" w:hAnsi="Malgun Gothic" w:eastAsia="Malgun Gothic"/>
                <w:b w:val="0"/>
                <w:sz w:val="14"/>
              </w:rPr>
              <w:t>283.0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metric_key; metric_value; source_file;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training_examples_by_task.csv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results_by_count/n1000/snapshot/results\tables\learning\training_examples_by_task.csv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task; example_count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training_examples_manifest.csv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results_by_count/n1000/snapshot/results\tables\learning\training_examples_manifest.csv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tukey_hsd.csv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results_by_count/n1000/snapshot/results\tables\tukey_hsd.csv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group1; group2; meandiff; p_adj; lower; upper; reject;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tukey_hsd.csv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results_by_count/n1000/snapshot/results\validity\tukey_hsd.csv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group1; group2; meandiff; p_adj; lower; upper; reject;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validity_structure_summary.csv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results_by_count/n1000/snapshot/results\tables\validity_structure_summary.csv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convergent_mean_abs_r; auxiliary_mean_abs_r; delta</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voc_features.csv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results_by_count/n1000/snapshot/data\voc\features\voc_features.csv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wav_id; audio_path; energy_mean; pitch_mean; duration_sec; transcript; word_cnt; text_len; wpm; stt_status; ok; error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results_by_count/n1000/snapshot/data\voc\manifest\voc_manifest.csv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file_id; source_path; target_path; file_name; extension; file_size_kb; dataset; copied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voc_stress_score_rebuilt.csv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18.0</w:t>
            </w:r>
          </w:p>
        </w:tc>
        <w:tc>
          <w:tcPr>
            <w:tcW w:type="dxa" w:w="580"/>
            <w:vAlign w:val="center"/>
          </w:tcPr>
          <w:p>
            <w:r/>
            <w:r>
              <w:rPr>
                <w:rFonts w:ascii="Malgun Gothic" w:hAnsi="Malgun Gothic" w:eastAsia="Malgun Gothic"/>
                <w:b w:val="0"/>
                <w:sz w:val="14"/>
              </w:rPr>
              <w:t>wav_id; audio_path; energy_mean; pitch_mean; duration_sec; transcript; word_cnt; text_len; wpm; stt_status; ok; error; z_energy_mean; z_pitch_mean; z_wpm; z_duration_sec; stress_raw;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voc_stt_completeness.csv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results_by_count/n1000/snapshot/results\tables\voc_stt_completeness.csv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n; transcript_nonempty; word_cnt_nonzero; wpm_nonzero; stt_missing_rows;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voc_whisper_medium_results.csv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results_by_count/n1000/snapshot/data\voc\stt\voc_whisper_medium_results.csv</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results_by_count/n1000/snapshot/data\voc\stt\voc_whisper_small_results.csv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results_by_count/n1000/snapshot/data\voc\stt\small_failed_backup_20260702_171422\voc_whisper_small_results_failed_rows.csv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results_by_count/n1000/snapshot/data\voc\stt\small_failed_backup_20260702_171446\voc_whisper_small_results_failed_rows.csv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results_by_count/n1000/snapshot/data\voc\stt\small_failed_backup_20260702_173438\voc_whisper_small_results_failed_rows.csv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results_by_count/n1000/snapshot/data\voc\stt\small_failed_backup_20260702_171422\voc_whisper_small_results_original_backup.csv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results_by_count/n1000/snapshot/data\voc\stt\small_failed_backup_20260702_171446\voc_whisper_small_results_original_backup.csv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results_by_count/n1000/snapshot/data\voc\stt\small_failed_backup_20260702_173438\voc_whisper_small_results_original_backup.csv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weight_sensitivity.csv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results_by_count/n1000/snapshot/results\tables\weight_sensitivity.csv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scenario; weights_e_p_w_d; correlation_with_baseline; p_value; mad;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weight_sensitivity.csv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results_by_count/n1000/snapshot/results\validity\weight_sensitivity.csv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scenario; weights_e_p_w_d; correlation_with_baseline; p_value; mad;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why_why_why_structure.csv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results_by_count/n1000/snapshot/results\tables\meeting_0627\why_why_why_structure.csv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질문; 답변</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bl>
    <w:p/>
    <w:p>
      <w:r>
        <w:t>대용량 표의 앞/뒤 표본 및 구조 포함; 원본 전수 행은 데이터 부록 ZIP 포함</w:t>
      </w:r>
    </w:p>
    <w:p>
      <w:r>
        <w:rPr>
          <w:b/>
        </w:rPr>
        <w:t>산출물 CSV: research_continuity/15_asis_tobe_warn_source_fix_v169/strict_original_key_metric_compare_v169.csv (행 313,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metric_key</w:t>
            </w:r>
          </w:p>
        </w:tc>
        <w:tc>
          <w:tcPr>
            <w:tcW w:type="dxa" w:w="580"/>
          </w:tcPr>
          <w:p>
            <w:r/>
            <w:r>
              <w:rPr>
                <w:rFonts w:ascii="Malgun Gothic" w:hAnsi="Malgun Gothic" w:eastAsia="Malgun Gothic"/>
                <w:b/>
                <w:sz w:val="14"/>
              </w:rPr>
              <w:t>status</w:t>
            </w:r>
          </w:p>
        </w:tc>
        <w:tc>
          <w:tcPr>
            <w:tcW w:type="dxa" w:w="580"/>
          </w:tcPr>
          <w:p>
            <w:r/>
            <w:r>
              <w:rPr>
                <w:rFonts w:ascii="Malgun Gothic" w:hAnsi="Malgun Gothic" w:eastAsia="Malgun Gothic"/>
                <w:b/>
                <w:sz w:val="14"/>
              </w:rPr>
              <w:t>as_is_value</w:t>
            </w:r>
          </w:p>
        </w:tc>
        <w:tc>
          <w:tcPr>
            <w:tcW w:type="dxa" w:w="580"/>
          </w:tcPr>
          <w:p>
            <w:r/>
            <w:r>
              <w:rPr>
                <w:rFonts w:ascii="Malgun Gothic" w:hAnsi="Malgun Gothic" w:eastAsia="Malgun Gothic"/>
                <w:b/>
                <w:sz w:val="14"/>
              </w:rPr>
              <w:t>to_be_value</w:t>
            </w:r>
          </w:p>
        </w:tc>
        <w:tc>
          <w:tcPr>
            <w:tcW w:type="dxa" w:w="580"/>
          </w:tcPr>
          <w:p>
            <w:r/>
            <w:r>
              <w:rPr>
                <w:rFonts w:ascii="Malgun Gothic" w:hAnsi="Malgun Gothic" w:eastAsia="Malgun Gothic"/>
                <w:b/>
                <w:sz w:val="14"/>
              </w:rPr>
              <w:t>diff_to_be_minus_as_is</w:t>
            </w:r>
          </w:p>
        </w:tc>
        <w:tc>
          <w:tcPr>
            <w:tcW w:type="dxa" w:w="580"/>
          </w:tcPr>
          <w:p>
            <w:r/>
            <w:r>
              <w:rPr>
                <w:rFonts w:ascii="Malgun Gothic" w:hAnsi="Malgun Gothic" w:eastAsia="Malgun Gothic"/>
                <w:b/>
                <w:sz w:val="14"/>
              </w:rPr>
              <w:t>pct_diff</w:t>
            </w:r>
          </w:p>
        </w:tc>
        <w:tc>
          <w:tcPr>
            <w:tcW w:type="dxa" w:w="580"/>
          </w:tcPr>
          <w:p>
            <w:r/>
            <w:r>
              <w:rPr>
                <w:rFonts w:ascii="Malgun Gothic" w:hAnsi="Malgun Gothic" w:eastAsia="Malgun Gothic"/>
                <w:b/>
                <w:sz w:val="14"/>
              </w:rPr>
              <w:t>as_is_source</w:t>
            </w:r>
          </w:p>
        </w:tc>
        <w:tc>
          <w:tcPr>
            <w:tcW w:type="dxa" w:w="580"/>
          </w:tcPr>
          <w:p>
            <w:r/>
            <w:r>
              <w:rPr>
                <w:rFonts w:ascii="Malgun Gothic" w:hAnsi="Malgun Gothic" w:eastAsia="Malgun Gothic"/>
                <w:b/>
                <w:sz w:val="14"/>
              </w:rPr>
              <w:t>to_be_source</w:t>
            </w:r>
          </w:p>
        </w:tc>
        <w:tc>
          <w:tcPr>
            <w:tcW w:type="dxa" w:w="580"/>
          </w:tcPr>
          <w:p>
            <w:r/>
            <w:r>
              <w:rPr>
                <w:rFonts w:ascii="Malgun Gothic" w:hAnsi="Malgun Gothic" w:eastAsia="Malgun Gothic"/>
                <w:b/>
                <w:sz w:val="14"/>
              </w:rPr>
              <w:t>as_is_note</w:t>
            </w:r>
          </w:p>
        </w:tc>
        <w:tc>
          <w:tcPr>
            <w:tcW w:type="dxa" w:w="580"/>
          </w:tcPr>
          <w:p>
            <w:r/>
            <w:r>
              <w:rPr>
                <w:rFonts w:ascii="Malgun Gothic" w:hAnsi="Malgun Gothic" w:eastAsia="Malgun Gothic"/>
                <w:b/>
                <w:sz w:val="14"/>
              </w:rPr>
              <w:t>to_be_note</w:t>
            </w:r>
          </w:p>
        </w:tc>
        <w:tc>
          <w:tcPr>
            <w:tcW w:type="dxa" w:w="580"/>
          </w:tcPr>
          <w:p>
            <w:r/>
            <w:r>
              <w:rPr>
                <w:rFonts w:ascii="Malgun Gothic" w:hAnsi="Malgun Gothic" w:eastAsia="Malgun Gothic"/>
                <w:b/>
                <w:sz w:val="14"/>
              </w:rPr>
              <w:t>original_status</w:t>
            </w:r>
          </w:p>
        </w:tc>
        <w:tc>
          <w:tcPr>
            <w:tcW w:type="dxa" w:w="580"/>
          </w:tcPr>
          <w:p>
            <w:r/>
            <w:r>
              <w:rPr>
                <w:rFonts w:ascii="Malgun Gothic" w:hAnsi="Malgun Gothic" w:eastAsia="Malgun Gothic"/>
                <w:b/>
                <w:sz w:val="14"/>
              </w:rPr>
              <w:t>resolution_status</w:t>
            </w:r>
          </w:p>
        </w:tc>
        <w:tc>
          <w:tcPr>
            <w:tcW w:type="dxa" w:w="580"/>
          </w:tcPr>
          <w:p>
            <w:r/>
            <w:r>
              <w:rPr>
                <w:rFonts w:ascii="Malgun Gothic" w:hAnsi="Malgun Gothic" w:eastAsia="Malgun Gothic"/>
                <w:b/>
                <w:sz w:val="14"/>
              </w:rPr>
              <w:t>professor_ready_status</w:t>
            </w:r>
          </w:p>
        </w:tc>
        <w:tc>
          <w:tcPr>
            <w:tcW w:type="dxa" w:w="580"/>
          </w:tcPr>
          <w:p>
            <w:r/>
            <w:r>
              <w:rPr>
                <w:rFonts w:ascii="Malgun Gothic" w:hAnsi="Malgun Gothic" w:eastAsia="Malgun Gothic"/>
                <w:b/>
                <w:sz w:val="14"/>
              </w:rPr>
              <w:t>resolution_note</w:t>
            </w:r>
          </w:p>
        </w:tc>
        <w:tc>
          <w:tcPr>
            <w:tcW w:type="dxa" w:w="580"/>
          </w:tcPr>
          <w:p>
            <w:r/>
            <w:r>
              <w:rPr>
                <w:rFonts w:ascii="Malgun Gothic" w:hAnsi="Malgun Gothic" w:eastAsia="Malgun Gothic"/>
                <w:b/>
                <w:sz w:val="14"/>
              </w:rPr>
              <w:t>as_is_final_locked_value</w:t>
            </w:r>
          </w:p>
        </w:tc>
        <w:tc>
          <w:tcPr>
            <w:tcW w:type="dxa" w:w="580"/>
          </w:tcPr>
          <w:p>
            <w:r/>
            <w:r>
              <w:rPr>
                <w:rFonts w:ascii="Malgun Gothic" w:hAnsi="Malgun Gothic" w:eastAsia="Malgun Gothic"/>
                <w:b/>
                <w:sz w:val="14"/>
              </w:rPr>
              <w:t>legacy_gap</w:t>
            </w:r>
          </w:p>
        </w:tc>
        <w:tc>
          <w:tcPr>
            <w:tcW w:type="dxa" w:w="580"/>
          </w:tcPr>
          <w:p>
            <w:r/>
            <w:r>
              <w:rPr>
                <w:rFonts w:ascii="Malgun Gothic" w:hAnsi="Malgun Gothic" w:eastAsia="Malgun Gothic"/>
                <w:b/>
                <w:sz w:val="14"/>
              </w:rPr>
              <w:t>final_locked_gap</w:t>
            </w:r>
          </w:p>
        </w:tc>
      </w:tr>
      <w:tr>
        <w:trPr>
          <w:cantSplit/>
        </w:trPr>
        <w:tc>
          <w:tcPr>
            <w:tcW w:type="dxa" w:w="580"/>
            <w:vAlign w:val="center"/>
          </w:tcPr>
          <w:p>
            <w:r/>
            <w:r>
              <w:rPr>
                <w:rFonts w:ascii="Malgun Gothic" w:hAnsi="Malgun Gothic" w:eastAsia="Malgun Gothic"/>
                <w:b w:val="0"/>
                <w:sz w:val="14"/>
              </w:rPr>
              <w:t>anova_F_wpm</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75.26227934811351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anova_profile</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anova_eta2_wpm</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0.131402297361085</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anova_profile</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csv_cols::anova.csv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csv_cols::correlation_4vars.csv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05_results\correlation_4vars.csv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csv_cols::datasets0413_clean.csv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csv_cols::datasets0413_clean_rms.csv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04_final\datasets0413_clean_rms.csv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csv_cols::descriptive_stats.csv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05_results\descriptive_stats.csv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csv_cols::features_voc_0413.csv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03_features\features_voc_0413.csv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csv_cols::features_voc_0413_rms.csv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03_features\features_voc_0413_rms.csv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csv_cols::global_ref_rms.csv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05_results\global_ref_rms.csv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csv_cols::leave_one_out.csv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05_results\leave_one_out.csv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csv_cols::sensitivity.csv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csv_cols::stt_1000.csv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csv_cols::tukey.csv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05_results\tukey.csv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csv_cols::validity_summary.csv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05_results\validity_summary.csv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column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csv_rows::anova.csv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csv_rows::correlation_4vars.csv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05_results\correlation_4vars.csv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csv_rows::datasets0413_clean.csv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csv_rows::datasets0413_clean_rms.csv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04_final\datasets0413_clean_rms.csv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csv_rows::descriptive_stats.csv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05_results\descriptive_stats.csv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csv_rows::features_voc_0413.csv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03_features\features_voc_0413.csv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csv_rows::features_voc_0413_rms.csv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03_features\features_voc_0413_rms.csv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csv_rows::global_ref_rms.csv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05_results\global_ref_rms.csv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csv_rows::leave_one_out.csv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05_results\leave_one_out.csv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csv_rows::sensitivity.csv</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05_results\sensitivity.csv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ASIS_ONLY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 중간 263행은 전체 데이터 부록 ZIP에 원본으로 포함 ...</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csv_rows::voc_whisper_small_results_failed_rows.csv</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csv_rows::voc_whisper_small_results_original_backup.csv</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csv_rows::weight_sensitivity.csv</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results_by_count/n1000/snapshot/results\tables\weight_sensitivity.csv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csv_rows::why_why_why_structure.csv</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results_by_count/n1000/snapshot/results\tables\meeting_0627\why_why_why_structure.csv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CSV row count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kspon_mean_cer</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kspon_mean_wer</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kspon_median_cer</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kspon_median_wer</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kspon_stt_n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stt_reliability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mean_cer_count</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mean_cer_max</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0.2050518579102737</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mean_cer_mean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0.2050518579102737</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mean_cer_min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0.2050518579102737</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mean_cer_std</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mean_wer_count</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mean_wer_max</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0.3878978364810636</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mean_wer_mean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0.3878978364810636</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mean_wer_min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0.3878978364810636</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mean_wer_std</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wer_mean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results_by_count/n1000/snapshot/results\stt_validation\kspon_wer_cer_by_file.csv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wer/cer file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wer_median</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results_by_count/n1000/snapshot/results\stt_validation\kspon_wer_cer_by_file.csv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wer/cer file | selected_slot_snapshot:n1000</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TOBE_ONLY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energy_mean_mean</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0.0679645110266973</w:t>
            </w:r>
          </w:p>
        </w:tc>
        <w:tc>
          <w:tcPr>
            <w:tcW w:type="dxa" w:w="580"/>
            <w:vAlign w:val="center"/>
          </w:tcPr>
          <w:p>
            <w:r/>
            <w:r>
              <w:rPr>
                <w:rFonts w:ascii="Malgun Gothic" w:hAnsi="Malgun Gothic" w:eastAsia="Malgun Gothic"/>
                <w:b w:val="0"/>
                <w:sz w:val="14"/>
              </w:rPr>
              <w:t>0.0488152021351269</w:t>
            </w:r>
          </w:p>
        </w:tc>
        <w:tc>
          <w:tcPr>
            <w:tcW w:type="dxa" w:w="580"/>
            <w:vAlign w:val="center"/>
          </w:tcPr>
          <w:p>
            <w:r/>
            <w:r>
              <w:rPr>
                <w:rFonts w:ascii="Malgun Gothic" w:hAnsi="Malgun Gothic" w:eastAsia="Malgun Gothic"/>
                <w:b w:val="0"/>
                <w:sz w:val="14"/>
              </w:rPr>
              <w:t>-0.0191493088915703</w:t>
            </w:r>
          </w:p>
        </w:tc>
        <w:tc>
          <w:tcPr>
            <w:tcW w:type="dxa" w:w="580"/>
            <w:vAlign w:val="center"/>
          </w:tcPr>
          <w:p>
            <w:r/>
            <w:r>
              <w:rPr>
                <w:rFonts w:ascii="Malgun Gothic" w:hAnsi="Malgun Gothic" w:eastAsia="Malgun Gothic"/>
                <w:b w:val="0"/>
                <w:sz w:val="14"/>
              </w:rPr>
              <w:t>-0.2817545304496968</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raw numeric column</w:t>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energy_mean_min</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0.0127306031063199</w:t>
            </w:r>
          </w:p>
        </w:tc>
        <w:tc>
          <w:tcPr>
            <w:tcW w:type="dxa" w:w="580"/>
            <w:vAlign w:val="center"/>
          </w:tcPr>
          <w:p>
            <w:r/>
            <w:r>
              <w:rPr>
                <w:rFonts w:ascii="Malgun Gothic" w:hAnsi="Malgun Gothic" w:eastAsia="Malgun Gothic"/>
                <w:b w:val="0"/>
                <w:sz w:val="14"/>
              </w:rPr>
              <w:t>0.0072453501634299</w:t>
            </w:r>
          </w:p>
        </w:tc>
        <w:tc>
          <w:tcPr>
            <w:tcW w:type="dxa" w:w="580"/>
            <w:vAlign w:val="center"/>
          </w:tcPr>
          <w:p>
            <w:r/>
            <w:r>
              <w:rPr>
                <w:rFonts w:ascii="Malgun Gothic" w:hAnsi="Malgun Gothic" w:eastAsia="Malgun Gothic"/>
                <w:b w:val="0"/>
                <w:sz w:val="14"/>
              </w:rPr>
              <w:t>-0.00548525294289</w:t>
            </w:r>
          </w:p>
        </w:tc>
        <w:tc>
          <w:tcPr>
            <w:tcW w:type="dxa" w:w="580"/>
            <w:vAlign w:val="center"/>
          </w:tcPr>
          <w:p>
            <w:r/>
            <w:r>
              <w:rPr>
                <w:rFonts w:ascii="Malgun Gothic" w:hAnsi="Malgun Gothic" w:eastAsia="Malgun Gothic"/>
                <w:b w:val="0"/>
                <w:sz w:val="14"/>
              </w:rPr>
              <w:t>-0.43087141253873</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raw numeric column</w:t>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energy_mean_std</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0.0292308259993892</w:t>
            </w:r>
          </w:p>
        </w:tc>
        <w:tc>
          <w:tcPr>
            <w:tcW w:type="dxa" w:w="580"/>
            <w:vAlign w:val="center"/>
          </w:tcPr>
          <w:p>
            <w:r/>
            <w:r>
              <w:rPr>
                <w:rFonts w:ascii="Malgun Gothic" w:hAnsi="Malgun Gothic" w:eastAsia="Malgun Gothic"/>
                <w:b w:val="0"/>
                <w:sz w:val="14"/>
              </w:rPr>
              <w:t>0.0229951877097163</w:t>
            </w:r>
          </w:p>
        </w:tc>
        <w:tc>
          <w:tcPr>
            <w:tcW w:type="dxa" w:w="580"/>
            <w:vAlign w:val="center"/>
          </w:tcPr>
          <w:p>
            <w:r/>
            <w:r>
              <w:rPr>
                <w:rFonts w:ascii="Malgun Gothic" w:hAnsi="Malgun Gothic" w:eastAsia="Malgun Gothic"/>
                <w:b w:val="0"/>
                <w:sz w:val="14"/>
              </w:rPr>
              <w:t>-0.0062356382896729</w:t>
            </w:r>
          </w:p>
        </w:tc>
        <w:tc>
          <w:tcPr>
            <w:tcW w:type="dxa" w:w="580"/>
            <w:vAlign w:val="center"/>
          </w:tcPr>
          <w:p>
            <w:r/>
            <w:r>
              <w:rPr>
                <w:rFonts w:ascii="Malgun Gothic" w:hAnsi="Malgun Gothic" w:eastAsia="Malgun Gothic"/>
                <w:b w:val="0"/>
                <w:sz w:val="14"/>
              </w:rPr>
              <w:t>-0.2133240535112911</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raw numeric column</w:t>
            </w:r>
          </w:p>
        </w:tc>
        <w:tc>
          <w:tcPr>
            <w:tcW w:type="dxa" w:w="580"/>
            <w:vAlign w:val="center"/>
          </w:tcPr>
          <w:p>
            <w:r/>
            <w:r>
              <w:rPr>
                <w:rFonts w:ascii="Malgun Gothic" w:hAnsi="Malgun Gothic" w:eastAsia="Malgun Gothic"/>
                <w:b w:val="0"/>
                <w:sz w:val="14"/>
              </w:rPr>
              <w:t>raw numeric column | selected_slot_snapshot:n1000</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stt_transcript_empty_rate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0.003</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-0.003</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results_by_count/n1000/snapshot/data\voc\stt\voc_whisper_small_results.csv</w:t>
            </w:r>
          </w:p>
        </w:tc>
        <w:tc>
          <w:tcPr>
            <w:tcW w:type="dxa" w:w="580"/>
            <w:vAlign w:val="center"/>
          </w:tcPr>
          <w:p>
            <w:r/>
            <w:r>
              <w:rPr>
                <w:rFonts w:ascii="Malgun Gothic" w:hAnsi="Malgun Gothic" w:eastAsia="Malgun Gothic"/>
                <w:b w:val="0"/>
                <w:sz w:val="14"/>
              </w:rPr>
              <w:t>column=text</w:t>
            </w:r>
          </w:p>
        </w:tc>
        <w:tc>
          <w:tcPr>
            <w:tcW w:type="dxa" w:w="580"/>
            <w:vAlign w:val="center"/>
          </w:tcPr>
          <w:p>
            <w:r/>
            <w:r>
              <w:rPr>
                <w:rFonts w:ascii="Malgun Gothic" w:hAnsi="Malgun Gothic" w:eastAsia="Malgun Gothic"/>
                <w:b w:val="0"/>
                <w:sz w:val="14"/>
              </w:rPr>
              <w:t>column=transcript_path | selected_slot_snapshot:n1000</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t>RESOLVED_REVIEWED</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bl>
    <w:p/>
    <w:p>
      <w:r>
        <w:t>전체 행 포함</w:t>
      </w:r>
    </w:p>
    <w:p>
      <w:r>
        <w:rPr>
          <w:b/>
        </w:rPr>
        <w:t>산출물 JSON: results/tables/asis_tobe/asis_tobe_compare_manifest.json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generated_at</w:t>
            </w:r>
          </w:p>
        </w:tc>
        <w:tc>
          <w:tcPr>
            <w:tcW w:type="dxa" w:w="4933"/>
            <w:vAlign w:val="center"/>
          </w:tcPr>
          <w:p>
            <w:r/>
            <w:r>
              <w:rPr>
                <w:rFonts w:ascii="Malgun Gothic" w:hAnsi="Malgun Gothic" w:eastAsia="Malgun Gothic"/>
                <w:b w:val="0"/>
                <w:sz w:val="14"/>
              </w:rPr>
              <w:t>2026-07-04 18:35:55</w:t>
            </w:r>
          </w:p>
        </w:tc>
      </w:tr>
      <w:tr>
        <w:trPr>
          <w:cantSplit/>
        </w:trPr>
        <w:tc>
          <w:tcPr>
            <w:tcW w:type="dxa" w:w="4933"/>
            <w:vAlign w:val="center"/>
          </w:tcPr>
          <w:p>
            <w:r/>
            <w:r>
              <w:rPr>
                <w:rFonts w:ascii="Malgun Gothic" w:hAnsi="Malgun Gothic" w:eastAsia="Malgun Gothic"/>
                <w:b w:val="0"/>
                <w:sz w:val="14"/>
              </w:rPr>
              <w:t>asis_dir</w:t>
            </w:r>
          </w:p>
        </w:tc>
        <w:tc>
          <w:tcPr>
            <w:tcW w:type="dxa" w:w="4933"/>
            <w:vAlign w:val="center"/>
          </w:tcPr>
          <w:p>
            <w:r/>
            <w:r>
              <w:rPr>
                <w:rFonts w:ascii="Malgun Gothic" w:hAnsi="Malgun Gothic" w:eastAsia="Malgun Gothic"/>
                <w:b w:val="0"/>
                <w:sz w:val="14"/>
              </w:rPr>
              <w:t>C:\jupyter_env\datasets0413</w:t>
            </w:r>
          </w:p>
        </w:tc>
      </w:tr>
      <w:tr>
        <w:trPr>
          <w:cantSplit/>
        </w:trPr>
        <w:tc>
          <w:tcPr>
            <w:tcW w:type="dxa" w:w="4933"/>
            <w:vAlign w:val="center"/>
          </w:tcPr>
          <w:p>
            <w:r/>
            <w:r>
              <w:rPr>
                <w:rFonts w:ascii="Malgun Gothic" w:hAnsi="Malgun Gothic" w:eastAsia="Malgun Gothic"/>
                <w:b w:val="0"/>
                <w:sz w:val="14"/>
              </w:rPr>
              <w:t>tobe_dir</w:t>
            </w:r>
          </w:p>
        </w:tc>
        <w:tc>
          <w:tcPr>
            <w:tcW w:type="dxa" w:w="4933"/>
            <w:vAlign w:val="center"/>
          </w:tcPr>
          <w:p>
            <w:r/>
            <w:r>
              <w:rPr>
                <w:rFonts w:ascii="Malgun Gothic" w:hAnsi="Malgun Gothic" w:eastAsia="Malgun Gothic"/>
                <w:b w:val="0"/>
                <w:sz w:val="14"/>
              </w:rPr>
              <w:t>C:\AI\sci_voc_bot</w:t>
            </w:r>
          </w:p>
        </w:tc>
      </w:tr>
      <w:tr>
        <w:trPr>
          <w:cantSplit/>
        </w:trPr>
        <w:tc>
          <w:tcPr>
            <w:tcW w:type="dxa" w:w="4933"/>
            <w:vAlign w:val="center"/>
          </w:tcPr>
          <w:p>
            <w:r/>
            <w:r>
              <w:rPr>
                <w:rFonts w:ascii="Malgun Gothic" w:hAnsi="Malgun Gothic" w:eastAsia="Malgun Gothic"/>
                <w:b w:val="0"/>
                <w:sz w:val="14"/>
              </w:rPr>
              <w:t>tobe_profile</w:t>
            </w:r>
          </w:p>
        </w:tc>
        <w:tc>
          <w:tcPr>
            <w:tcW w:type="dxa" w:w="4933"/>
            <w:vAlign w:val="center"/>
          </w:tcPr>
          <w:p>
            <w:r/>
            <w:r>
              <w:rPr>
                <w:rFonts w:ascii="Malgun Gothic" w:hAnsi="Malgun Gothic" w:eastAsia="Malgun Gothic"/>
                <w:b w:val="0"/>
                <w:sz w:val="14"/>
              </w:rPr>
              <w:t>n1000</w:t>
            </w:r>
          </w:p>
        </w:tc>
      </w:tr>
      <w:tr>
        <w:trPr>
          <w:cantSplit/>
        </w:trPr>
        <w:tc>
          <w:tcPr>
            <w:tcW w:type="dxa" w:w="4933"/>
            <w:vAlign w:val="center"/>
          </w:tcPr>
          <w:p>
            <w:r/>
            <w:r>
              <w:rPr>
                <w:rFonts w:ascii="Malgun Gothic" w:hAnsi="Malgun Gothic" w:eastAsia="Malgun Gothic"/>
                <w:b w:val="0"/>
                <w:sz w:val="14"/>
              </w:rPr>
              <w:t>selected_snapshot</w:t>
            </w:r>
          </w:p>
        </w:tc>
        <w:tc>
          <w:tcPr>
            <w:tcW w:type="dxa" w:w="4933"/>
            <w:vAlign w:val="center"/>
          </w:tcPr>
          <w:p>
            <w:r/>
            <w:r>
              <w:rPr>
                <w:rFonts w:ascii="Malgun Gothic" w:hAnsi="Malgun Gothic" w:eastAsia="Malgun Gothic"/>
                <w:b w:val="0"/>
                <w:sz w:val="14"/>
              </w:rPr>
              <w:t>C:\AI\sci_voc_bot\results_by_count\n1000\snapshot</w:t>
            </w:r>
          </w:p>
        </w:tc>
      </w:tr>
      <w:tr>
        <w:trPr>
          <w:cantSplit/>
        </w:trPr>
        <w:tc>
          <w:tcPr>
            <w:tcW w:type="dxa" w:w="4933"/>
            <w:vAlign w:val="center"/>
          </w:tcPr>
          <w:p>
            <w:r/>
            <w:r>
              <w:rPr>
                <w:rFonts w:ascii="Malgun Gothic" w:hAnsi="Malgun Gothic" w:eastAsia="Malgun Gothic"/>
                <w:b w:val="0"/>
                <w:sz w:val="14"/>
              </w:rPr>
              <w:t>slot_snapshot_found</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using_root_fallback</w:t>
            </w:r>
          </w:p>
        </w:tc>
        <w:tc>
          <w:tcPr>
            <w:tcW w:type="dxa" w:w="4933"/>
            <w:vAlign w:val="center"/>
          </w:tcPr>
          <w:p>
            <w:r/>
            <w:r>
              <w:rPr>
                <w:rFonts w:ascii="Malgun Gothic" w:hAnsi="Malgun Gothic" w:eastAsia="Malgun Gothic"/>
                <w:b w:val="0"/>
                <w:sz w:val="14"/>
              </w:rPr>
              <w:t>False</w:t>
            </w:r>
          </w:p>
        </w:tc>
      </w:tr>
      <w:tr>
        <w:trPr>
          <w:cantSplit/>
        </w:trPr>
        <w:tc>
          <w:tcPr>
            <w:tcW w:type="dxa" w:w="4933"/>
            <w:vAlign w:val="center"/>
          </w:tcPr>
          <w:p>
            <w:r/>
            <w:r>
              <w:rPr>
                <w:rFonts w:ascii="Malgun Gothic" w:hAnsi="Malgun Gothic" w:eastAsia="Malgun Gothic"/>
                <w:b w:val="0"/>
                <w:sz w:val="14"/>
              </w:rPr>
              <w:t>stale_snapshot_detected</w:t>
            </w:r>
          </w:p>
        </w:tc>
        <w:tc>
          <w:tcPr>
            <w:tcW w:type="dxa" w:w="4933"/>
            <w:vAlign w:val="center"/>
          </w:tcPr>
          <w:p>
            <w:r/>
            <w:r>
              <w:rPr>
                <w:rFonts w:ascii="Malgun Gothic" w:hAnsi="Malgun Gothic" w:eastAsia="Malgun Gothic"/>
                <w:b w:val="0"/>
                <w:sz w:val="14"/>
              </w:rPr>
              <w:t>False</w:t>
            </w:r>
          </w:p>
        </w:tc>
      </w:tr>
      <w:tr>
        <w:trPr>
          <w:cantSplit/>
        </w:trPr>
        <w:tc>
          <w:tcPr>
            <w:tcW w:type="dxa" w:w="4933"/>
            <w:vAlign w:val="center"/>
          </w:tcPr>
          <w:p>
            <w:r/>
            <w:r>
              <w:rPr>
                <w:rFonts w:ascii="Malgun Gothic" w:hAnsi="Malgun Gothic" w:eastAsia="Malgun Gothic"/>
                <w:b w:val="0"/>
                <w:sz w:val="14"/>
              </w:rPr>
              <w:t>snapshot_stt_count</w:t>
            </w:r>
          </w:p>
        </w:tc>
        <w:tc>
          <w:tcPr>
            <w:tcW w:type="dxa" w:w="4933"/>
            <w:vAlign w:val="center"/>
          </w:tcPr>
          <w:p>
            <w:r/>
            <w:r>
              <w:rPr>
                <w:rFonts w:ascii="Malgun Gothic" w:hAnsi="Malgun Gothic" w:eastAsia="Malgun Gothic"/>
                <w:b w:val="0"/>
                <w:sz w:val="14"/>
              </w:rPr>
              <w:t>994</w:t>
            </w:r>
          </w:p>
        </w:tc>
      </w:tr>
      <w:tr>
        <w:trPr>
          <w:cantSplit/>
        </w:trPr>
        <w:tc>
          <w:tcPr>
            <w:tcW w:type="dxa" w:w="4933"/>
            <w:vAlign w:val="center"/>
          </w:tcPr>
          <w:p>
            <w:r/>
            <w:r>
              <w:rPr>
                <w:rFonts w:ascii="Malgun Gothic" w:hAnsi="Malgun Gothic" w:eastAsia="Malgun Gothic"/>
                <w:b w:val="0"/>
                <w:sz w:val="14"/>
              </w:rPr>
              <w:t>root_stt_count</w:t>
            </w:r>
          </w:p>
        </w:tc>
        <w:tc>
          <w:tcPr>
            <w:tcW w:type="dxa" w:w="4933"/>
            <w:vAlign w:val="center"/>
          </w:tcPr>
          <w:p>
            <w:r/>
            <w:r>
              <w:rPr>
                <w:rFonts w:ascii="Malgun Gothic" w:hAnsi="Malgun Gothic" w:eastAsia="Malgun Gothic"/>
                <w:b w:val="0"/>
                <w:sz w:val="14"/>
              </w:rPr>
              <w:t>994</w:t>
            </w:r>
          </w:p>
        </w:tc>
      </w:tr>
      <w:tr>
        <w:trPr>
          <w:cantSplit/>
        </w:trPr>
        <w:tc>
          <w:tcPr>
            <w:tcW w:type="dxa" w:w="4933"/>
            <w:vAlign w:val="center"/>
          </w:tcPr>
          <w:p>
            <w:r/>
            <w:r>
              <w:rPr>
                <w:rFonts w:ascii="Malgun Gothic" w:hAnsi="Malgun Gothic" w:eastAsia="Malgun Gothic"/>
                <w:b w:val="0"/>
                <w:sz w:val="14"/>
              </w:rPr>
              <w:t>source_selection_note</w:t>
            </w:r>
          </w:p>
        </w:tc>
        <w:tc>
          <w:tcPr>
            <w:tcW w:type="dxa" w:w="4933"/>
            <w:vAlign w:val="center"/>
          </w:tcPr>
          <w:p>
            <w:r/>
            <w:r>
              <w:rPr>
                <w:rFonts w:ascii="Malgun Gothic" w:hAnsi="Malgun Gothic" w:eastAsia="Malgun Gothic"/>
                <w:b w:val="0"/>
                <w:sz w:val="14"/>
              </w:rPr>
              <w:t>selected snapshot used</w:t>
            </w:r>
          </w:p>
        </w:tc>
      </w:tr>
      <w:tr>
        <w:trPr>
          <w:cantSplit/>
        </w:trPr>
        <w:tc>
          <w:tcPr>
            <w:tcW w:type="dxa" w:w="4933"/>
            <w:vAlign w:val="center"/>
          </w:tcPr>
          <w:p>
            <w:r/>
            <w:r>
              <w:rPr>
                <w:rFonts w:ascii="Malgun Gothic" w:hAnsi="Malgun Gothic" w:eastAsia="Malgun Gothic"/>
                <w:b w:val="0"/>
                <w:sz w:val="14"/>
              </w:rPr>
              <w:t>outputs.file_inventory_all.csv</w:t>
            </w:r>
          </w:p>
        </w:tc>
        <w:tc>
          <w:tcPr>
            <w:tcW w:type="dxa" w:w="4933"/>
            <w:vAlign w:val="center"/>
          </w:tcPr>
          <w:p>
            <w:r/>
            <w:r>
              <w:rPr>
                <w:rFonts w:ascii="Malgun Gothic" w:hAnsi="Malgun Gothic" w:eastAsia="Malgun Gothic"/>
                <w:b w:val="0"/>
                <w:sz w:val="14"/>
              </w:rPr>
              <w:t>C:\AI\sci_voc_bot\results\tables\asis_tobe\file_inventory_all.csv</w:t>
            </w:r>
          </w:p>
        </w:tc>
      </w:tr>
      <w:tr>
        <w:trPr>
          <w:cantSplit/>
        </w:trPr>
        <w:tc>
          <w:tcPr>
            <w:tcW w:type="dxa" w:w="4933"/>
            <w:vAlign w:val="center"/>
          </w:tcPr>
          <w:p>
            <w:r/>
            <w:r>
              <w:rPr>
                <w:rFonts w:ascii="Malgun Gothic" w:hAnsi="Malgun Gothic" w:eastAsia="Malgun Gothic"/>
                <w:b w:val="0"/>
                <w:sz w:val="14"/>
              </w:rPr>
              <w:t>outputs.folder_extension_summary.csv</w:t>
            </w:r>
          </w:p>
        </w:tc>
        <w:tc>
          <w:tcPr>
            <w:tcW w:type="dxa" w:w="4933"/>
            <w:vAlign w:val="center"/>
          </w:tcPr>
          <w:p>
            <w:r/>
            <w:r>
              <w:rPr>
                <w:rFonts w:ascii="Malgun Gothic" w:hAnsi="Malgun Gothic" w:eastAsia="Malgun Gothic"/>
                <w:b w:val="0"/>
                <w:sz w:val="14"/>
              </w:rPr>
              <w:t>C:\AI\sci_voc_bot\results\tables\asis_tobe\folder_extension_summary.csv</w:t>
            </w:r>
          </w:p>
        </w:tc>
      </w:tr>
      <w:tr>
        <w:trPr>
          <w:cantSplit/>
        </w:trPr>
        <w:tc>
          <w:tcPr>
            <w:tcW w:type="dxa" w:w="4933"/>
            <w:vAlign w:val="center"/>
          </w:tcPr>
          <w:p>
            <w:r/>
            <w:r>
              <w:rPr>
                <w:rFonts w:ascii="Malgun Gothic" w:hAnsi="Malgun Gothic" w:eastAsia="Malgun Gothic"/>
                <w:b w:val="0"/>
                <w:sz w:val="14"/>
              </w:rPr>
              <w:t>outputs.file_inventory_compare.csv</w:t>
            </w:r>
          </w:p>
        </w:tc>
        <w:tc>
          <w:tcPr>
            <w:tcW w:type="dxa" w:w="4933"/>
            <w:vAlign w:val="center"/>
          </w:tcPr>
          <w:p>
            <w:r/>
            <w:r>
              <w:rPr>
                <w:rFonts w:ascii="Malgun Gothic" w:hAnsi="Malgun Gothic" w:eastAsia="Malgun Gothic"/>
                <w:b w:val="0"/>
                <w:sz w:val="14"/>
              </w:rPr>
              <w:t>C:\AI\sci_voc_bot\results\tables\asis_tobe\file_inventory_compare.csv</w:t>
            </w:r>
          </w:p>
        </w:tc>
      </w:tr>
      <w:tr>
        <w:trPr>
          <w:cantSplit/>
        </w:trPr>
        <w:tc>
          <w:tcPr>
            <w:tcW w:type="dxa" w:w="4933"/>
            <w:vAlign w:val="center"/>
          </w:tcPr>
          <w:p>
            <w:r/>
            <w:r>
              <w:rPr>
                <w:rFonts w:ascii="Malgun Gothic" w:hAnsi="Malgun Gothic" w:eastAsia="Malgun Gothic"/>
                <w:b w:val="0"/>
                <w:sz w:val="14"/>
              </w:rPr>
              <w:t>outputs.csv_profile_all.csv</w:t>
            </w:r>
          </w:p>
        </w:tc>
        <w:tc>
          <w:tcPr>
            <w:tcW w:type="dxa" w:w="4933"/>
            <w:vAlign w:val="center"/>
          </w:tcPr>
          <w:p>
            <w:r/>
            <w:r>
              <w:rPr>
                <w:rFonts w:ascii="Malgun Gothic" w:hAnsi="Malgun Gothic" w:eastAsia="Malgun Gothic"/>
                <w:b w:val="0"/>
                <w:sz w:val="14"/>
              </w:rPr>
              <w:t>C:\AI\sci_voc_bot\results\tables\asis_tobe\csv_profile_all.csv</w:t>
            </w:r>
          </w:p>
        </w:tc>
      </w:tr>
      <w:tr>
        <w:trPr>
          <w:cantSplit/>
        </w:trPr>
        <w:tc>
          <w:tcPr>
            <w:tcW w:type="dxa" w:w="4933"/>
            <w:vAlign w:val="center"/>
          </w:tcPr>
          <w:p>
            <w:r/>
            <w:r>
              <w:rPr>
                <w:rFonts w:ascii="Malgun Gothic" w:hAnsi="Malgun Gothic" w:eastAsia="Malgun Gothic"/>
                <w:b w:val="0"/>
                <w:sz w:val="14"/>
              </w:rPr>
              <w:t>outputs.csv_schema_compare.csv</w:t>
            </w:r>
          </w:p>
        </w:tc>
        <w:tc>
          <w:tcPr>
            <w:tcW w:type="dxa" w:w="4933"/>
            <w:vAlign w:val="center"/>
          </w:tcPr>
          <w:p>
            <w:r/>
            <w:r>
              <w:rPr>
                <w:rFonts w:ascii="Malgun Gothic" w:hAnsi="Malgun Gothic" w:eastAsia="Malgun Gothic"/>
                <w:b w:val="0"/>
                <w:sz w:val="14"/>
              </w:rPr>
              <w:t>C:\AI\sci_voc_bot\results\tables\asis_tobe\csv_schema_compare.csv</w:t>
            </w:r>
          </w:p>
        </w:tc>
      </w:tr>
      <w:tr>
        <w:trPr>
          <w:cantSplit/>
        </w:trPr>
        <w:tc>
          <w:tcPr>
            <w:tcW w:type="dxa" w:w="4933"/>
            <w:vAlign w:val="center"/>
          </w:tcPr>
          <w:p>
            <w:r/>
            <w:r>
              <w:rPr>
                <w:rFonts w:ascii="Malgun Gothic" w:hAnsi="Malgun Gothic" w:eastAsia="Malgun Gothic"/>
                <w:b w:val="0"/>
                <w:sz w:val="14"/>
              </w:rPr>
              <w:t>outputs.key_metrics_all.csv</w:t>
            </w:r>
          </w:p>
        </w:tc>
        <w:tc>
          <w:tcPr>
            <w:tcW w:type="dxa" w:w="4933"/>
            <w:vAlign w:val="center"/>
          </w:tcPr>
          <w:p>
            <w:r/>
            <w:r>
              <w:rPr>
                <w:rFonts w:ascii="Malgun Gothic" w:hAnsi="Malgun Gothic" w:eastAsia="Malgun Gothic"/>
                <w:b w:val="0"/>
                <w:sz w:val="14"/>
              </w:rPr>
              <w:t>C:\AI\sci_voc_bot\results\tables\asis_tobe\key_metrics_all.csv</w:t>
            </w:r>
          </w:p>
        </w:tc>
      </w:tr>
      <w:tr>
        <w:trPr>
          <w:cantSplit/>
        </w:trPr>
        <w:tc>
          <w:tcPr>
            <w:tcW w:type="dxa" w:w="4933"/>
            <w:vAlign w:val="center"/>
          </w:tcPr>
          <w:p>
            <w:r/>
            <w:r>
              <w:rPr>
                <w:rFonts w:ascii="Malgun Gothic" w:hAnsi="Malgun Gothic" w:eastAsia="Malgun Gothic"/>
                <w:b w:val="0"/>
                <w:sz w:val="14"/>
              </w:rPr>
              <w:t>outputs.tobe_metric_source_trace.csv</w:t>
            </w:r>
          </w:p>
        </w:tc>
        <w:tc>
          <w:tcPr>
            <w:tcW w:type="dxa" w:w="4933"/>
            <w:vAlign w:val="center"/>
          </w:tcPr>
          <w:p>
            <w:r/>
            <w:r>
              <w:rPr>
                <w:rFonts w:ascii="Malgun Gothic" w:hAnsi="Malgun Gothic" w:eastAsia="Malgun Gothic"/>
                <w:b w:val="0"/>
                <w:sz w:val="14"/>
              </w:rPr>
              <w:t>C:\AI\sci_voc_bot\results\tables\asis_tobe\tobe_metric_source_trace.csv</w:t>
            </w:r>
          </w:p>
        </w:tc>
      </w:tr>
      <w:tr>
        <w:trPr>
          <w:cantSplit/>
        </w:trPr>
        <w:tc>
          <w:tcPr>
            <w:tcW w:type="dxa" w:w="4933"/>
            <w:vAlign w:val="center"/>
          </w:tcPr>
          <w:p>
            <w:r/>
            <w:r>
              <w:rPr>
                <w:rFonts w:ascii="Malgun Gothic" w:hAnsi="Malgun Gothic" w:eastAsia="Malgun Gothic"/>
                <w:b w:val="0"/>
                <w:sz w:val="14"/>
              </w:rPr>
              <w:t>outputs.key_metric_compare.csv</w:t>
            </w:r>
          </w:p>
        </w:tc>
        <w:tc>
          <w:tcPr>
            <w:tcW w:type="dxa" w:w="4933"/>
            <w:vAlign w:val="center"/>
          </w:tcPr>
          <w:p>
            <w:r/>
            <w:r>
              <w:rPr>
                <w:rFonts w:ascii="Malgun Gothic" w:hAnsi="Malgun Gothic" w:eastAsia="Malgun Gothic"/>
                <w:b w:val="0"/>
                <w:sz w:val="14"/>
              </w:rPr>
              <w:t>C:\AI\sci_voc_bot\results\tables\asis_tobe\key_metric_compare.csv</w:t>
            </w:r>
          </w:p>
        </w:tc>
      </w:tr>
      <w:tr>
        <w:trPr>
          <w:cantSplit/>
        </w:trPr>
        <w:tc>
          <w:tcPr>
            <w:tcW w:type="dxa" w:w="4933"/>
            <w:vAlign w:val="center"/>
          </w:tcPr>
          <w:p>
            <w:r/>
            <w:r>
              <w:rPr>
                <w:rFonts w:ascii="Malgun Gothic" w:hAnsi="Malgun Gothic" w:eastAsia="Malgun Gothic"/>
                <w:b w:val="0"/>
                <w:sz w:val="14"/>
              </w:rPr>
              <w:t>outputs.difference_root_cause_analysis.csv</w:t>
            </w:r>
          </w:p>
        </w:tc>
        <w:tc>
          <w:tcPr>
            <w:tcW w:type="dxa" w:w="4933"/>
            <w:vAlign w:val="center"/>
          </w:tcPr>
          <w:p>
            <w:r/>
            <w:r>
              <w:rPr>
                <w:rFonts w:ascii="Malgun Gothic" w:hAnsi="Malgun Gothic" w:eastAsia="Malgun Gothic"/>
                <w:b w:val="0"/>
                <w:sz w:val="14"/>
              </w:rPr>
              <w:t>C:\AI\sci_voc_bot\results\tables\asis_tobe\difference_root_cause_analysis.csv</w:t>
            </w:r>
          </w:p>
        </w:tc>
      </w:tr>
      <w:tr>
        <w:trPr>
          <w:cantSplit/>
        </w:trPr>
        <w:tc>
          <w:tcPr>
            <w:tcW w:type="dxa" w:w="4933"/>
            <w:vAlign w:val="center"/>
          </w:tcPr>
          <w:p>
            <w:r/>
            <w:r>
              <w:rPr>
                <w:rFonts w:ascii="Malgun Gothic" w:hAnsi="Malgun Gothic" w:eastAsia="Malgun Gothic"/>
                <w:b w:val="0"/>
                <w:sz w:val="14"/>
              </w:rPr>
              <w:t>outputs.difference_action_plan.csv</w:t>
            </w:r>
          </w:p>
        </w:tc>
        <w:tc>
          <w:tcPr>
            <w:tcW w:type="dxa" w:w="4933"/>
            <w:vAlign w:val="center"/>
          </w:tcPr>
          <w:p>
            <w:r/>
            <w:r>
              <w:rPr>
                <w:rFonts w:ascii="Malgun Gothic" w:hAnsi="Malgun Gothic" w:eastAsia="Malgun Gothic"/>
                <w:b w:val="0"/>
                <w:sz w:val="14"/>
              </w:rPr>
              <w:t>C:\AI\sci_voc_bot\results\tables\asis_tobe\difference_action_plan.csv</w:t>
            </w:r>
          </w:p>
        </w:tc>
      </w:tr>
      <w:tr>
        <w:trPr>
          <w:cantSplit/>
        </w:trPr>
        <w:tc>
          <w:tcPr>
            <w:tcW w:type="dxa" w:w="4933"/>
            <w:vAlign w:val="center"/>
          </w:tcPr>
          <w:p>
            <w:r/>
            <w:r>
              <w:rPr>
                <w:rFonts w:ascii="Malgun Gothic" w:hAnsi="Malgun Gothic" w:eastAsia="Malgun Gothic"/>
                <w:b w:val="0"/>
                <w:sz w:val="14"/>
              </w:rPr>
              <w:t>outputs.difference_problem_trace.csv</w:t>
            </w:r>
          </w:p>
        </w:tc>
        <w:tc>
          <w:tcPr>
            <w:tcW w:type="dxa" w:w="4933"/>
            <w:vAlign w:val="center"/>
          </w:tcPr>
          <w:p>
            <w:r/>
            <w:r>
              <w:rPr>
                <w:rFonts w:ascii="Malgun Gothic" w:hAnsi="Malgun Gothic" w:eastAsia="Malgun Gothic"/>
                <w:b w:val="0"/>
                <w:sz w:val="14"/>
              </w:rPr>
              <w:t>C:\AI\sci_voc_bot\results\tables\asis_tobe\difference_problem_trace.csv</w:t>
            </w:r>
          </w:p>
        </w:tc>
      </w:tr>
      <w:tr>
        <w:trPr>
          <w:cantSplit/>
        </w:trPr>
        <w:tc>
          <w:tcPr>
            <w:tcW w:type="dxa" w:w="4933"/>
            <w:vAlign w:val="center"/>
          </w:tcPr>
          <w:p>
            <w:r/>
            <w:r>
              <w:rPr>
                <w:rFonts w:ascii="Malgun Gothic" w:hAnsi="Malgun Gothic" w:eastAsia="Malgun Gothic"/>
                <w:b w:val="0"/>
                <w:sz w:val="14"/>
              </w:rPr>
              <w:t>outputs.asis_tobe_comparison_summary_ko.md</w:t>
            </w:r>
          </w:p>
        </w:tc>
        <w:tc>
          <w:tcPr>
            <w:tcW w:type="dxa" w:w="4933"/>
            <w:vAlign w:val="center"/>
          </w:tcPr>
          <w:p>
            <w:r/>
            <w:r>
              <w:rPr>
                <w:rFonts w:ascii="Malgun Gothic" w:hAnsi="Malgun Gothic" w:eastAsia="Malgun Gothic"/>
                <w:b w:val="0"/>
                <w:sz w:val="14"/>
              </w:rPr>
              <w:t>C:\AI\sci_voc_bot\results\manuscript_text\asis_tobe\asis_tobe_comparison_summary_ko.md</w:t>
            </w:r>
          </w:p>
        </w:tc>
      </w:tr>
      <w:tr>
        <w:trPr>
          <w:cantSplit/>
        </w:trPr>
        <w:tc>
          <w:tcPr>
            <w:tcW w:type="dxa" w:w="4933"/>
            <w:vAlign w:val="center"/>
          </w:tcPr>
          <w:p>
            <w:r/>
            <w:r>
              <w:rPr>
                <w:rFonts w:ascii="Malgun Gothic" w:hAnsi="Malgun Gothic" w:eastAsia="Malgun Gothic"/>
                <w:b w:val="0"/>
                <w:sz w:val="14"/>
              </w:rPr>
              <w:t>outputs.asis_tobe_comparison_report_ko.docx</w:t>
            </w:r>
          </w:p>
        </w:tc>
        <w:tc>
          <w:tcPr>
            <w:tcW w:type="dxa" w:w="4933"/>
            <w:vAlign w:val="center"/>
          </w:tcPr>
          <w:p>
            <w:r/>
            <w:r>
              <w:rPr>
                <w:rFonts w:ascii="Malgun Gothic" w:hAnsi="Malgun Gothic" w:eastAsia="Malgun Gothic"/>
                <w:b w:val="0"/>
                <w:sz w:val="14"/>
              </w:rPr>
              <w:t>C:\AI\sci_voc_bot\reports\asis_tobe\asis_tobe_comparison_report_ko.docx</w:t>
            </w:r>
          </w:p>
        </w:tc>
      </w:tr>
      <w:tr>
        <w:trPr>
          <w:cantSplit/>
        </w:trPr>
        <w:tc>
          <w:tcPr>
            <w:tcW w:type="dxa" w:w="4933"/>
            <w:vAlign w:val="center"/>
          </w:tcPr>
          <w:p>
            <w:r/>
            <w:r>
              <w:rPr>
                <w:rFonts w:ascii="Malgun Gothic" w:hAnsi="Malgun Gothic" w:eastAsia="Malgun Gothic"/>
                <w:b w:val="0"/>
                <w:sz w:val="14"/>
              </w:rPr>
              <w:t>outputs.asis_tobe_comparison_report_en.docx</w:t>
            </w:r>
          </w:p>
        </w:tc>
        <w:tc>
          <w:tcPr>
            <w:tcW w:type="dxa" w:w="4933"/>
            <w:vAlign w:val="center"/>
          </w:tcPr>
          <w:p>
            <w:r/>
            <w:r>
              <w:rPr>
                <w:rFonts w:ascii="Malgun Gothic" w:hAnsi="Malgun Gothic" w:eastAsia="Malgun Gothic"/>
                <w:b w:val="0"/>
                <w:sz w:val="14"/>
              </w:rPr>
              <w:t>C:\AI\sci_voc_bot\reports\asis_tobe\asis_tobe_comparison_report_en.docx</w:t>
            </w:r>
          </w:p>
        </w:tc>
      </w:tr>
    </w:tbl>
    <w:p/>
    <w:p>
      <w:r>
        <w:t>전체 행 포함</w:t>
      </w:r>
    </w:p>
    <w:p>
      <w:r>
        <w:rPr>
          <w:b/>
        </w:rPr>
        <w:t>산출물 CSV: results/tables/asis_tobe/csv_schema_compare.csv (행 138,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pair_key</w:t>
            </w:r>
          </w:p>
        </w:tc>
        <w:tc>
          <w:tcPr>
            <w:tcW w:type="dxa" w:w="580"/>
          </w:tcPr>
          <w:p>
            <w:r/>
            <w:r>
              <w:rPr>
                <w:rFonts w:ascii="Malgun Gothic" w:hAnsi="Malgun Gothic" w:eastAsia="Malgun Gothic"/>
                <w:b/>
                <w:sz w:val="14"/>
              </w:rPr>
              <w:t>filename</w:t>
            </w:r>
          </w:p>
        </w:tc>
        <w:tc>
          <w:tcPr>
            <w:tcW w:type="dxa" w:w="580"/>
          </w:tcPr>
          <w:p>
            <w:r/>
            <w:r>
              <w:rPr>
                <w:rFonts w:ascii="Malgun Gothic" w:hAnsi="Malgun Gothic" w:eastAsia="Malgun Gothic"/>
                <w:b/>
                <w:sz w:val="14"/>
              </w:rPr>
              <w:t>as_is_path</w:t>
            </w:r>
          </w:p>
        </w:tc>
        <w:tc>
          <w:tcPr>
            <w:tcW w:type="dxa" w:w="580"/>
          </w:tcPr>
          <w:p>
            <w:r/>
            <w:r>
              <w:rPr>
                <w:rFonts w:ascii="Malgun Gothic" w:hAnsi="Malgun Gothic" w:eastAsia="Malgun Gothic"/>
                <w:b/>
                <w:sz w:val="14"/>
              </w:rPr>
              <w:t>as_is_rows</w:t>
            </w:r>
          </w:p>
        </w:tc>
        <w:tc>
          <w:tcPr>
            <w:tcW w:type="dxa" w:w="580"/>
          </w:tcPr>
          <w:p>
            <w:r/>
            <w:r>
              <w:rPr>
                <w:rFonts w:ascii="Malgun Gothic" w:hAnsi="Malgun Gothic" w:eastAsia="Malgun Gothic"/>
                <w:b/>
                <w:sz w:val="14"/>
              </w:rPr>
              <w:t>as_is_cols</w:t>
            </w:r>
          </w:p>
        </w:tc>
        <w:tc>
          <w:tcPr>
            <w:tcW w:type="dxa" w:w="580"/>
          </w:tcPr>
          <w:p>
            <w:r/>
            <w:r>
              <w:rPr>
                <w:rFonts w:ascii="Malgun Gothic" w:hAnsi="Malgun Gothic" w:eastAsia="Malgun Gothic"/>
                <w:b/>
                <w:sz w:val="14"/>
              </w:rPr>
              <w:t>as_is_columns</w:t>
            </w:r>
          </w:p>
        </w:tc>
        <w:tc>
          <w:tcPr>
            <w:tcW w:type="dxa" w:w="580"/>
          </w:tcPr>
          <w:p>
            <w:r/>
            <w:r>
              <w:rPr>
                <w:rFonts w:ascii="Malgun Gothic" w:hAnsi="Malgun Gothic" w:eastAsia="Malgun Gothic"/>
                <w:b/>
                <w:sz w:val="14"/>
              </w:rPr>
              <w:t>as_is_status</w:t>
            </w:r>
          </w:p>
        </w:tc>
        <w:tc>
          <w:tcPr>
            <w:tcW w:type="dxa" w:w="580"/>
          </w:tcPr>
          <w:p>
            <w:r/>
            <w:r>
              <w:rPr>
                <w:rFonts w:ascii="Malgun Gothic" w:hAnsi="Malgun Gothic" w:eastAsia="Malgun Gothic"/>
                <w:b/>
                <w:sz w:val="14"/>
              </w:rPr>
              <w:t>to_be_path</w:t>
            </w:r>
          </w:p>
        </w:tc>
        <w:tc>
          <w:tcPr>
            <w:tcW w:type="dxa" w:w="580"/>
          </w:tcPr>
          <w:p>
            <w:r/>
            <w:r>
              <w:rPr>
                <w:rFonts w:ascii="Malgun Gothic" w:hAnsi="Malgun Gothic" w:eastAsia="Malgun Gothic"/>
                <w:b/>
                <w:sz w:val="14"/>
              </w:rPr>
              <w:t>to_be_rows</w:t>
            </w:r>
          </w:p>
        </w:tc>
        <w:tc>
          <w:tcPr>
            <w:tcW w:type="dxa" w:w="580"/>
          </w:tcPr>
          <w:p>
            <w:r/>
            <w:r>
              <w:rPr>
                <w:rFonts w:ascii="Malgun Gothic" w:hAnsi="Malgun Gothic" w:eastAsia="Malgun Gothic"/>
                <w:b/>
                <w:sz w:val="14"/>
              </w:rPr>
              <w:t>to_be_cols</w:t>
            </w:r>
          </w:p>
        </w:tc>
        <w:tc>
          <w:tcPr>
            <w:tcW w:type="dxa" w:w="580"/>
          </w:tcPr>
          <w:p>
            <w:r/>
            <w:r>
              <w:rPr>
                <w:rFonts w:ascii="Malgun Gothic" w:hAnsi="Malgun Gothic" w:eastAsia="Malgun Gothic"/>
                <w:b/>
                <w:sz w:val="14"/>
              </w:rPr>
              <w:t>to_be_columns</w:t>
            </w:r>
          </w:p>
        </w:tc>
        <w:tc>
          <w:tcPr>
            <w:tcW w:type="dxa" w:w="580"/>
          </w:tcPr>
          <w:p>
            <w:r/>
            <w:r>
              <w:rPr>
                <w:rFonts w:ascii="Malgun Gothic" w:hAnsi="Malgun Gothic" w:eastAsia="Malgun Gothic"/>
                <w:b/>
                <w:sz w:val="14"/>
              </w:rPr>
              <w:t>to_be_status</w:t>
            </w:r>
          </w:p>
        </w:tc>
        <w:tc>
          <w:tcPr>
            <w:tcW w:type="dxa" w:w="580"/>
          </w:tcPr>
          <w:p>
            <w:r/>
            <w:r>
              <w:rPr>
                <w:rFonts w:ascii="Malgun Gothic" w:hAnsi="Malgun Gothic" w:eastAsia="Malgun Gothic"/>
                <w:b/>
                <w:sz w:val="14"/>
              </w:rPr>
              <w:t>status</w:t>
            </w:r>
          </w:p>
        </w:tc>
        <w:tc>
          <w:tcPr>
            <w:tcW w:type="dxa" w:w="580"/>
          </w:tcPr>
          <w:p>
            <w:r/>
            <w:r>
              <w:rPr>
                <w:rFonts w:ascii="Malgun Gothic" w:hAnsi="Malgun Gothic" w:eastAsia="Malgun Gothic"/>
                <w:b/>
                <w:sz w:val="14"/>
              </w:rPr>
              <w:t>original_status</w:t>
            </w:r>
          </w:p>
        </w:tc>
        <w:tc>
          <w:tcPr>
            <w:tcW w:type="dxa" w:w="580"/>
          </w:tcPr>
          <w:p>
            <w:r/>
            <w:r>
              <w:rPr>
                <w:rFonts w:ascii="Malgun Gothic" w:hAnsi="Malgun Gothic" w:eastAsia="Malgun Gothic"/>
                <w:b/>
                <w:sz w:val="14"/>
              </w:rPr>
              <w:t>professor_ready_status</w:t>
            </w:r>
          </w:p>
        </w:tc>
        <w:tc>
          <w:tcPr>
            <w:tcW w:type="dxa" w:w="580"/>
          </w:tcPr>
          <w:p>
            <w:r/>
            <w:r>
              <w:rPr>
                <w:rFonts w:ascii="Malgun Gothic" w:hAnsi="Malgun Gothic" w:eastAsia="Malgun Gothic"/>
                <w:b/>
                <w:sz w:val="14"/>
              </w:rPr>
              <w:t>resolution_status</w:t>
            </w:r>
          </w:p>
        </w:tc>
        <w:tc>
          <w:tcPr>
            <w:tcW w:type="dxa" w:w="580"/>
          </w:tcPr>
          <w:p>
            <w:r/>
            <w:r>
              <w:rPr>
                <w:rFonts w:ascii="Malgun Gothic" w:hAnsi="Malgun Gothic" w:eastAsia="Malgun Gothic"/>
                <w:b/>
                <w:sz w:val="14"/>
              </w:rPr>
              <w:t>resolution_note</w:t>
            </w:r>
          </w:p>
        </w:tc>
      </w:tr>
      <w:tr>
        <w:trPr>
          <w:cantSplit/>
        </w:trPr>
        <w:tc>
          <w:tcPr>
            <w:tcW w:type="dxa" w:w="580"/>
            <w:vAlign w:val="center"/>
          </w:tcPr>
          <w:p>
            <w:r/>
            <w:r>
              <w:rPr>
                <w:rFonts w:ascii="Malgun Gothic" w:hAnsi="Malgun Gothic" w:eastAsia="Malgun Gothic"/>
                <w:b w:val="0"/>
                <w:sz w:val="14"/>
              </w:rPr>
              <w:t>anova.csv</w:t>
            </w:r>
          </w:p>
        </w:tc>
        <w:tc>
          <w:tcPr>
            <w:tcW w:type="dxa" w:w="580"/>
            <w:vAlign w:val="center"/>
          </w:tcPr>
          <w:p>
            <w:r/>
            <w:r>
              <w:rPr>
                <w:rFonts w:ascii="Malgun Gothic" w:hAnsi="Malgun Gothic" w:eastAsia="Malgun Gothic"/>
                <w:b w:val="0"/>
                <w:sz w:val="14"/>
              </w:rPr>
              <w:t>anova.csv</w:t>
            </w:r>
          </w:p>
        </w:tc>
        <w:tc>
          <w:tcPr>
            <w:tcW w:type="dxa" w:w="580"/>
            <w:vAlign w:val="center"/>
          </w:tcPr>
          <w:p>
            <w:r/>
            <w:r>
              <w:rPr>
                <w:rFonts w:ascii="Malgun Gothic" w:hAnsi="Malgun Gothic" w:eastAsia="Malgun Gothic"/>
                <w:b w:val="0"/>
                <w:sz w:val="14"/>
              </w:rPr>
              <w:t>05_results\anova.csv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F; p_value; eta_squared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correlation_4vars.csv</w:t>
            </w:r>
          </w:p>
        </w:tc>
        <w:tc>
          <w:tcPr>
            <w:tcW w:type="dxa" w:w="580"/>
            <w:vAlign w:val="center"/>
          </w:tcPr>
          <w:p>
            <w:r/>
            <w:r>
              <w:rPr>
                <w:rFonts w:ascii="Malgun Gothic" w:hAnsi="Malgun Gothic" w:eastAsia="Malgun Gothic"/>
                <w:b w:val="0"/>
                <w:sz w:val="14"/>
              </w:rPr>
              <w:t>correlation_4vars.csv</w:t>
            </w:r>
          </w:p>
        </w:tc>
        <w:tc>
          <w:tcPr>
            <w:tcW w:type="dxa" w:w="580"/>
            <w:vAlign w:val="center"/>
          </w:tcPr>
          <w:p>
            <w:r/>
            <w:r>
              <w:rPr>
                <w:rFonts w:ascii="Malgun Gothic" w:hAnsi="Malgun Gothic" w:eastAsia="Malgun Gothic"/>
                <w:b w:val="0"/>
                <w:sz w:val="14"/>
              </w:rPr>
              <w:t>05_results\correlation_4vars.csv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metric; x; value; p_value;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datasets0413_clean.csv</w:t>
            </w:r>
          </w:p>
        </w:tc>
        <w:tc>
          <w:tcPr>
            <w:tcW w:type="dxa" w:w="580"/>
            <w:vAlign w:val="center"/>
          </w:tcPr>
          <w:p>
            <w:r/>
            <w:r>
              <w:rPr>
                <w:rFonts w:ascii="Malgun Gothic" w:hAnsi="Malgun Gothic" w:eastAsia="Malgun Gothic"/>
                <w:b w:val="0"/>
                <w:sz w:val="14"/>
              </w:rPr>
              <w:t>datasets0413_clean.csv</w:t>
            </w:r>
          </w:p>
        </w:tc>
        <w:tc>
          <w:tcPr>
            <w:tcW w:type="dxa" w:w="580"/>
            <w:vAlign w:val="center"/>
          </w:tcPr>
          <w:p>
            <w:r/>
            <w:r>
              <w:rPr>
                <w:rFonts w:ascii="Malgun Gothic" w:hAnsi="Malgun Gothic" w:eastAsia="Malgun Gothic"/>
                <w:b w:val="0"/>
                <w:sz w:val="14"/>
              </w:rPr>
              <w:t>04_final\datasets0413_clean.csv</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wav_id; energy_mean; pitch_mean; duration_sec; word_cnt; wpm; text_len; z_energy_mean; z_pitch_mean; z_wpm; z_duration_sec; raw_stress;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datasets0413_clean_rms.csv</w:t>
            </w:r>
          </w:p>
        </w:tc>
        <w:tc>
          <w:tcPr>
            <w:tcW w:type="dxa" w:w="580"/>
            <w:vAlign w:val="center"/>
          </w:tcPr>
          <w:p>
            <w:r/>
            <w:r>
              <w:rPr>
                <w:rFonts w:ascii="Malgun Gothic" w:hAnsi="Malgun Gothic" w:eastAsia="Malgun Gothic"/>
                <w:b w:val="0"/>
                <w:sz w:val="14"/>
              </w:rPr>
              <w:t>datasets0413_clean_rms.csv</w:t>
            </w:r>
          </w:p>
        </w:tc>
        <w:tc>
          <w:tcPr>
            <w:tcW w:type="dxa" w:w="580"/>
            <w:vAlign w:val="center"/>
          </w:tcPr>
          <w:p>
            <w:r/>
            <w:r>
              <w:rPr>
                <w:rFonts w:ascii="Malgun Gothic" w:hAnsi="Malgun Gothic" w:eastAsia="Malgun Gothic"/>
                <w:b w:val="0"/>
                <w:sz w:val="14"/>
              </w:rPr>
              <w:t>04_final\datasets0413_clean_rms.csv</w:t>
            </w:r>
          </w:p>
        </w:tc>
        <w:tc>
          <w:tcPr>
            <w:tcW w:type="dxa" w:w="580"/>
            <w:vAlign w:val="center"/>
          </w:tcPr>
          <w:p>
            <w:r/>
            <w:r>
              <w:rPr>
                <w:rFonts w:ascii="Malgun Gothic" w:hAnsi="Malgun Gothic" w:eastAsia="Malgun Gothic"/>
                <w:b w:val="0"/>
                <w:sz w:val="14"/>
              </w:rPr>
              <w:t>998.0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wav_id; energy_mean; pitch_mean; duration_sec; word_cnt; text_len; wpm; z_energy_mean; z_pitch_mean; z_wpm; z_duration_sec; raw_stress;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descriptive_stats.csv</w:t>
            </w:r>
          </w:p>
        </w:tc>
        <w:tc>
          <w:tcPr>
            <w:tcW w:type="dxa" w:w="580"/>
            <w:vAlign w:val="center"/>
          </w:tcPr>
          <w:p>
            <w:r/>
            <w:r>
              <w:rPr>
                <w:rFonts w:ascii="Malgun Gothic" w:hAnsi="Malgun Gothic" w:eastAsia="Malgun Gothic"/>
                <w:b w:val="0"/>
                <w:sz w:val="14"/>
              </w:rPr>
              <w:t>descriptive_stats.csv</w:t>
            </w:r>
          </w:p>
        </w:tc>
        <w:tc>
          <w:tcPr>
            <w:tcW w:type="dxa" w:w="580"/>
            <w:vAlign w:val="center"/>
          </w:tcPr>
          <w:p>
            <w:r/>
            <w:r>
              <w:rPr>
                <w:rFonts w:ascii="Malgun Gothic" w:hAnsi="Malgun Gothic" w:eastAsia="Malgun Gothic"/>
                <w:b w:val="0"/>
                <w:sz w:val="14"/>
              </w:rPr>
              <w:t>05_results\descriptive_stats.csv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Unnamed: 0;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features_voc_0413.csv</w:t>
            </w:r>
          </w:p>
        </w:tc>
        <w:tc>
          <w:tcPr>
            <w:tcW w:type="dxa" w:w="580"/>
            <w:vAlign w:val="center"/>
          </w:tcPr>
          <w:p>
            <w:r/>
            <w:r>
              <w:rPr>
                <w:rFonts w:ascii="Malgun Gothic" w:hAnsi="Malgun Gothic" w:eastAsia="Malgun Gothic"/>
                <w:b w:val="0"/>
                <w:sz w:val="14"/>
              </w:rPr>
              <w:t>features_voc_0413.csv</w:t>
            </w:r>
          </w:p>
        </w:tc>
        <w:tc>
          <w:tcPr>
            <w:tcW w:type="dxa" w:w="580"/>
            <w:vAlign w:val="center"/>
          </w:tcPr>
          <w:p>
            <w:r/>
            <w:r>
              <w:rPr>
                <w:rFonts w:ascii="Malgun Gothic" w:hAnsi="Malgun Gothic" w:eastAsia="Malgun Gothic"/>
                <w:b w:val="0"/>
                <w:sz w:val="14"/>
              </w:rPr>
              <w:t>03_features\features_voc_0413.csv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wav_id; energy_mean; pitch_mean; duration_sec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features_voc_0413_rms.csv</w:t>
            </w:r>
          </w:p>
        </w:tc>
        <w:tc>
          <w:tcPr>
            <w:tcW w:type="dxa" w:w="580"/>
            <w:vAlign w:val="center"/>
          </w:tcPr>
          <w:p>
            <w:r/>
            <w:r>
              <w:rPr>
                <w:rFonts w:ascii="Malgun Gothic" w:hAnsi="Malgun Gothic" w:eastAsia="Malgun Gothic"/>
                <w:b w:val="0"/>
                <w:sz w:val="14"/>
              </w:rPr>
              <w:t>features_voc_0413_rms.csv</w:t>
            </w:r>
          </w:p>
        </w:tc>
        <w:tc>
          <w:tcPr>
            <w:tcW w:type="dxa" w:w="580"/>
            <w:vAlign w:val="center"/>
          </w:tcPr>
          <w:p>
            <w:r/>
            <w:r>
              <w:rPr>
                <w:rFonts w:ascii="Malgun Gothic" w:hAnsi="Malgun Gothic" w:eastAsia="Malgun Gothic"/>
                <w:b w:val="0"/>
                <w:sz w:val="14"/>
              </w:rPr>
              <w:t>03_features\features_voc_0413_rms.csv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wav_id; energy_mean; pitch_mean; duration_sec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global_ref_rms.csv</w:t>
            </w:r>
          </w:p>
        </w:tc>
        <w:tc>
          <w:tcPr>
            <w:tcW w:type="dxa" w:w="580"/>
            <w:vAlign w:val="center"/>
          </w:tcPr>
          <w:p>
            <w:r/>
            <w:r>
              <w:rPr>
                <w:rFonts w:ascii="Malgun Gothic" w:hAnsi="Malgun Gothic" w:eastAsia="Malgun Gothic"/>
                <w:b w:val="0"/>
                <w:sz w:val="14"/>
              </w:rPr>
              <w:t>global_ref_rms.csv</w:t>
            </w:r>
          </w:p>
        </w:tc>
        <w:tc>
          <w:tcPr>
            <w:tcW w:type="dxa" w:w="580"/>
            <w:vAlign w:val="center"/>
          </w:tcPr>
          <w:p>
            <w:r/>
            <w:r>
              <w:rPr>
                <w:rFonts w:ascii="Malgun Gothic" w:hAnsi="Malgun Gothic" w:eastAsia="Malgun Gothic"/>
                <w:b w:val="0"/>
                <w:sz w:val="14"/>
              </w:rPr>
              <w:t>05_results\global_ref_rms.csv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mu; sigma; min; max; method;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leave_one_out.csv</w:t>
            </w:r>
          </w:p>
        </w:tc>
        <w:tc>
          <w:tcPr>
            <w:tcW w:type="dxa" w:w="580"/>
            <w:vAlign w:val="center"/>
          </w:tcPr>
          <w:p>
            <w:r/>
            <w:r>
              <w:rPr>
                <w:rFonts w:ascii="Malgun Gothic" w:hAnsi="Malgun Gothic" w:eastAsia="Malgun Gothic"/>
                <w:b w:val="0"/>
                <w:sz w:val="14"/>
              </w:rPr>
              <w:t>leave_one_out.csv</w:t>
            </w:r>
          </w:p>
        </w:tc>
        <w:tc>
          <w:tcPr>
            <w:tcW w:type="dxa" w:w="580"/>
            <w:vAlign w:val="center"/>
          </w:tcPr>
          <w:p>
            <w:r/>
            <w:r>
              <w:rPr>
                <w:rFonts w:ascii="Malgun Gothic" w:hAnsi="Malgun Gothic" w:eastAsia="Malgun Gothic"/>
                <w:b w:val="0"/>
                <w:sz w:val="14"/>
              </w:rPr>
              <w:t>05_results\leave_one_out.csv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dropped_variable; corr_with_full; p_value; mean_abs_diff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sensitivity.csv</w:t>
            </w:r>
          </w:p>
        </w:tc>
        <w:tc>
          <w:tcPr>
            <w:tcW w:type="dxa" w:w="580"/>
            <w:vAlign w:val="center"/>
          </w:tcPr>
          <w:p>
            <w:r/>
            <w:r>
              <w:rPr>
                <w:rFonts w:ascii="Malgun Gothic" w:hAnsi="Malgun Gothic" w:eastAsia="Malgun Gothic"/>
                <w:b w:val="0"/>
                <w:sz w:val="14"/>
              </w:rPr>
              <w:t>sensitivity.csv</w:t>
            </w:r>
          </w:p>
        </w:tc>
        <w:tc>
          <w:tcPr>
            <w:tcW w:type="dxa" w:w="580"/>
            <w:vAlign w:val="center"/>
          </w:tcPr>
          <w:p>
            <w:r/>
            <w:r>
              <w:rPr>
                <w:rFonts w:ascii="Malgun Gothic" w:hAnsi="Malgun Gothic" w:eastAsia="Malgun Gothic"/>
                <w:b w:val="0"/>
                <w:sz w:val="14"/>
              </w:rPr>
              <w:t>05_results\sensitivity.csv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scenario; corr_with_base; p_value; mean_abs_diff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stt_1000.csv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wav_id; text; word_cnt; text_len; source; stt_ok; sample_order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tukey.csv</w:t>
            </w:r>
          </w:p>
        </w:tc>
        <w:tc>
          <w:tcPr>
            <w:tcW w:type="dxa" w:w="580"/>
            <w:vAlign w:val="center"/>
          </w:tcPr>
          <w:p>
            <w:r/>
            <w:r>
              <w:rPr>
                <w:rFonts w:ascii="Malgun Gothic" w:hAnsi="Malgun Gothic" w:eastAsia="Malgun Gothic"/>
                <w:b w:val="0"/>
                <w:sz w:val="14"/>
              </w:rPr>
              <w:t>tukey.csv</w:t>
            </w:r>
          </w:p>
        </w:tc>
        <w:tc>
          <w:tcPr>
            <w:tcW w:type="dxa" w:w="580"/>
            <w:vAlign w:val="center"/>
          </w:tcPr>
          <w:p>
            <w:r/>
            <w:r>
              <w:rPr>
                <w:rFonts w:ascii="Malgun Gothic" w:hAnsi="Malgun Gothic" w:eastAsia="Malgun Gothic"/>
                <w:b w:val="0"/>
                <w:sz w:val="14"/>
              </w:rPr>
              <w:t>05_results\tukey.csv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group1; group2; meandiff; p_adj; lower; upper; reject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validity_summary.csv</w:t>
            </w:r>
          </w:p>
        </w:tc>
        <w:tc>
          <w:tcPr>
            <w:tcW w:type="dxa" w:w="580"/>
            <w:vAlign w:val="center"/>
          </w:tcPr>
          <w:p>
            <w:r/>
            <w:r>
              <w:rPr>
                <w:rFonts w:ascii="Malgun Gothic" w:hAnsi="Malgun Gothic" w:eastAsia="Malgun Gothic"/>
                <w:b w:val="0"/>
                <w:sz w:val="14"/>
              </w:rPr>
              <w:t>validity_summary.csv</w:t>
            </w:r>
          </w:p>
        </w:tc>
        <w:tc>
          <w:tcPr>
            <w:tcW w:type="dxa" w:w="580"/>
            <w:vAlign w:val="center"/>
          </w:tcPr>
          <w:p>
            <w:r/>
            <w:r>
              <w:rPr>
                <w:rFonts w:ascii="Malgun Gothic" w:hAnsi="Malgun Gothic" w:eastAsia="Malgun Gothic"/>
                <w:b w:val="0"/>
                <w:sz w:val="14"/>
              </w:rPr>
              <w:t>05_results\validity_summary.csv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item; value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05_results\discriminant_details.csv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discriminant_details.csv</w:t>
            </w:r>
          </w:p>
        </w:tc>
        <w:tc>
          <w:tcPr>
            <w:tcW w:type="dxa" w:w="580"/>
            <w:vAlign w:val="center"/>
          </w:tcPr>
          <w:p>
            <w:r/>
            <w:r>
              <w:rPr>
                <w:rFonts w:ascii="Malgun Gothic" w:hAnsi="Malgun Gothic" w:eastAsia="Malgun Gothic"/>
                <w:b w:val="0"/>
                <w:sz w:val="14"/>
              </w:rPr>
              <w:t>05_results\discriminant_details.csv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results_by_count/n1000/snapshot/results\validity\discriminant_details.csv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variable; r; p_value; abs_r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MATCH</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05_results\bootstrap_ci.csv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boot_mean_r; ci_low_2_5; ci_high_97_5;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r; ci_lower; ci_upper;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bootstrap_ci.csv</w:t>
            </w:r>
          </w:p>
        </w:tc>
        <w:tc>
          <w:tcPr>
            <w:tcW w:type="dxa" w:w="580"/>
            <w:vAlign w:val="center"/>
          </w:tcPr>
          <w:p>
            <w:r/>
            <w:r>
              <w:rPr>
                <w:rFonts w:ascii="Malgun Gothic" w:hAnsi="Malgun Gothic" w:eastAsia="Malgun Gothic"/>
                <w:b w:val="0"/>
                <w:sz w:val="14"/>
              </w:rPr>
              <w:t>05_results\bootstrap_ci.csv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boot_mean_r; ci_low_2_5; ci_high_97_5;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results_by_count/n1000/snapshot/results\validity\bootstrap_ci.csv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variable; r; ci_lower; ci_upper; n_boot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05_results\correlation_matrix.csv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Unnamed: 0; energy_mean; pitch_mean; wpm; duration_sec; stress_score;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stress_score; energy_mean; pitch_mean; wpm; duration_sec;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correlation_matrix.csv</w:t>
            </w:r>
          </w:p>
        </w:tc>
        <w:tc>
          <w:tcPr>
            <w:tcW w:type="dxa" w:w="580"/>
            <w:vAlign w:val="center"/>
          </w:tcPr>
          <w:p>
            <w:r/>
            <w:r>
              <w:rPr>
                <w:rFonts w:ascii="Malgun Gothic" w:hAnsi="Malgun Gothic" w:eastAsia="Malgun Gothic"/>
                <w:b w:val="0"/>
                <w:sz w:val="14"/>
              </w:rPr>
              <w:t>05_results\correlation_matrix.csv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Unnamed: 0; energy_mean; pitch_mean; wpm; duration_sec; stress_score;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results_by_count/n1000/snapshot/results\validity\correlation_matrix.csv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variable; stress_score; energy_mean; pitch_mean; wpm; duration_sec; word_cnt; text_len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05_results\multivariate_ols.csv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term; coef; std_err; t; p_value; r2; adj_r2;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results_by_count/n1000/snapshot/results\tables\multivariate_ols.csv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term; coef; std_err; t; p_value; r2; adj_r2;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multivariate_ols.csv</w:t>
            </w:r>
          </w:p>
        </w:tc>
        <w:tc>
          <w:tcPr>
            <w:tcW w:type="dxa" w:w="580"/>
            <w:vAlign w:val="center"/>
          </w:tcPr>
          <w:p>
            <w:r/>
            <w:r>
              <w:rPr>
                <w:rFonts w:ascii="Malgun Gothic" w:hAnsi="Malgun Gothic" w:eastAsia="Malgun Gothic"/>
                <w:b w:val="0"/>
                <w:sz w:val="14"/>
              </w:rPr>
              <w:t>05_results\multivariate_ols.csv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term; coef; std_err; t; p_value; r2; adj_r2;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results_by_count/n1000/snapshot/results\validity\multivariate_ols.csv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term; coef; std_err; t; p_value; r2; adj_r2;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05_results\univariate_ols.csv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intercept; slope; r2; t_slope; p_slope;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model; intercept; slope; r2; t_slope; p_slope;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univariate_ols.csv</w:t>
            </w:r>
          </w:p>
        </w:tc>
        <w:tc>
          <w:tcPr>
            <w:tcW w:type="dxa" w:w="580"/>
            <w:vAlign w:val="center"/>
          </w:tcPr>
          <w:p>
            <w:r/>
            <w:r>
              <w:rPr>
                <w:rFonts w:ascii="Malgun Gothic" w:hAnsi="Malgun Gothic" w:eastAsia="Malgun Gothic"/>
                <w:b w:val="0"/>
                <w:sz w:val="14"/>
              </w:rPr>
              <w:t>05_results\univariate_ols.csv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intercept; slope; r2; t_slope; p_slope; 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results_by_count/n1000/snapshot/results\validity\univariate_ols.csv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model; intercept; slope; r2; t_slope; p_slope; 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05_results\vif.csv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variable; VIF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results_by_count/n1000/snapshot/results\tables\vif.csv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variable; VIF;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vif.csv</w:t>
            </w:r>
          </w:p>
        </w:tc>
        <w:tc>
          <w:tcPr>
            <w:tcW w:type="dxa" w:w="580"/>
            <w:vAlign w:val="center"/>
          </w:tcPr>
          <w:p>
            <w:r/>
            <w:r>
              <w:rPr>
                <w:rFonts w:ascii="Malgun Gothic" w:hAnsi="Malgun Gothic" w:eastAsia="Malgun Gothic"/>
                <w:b w:val="0"/>
                <w:sz w:val="14"/>
              </w:rPr>
              <w:t>05_results\vif.csv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variable; VIF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results_by_count/n1000/snapshot/results\validity\vif.csv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variable; VIF;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additional_research_execution_order.csv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results_by_count/n1000/snapshot/results\tables\future_analysis\additional_research_execution_order.csv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order; step; menu; action; required_now</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results_by_count/n1000/snapshot/results\tables\future_analysis\additional_research_plan.csv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stage; topic; current_limitation; required_data; recommended_sample; method; expected_output; paper_usage;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additional_research_required_data.csv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results_by_count/n1000/snapshot/results\tables\future_analysis\additional_research_required_data.csv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data_item; columns; needed_for; current_template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results_by_count/n1000/snapshot/results\tables\future_analysis\additional_research_status.csv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task; status; stress_score_n; stt_reliability_available;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additional_research_why_method_direction.csv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results_by_count/n1000/snapshot/results\tables\meeting_0627\additional_research_why_method_direction.csv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주제; 왜 필요한가; 왜 이 기법인가; 방향성; 이번 보고에서의 표현</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aiis_branch_overview.csv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results_by_count/n1000/snapshot/results\tables\aiis_branch_overview.csv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branch_name; branch_dir; manifest_exists; status_exists; updated_at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aiis_final_diff_actions.csv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results_by_count/n1000/snapshot/results\tables\aiis_final_diff_actions.csv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priority; action; command_or_screen; done_when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aiis_final_diff_metrics.csv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results_by_count/n1000/snapshot/results\tables\aiis_final_diff_metrics.csv</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unit; status; reason;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aiis_final_diff_overview.csv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results_by_count/n1000/snapshot/results\tables\aiis_final_diff_overview.csv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item; value;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aiis_final_diff_root_causes.csv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results_by_count/n1000/snapshot/results\tables\aiis_final_diff_root_causes.csv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priority; level; title; evidence; why_it_happened; paper_impact; next_action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results_by_count/n1000/snapshot/results\tables\aiis_key_metric_compare.csv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asis_source; tobe_source; status;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aiis_recommended_actions.csv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results_by_count/n1000/snapshot/results\tables\aiis_recommended_actions.csv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order; action_code; action_name; purpose; command_hint; dashboard_path; expected_result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aiis_root_causes.csv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results_by_count/n1000/snapshot/results\tables\aiis_root_causes.csv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cause_code; severity; title; problem; why; evidence; paper_impact; check_next; recommended_action_ref;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aiis_snapshot_status.csv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results_by_count/n1000/snapshot/results\tables\aiis_snapshot_status.csv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slot; slot_snapshot_found; tobe_scan_roots; aiis_extension_status; core_message; asis_stt_n; tobe_stt_n; asis_feature_n; tobe_feature_n; asis_stress_n; tobe_stress_n; valid_tobe_stt_source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aiis_tracking_metrics.csv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results_by_count/n1000/snapshot/results\tables\aiis_tracking_metrics.csv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tracking_metric; target; current_value; status; 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anova_group_descriptive.csv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results_by_count/n1000/snapshot/results\tables\anova_group_descriptive.csv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16.0</w:t>
            </w:r>
          </w:p>
        </w:tc>
        <w:tc>
          <w:tcPr>
            <w:tcW w:type="dxa" w:w="580"/>
            <w:vAlign w:val="center"/>
          </w:tcPr>
          <w:p>
            <w:r/>
            <w:r>
              <w:rPr>
                <w:rFonts w:ascii="Malgun Gothic" w:hAnsi="Malgun Gothic" w:eastAsia="Malgun Gothic"/>
                <w:b w:val="0"/>
                <w:sz w:val="14"/>
              </w:rPr>
              <w:t>stress_group; stress_score_count; stress_score_mean; stress_score_std; energy_mean_count; energy_mean_mean; energy_mean_std; pitch_mean_count; pitch_mean_mean; pitch_mean_std; wpm_count; wpm_mean; wpm_std; duration_sec_count; duration_sec_mean; duration_sec_std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anova_profile.csv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results_by_count/n1000/snapshot/results\tables\anova_profile.csv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F; p_value; eta_squared; effect_size; note;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anova_profile.csv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results_by_count/n1000/snapshot/results\validity\anova_profile.csv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variable; F; p_value; eta_squared; effect_size; note;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applied_sciences_required_sections.csv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results_by_count/n1000/snapshot/results\tables\applied_sciences_required_sections.csv</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section_or_statement; source_or_field;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artifact_lineage.csv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results_by_count/n1000/snapshot/results\tables\repro\artifact_lineage.csv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artifact; depends_on; source_stage; upstream_1; upstream_2; upstream_3; upstream_4; risk_if_changed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auto_execution_plan.csv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results_by_count/n1000/snapshot/results\tables\repro\auto_execution_plan.csv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run_order; issue; status; severity; evidence; likely_cause; recommended_action; menu_no; command_hint;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claim_strength_check.csv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results_by_count/n1000/snapshot/results\tables\ops\claim_strength_check.csv</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risk_phrase; recommended_expression; found_count; files;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complete_report_checklist.csv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results_by_count/n1000/snapshot/results\tables\complete_report_checklist.csv</w:t>
            </w:r>
          </w:p>
        </w:tc>
        <w:tc>
          <w:tcPr>
            <w:tcW w:type="dxa" w:w="580"/>
            <w:vAlign w:val="center"/>
          </w:tcPr>
          <w:p>
            <w:r/>
            <w:r>
              <w:rPr>
                <w:rFonts w:ascii="Malgun Gothic" w:hAnsi="Malgun Gothic" w:eastAsia="Malgun Gothic"/>
                <w:b w:val="0"/>
                <w:sz w:val="14"/>
              </w:rPr>
              <w:t>34.0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order; group; title; kind; required; exists; rows_or_note; path; status; description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construct_validity_summary.csv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results_by_count/n1000/snapshot/results\tables\construct_validity_summary.csv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indicator; value;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correlation_validity.csv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results_by_count/n1000/snapshot/results\tables\correlation_validity.csv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variable; r; p_value; validity_type;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criterion_validity_status.csv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results_by_count/n1000/snapshot/results\tables\future_analysis\criterion_validity_status.csv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csv_profile_all.csv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results_by_count/n1000/snapshot/results\tables\asis_tobe\csv_profile_all.csv</w:t>
            </w:r>
          </w:p>
        </w:tc>
        <w:tc>
          <w:tcPr>
            <w:tcW w:type="dxa" w:w="580"/>
            <w:vAlign w:val="center"/>
          </w:tcPr>
          <w:p>
            <w:r/>
            <w:r>
              <w:rPr>
                <w:rFonts w:ascii="Malgun Gothic" w:hAnsi="Malgun Gothic" w:eastAsia="Malgun Gothic"/>
                <w:b w:val="0"/>
                <w:sz w:val="14"/>
              </w:rPr>
              <w:t>144.0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side; relative_path; filename; stem; rows; cols; columns; status; scan_scope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csv_schema_compare.csv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results_by_count/n1000/snapshot/results\tables\asis_tobe\csv_schema_compare.csv</w:t>
            </w:r>
          </w:p>
        </w:tc>
        <w:tc>
          <w:tcPr>
            <w:tcW w:type="dxa" w:w="580"/>
            <w:vAlign w:val="center"/>
          </w:tcPr>
          <w:p>
            <w:r/>
            <w:r>
              <w:rPr>
                <w:rFonts w:ascii="Malgun Gothic" w:hAnsi="Malgun Gothic" w:eastAsia="Malgun Gothic"/>
                <w:b w:val="0"/>
                <w:sz w:val="14"/>
              </w:rPr>
              <w:t>138.0</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pair_key; filename; as_is_path; as_is_rows; as_is_cols; as_is_columns; as_is_status; to_be_path; to_be_rows; to_be_cols; to_be_columns; to_be_status;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data_quality_action_plan.csv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results_by_count/n1000/snapshot/results\tables\data_quality_action_plan.csv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priority; action_code; action_name; trigger_items; reason; auto_executable; command_hint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data_quality_status.csv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results_by_count/n1000/snapshot/results\tables\data_quality_status.csv</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check_item; status; value; criterion; message; recommended_action; severity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deepseek_learning_feedback.csv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results_by_count/n1000/snapshot/results\tables\learning\deepseek_learning_feedback.csv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area; status; recommendation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deploy_result_integrity.csv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results_by_count/n1000/snapshot/results\tables\deploy_result_integrity.csv</w:t>
            </w:r>
          </w:p>
        </w:tc>
        <w:tc>
          <w:tcPr>
            <w:tcW w:type="dxa" w:w="580"/>
            <w:vAlign w:val="center"/>
          </w:tcPr>
          <w:p>
            <w:r/>
            <w:r>
              <w:rPr>
                <w:rFonts w:ascii="Malgun Gothic" w:hAnsi="Malgun Gothic" w:eastAsia="Malgun Gothic"/>
                <w:b w:val="0"/>
                <w:sz w:val="14"/>
              </w:rPr>
              <w:t>22.0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artifact; source_type; path; exists; rows_or_exists; mtime; size_kb</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descriptive_statistics.csv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results_by_count/n1000/snapshot/results\tables\descriptive_statistics.csv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diagnosis.csv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results_by_count/n1000/snapshot/results\tables\repro\diagnosis.csv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issue; status; severity; evidence; likely_cause; recommended_action; menu_no; command_hint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results_by_count/n1000/snapshot/results\tables\asis_tobe\difference_action_plan.csv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priority; action; why; evidence; target_menu</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difference_problem_trace.csv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results_by_count/n1000/snapshot/results\tables\asis_tobe\difference_problem_trace.csv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metric_key; status; as_is_value; to_be_value; as_is_source; to_be_source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difference_root_cause_analysis.csv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results_by_count/n1000/snapshot/results\tables\asis_tobe\difference_root_cause_analysis.csv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priority; domain; severity; finding; evidence; likely_cause; next_check; recommended_action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failed_file_inventory.csv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results_by_count/n1000/snapshot/results\tables\ops\failed_file_inventory.csv</w:t>
            </w:r>
          </w:p>
        </w:tc>
        <w:tc>
          <w:tcPr>
            <w:tcW w:type="dxa" w:w="580"/>
            <w:vAlign w:val="center"/>
          </w:tcPr>
          <w:p>
            <w:r/>
            <w:r>
              <w:rPr>
                <w:rFonts w:ascii="Malgun Gothic" w:hAnsi="Malgun Gothic" w:eastAsia="Malgun Gothic"/>
                <w:b w:val="0"/>
                <w:sz w:val="14"/>
              </w:rPr>
              <w:t>600.0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profile; dataset; source_csv; file_id; file; status; error; ok; transcript_len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feature_descriptive_statistics.csv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results_by_count/n1000/snapshot/results\tables\feature_descriptive_statistics.csv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count; mean; std; min; 25%; 50%; 75%; max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file_inventory_all.csv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results_by_count/n1000/snapshot/results\tables\asis_tobe\file_inventory_all.csv</w:t>
            </w:r>
          </w:p>
        </w:tc>
        <w:tc>
          <w:tcPr>
            <w:tcW w:type="dxa" w:w="580"/>
            <w:vAlign w:val="center"/>
          </w:tcPr>
          <w:p>
            <w:r/>
            <w:r>
              <w:rPr>
                <w:rFonts w:ascii="Malgun Gothic" w:hAnsi="Malgun Gothic" w:eastAsia="Malgun Gothic"/>
                <w:b w:val="0"/>
                <w:sz w:val="14"/>
              </w:rPr>
              <w:t>2427.0</w:t>
            </w:r>
          </w:p>
        </w:tc>
        <w:tc>
          <w:tcPr>
            <w:tcW w:type="dxa" w:w="580"/>
            <w:vAlign w:val="center"/>
          </w:tcPr>
          <w:p>
            <w:r/>
            <w:r>
              <w:rPr>
                <w:rFonts w:ascii="Malgun Gothic" w:hAnsi="Malgun Gothic" w:eastAsia="Malgun Gothic"/>
                <w:b w:val="0"/>
                <w:sz w:val="14"/>
              </w:rPr>
              <w:t>11.0</w:t>
            </w:r>
          </w:p>
        </w:tc>
        <w:tc>
          <w:tcPr>
            <w:tcW w:type="dxa" w:w="580"/>
            <w:vAlign w:val="center"/>
          </w:tcPr>
          <w:p>
            <w:r/>
            <w:r>
              <w:rPr>
                <w:rFonts w:ascii="Malgun Gothic" w:hAnsi="Malgun Gothic" w:eastAsia="Malgun Gothic"/>
                <w:b w:val="0"/>
                <w:sz w:val="14"/>
              </w:rPr>
              <w:t>side; root; relative_path; filename; stem; extension; size_bytes; modified_at; sha256; status; scan_scope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file_inventory_compare.csv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results_by_count/n1000/snapshot/results\tables\asis_tobe\file_inventory_compare.csv</w:t>
            </w:r>
          </w:p>
        </w:tc>
        <w:tc>
          <w:tcPr>
            <w:tcW w:type="dxa" w:w="580"/>
            <w:vAlign w:val="center"/>
          </w:tcPr>
          <w:p>
            <w:r/>
            <w:r>
              <w:rPr>
                <w:rFonts w:ascii="Malgun Gothic" w:hAnsi="Malgun Gothic" w:eastAsia="Malgun Gothic"/>
                <w:b w:val="0"/>
                <w:sz w:val="14"/>
              </w:rPr>
              <w:t>2421.0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filename; as_is_path; extension; as_is_size; as_is_modified; as_is_sha256; to_be_path; to_be_size; to_be_modified; to_be_sha256; status; size_diff</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final_dataset_decision_matrix.csv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results_by_count/n1000/snapshot/results\tables\scie_submission\final_dataset_decision_matrix.csv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option; role; dataset_policy; strength; risk; recommended_use;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final_paper_quality_check.csv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results_by_count/n1000/snapshot/results\tables\final_paper_quality_check.csv</w:t>
            </w:r>
          </w:p>
        </w:tc>
        <w:tc>
          <w:tcPr>
            <w:tcW w:type="dxa" w:w="580"/>
            <w:vAlign w:val="center"/>
          </w:tcPr>
          <w:p>
            <w:r/>
            <w:r>
              <w:rPr>
                <w:rFonts w:ascii="Malgun Gothic" w:hAnsi="Malgun Gothic" w:eastAsia="Malgun Gothic"/>
                <w:b w:val="0"/>
                <w:sz w:val="14"/>
              </w:rPr>
              <w:t>53.0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section_id; section_title; issue_type; matched_text; severity; suggested_fix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final_submission_board.csv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results_by_count/n1000/snapshot/results\tables\repro\final_submission_board.csv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category; status; item; detail</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folder_extension_summary.csv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results_by_count/n1000/snapshot/results\tables\asis_tobe\folder_extension_summary.csv</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top_folder; extension; file_count; total_size_bytes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future_research_action_plan.csv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results_by_count/n1000/snapshot/results\tables\future_research_action_plan.csv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future_task; related_limitation; priority; recommended_sample; method; statistics; paper_usage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future_research_limitations.csv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results_by_count/n1000/snapshot/results\tables\future_research_limitations.csv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id; title_ko; current_limitation; future_analysis; future_outputs; paper_position; current_data_status; future_data_needed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journal_target_strategy.csv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results_by_count/n1000/snapshot/results\tables\scie_submission\journal_target_strategy.csv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tier; journal_candidate; positioning; needed_before_submit; risk</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results_by_count/n1000/snapshot/results\tables\key_metric_compare.csv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metric; asis_value; tobe_value; delta; asis_source; tobe_source; status;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results_by_count/n1000/snapshot/results\tables\asis_tobe\key_metric_compare.csv</w:t>
            </w:r>
          </w:p>
        </w:tc>
        <w:tc>
          <w:tcPr>
            <w:tcW w:type="dxa" w:w="580"/>
            <w:vAlign w:val="center"/>
          </w:tcPr>
          <w:p>
            <w:r/>
            <w:r>
              <w:rPr>
                <w:rFonts w:ascii="Malgun Gothic" w:hAnsi="Malgun Gothic" w:eastAsia="Malgun Gothic"/>
                <w:b w:val="0"/>
                <w:sz w:val="14"/>
              </w:rPr>
              <w:t>313.0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metric_key; status; as_is_value; to_be_value; diff_to_be_minus_as_is; pct_diff; as_is_source; to_be_source; as_is_note; to_be_note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key_metrics_all.csv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results_by_count/n1000/snapshot/results\tables\asis_tobe\key_metrics_all.csv</w:t>
            </w:r>
          </w:p>
        </w:tc>
        <w:tc>
          <w:tcPr>
            <w:tcW w:type="dxa" w:w="580"/>
            <w:vAlign w:val="center"/>
          </w:tcPr>
          <w:p>
            <w:r/>
            <w:r>
              <w:rPr>
                <w:rFonts w:ascii="Malgun Gothic" w:hAnsi="Malgun Gothic" w:eastAsia="Malgun Gothic"/>
                <w:b w:val="0"/>
                <w:sz w:val="14"/>
              </w:rPr>
              <w:t>370.0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metric_key; metric_value; source_file;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results_by_count/n1000/snapshot/data\kspon\manifest\kspon_manifest.csv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file_id; pcm_source_path; txt_source_path; pcm_target_path; txt_target_path; has_audio; has_transcript; file_size_kb; source_folder; dataset; audio_copied; txt_copied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kspon_validation_plan.csv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results_by_count/n1000/snapshot/results\tables\scie_submission\kspon_validation_plan.csv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step; minimum; recommended; output;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kspon_wer_cer_by_file.csv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results_by_count/n1000/snapshot/results\stt_validation\kspon_wer_cer_by_file.csv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file_id; reference_path; has_reference; reference_text; hypothesis_text; wer; cer; model</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kspon_wer_cer_summary.csv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results_by_count/n1000/snapshot/results\stt_validation\kspon_wer_cer_summary.csv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model; dataset; n; mean_wer; median_wer; mean_cer; median_cer; status;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kspon_whisper_medium_results.csv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results_by_count/n1000/snapshot/data\kspon\stt\kspon_whisper_medium_results.csv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learning_dashboard.csv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results_by_count/n1000/snapshot/results\tables\learning\learning_dashboard.csv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item; value; interpretation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learning_progress_score.csv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results_by_count/n1000/snapshot/results\tables\learning\learning_progress_score.csv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20.0</w:t>
            </w:r>
          </w:p>
        </w:tc>
        <w:tc>
          <w:tcPr>
            <w:tcW w:type="dxa" w:w="580"/>
            <w:vAlign w:val="center"/>
          </w:tcPr>
          <w:p>
            <w:r/>
            <w:r>
              <w:rPr>
                <w:rFonts w:ascii="Malgun Gothic" w:hAnsi="Malgun Gothic" w:eastAsia="Malgun Gothic"/>
                <w:b w:val="0"/>
                <w:sz w:val="14"/>
              </w:rPr>
              <w:t>generated_at; profile; learning_score; status; reasons; stress_score_n; stress_score_mean; voc_stt_n; voc_stt_nonempty; wpm_nonzero_rows; feature_rows; reference_count; has_final_board; has_three_way_compare; has_claim_check; has_submission_gate; has_security_check; source_stress; source_stt; source_features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loo_stability.csv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results_by_count/n1000/snapshot/results\tables\loo_stability.csv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removed_variable; remaining_variables; r; r_squared; p_value;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loo_stability.csv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results_by_count/n1000/snapshot/results\validity\loo_stability.csv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removed_variable; remaining_variables; r; r_squared; p_value;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meeting_0627_current_status.csv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results_by_count/n1000/snapshot/results\tables\meeting_0627\meeting_0627_current_status.csv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17.0</w:t>
            </w:r>
          </w:p>
        </w:tc>
        <w:tc>
          <w:tcPr>
            <w:tcW w:type="dxa" w:w="580"/>
            <w:vAlign w:val="center"/>
          </w:tcPr>
          <w:p>
            <w:r/>
            <w:r>
              <w:rPr>
                <w:rFonts w:ascii="Malgun Gothic" w:hAnsi="Malgun Gothic" w:eastAsia="Malgun Gothic"/>
                <w:b w:val="0"/>
                <w:sz w:val="14"/>
              </w:rPr>
              <w:t>profile; snapshot_found; voc_stt_n; features_n; stress_n; kspon_stt_n; wpm_nonzero; wpm_mean; quality_fail; quality_warn; corr_energy; corr_pitch; corr_wpm; corr_duration; wer; cer; generated_at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monitoring_summary_n1000.csv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results_by_count/n1000/snapshot/results\tables\monitoring\monitoring_summary_n1000.csv</w:t>
            </w:r>
          </w:p>
        </w:tc>
        <w:tc>
          <w:tcPr>
            <w:tcW w:type="dxa" w:w="580"/>
            <w:vAlign w:val="center"/>
          </w:tcPr>
          <w:p>
            <w:r/>
            <w:r>
              <w:rPr>
                <w:rFonts w:ascii="Malgun Gothic" w:hAnsi="Malgun Gothic" w:eastAsia="Malgun Gothic"/>
                <w:b w:val="0"/>
                <w:sz w:val="14"/>
              </w:rPr>
              <w:t>13.0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category; metric; value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multicenter_generalization_status.csv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results_by_count/n1000/snapshot/results\tables\future_analysis\multicenter_generalization_status.csv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next_action_plan.csv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results_by_count/n1000/snapshot/results\tables\repro\next_action_plan.csv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run_order; issue; status; severity; evidence; likely_cause; recommended_action; menu_no; command_hint; priority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outlier_robustness.csv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results_by_count/n1000/snapshot/results\robustness\outlier_robustness.csv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n; energy_mean_r; pitch_mean_r; wpm_r; duration_sec_r; min_weight_sensitivity_r;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outlier_robustness.csv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results_by_count/n1000/snapshot/results\tables\outlier_robustness.csv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n; energy_mean_r; pitch_mean_r; wpm_r; duration_sec_r; min_weight_sensitivity_r; decision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professor_questions_0627.csv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results_by_count/n1000/snapshot/results\tables\meeting_0627\professor_questions_0627.csv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교수님 확인 질문; 왜 필요한가</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reference_papers_manifest.csv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results_by_count/n1000/snapshot/results\tables\reference_papers_manifest.csv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references.csv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results_by_count/n1000/snapshot/results\tables\references.csv</w:t>
            </w:r>
          </w:p>
        </w:tc>
        <w:tc>
          <w:tcPr>
            <w:tcW w:type="dxa" w:w="580"/>
            <w:vAlign w:val="center"/>
          </w:tcPr>
          <w:p>
            <w:r/>
            <w:r>
              <w:rPr>
                <w:rFonts w:ascii="Malgun Gothic" w:hAnsi="Malgun Gothic" w:eastAsia="Malgun Gothic"/>
                <w:b w:val="0"/>
                <w:sz w:val="14"/>
              </w:rPr>
              <w:t>30.0</w:t>
            </w:r>
          </w:p>
        </w:tc>
        <w:tc>
          <w:tcPr>
            <w:tcW w:type="dxa" w:w="580"/>
            <w:vAlign w:val="center"/>
          </w:tcPr>
          <w:p>
            <w:r/>
            <w:r>
              <w:rPr>
                <w:rFonts w:ascii="Malgun Gothic" w:hAnsi="Malgun Gothic" w:eastAsia="Malgun Gothic"/>
                <w:b w:val="0"/>
                <w:sz w:val="14"/>
              </w:rPr>
              <w:t>10.0</w:t>
            </w:r>
          </w:p>
        </w:tc>
        <w:tc>
          <w:tcPr>
            <w:tcW w:type="dxa" w:w="580"/>
            <w:vAlign w:val="center"/>
          </w:tcPr>
          <w:p>
            <w:r/>
            <w:r>
              <w:rPr>
                <w:rFonts w:ascii="Malgun Gothic" w:hAnsi="Malgun Gothic" w:eastAsia="Malgun Gothic"/>
                <w:b w:val="0"/>
                <w:sz w:val="14"/>
              </w:rPr>
              <w:t>no; authors; year; title; source; volume; pages; doi; type;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research_improvement_cases_dataset_manifest.csv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results_by_count/n1000/snapshot/results\tables\learning\research_improvement_cases_dataset_manifest.csv</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task; source; quality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result_similarity_matrix.csv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results_by_count/n1000/snapshot/results\tables\asis_tobe\result_similarity_matrix.csv</w:t>
            </w:r>
          </w:p>
        </w:tc>
        <w:tc>
          <w:tcPr>
            <w:tcW w:type="dxa" w:w="580"/>
            <w:vAlign w:val="center"/>
          </w:tcPr>
          <w:p>
            <w:r/>
            <w:r>
              <w:rPr>
                <w:rFonts w:ascii="Malgun Gothic" w:hAnsi="Malgun Gothic" w:eastAsia="Malgun Gothic"/>
                <w:b w:val="0"/>
                <w:sz w:val="14"/>
              </w:rPr>
              <w:t>313.0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metric_key; category; as_is_value; to_be_value; abs_diff; pct_diff; similarity_status; judgement_reason; source_note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resume_steps_n1000.csv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results_by_count/n1000/snapshot/results\tables\resume\resume_steps_n1000.csv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step_no; step; count; target; status; command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reviewer_qa_dataset_manifest.csv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results_by_count/n1000/snapshot/results\tables\learning\reviewer_qa_dataset_manifest.csv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sample_match_details.csv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results_by_count/n1000/snapshot/results\tables\repro\sample_match_details.csv</w:t>
            </w:r>
          </w:p>
        </w:tc>
        <w:tc>
          <w:tcPr>
            <w:tcW w:type="dxa" w:w="580"/>
            <w:vAlign w:val="center"/>
          </w:tcPr>
          <w:p>
            <w:r/>
            <w:r>
              <w:rPr>
                <w:rFonts w:ascii="Malgun Gothic" w:hAnsi="Malgun Gothic" w:eastAsia="Malgun Gothic"/>
                <w:b w:val="0"/>
                <w:sz w:val="14"/>
              </w:rPr>
              <w:t>3000.0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sample_id;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sample_match_summary.csv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results_by_count/n1000/snapshot/results\tables\repro\sample_match_summary.csv</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set_name; csv_file; id_count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scie_current_metric_snapshot.csv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results_by_count/n1000/snapshot/results\tables\scie_submission\scie_current_metric_snapshot.csv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16.0</w:t>
            </w:r>
          </w:p>
        </w:tc>
        <w:tc>
          <w:tcPr>
            <w:tcW w:type="dxa" w:w="580"/>
            <w:vAlign w:val="center"/>
          </w:tcPr>
          <w:p>
            <w:r/>
            <w:r>
              <w:rPr>
                <w:rFonts w:ascii="Malgun Gothic" w:hAnsi="Malgun Gothic" w:eastAsia="Malgun Gothic"/>
                <w:b w:val="0"/>
                <w:sz w:val="14"/>
              </w:rPr>
              <w:t>profile; snapshot_path; snapshot_exists; stt_path; stt_rows; stt_success_unique; stt_failed_or_empty; stt_model_detected; feature_path; feature_n; stress_path; stress_n; wpm_mean; stress_mean; generated_at; analysis_policy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scie_readiness_gates.csv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results_by_count/n1000/snapshot/results\tables\scie_submission\scie_readiness_gates.csv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gate; requirement; current_status; decision; 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scie_reproducibility_checklist.csv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results_by_count/n1000/snapshot/results\tables\scie_submission\scie_reproducibility_checklist.csv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category; item; status; evidence; owner_note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speaker_normalization_status.csv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results_by_count/n1000/snapshot/results\tables\future_analysis\speaker_normalization_status.csv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statistical_validation_checklist.csv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results_by_count/n1000/snapshot/results\tables\scie_submission\statistical_validation_checklist.csv</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analysis; needed_for_scie; status; where_to_place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step_status_n1000.csv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results_by_count/n1000/snapshot/results\tables\history\step_status_n1000.csv</w:t>
            </w:r>
          </w:p>
        </w:tc>
        <w:tc>
          <w:tcPr>
            <w:tcW w:type="dxa" w:w="580"/>
            <w:vAlign w:val="center"/>
          </w:tcPr>
          <w:p>
            <w:r/>
            <w:r>
              <w:rPr>
                <w:rFonts w:ascii="Malgun Gothic" w:hAnsi="Malgun Gothic" w:eastAsia="Malgun Gothic"/>
                <w:b w:val="0"/>
                <w:sz w:val="14"/>
              </w:rPr>
              <w:t>113.0</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profile; section; step_no; step_label; status; status_rank; run_count; success_count; fail_count; last_event_time; last_status; last_return_code; last_elapsed_sec; last_command;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stress_index_feature_quality.csv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results_by_count/n1000/snapshot/results\tables\stress_index_feature_quality.csv</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variable; valid_n; unique_n; mean; std_ddof0;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stt_error_sensitivity.csv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results_by_count/n1000/snapshot/results\robustness\stt_error_sensitivity.csv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wpm_multiplier; correlation_with_baseline; p_value; p_value_display; mad; decision;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stt_error_sensitivity.csv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results_by_count/n1000/snapshot/results\tables\stt_error_sensitivity.csv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scenario; wpm_multiplier; correlation_with_baseline; p_value; p_value_display; mad; decision;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stt_reliability.csv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results_by_count/n1000/snapshot/results\tables\stt_reliability.csv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model; dataset; n; mean_wer; median_wer; mean_cer; median_cer; status; message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stt_wpm_reliability_sources.csv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results_by_count/n1000/snapshot/results\tables\future_analysis\stt_wpm_reliability_sources.csv</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source; path;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stt_wpm_reliability_status.csv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results_by_count/n1000/snapshot/results\tables\future_analysis\stt_wpm_reliability_status.csv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task; status; message; required_file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stt_wpm_reliability_summary.csv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results_by_count/n1000/snapshot/results\tables\future_analysis\stt_wpm_reliability_summary.csv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model; dataset; n; mean_wer; median_wer; mean_cer; median_cer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submission_readiness_check.csv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results_by_count/n1000/snapshot/results\tables\submission_readiness_check.csv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check; value; status; required_fix</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submission_readiness_checklist.csv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results_by_count/n1000/snapshot/results\tables\submission_readiness_checklist.csv</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item; status; severity; message; recommended_action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submitted_doc_numeric_contexts.csv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results_by_count/n1000/snapshot/results\tables\repro\submitted_doc_numeric_contexts.csv</w:t>
            </w:r>
          </w:p>
        </w:tc>
        <w:tc>
          <w:tcPr>
            <w:tcW w:type="dxa" w:w="580"/>
            <w:vAlign w:val="center"/>
          </w:tcPr>
          <w:p>
            <w:r/>
            <w:r>
              <w:rPr>
                <w:rFonts w:ascii="Malgun Gothic" w:hAnsi="Malgun Gothic" w:eastAsia="Malgun Gothic"/>
                <w:b w:val="0"/>
                <w:sz w:val="14"/>
              </w:rPr>
              <w:t>29.0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docx_file; context_id; tag; value; context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three_way_compare.csv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results_by_count/n1000/snapshot/results\tables\repro\three_way_compare.csv</w:t>
            </w:r>
          </w:p>
        </w:tc>
        <w:tc>
          <w:tcPr>
            <w:tcW w:type="dxa" w:w="580"/>
            <w:vAlign w:val="center"/>
          </w:tcPr>
          <w:p>
            <w:r/>
            <w:r>
              <w:rPr>
                <w:rFonts w:ascii="Malgun Gothic" w:hAnsi="Malgun Gothic" w:eastAsia="Malgun Gothic"/>
                <w:b w:val="0"/>
                <w:sz w:val="14"/>
              </w:rPr>
              <w:t>19.0</w:t>
            </w:r>
          </w:p>
        </w:tc>
        <w:tc>
          <w:tcPr>
            <w:tcW w:type="dxa" w:w="580"/>
            <w:vAlign w:val="center"/>
          </w:tcPr>
          <w:p>
            <w:r/>
            <w:r>
              <w:rPr>
                <w:rFonts w:ascii="Malgun Gothic" w:hAnsi="Malgun Gothic" w:eastAsia="Malgun Gothic"/>
                <w:b w:val="0"/>
                <w:sz w:val="14"/>
              </w:rPr>
              <w:t>15.0</w:t>
            </w:r>
          </w:p>
        </w:tc>
        <w:tc>
          <w:tcPr>
            <w:tcW w:type="dxa" w:w="580"/>
            <w:vAlign w:val="center"/>
          </w:tcPr>
          <w:p>
            <w:r/>
            <w:r>
              <w:rPr>
                <w:rFonts w:ascii="Malgun Gothic" w:hAnsi="Malgun Gothic" w:eastAsia="Malgun Gothic"/>
                <w:b w:val="0"/>
                <w:sz w:val="14"/>
              </w:rPr>
              <w:t>metric_key; status; document_value_candidate; as_is_value; to_be_value; to_be_minus_as_is; document_minus_tobe; docx_file; tobe_root; snapshot_found; root_fallback; stale_snapshot_detected; snapshot_stt_count; root_stt_count; interpretation</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tobe_metric_source_trace.csv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results_by_count/n1000/snapshot/results\tables\asis_tobe\tobe_metric_source_trace.csv</w:t>
            </w:r>
          </w:p>
        </w:tc>
        <w:tc>
          <w:tcPr>
            <w:tcW w:type="dxa" w:w="580"/>
            <w:vAlign w:val="center"/>
          </w:tcPr>
          <w:p>
            <w:r/>
            <w:r>
              <w:rPr>
                <w:rFonts w:ascii="Malgun Gothic" w:hAnsi="Malgun Gothic" w:eastAsia="Malgun Gothic"/>
                <w:b w:val="0"/>
                <w:sz w:val="14"/>
              </w:rPr>
              <w:t>283.0</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side; metric_key; metric_value; source_file;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training_examples_by_task.csv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results_by_count/n1000/snapshot/results\tables\learning\training_examples_by_task.csv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task; example_count</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training_examples_manifest.csv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results_by_count/n1000/snapshot/results\tables\learning\training_examples_manifest.csv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tukey_hsd.csv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results_by_count/n1000/snapshot/results\tables\tukey_hsd.csv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group1; group2; meandiff; p_adj; lower; upper; reject;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tukey_hsd.csv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results_by_count/n1000/snapshot/results\validity\tukey_hsd.csv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9.0</w:t>
            </w:r>
          </w:p>
        </w:tc>
        <w:tc>
          <w:tcPr>
            <w:tcW w:type="dxa" w:w="580"/>
            <w:vAlign w:val="center"/>
          </w:tcPr>
          <w:p>
            <w:r/>
            <w:r>
              <w:rPr>
                <w:rFonts w:ascii="Malgun Gothic" w:hAnsi="Malgun Gothic" w:eastAsia="Malgun Gothic"/>
                <w:b w:val="0"/>
                <w:sz w:val="14"/>
              </w:rPr>
              <w:t>variable; group1; group2; meandiff; p_adj; lower; upper; reject; note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validity_structure_summary.csv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results_by_count/n1000/snapshot/results\tables\validity_structure_summary.csv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convergent_mean_abs_r; auxiliary_mean_abs_r; delta</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voc_features.csv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results_by_count/n1000/snapshot/data\voc\features\voc_features.csv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wav_id; audio_path; energy_mean; pitch_mean; duration_sec; transcript; word_cnt; text_len; wpm; stt_status; ok; error</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voc_manifest.csv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results_by_count/n1000/snapshot/data\voc\manifest\voc_manifest.csv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file_id; source_path; target_path; file_name; extension; file_size_kb; dataset; copied</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voc_stress_score_rebuilt.csv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results_by_count/n1000/snapshot/results\stress_index\voc_stress_score_rebuilt.csv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18.0</w:t>
            </w:r>
          </w:p>
        </w:tc>
        <w:tc>
          <w:tcPr>
            <w:tcW w:type="dxa" w:w="580"/>
            <w:vAlign w:val="center"/>
          </w:tcPr>
          <w:p>
            <w:r/>
            <w:r>
              <w:rPr>
                <w:rFonts w:ascii="Malgun Gothic" w:hAnsi="Malgun Gothic" w:eastAsia="Malgun Gothic"/>
                <w:b w:val="0"/>
                <w:sz w:val="14"/>
              </w:rPr>
              <w:t>wav_id; audio_path; energy_mean; pitch_mean; duration_sec; transcript; word_cnt; text_len; wpm; stt_status; ok; error; z_energy_mean; z_pitch_mean; z_wpm; z_duration_sec; stress_raw; stress_score</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voc_stt_completeness.csv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results_by_count/n1000/snapshot/results\tables\voc_stt_completeness.csv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n; transcript_nonempty; word_cnt_nonzero; wpm_nonzero; stt_missing_rows; status</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voc_whisper_medium_results.csv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results_by_count/n1000/snapshot/data\voc\stt\voc_whisper_medium_results.csv</w:t>
            </w:r>
          </w:p>
        </w:tc>
        <w:tc>
          <w:tcPr>
            <w:tcW w:type="dxa" w:w="580"/>
            <w:vAlign w:val="center"/>
          </w:tcPr>
          <w:p>
            <w:r/>
            <w:r>
              <w:rPr>
                <w:rFonts w:ascii="Malgun Gothic" w:hAnsi="Malgun Gothic" w:eastAsia="Malgun Gothic"/>
                <w:b w:val="0"/>
                <w:sz w:val="14"/>
              </w:rPr>
              <w:t>8.0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results_by_count/n1000/snapshot/data\voc\stt\voc_whisper_small_results.csv</w:t>
            </w:r>
          </w:p>
        </w:tc>
        <w:tc>
          <w:tcPr>
            <w:tcW w:type="dxa" w:w="580"/>
            <w:vAlign w:val="center"/>
          </w:tcPr>
          <w:p>
            <w:r/>
            <w:r>
              <w:rPr>
                <w:rFonts w:ascii="Malgun Gothic" w:hAnsi="Malgun Gothic" w:eastAsia="Malgun Gothic"/>
                <w:b w:val="0"/>
                <w:sz w:val="14"/>
              </w:rPr>
              <w:t>1000.0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results_by_count/n1000/snapshot/data\voc\stt\small_failed_backup_20260702_171422\voc_whisper_small_results_failed_rows.csv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results_by_count/n1000/snapshot/data\voc\stt\small_failed_backup_20260702_171446\voc_whisper_small_results_failed_rows.csv</w:t>
            </w:r>
          </w:p>
        </w:tc>
        <w:tc>
          <w:tcPr>
            <w:tcW w:type="dxa" w:w="580"/>
            <w:vAlign w:val="center"/>
          </w:tcPr>
          <w:p>
            <w:r/>
            <w:r>
              <w:rPr>
                <w:rFonts w:ascii="Malgun Gothic" w:hAnsi="Malgun Gothic" w:eastAsia="Malgun Gothic"/>
                <w:b w:val="0"/>
                <w:sz w:val="14"/>
              </w:rPr>
              <w:t>0.0</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ï»¿</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voc_whisper_small_results_failed_rows.csv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results_by_count/n1000/snapshot/data\voc\stt\small_failed_backup_20260702_173438\voc_whisper_small_results_failed_rows.csv</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results_by_count/n1000/snapshot/data\voc\stt\small_failed_backup_20260702_171422\voc_whisper_small_results_original_backup.csv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results_by_count/n1000/snapshot/data\voc\stt\small_failed_backup_20260702_171446\voc_whisper_small_results_original_backup.csv</w:t>
            </w:r>
          </w:p>
        </w:tc>
        <w:tc>
          <w:tcPr>
            <w:tcW w:type="dxa" w:w="580"/>
            <w:vAlign w:val="center"/>
          </w:tcPr>
          <w:p>
            <w:r/>
            <w:r>
              <w:rPr>
                <w:rFonts w:ascii="Malgun Gothic" w:hAnsi="Malgun Gothic" w:eastAsia="Malgun Gothic"/>
                <w:b w:val="0"/>
                <w:sz w:val="14"/>
              </w:rPr>
              <w:t>12.0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voc_whisper_small_results_original_backup.csv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results_by_count/n1000/snapshot/data\voc\stt\small_failed_backup_20260702_173438\voc_whisper_small_results_original_backup.csv</w:t>
            </w:r>
          </w:p>
        </w:tc>
        <w:tc>
          <w:tcPr>
            <w:tcW w:type="dxa" w:w="580"/>
            <w:vAlign w:val="center"/>
          </w:tcPr>
          <w:p>
            <w:r/>
            <w:r>
              <w:rPr>
                <w:rFonts w:ascii="Malgun Gothic" w:hAnsi="Malgun Gothic" w:eastAsia="Malgun Gothic"/>
                <w:b w:val="0"/>
                <w:sz w:val="14"/>
              </w:rPr>
              <w:t>100.0</w:t>
            </w:r>
          </w:p>
        </w:tc>
        <w:tc>
          <w:tcPr>
            <w:tcW w:type="dxa" w:w="580"/>
            <w:vAlign w:val="center"/>
          </w:tcPr>
          <w:p>
            <w:r/>
            <w:r>
              <w:rPr>
                <w:rFonts w:ascii="Malgun Gothic" w:hAnsi="Malgun Gothic" w:eastAsia="Malgun Gothic"/>
                <w:b w:val="0"/>
                <w:sz w:val="14"/>
              </w:rPr>
              <w:t>14.0</w:t>
            </w:r>
          </w:p>
        </w:tc>
        <w:tc>
          <w:tcPr>
            <w:tcW w:type="dxa" w:w="580"/>
            <w:vAlign w:val="center"/>
          </w:tcPr>
          <w:p>
            <w:r/>
            <w:r>
              <w:rPr>
                <w:rFonts w:ascii="Malgun Gothic" w:hAnsi="Malgun Gothic" w:eastAsia="Malgun Gothic"/>
                <w:b w:val="0"/>
                <w:sz w:val="14"/>
              </w:rPr>
              <w:t>file_id; audio_path; transcript_path; transcript; model; language; device; compute_type; beam_size; vad_filter; audio_duration_sec; ok; error; elapsed_sec</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weight_sensitivity.csv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results_by_count/n1000/snapshot/results\tables\weight_sensitivity.csv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scenario; weights_e_p_w_d; correlation_with_baseline; p_value; mad;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weight_sensitivity.csv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results_by_count/n1000/snapshot/results\validity\weight_sensitivity.csv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7.0</w:t>
            </w:r>
          </w:p>
        </w:tc>
        <w:tc>
          <w:tcPr>
            <w:tcW w:type="dxa" w:w="580"/>
            <w:vAlign w:val="center"/>
          </w:tcPr>
          <w:p>
            <w:r/>
            <w:r>
              <w:rPr>
                <w:rFonts w:ascii="Malgun Gothic" w:hAnsi="Malgun Gothic" w:eastAsia="Malgun Gothic"/>
                <w:b w:val="0"/>
                <w:sz w:val="14"/>
              </w:rPr>
              <w:t>scenario; weights_e_p_w_d; correlation_with_baseline; p_value; mad; decision; p_value_display</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why_why_why_structure.csv</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results_by_count/n1000/snapshot/results\tables\meeting_0627\why_why_why_structure.csv</w:t>
            </w:r>
          </w:p>
        </w:tc>
        <w:tc>
          <w:tcPr>
            <w:tcW w:type="dxa" w:w="580"/>
            <w:vAlign w:val="center"/>
          </w:tcPr>
          <w:p>
            <w:r/>
            <w:r>
              <w:rPr>
                <w:rFonts w:ascii="Malgun Gothic" w:hAnsi="Malgun Gothic" w:eastAsia="Malgun Gothic"/>
                <w:b w:val="0"/>
                <w:sz w:val="14"/>
              </w:rPr>
              <w:t>6.0</w:t>
            </w:r>
          </w:p>
        </w:tc>
        <w:tc>
          <w:tcPr>
            <w:tcW w:type="dxa" w:w="580"/>
            <w:vAlign w:val="center"/>
          </w:tcPr>
          <w:p>
            <w:r/>
            <w:r>
              <w:rPr>
                <w:rFonts w:ascii="Malgun Gothic" w:hAnsi="Malgun Gothic" w:eastAsia="Malgun Gothic"/>
                <w:b w:val="0"/>
                <w:sz w:val="14"/>
              </w:rPr>
              <w:t>2.0</w:t>
            </w:r>
          </w:p>
        </w:tc>
        <w:tc>
          <w:tcPr>
            <w:tcW w:type="dxa" w:w="580"/>
            <w:vAlign w:val="center"/>
          </w:tcPr>
          <w:p>
            <w:r/>
            <w:r>
              <w:rPr>
                <w:rFonts w:ascii="Malgun Gothic" w:hAnsi="Malgun Gothic" w:eastAsia="Malgun Gothic"/>
                <w:b w:val="0"/>
                <w:sz w:val="14"/>
              </w:rPr>
              <w:t>질문; 답변</w:t>
            </w:r>
          </w:p>
        </w:tc>
        <w:tc>
          <w:tcPr>
            <w:tcW w:type="dxa" w:w="580"/>
            <w:vAlign w:val="center"/>
          </w:tcPr>
          <w:p>
            <w:r/>
            <w:r>
              <w:rPr>
                <w:rFonts w:ascii="Malgun Gothic" w:hAnsi="Malgun Gothic" w:eastAsia="Malgun Gothic"/>
                <w:b w:val="0"/>
                <w:sz w:val="14"/>
              </w:rPr>
              <w:t>ok</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RESOLVED_SCHEMA_NORMALIZED</w:t>
            </w:r>
          </w:p>
        </w:tc>
        <w:tc>
          <w:tcPr>
            <w:tcW w:type="dxa" w:w="580"/>
            <w:vAlign w:val="center"/>
          </w:tcPr>
          <w:p>
            <w:r/>
            <w:r>
              <w:rPr>
                <w:rFonts w:ascii="Malgun Gothic" w:hAnsi="Malgun Gothic" w:eastAsia="Malgun Gothic"/>
                <w:b w:val="0"/>
                <w:sz w:val="14"/>
              </w:rPr>
              <w:t>NOT_APPLICABLE</w:t>
            </w:r>
          </w:p>
        </w:tc>
        <w:tc>
          <w:tcPr>
            <w:tcW w:type="dxa" w:w="580"/>
            <w:vAlign w:val="center"/>
          </w:tcPr>
          <w:p>
            <w:r/>
            <w:r>
              <w:rPr>
                <w:rFonts w:ascii="Malgun Gothic" w:hAnsi="Malgun Gothic" w:eastAsia="Malgun Gothic"/>
                <w:b w:val="0"/>
                <w:sz w:val="14"/>
              </w:rPr>
            </w:r>
          </w:p>
        </w:tc>
      </w:tr>
    </w:tbl>
    <w:p/>
    <w:p>
      <w:pPr>
        <w:pStyle w:val="Heading3"/>
      </w:pPr>
      <w:r>
        <w:t>산출물 텍스트: research_continuity/11_asis_tobe_gap_v163/asis_tobe_gap_diagnosis_v163.md</w:t>
      </w:r>
    </w:p>
    <w:p>
      <w:r>
        <w:t># AS-IS/TO-BE stress_score 평균 차이 진단 v163</w:t>
        <w:br/>
        <w:br/>
        <w:t>- AS-IS mean: 0.517904</w:t>
        <w:br/>
        <w:t>- TO-BE mean: 0.636488</w:t>
        <w:br/>
        <w:t>- 차이: +0.118584</w:t>
        <w:br/>
        <w:t>- 판정: GAP_DIAGNOSIS_REQUIRED__NOT_MP3_ONLY_YET</w:t>
        <w:br/>
        <w:br/>
        <w:t>&gt; AS-IS와 TO-BE의 stress_score 평균 차이가 남아 있어 TO-BE가 AS-IS를 완전 재현했다고 보지는 않았습니다. 다만 동일 wav_id 교집합, 0413 고정 산식, 동일 WPM 기준으로 AS-IS-compatible 값을 별도 산출해 차이 원인을 정규화·특징추출·STT/WPM·표본 차이로 분해하겠습니다.</w:t>
        <w:br/>
      </w:r>
    </w:p>
    <w:p>
      <w:pPr>
        <w:pStyle w:val="Heading3"/>
      </w:pPr>
      <w:r>
        <w:t>산출물 텍스트: results/manuscript_text/asis_tobe/asis_tobe_comparison_summary_ko.md</w:t>
      </w:r>
    </w:p>
    <w:p>
      <w:r>
        <w:t># AS-IS / TO-BE 전체 비교 분석 요약</w:t>
        <w:br/>
        <w:br/>
        <w:t>- 생성 시각: 2026-07-04 18:35:55</w:t>
        <w:br/>
        <w:t>- AS-IS 경로: `C:\jupyter_env\datasets0413`</w:t>
        <w:br/>
        <w:t>- TO-BE 경로: `C:\AI\sci_voc_bot`</w:t>
        <w:br/>
        <w:t>- TO-BE 선택 슬롯: `n1000`</w:t>
        <w:br/>
        <w:t>- TO-BE 실제 비교 기준: `선택 슬롯 snapshot`</w:t>
        <w:br/>
        <w:t>- TO-BE snapshot 경로: `C:\AI\sci_voc_bot\results_by_count\n1000\snapshot`</w:t>
        <w:br/>
        <w:br/>
        <w:t>## 1. 핵심 판단</w:t>
        <w:br/>
        <w:t>- 판정: 자동 비교 기준에서는 치명 차이가 제한적입니다. 다만 REVIEW/DIFF 항목은 수동 확인이 필요합니다.</w:t>
        <w:br/>
        <w:br/>
        <w:t>## 2. 차이 원인 진단</w:t>
        <w:br/>
        <w:t>- [WARN] AS-IS/TO-BE CSV 스키마 차이가 10개 있습니다. → 원인: AS-IS와 TO-BE가 같은 산출물 구조가 아니거나, TO-BE에 신규 검증/보안/학습 결과가 추가된 영향입니다. / 조치: 핵심 CSV 스키마만 표준화하고 부가 기능 CSV는 부록/TOBE_ONLY로 분리</w:t>
        <w:br/>
        <w:t>- [WARN] 핵심 통계 지표 차이가 7개 있습니다. → 원인: 표본 수, 음성 변환/특징 추출 설정, 산식, 이상치 처리, STT/WPM 반영 차이에 의해 실제 수치가 달라졌을 수 있습니다. / 조치: TO-BE n≥900 체인이 완성된 뒤 다시 비교하고, 그때도 차이가 남으면 AS-IS/TO-BE 방법 차이 설명 문단으로 정리</w:t>
        <w:br/>
        <w:br/>
        <w:t>## 3. 메트릭 비교 현황</w:t>
        <w:br/>
        <w:t>- MATCH: 15</w:t>
        <w:br/>
        <w:t>- WARN: 4</w:t>
        <w:br/>
        <w:t>- DIFF: 32</w:t>
        <w:br/>
        <w:t>- ASIS_ONLY: 30</w:t>
        <w:br/>
        <w:t>- TOBE_ONLY: 226</w:t>
        <w:br/>
        <w:br/>
        <w:t>## 4. CSV 스키마 비교 현황</w:t>
        <w:br/>
        <w:t>- MATCH: 2</w:t>
        <w:br/>
        <w:t>- ROW_DIFF: 0</w:t>
        <w:br/>
        <w:t>- SCHEMA_DIFF: 10</w:t>
        <w:br/>
        <w:t>- ASIS_ONLY: 13</w:t>
        <w:br/>
        <w:t>- TOBE_ONLY: 113</w:t>
        <w:br/>
        <w:br/>
        <w:t>## 5. 권장 프로세스</w:t>
        <w:br/>
        <w:t>1. AS-IS 경로를 `C:\jupyter_env\datasets0413`로 지정한다.</w:t>
        <w:br/>
        <w:t>2. TO-BE는 현재 `C:\AI\sci_voc_bot` 결과 슬롯을 기준으로 비교한다.</w:t>
        <w:br/>
        <w:t>3. 파일 인벤토리 → CSV 스키마 → 핵심 메트릭 → 문서/리포트 산출물 순서로 확인한다.</w:t>
        <w:br/>
        <w:t>4. TO-BE의 건수 차이는 원인 후보로만 보고, 최종 판정은 stress_score, 상관 방향, 효과크기 등 결과값 유사도 중심으로 확인한다.</w:t>
        <w:br/>
        <w:t>5. 차이가 설명 가능하면 논문에는 '재현 분석에서 주요 방향성 유지'로 쓰고, 설명 불가능하면 C 최종 분석을 다시 실행한다.</w:t>
        <w:br/>
        <w:br/>
        <w:t>## 6. 생성 파일</w:t>
        <w:br/>
        <w:t>- `results/tables/asis_tobe/file_inventory_compare.csv`</w:t>
        <w:br/>
        <w:t>- `results/tables/asis_tobe/csv_schema_compare.csv`</w:t>
        <w:br/>
        <w:t>- `results/tables/asis_tobe/key_metric_compare.csv`</w:t>
        <w:br/>
        <w:t>- `results/tables/asis_tobe/difference_root_cause_analysis.csv`</w:t>
        <w:br/>
        <w:t>- `results/tables/asis_tobe/difference_action_plan.csv`</w:t>
        <w:br/>
        <w:t>- `results/tables/asis_tobe/difference_problem_trace.csv`</w:t>
        <w:br/>
        <w:t>- `reports/asis_tobe/asis_tobe_comparison_report_ko.docx`</w:t>
        <w:br/>
        <w:t>- `reports/asis_tobe/asis_tobe_comparison_report_en.docx`</w:t>
      </w:r>
    </w:p>
    <w:p>
      <w:pPr>
        <w:pStyle w:val="Heading3"/>
      </w:pPr>
      <w:r>
        <w:t>산출물 텍스트: results/manuscript_text/future_analysis/additional_research_manuscript_ko.md</w:t>
      </w:r>
    </w:p>
    <w:p>
      <w:r>
        <w:t># E. 추가연구 계획 및 한계 보완 방향</w:t>
        <w:br/>
        <w:br/>
        <w:t>본 연구의 한계로는 첫째, 외부 준거 라벨이 없어 예측 타당도를 직접 검증하지 못했다는 점이 있다. 둘째, 단일 콜센터 데이터를 사용하였기 때문에 다른 센터와 업무 유형으로의 일반화에는 제약이 있다. 셋째, 개인 간 기저 음성 특징의 차이를 통제하지 않았으므로 화자별 음성 습관이나 성별·연령에 따른 차이가 stress_score에 혼입될 가능성이 있다. 넷째, WPM은 Whisper STT 결과를 기반으로 산출되었으므로 전사 오류가 발화속도 계산에 영향을 줄 수 있다.</w:t>
        <w:br/>
        <w:br/>
        <w:t>이러한 한계를 보완하기 위해 후속연구에서는 다섯 가지 확장 분석이 필요하다. 첫째, 전문가 평정, 상담 품질 등급, CSAT, 민원 또는 재통화 여부와 같은 외부 준거 라벨을 수집하여 stress_score의 준거 타당도와 예측 타당도를 검증해야 한다. 둘째, 복수 콜센터와 복수 업무 유형 데이터를 추가하여 센터 간 재현성과 외적 타당도를 확인해야 한다. 셋째, speaker_id, gender, speaker_role 등 화자 메타데이터를 확보하여 화자별 z-score, 성별 보정, 혼합효과모형 등 화자 정규화 방법을 적용해야 한다. 넷째, KsponSpeech와 같은 정답 전사문 기반 데이터셋과 VOC 일부 수동 전사 Goldset을 활용하여 WER, CER, WPM 오차율 및 STT 오류가 stress_score에 미치는 영향을 추가 검증해야 한다. 다섯째, 음성 임베딩, 텍스트 감성점수, 화자분리 및 상담 메타데이터를 결합한 다채널 감성 분석으로 현재의 해석 가능한 선형 지수를 고도화할 필요가 있다.</w:t>
        <w:br/>
        <w:br/>
        <w:t>현재 E 단계 산출물은 후속연구 설계와 실행 템플릿이다. 따라서 실제 외부 준거 라벨, 다센터 데이터, 화자 ID가 확보되기 전까지는 본 연구의 결과로 해석하지 않고, 논문의 한계 및 후속연구 절에 제한적으로 반영한다.</w:t>
        <w:br/>
        <w:br/>
        <w:t>현재 stress_score 유효 행 수: 1000</w:t>
        <w:br/>
      </w:r>
    </w:p>
    <w:p>
      <w:pPr>
        <w:pStyle w:val="Heading2"/>
      </w:pPr>
      <w:r>
        <w:t>결과 해석</w:t>
      </w:r>
    </w:p>
    <w:p>
      <w:r>
        <w:t>연구 결과를 축별로 분리하면 본문 타당도 결과를 유지하면서도 화자분리 성과를 부록과 후속 연구로 활용할 수 있다.</w:t>
      </w:r>
    </w:p>
    <w:p>
      <w:pPr>
        <w:pStyle w:val="Heading2"/>
      </w:pPr>
      <w:r>
        <w:t>한계 및 논문 반영 기준</w:t>
      </w:r>
    </w:p>
    <w:p>
      <w:r>
        <w:t>TO-BE와 AS-IS의 수치 차이를 성능 향상 또는 악화로 단정하지 않는다.</w:t>
      </w:r>
    </w:p>
    <w:p>
      <w:r>
        <w:br w:type="page"/>
      </w:r>
    </w:p>
    <w:p>
      <w:pPr>
        <w:pStyle w:val="Heading1"/>
      </w:pPr>
      <w:r>
        <w:t>6. 교수님 보고 및 발표 준비</w:t>
      </w:r>
    </w:p>
    <w:p>
      <w:pPr>
        <w:pStyle w:val="Heading2"/>
      </w:pPr>
      <w:r>
        <w:t>논문 작성용 상세 본문</w:t>
      </w:r>
    </w:p>
    <w:p>
      <w:r>
        <w:t>발표에서는 완료된 기술 결과와 아직 검증되지 않은 해석을 명확히 분리해야 한다.</w:t>
      </w:r>
    </w:p>
    <w:p>
      <w:r>
        <w:t>현재 안전하게 보고할 수 있는 내용은 1,000통화 실제 화자분리, 57,619 세그먼트, 2,000 통화-화자 슬롯, 28,149 응답쌍, 세그먼트 acoustic feature 입력 생성 완료이다.</w:t>
      </w:r>
    </w:p>
    <w:p>
      <w:r>
        <w:t>고객/상담사 역할 확정, 고객-only stress, 상담사 영향, S0 stress→S1 stress 인과, high-stress segment 확정은 아직 사용할 수 없다.</w:t>
      </w:r>
    </w:p>
    <w:p>
      <w:r>
        <w:t>연구 연속성은 0413 본문을 유지하고 TO-BE와 화자분리를 부록·재현성·후속 분석으로 연결하는 방식으로 설명한다.</w:t>
      </w:r>
    </w:p>
    <w:p>
      <w:r>
        <w:t>발표와 논문에서는 완료된 기술 결과, 탐색적 해석, 미완료 항목을 서로 다른 표현으로 제시해야 한다.</w:t>
      </w:r>
    </w:p>
    <w:p>
      <w:r>
        <w:t>실제 화자분리, 세그먼트 수, 슬롯 수, 응답쌍, acoustic feature 입력 생성은 완료 사실이다. 고객·상담사 역할 확정과 segment stress 기반 영향 분석은 아직 완료되지 않았다.</w:t>
      </w:r>
    </w:p>
    <w:p>
      <w:r>
        <w:t>따라서 발표 문구는 '시간 순서 기반 연관성 후보'와 '후속 검증 필요'를 사용하고 인과 표현을 피한다.</w:t>
      </w:r>
    </w:p>
    <w:p>
      <w:pPr>
        <w:pStyle w:val="Heading2"/>
      </w:pPr>
      <w:r>
        <w:t>분석 수치 및 결과표</w:t>
      </w:r>
    </w:p>
    <w:p>
      <w:r>
        <w:rPr>
          <w:b/>
        </w:rPr>
        <w:t>표 6-1. 사용 가능한 표현</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표현</w:t>
            </w:r>
          </w:p>
        </w:tc>
        <w:tc>
          <w:tcPr>
            <w:tcW w:type="dxa" w:w="4933"/>
          </w:tcPr>
          <w:p>
            <w:r/>
            <w:r>
              <w:rPr>
                <w:rFonts w:ascii="Malgun Gothic" w:hAnsi="Malgun Gothic" w:eastAsia="Malgun Gothic"/>
                <w:b/>
                <w:sz w:val="16"/>
              </w:rPr>
              <w:t>사용</w:t>
            </w:r>
          </w:p>
        </w:tc>
      </w:tr>
      <w:tr>
        <w:trPr>
          <w:cantSplit/>
        </w:trPr>
        <w:tc>
          <w:tcPr>
            <w:tcW w:type="dxa" w:w="4933"/>
            <w:vAlign w:val="center"/>
          </w:tcPr>
          <w:p>
            <w:r/>
            <w:r>
              <w:rPr>
                <w:rFonts w:ascii="Malgun Gothic" w:hAnsi="Malgun Gothic" w:eastAsia="Malgun Gothic"/>
                <w:b w:val="0"/>
                <w:sz w:val="16"/>
              </w:rPr>
              <w:t>실제 화자분리 1,000건 완료</w:t>
            </w:r>
          </w:p>
        </w:tc>
        <w:tc>
          <w:tcPr>
            <w:tcW w:type="dxa" w:w="4933"/>
            <w:vAlign w:val="center"/>
          </w:tcPr>
          <w:p>
            <w:r/>
            <w:r>
              <w:rPr>
                <w:rFonts w:ascii="Malgun Gothic" w:hAnsi="Malgun Gothic" w:eastAsia="Malgun Gothic"/>
                <w:b w:val="0"/>
                <w:sz w:val="16"/>
              </w:rPr>
              <w:t>가능</w:t>
            </w:r>
          </w:p>
        </w:tc>
      </w:tr>
      <w:tr>
        <w:trPr>
          <w:cantSplit/>
        </w:trPr>
        <w:tc>
          <w:tcPr>
            <w:tcW w:type="dxa" w:w="4933"/>
            <w:vAlign w:val="center"/>
          </w:tcPr>
          <w:p>
            <w:r/>
            <w:r>
              <w:rPr>
                <w:rFonts w:ascii="Malgun Gothic" w:hAnsi="Malgun Gothic" w:eastAsia="Malgun Gothic"/>
                <w:b w:val="0"/>
                <w:sz w:val="16"/>
              </w:rPr>
              <w:t>SPEAKER 세그먼트 57,619건 생성</w:t>
            </w:r>
          </w:p>
        </w:tc>
        <w:tc>
          <w:tcPr>
            <w:tcW w:type="dxa" w:w="4933"/>
            <w:vAlign w:val="center"/>
          </w:tcPr>
          <w:p>
            <w:r/>
            <w:r>
              <w:rPr>
                <w:rFonts w:ascii="Malgun Gothic" w:hAnsi="Malgun Gothic" w:eastAsia="Malgun Gothic"/>
                <w:b w:val="0"/>
                <w:sz w:val="16"/>
              </w:rPr>
              <w:t>가능</w:t>
            </w:r>
          </w:p>
        </w:tc>
      </w:tr>
      <w:tr>
        <w:trPr>
          <w:cantSplit/>
        </w:trPr>
        <w:tc>
          <w:tcPr>
            <w:tcW w:type="dxa" w:w="4933"/>
            <w:vAlign w:val="center"/>
          </w:tcPr>
          <w:p>
            <w:r/>
            <w:r>
              <w:rPr>
                <w:rFonts w:ascii="Malgun Gothic" w:hAnsi="Malgun Gothic" w:eastAsia="Malgun Gothic"/>
                <w:b w:val="0"/>
                <w:sz w:val="16"/>
              </w:rPr>
              <w:t>통화-화자 슬롯 2,000건 구성</w:t>
            </w:r>
          </w:p>
        </w:tc>
        <w:tc>
          <w:tcPr>
            <w:tcW w:type="dxa" w:w="4933"/>
            <w:vAlign w:val="center"/>
          </w:tcPr>
          <w:p>
            <w:r/>
            <w:r>
              <w:rPr>
                <w:rFonts w:ascii="Malgun Gothic" w:hAnsi="Malgun Gothic" w:eastAsia="Malgun Gothic"/>
                <w:b w:val="0"/>
                <w:sz w:val="16"/>
              </w:rPr>
              <w:t>가능</w:t>
            </w:r>
          </w:p>
        </w:tc>
      </w:tr>
      <w:tr>
        <w:trPr>
          <w:cantSplit/>
        </w:trPr>
        <w:tc>
          <w:tcPr>
            <w:tcW w:type="dxa" w:w="4933"/>
            <w:vAlign w:val="center"/>
          </w:tcPr>
          <w:p>
            <w:r/>
            <w:r>
              <w:rPr>
                <w:rFonts w:ascii="Malgun Gothic" w:hAnsi="Malgun Gothic" w:eastAsia="Malgun Gothic"/>
                <w:b w:val="0"/>
                <w:sz w:val="16"/>
              </w:rPr>
              <w:t>응답쌍 기반 시간 순서 후보 분석</w:t>
            </w:r>
          </w:p>
        </w:tc>
        <w:tc>
          <w:tcPr>
            <w:tcW w:type="dxa" w:w="4933"/>
            <w:vAlign w:val="center"/>
          </w:tcPr>
          <w:p>
            <w:r/>
            <w:r>
              <w:rPr>
                <w:rFonts w:ascii="Malgun Gothic" w:hAnsi="Malgun Gothic" w:eastAsia="Malgun Gothic"/>
                <w:b w:val="0"/>
                <w:sz w:val="16"/>
              </w:rPr>
              <w:t>가능</w:t>
            </w:r>
          </w:p>
        </w:tc>
      </w:tr>
      <w:tr>
        <w:trPr>
          <w:cantSplit/>
        </w:trPr>
        <w:tc>
          <w:tcPr>
            <w:tcW w:type="dxa" w:w="4933"/>
            <w:vAlign w:val="center"/>
          </w:tcPr>
          <w:p>
            <w:r/>
            <w:r>
              <w:rPr>
                <w:rFonts w:ascii="Malgun Gothic" w:hAnsi="Malgun Gothic" w:eastAsia="Malgun Gothic"/>
                <w:b w:val="0"/>
                <w:sz w:val="16"/>
              </w:rPr>
              <w:t>segment acoustic feature 입력 생성</w:t>
            </w:r>
          </w:p>
        </w:tc>
        <w:tc>
          <w:tcPr>
            <w:tcW w:type="dxa" w:w="4933"/>
            <w:vAlign w:val="center"/>
          </w:tcPr>
          <w:p>
            <w:r/>
            <w:r>
              <w:rPr>
                <w:rFonts w:ascii="Malgun Gothic" w:hAnsi="Malgun Gothic" w:eastAsia="Malgun Gothic"/>
                <w:b w:val="0"/>
                <w:sz w:val="16"/>
              </w:rPr>
              <w:t>가능</w:t>
            </w:r>
          </w:p>
        </w:tc>
      </w:tr>
    </w:tbl>
    <w:p/>
    <w:p>
      <w:r>
        <w:rPr>
          <w:b/>
        </w:rPr>
        <w:t>표 6-2. 금지 또는 보류 표현</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표현</w:t>
            </w:r>
          </w:p>
        </w:tc>
        <w:tc>
          <w:tcPr>
            <w:tcW w:type="dxa" w:w="3289"/>
          </w:tcPr>
          <w:p>
            <w:r/>
            <w:r>
              <w:rPr>
                <w:rFonts w:ascii="Malgun Gothic" w:hAnsi="Malgun Gothic" w:eastAsia="Malgun Gothic"/>
                <w:b/>
                <w:sz w:val="16"/>
              </w:rPr>
              <w:t>판정</w:t>
            </w:r>
          </w:p>
        </w:tc>
        <w:tc>
          <w:tcPr>
            <w:tcW w:type="dxa" w:w="3289"/>
          </w:tcPr>
          <w:p>
            <w:r/>
            <w:r>
              <w:rPr>
                <w:rFonts w:ascii="Malgun Gothic" w:hAnsi="Malgun Gothic" w:eastAsia="Malgun Gothic"/>
                <w:b/>
                <w:sz w:val="16"/>
              </w:rPr>
              <w:t>이유</w:t>
            </w:r>
          </w:p>
        </w:tc>
      </w:tr>
      <w:tr>
        <w:trPr>
          <w:cantSplit/>
        </w:trPr>
        <w:tc>
          <w:tcPr>
            <w:tcW w:type="dxa" w:w="3289"/>
            <w:vAlign w:val="center"/>
          </w:tcPr>
          <w:p>
            <w:r/>
            <w:r>
              <w:rPr>
                <w:rFonts w:ascii="Malgun Gothic" w:hAnsi="Malgun Gothic" w:eastAsia="Malgun Gothic"/>
                <w:b w:val="0"/>
                <w:sz w:val="16"/>
              </w:rPr>
              <w:t>고객/상담사 역할 확정</w:t>
            </w:r>
          </w:p>
        </w:tc>
        <w:tc>
          <w:tcPr>
            <w:tcW w:type="dxa" w:w="3289"/>
            <w:vAlign w:val="center"/>
          </w:tcPr>
          <w:p>
            <w:r/>
            <w:r>
              <w:rPr>
                <w:rFonts w:ascii="Malgun Gothic" w:hAnsi="Malgun Gothic" w:eastAsia="Malgun Gothic"/>
                <w:b w:val="0"/>
                <w:sz w:val="16"/>
              </w:rPr>
              <w:t>금지</w:t>
            </w:r>
          </w:p>
        </w:tc>
        <w:tc>
          <w:tcPr>
            <w:tcW w:type="dxa" w:w="3289"/>
            <w:vAlign w:val="center"/>
          </w:tcPr>
          <w:p>
            <w:r/>
            <w:r>
              <w:rPr>
                <w:rFonts w:ascii="Malgun Gothic" w:hAnsi="Malgun Gothic" w:eastAsia="Malgun Gothic"/>
                <w:b w:val="0"/>
                <w:sz w:val="16"/>
              </w:rPr>
              <w:t>role mapping 미검증</w:t>
            </w:r>
          </w:p>
        </w:tc>
      </w:tr>
      <w:tr>
        <w:trPr>
          <w:cantSplit/>
        </w:trPr>
        <w:tc>
          <w:tcPr>
            <w:tcW w:type="dxa" w:w="3289"/>
            <w:vAlign w:val="center"/>
          </w:tcPr>
          <w:p>
            <w:r/>
            <w:r>
              <w:rPr>
                <w:rFonts w:ascii="Malgun Gothic" w:hAnsi="Malgun Gothic" w:eastAsia="Malgun Gothic"/>
                <w:b w:val="0"/>
                <w:sz w:val="16"/>
              </w:rPr>
              <w:t>고객-only stress 완료</w:t>
            </w:r>
          </w:p>
        </w:tc>
        <w:tc>
          <w:tcPr>
            <w:tcW w:type="dxa" w:w="3289"/>
            <w:vAlign w:val="center"/>
          </w:tcPr>
          <w:p>
            <w:r/>
            <w:r>
              <w:rPr>
                <w:rFonts w:ascii="Malgun Gothic" w:hAnsi="Malgun Gothic" w:eastAsia="Malgun Gothic"/>
                <w:b w:val="0"/>
                <w:sz w:val="16"/>
              </w:rPr>
              <w:t>금지</w:t>
            </w:r>
          </w:p>
        </w:tc>
        <w:tc>
          <w:tcPr>
            <w:tcW w:type="dxa" w:w="3289"/>
            <w:vAlign w:val="center"/>
          </w:tcPr>
          <w:p>
            <w:r/>
            <w:r>
              <w:rPr>
                <w:rFonts w:ascii="Malgun Gothic" w:hAnsi="Malgun Gothic" w:eastAsia="Malgun Gothic"/>
                <w:b w:val="0"/>
                <w:sz w:val="16"/>
              </w:rPr>
              <w:t>segment stress 미완료</w:t>
            </w:r>
          </w:p>
        </w:tc>
      </w:tr>
      <w:tr>
        <w:trPr>
          <w:cantSplit/>
        </w:trPr>
        <w:tc>
          <w:tcPr>
            <w:tcW w:type="dxa" w:w="3289"/>
            <w:vAlign w:val="center"/>
          </w:tcPr>
          <w:p>
            <w:r/>
            <w:r>
              <w:rPr>
                <w:rFonts w:ascii="Malgun Gothic" w:hAnsi="Malgun Gothic" w:eastAsia="Malgun Gothic"/>
                <w:b w:val="0"/>
                <w:sz w:val="16"/>
              </w:rPr>
              <w:t>상담사가 고객 스트레스에 영향</w:t>
            </w:r>
          </w:p>
        </w:tc>
        <w:tc>
          <w:tcPr>
            <w:tcW w:type="dxa" w:w="3289"/>
            <w:vAlign w:val="center"/>
          </w:tcPr>
          <w:p>
            <w:r/>
            <w:r>
              <w:rPr>
                <w:rFonts w:ascii="Malgun Gothic" w:hAnsi="Malgun Gothic" w:eastAsia="Malgun Gothic"/>
                <w:b w:val="0"/>
                <w:sz w:val="16"/>
              </w:rPr>
              <w:t>금지</w:t>
            </w:r>
          </w:p>
        </w:tc>
        <w:tc>
          <w:tcPr>
            <w:tcW w:type="dxa" w:w="3289"/>
            <w:vAlign w:val="center"/>
          </w:tcPr>
          <w:p>
            <w:r/>
            <w:r>
              <w:rPr>
                <w:rFonts w:ascii="Malgun Gothic" w:hAnsi="Malgun Gothic" w:eastAsia="Malgun Gothic"/>
                <w:b w:val="0"/>
                <w:sz w:val="16"/>
              </w:rPr>
              <w:t>인과 근거 없음</w:t>
            </w:r>
          </w:p>
        </w:tc>
      </w:tr>
      <w:tr>
        <w:trPr>
          <w:cantSplit/>
        </w:trPr>
        <w:tc>
          <w:tcPr>
            <w:tcW w:type="dxa" w:w="3289"/>
            <w:vAlign w:val="center"/>
          </w:tcPr>
          <w:p>
            <w:r/>
            <w:r>
              <w:rPr>
                <w:rFonts w:ascii="Malgun Gothic" w:hAnsi="Malgun Gothic" w:eastAsia="Malgun Gothic"/>
                <w:b w:val="0"/>
                <w:sz w:val="16"/>
              </w:rPr>
              <w:t>고스트레스 세그먼트 확정</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stress_score 0건</w:t>
            </w:r>
          </w:p>
        </w:tc>
      </w:tr>
    </w:tbl>
    <w:p/>
    <w:p>
      <w:r>
        <w:rPr>
          <w:b/>
        </w:rPr>
        <w:t>표 6-3. 연구 연속성</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기준</w:t>
            </w:r>
          </w:p>
        </w:tc>
        <w:tc>
          <w:tcPr>
            <w:tcW w:type="dxa" w:w="3289"/>
          </w:tcPr>
          <w:p>
            <w:r/>
            <w:r>
              <w:rPr>
                <w:rFonts w:ascii="Malgun Gothic" w:hAnsi="Malgun Gothic" w:eastAsia="Malgun Gothic"/>
                <w:b/>
                <w:sz w:val="16"/>
              </w:rPr>
              <w:t>현재 위치</w:t>
            </w:r>
          </w:p>
        </w:tc>
        <w:tc>
          <w:tcPr>
            <w:tcW w:type="dxa" w:w="3289"/>
          </w:tcPr>
          <w:p>
            <w:r/>
            <w:r>
              <w:rPr>
                <w:rFonts w:ascii="Malgun Gothic" w:hAnsi="Malgun Gothic" w:eastAsia="Malgun Gothic"/>
                <w:b/>
                <w:sz w:val="16"/>
              </w:rPr>
              <w:t>논문 처리</w:t>
            </w:r>
          </w:p>
        </w:tc>
      </w:tr>
      <w:tr>
        <w:trPr>
          <w:cantSplit/>
        </w:trPr>
        <w:tc>
          <w:tcPr>
            <w:tcW w:type="dxa" w:w="3289"/>
            <w:vAlign w:val="center"/>
          </w:tcPr>
          <w:p>
            <w:r/>
            <w:r>
              <w:rPr>
                <w:rFonts w:ascii="Malgun Gothic" w:hAnsi="Malgun Gothic" w:eastAsia="Malgun Gothic"/>
                <w:b w:val="0"/>
                <w:sz w:val="16"/>
              </w:rPr>
              <w:t>0413 n=998</w:t>
            </w:r>
          </w:p>
        </w:tc>
        <w:tc>
          <w:tcPr>
            <w:tcW w:type="dxa" w:w="3289"/>
            <w:vAlign w:val="center"/>
          </w:tcPr>
          <w:p>
            <w:r/>
            <w:r>
              <w:rPr>
                <w:rFonts w:ascii="Malgun Gothic" w:hAnsi="Malgun Gothic" w:eastAsia="Malgun Gothic"/>
                <w:b w:val="0"/>
                <w:sz w:val="16"/>
              </w:rPr>
              <w:t>본문 핵심</w:t>
            </w:r>
          </w:p>
        </w:tc>
        <w:tc>
          <w:tcPr>
            <w:tcW w:type="dxa" w:w="3289"/>
            <w:vAlign w:val="center"/>
          </w:tcPr>
          <w:p>
            <w:r/>
            <w:r>
              <w:rPr>
                <w:rFonts w:ascii="Malgun Gothic" w:hAnsi="Malgun Gothic" w:eastAsia="Malgun Gothic"/>
                <w:b w:val="0"/>
                <w:sz w:val="16"/>
              </w:rPr>
              <w:t>유지</w:t>
            </w:r>
          </w:p>
        </w:tc>
      </w:tr>
      <w:tr>
        <w:trPr>
          <w:cantSplit/>
        </w:trPr>
        <w:tc>
          <w:tcPr>
            <w:tcW w:type="dxa" w:w="3289"/>
            <w:vAlign w:val="center"/>
          </w:tcPr>
          <w:p>
            <w:r/>
            <w:r>
              <w:rPr>
                <w:rFonts w:ascii="Malgun Gothic" w:hAnsi="Malgun Gothic" w:eastAsia="Malgun Gothic"/>
                <w:b w:val="0"/>
                <w:sz w:val="16"/>
              </w:rPr>
              <w:t>TO-BE n=1,000</w:t>
            </w:r>
          </w:p>
        </w:tc>
        <w:tc>
          <w:tcPr>
            <w:tcW w:type="dxa" w:w="3289"/>
            <w:vAlign w:val="center"/>
          </w:tcPr>
          <w:p>
            <w:r/>
            <w:r>
              <w:rPr>
                <w:rFonts w:ascii="Malgun Gothic" w:hAnsi="Malgun Gothic" w:eastAsia="Malgun Gothic"/>
                <w:b w:val="0"/>
                <w:sz w:val="16"/>
              </w:rPr>
              <w:t>재현성</w:t>
            </w:r>
          </w:p>
        </w:tc>
        <w:tc>
          <w:tcPr>
            <w:tcW w:type="dxa" w:w="3289"/>
            <w:vAlign w:val="center"/>
          </w:tcPr>
          <w:p>
            <w:r/>
            <w:r>
              <w:rPr>
                <w:rFonts w:ascii="Malgun Gothic" w:hAnsi="Malgun Gothic" w:eastAsia="Malgun Gothic"/>
                <w:b w:val="0"/>
                <w:sz w:val="16"/>
              </w:rPr>
              <w:t>부록</w:t>
            </w:r>
          </w:p>
        </w:tc>
      </w:tr>
      <w:tr>
        <w:trPr>
          <w:cantSplit/>
        </w:trPr>
        <w:tc>
          <w:tcPr>
            <w:tcW w:type="dxa" w:w="3289"/>
            <w:vAlign w:val="center"/>
          </w:tcPr>
          <w:p>
            <w:r/>
            <w:r>
              <w:rPr>
                <w:rFonts w:ascii="Malgun Gothic" w:hAnsi="Malgun Gothic" w:eastAsia="Malgun Gothic"/>
                <w:b w:val="0"/>
                <w:sz w:val="16"/>
              </w:rPr>
              <w:t>화자분리 7~11번</w:t>
            </w:r>
          </w:p>
        </w:tc>
        <w:tc>
          <w:tcPr>
            <w:tcW w:type="dxa" w:w="3289"/>
            <w:vAlign w:val="center"/>
          </w:tcPr>
          <w:p>
            <w:r/>
            <w:r>
              <w:rPr>
                <w:rFonts w:ascii="Malgun Gothic" w:hAnsi="Malgun Gothic" w:eastAsia="Malgun Gothic"/>
                <w:b w:val="0"/>
                <w:sz w:val="16"/>
              </w:rPr>
              <w:t>확장 분석</w:t>
            </w:r>
          </w:p>
        </w:tc>
        <w:tc>
          <w:tcPr>
            <w:tcW w:type="dxa" w:w="3289"/>
            <w:vAlign w:val="center"/>
          </w:tcPr>
          <w:p>
            <w:r/>
            <w:r>
              <w:rPr>
                <w:rFonts w:ascii="Malgun Gothic" w:hAnsi="Malgun Gothic" w:eastAsia="Malgun Gothic"/>
                <w:b w:val="0"/>
                <w:sz w:val="16"/>
              </w:rPr>
              <w:t>부록/후속 연구</w:t>
            </w:r>
          </w:p>
        </w:tc>
      </w:tr>
      <w:tr>
        <w:trPr>
          <w:cantSplit/>
        </w:trPr>
        <w:tc>
          <w:tcPr>
            <w:tcW w:type="dxa" w:w="3289"/>
            <w:vAlign w:val="center"/>
          </w:tcPr>
          <w:p>
            <w:r/>
            <w:r>
              <w:rPr>
                <w:rFonts w:ascii="Malgun Gothic" w:hAnsi="Malgun Gothic" w:eastAsia="Malgun Gothic"/>
                <w:b w:val="0"/>
                <w:sz w:val="16"/>
              </w:rPr>
              <w:t>12번 이후</w:t>
            </w:r>
          </w:p>
        </w:tc>
        <w:tc>
          <w:tcPr>
            <w:tcW w:type="dxa" w:w="3289"/>
            <w:vAlign w:val="center"/>
          </w:tcPr>
          <w:p>
            <w:r/>
            <w:r>
              <w:rPr>
                <w:rFonts w:ascii="Malgun Gothic" w:hAnsi="Malgun Gothic" w:eastAsia="Malgun Gothic"/>
                <w:b w:val="0"/>
                <w:sz w:val="16"/>
              </w:rPr>
              <w:t>segment stress</w:t>
            </w:r>
          </w:p>
        </w:tc>
        <w:tc>
          <w:tcPr>
            <w:tcW w:type="dxa" w:w="3289"/>
            <w:vAlign w:val="center"/>
          </w:tcPr>
          <w:p>
            <w:r/>
            <w:r>
              <w:rPr>
                <w:rFonts w:ascii="Malgun Gothic" w:hAnsi="Malgun Gothic" w:eastAsia="Malgun Gothic"/>
                <w:b w:val="0"/>
                <w:sz w:val="16"/>
              </w:rPr>
              <w:t>완료 후 재검토</w:t>
            </w:r>
          </w:p>
        </w:tc>
      </w:tr>
    </w:tbl>
    <w:p/>
    <w:p>
      <w:r>
        <w:rPr>
          <w:b/>
        </w:rPr>
        <w:t>표 6-Q.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교수님 보고에서 완료 사실과 PENDING을 어떻게 구분할 것인가?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논문 본문·부록·후속 연구의 경계를 어떻게 설명할 것인가?</w:t>
            </w:r>
          </w:p>
        </w:tc>
      </w:tr>
    </w:tbl>
    <w:p/>
    <w:p>
      <w:r>
        <w:rPr>
          <w:b/>
        </w:rPr>
        <w:t>표 6-M.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Claim guard</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Professor Q&amp;A</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Presentation evidence map</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Submission readiness</w:t>
            </w:r>
          </w:p>
        </w:tc>
      </w:tr>
    </w:tbl>
    <w:p/>
    <w:p>
      <w:pPr>
        <w:pStyle w:val="Heading2"/>
      </w:pPr>
      <w:r>
        <w:t>분석 그림 및 도식</w:t>
      </w:r>
    </w:p>
    <w:p>
      <w:pPr>
        <w:jc w:val="center"/>
      </w:pPr>
      <w:r>
        <w:rPr>
          <w:b/>
        </w:rPr>
        <w:t>그림 6-1. 발표 문구 사용 가능 범위</w:t>
      </w:r>
    </w:p>
    <w:p>
      <w:pPr>
        <w:jc w:val="center"/>
      </w:pPr>
      <w:r>
        <w:drawing>
          <wp:inline xmlns:a="http://schemas.openxmlformats.org/drawingml/2006/main" xmlns:pic="http://schemas.openxmlformats.org/drawingml/2006/picture">
            <wp:extent cx="5806440" cy="2997216"/>
            <wp:docPr id="38" name="Picture 38"/>
            <wp:cNvGraphicFramePr>
              <a:graphicFrameLocks noChangeAspect="1"/>
            </wp:cNvGraphicFramePr>
            <a:graphic>
              <a:graphicData uri="http://schemas.openxmlformats.org/drawingml/2006/picture">
                <pic:pic>
                  <pic:nvPicPr>
                    <pic:cNvPr id="0" name="ch6_claim_guard_v215.png"/>
                    <pic:cNvPicPr/>
                  </pic:nvPicPr>
                  <pic:blipFill>
                    <a:blip r:embed="rId39"/>
                    <a:stretch>
                      <a:fillRect/>
                    </a:stretch>
                  </pic:blipFill>
                  <pic:spPr>
                    <a:xfrm>
                      <a:off x="0" y="0"/>
                      <a:ext cx="5806440" cy="2997216"/>
                    </a:xfrm>
                    <a:prstGeom prst="rect"/>
                  </pic:spPr>
                </pic:pic>
              </a:graphicData>
            </a:graphic>
          </wp:inline>
        </w:drawing>
      </w:r>
    </w:p>
    <w:p>
      <w:pPr>
        <w:jc w:val="center"/>
      </w:pPr>
      <w:r>
        <w:rPr>
          <w:b/>
        </w:rPr>
        <w:t>그림 6-2. 논문 본문·부록·후속연구 연결</w:t>
      </w:r>
    </w:p>
    <w:p>
      <w:pPr>
        <w:jc w:val="center"/>
      </w:pPr>
      <w:r>
        <w:drawing>
          <wp:inline xmlns:a="http://schemas.openxmlformats.org/drawingml/2006/main" xmlns:pic="http://schemas.openxmlformats.org/drawingml/2006/picture">
            <wp:extent cx="5806440" cy="3015499"/>
            <wp:docPr id="39" name="Picture 39"/>
            <wp:cNvGraphicFramePr>
              <a:graphicFrameLocks noChangeAspect="1"/>
            </wp:cNvGraphicFramePr>
            <a:graphic>
              <a:graphicData uri="http://schemas.openxmlformats.org/drawingml/2006/picture">
                <pic:pic>
                  <pic:nvPicPr>
                    <pic:cNvPr id="0" name="ch6_continuity_v215.png"/>
                    <pic:cNvPicPr/>
                  </pic:nvPicPr>
                  <pic:blipFill>
                    <a:blip r:embed="rId40"/>
                    <a:stretch>
                      <a:fillRect/>
                    </a:stretch>
                  </pic:blipFill>
                  <pic:spPr>
                    <a:xfrm>
                      <a:off x="0" y="0"/>
                      <a:ext cx="5806440" cy="3015499"/>
                    </a:xfrm>
                    <a:prstGeom prst="rect"/>
                  </pic:spPr>
                </pic:pic>
              </a:graphicData>
            </a:graphic>
          </wp:inline>
        </w:drawing>
      </w:r>
    </w:p>
    <w:p>
      <w:pPr>
        <w:jc w:val="center"/>
      </w:pPr>
      <w:r>
        <w:rPr>
          <w:b/>
        </w:rPr>
        <w:t>그림 6-3. 보고 근거 구성</w:t>
      </w:r>
    </w:p>
    <w:p>
      <w:pPr>
        <w:jc w:val="center"/>
      </w:pPr>
      <w:r>
        <w:drawing>
          <wp:inline xmlns:a="http://schemas.openxmlformats.org/drawingml/2006/main" xmlns:pic="http://schemas.openxmlformats.org/drawingml/2006/picture">
            <wp:extent cx="5806440" cy="2997216"/>
            <wp:docPr id="40" name="Picture 40"/>
            <wp:cNvGraphicFramePr>
              <a:graphicFrameLocks noChangeAspect="1"/>
            </wp:cNvGraphicFramePr>
            <a:graphic>
              <a:graphicData uri="http://schemas.openxmlformats.org/drawingml/2006/picture">
                <pic:pic>
                  <pic:nvPicPr>
                    <pic:cNvPr id="0" name="ch6_evidence_v215.png"/>
                    <pic:cNvPicPr/>
                  </pic:nvPicPr>
                  <pic:blipFill>
                    <a:blip r:embed="rId41"/>
                    <a:stretch>
                      <a:fillRect/>
                    </a:stretch>
                  </pic:blipFill>
                  <pic:spPr>
                    <a:xfrm>
                      <a:off x="0" y="0"/>
                      <a:ext cx="5806440" cy="2997216"/>
                    </a:xfrm>
                    <a:prstGeom prst="rect"/>
                  </pic:spPr>
                </pic:pic>
              </a:graphicData>
            </a:graphic>
          </wp:inline>
        </w:drawing>
      </w:r>
    </w:p>
    <w:p>
      <w:pPr>
        <w:pStyle w:val="Heading2"/>
      </w:pPr>
      <w:r>
        <w:t>원본 분석 산출물 연계</w:t>
      </w:r>
    </w:p>
    <w:p>
      <w:r>
        <w:t>전체 행 포함</w:t>
      </w:r>
    </w:p>
    <w:p>
      <w:r>
        <w:rPr>
          <w:b/>
        </w:rPr>
        <w:t>산출물 JSON: results/runtime/scie_submission_readiness_status.json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profile</w:t>
            </w:r>
          </w:p>
        </w:tc>
        <w:tc>
          <w:tcPr>
            <w:tcW w:type="dxa" w:w="4933"/>
            <w:vAlign w:val="center"/>
          </w:tcPr>
          <w:p>
            <w:r/>
            <w:r>
              <w:rPr>
                <w:rFonts w:ascii="Malgun Gothic" w:hAnsi="Malgun Gothic" w:eastAsia="Malgun Gothic"/>
                <w:b w:val="0"/>
                <w:sz w:val="14"/>
              </w:rPr>
              <w:t>n1000</w:t>
            </w:r>
          </w:p>
        </w:tc>
      </w:tr>
      <w:tr>
        <w:trPr>
          <w:cantSplit/>
        </w:trPr>
        <w:tc>
          <w:tcPr>
            <w:tcW w:type="dxa" w:w="4933"/>
            <w:vAlign w:val="center"/>
          </w:tcPr>
          <w:p>
            <w:r/>
            <w:r>
              <w:rPr>
                <w:rFonts w:ascii="Malgun Gothic" w:hAnsi="Malgun Gothic" w:eastAsia="Malgun Gothic"/>
                <w:b w:val="0"/>
                <w:sz w:val="14"/>
              </w:rPr>
              <w:t>snapshot_path</w:t>
            </w:r>
          </w:p>
        </w:tc>
        <w:tc>
          <w:tcPr>
            <w:tcW w:type="dxa" w:w="4933"/>
            <w:vAlign w:val="center"/>
          </w:tcPr>
          <w:p>
            <w:r/>
            <w:r>
              <w:rPr>
                <w:rFonts w:ascii="Malgun Gothic" w:hAnsi="Malgun Gothic" w:eastAsia="Malgun Gothic"/>
                <w:b w:val="0"/>
                <w:sz w:val="14"/>
              </w:rPr>
              <w:t>C:\AI\sci_voc_bot\results_by_count\n1000\snapshot</w:t>
            </w:r>
          </w:p>
        </w:tc>
      </w:tr>
      <w:tr>
        <w:trPr>
          <w:cantSplit/>
        </w:trPr>
        <w:tc>
          <w:tcPr>
            <w:tcW w:type="dxa" w:w="4933"/>
            <w:vAlign w:val="center"/>
          </w:tcPr>
          <w:p>
            <w:r/>
            <w:r>
              <w:rPr>
                <w:rFonts w:ascii="Malgun Gothic" w:hAnsi="Malgun Gothic" w:eastAsia="Malgun Gothic"/>
                <w:b w:val="0"/>
                <w:sz w:val="14"/>
              </w:rPr>
              <w:t>snapshot_exists</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stt_path</w:t>
            </w:r>
          </w:p>
        </w:tc>
        <w:tc>
          <w:tcPr>
            <w:tcW w:type="dxa" w:w="4933"/>
            <w:vAlign w:val="center"/>
          </w:tcPr>
          <w:p>
            <w:r/>
            <w:r>
              <w:rPr>
                <w:rFonts w:ascii="Malgun Gothic" w:hAnsi="Malgun Gothic" w:eastAsia="Malgun Gothic"/>
                <w:b w:val="0"/>
                <w:sz w:val="14"/>
              </w:rPr>
              <w:t>C:\AI\sci_voc_bot\data\voc\stt\voc_whisper_small_results.csv</w:t>
            </w:r>
          </w:p>
        </w:tc>
      </w:tr>
      <w:tr>
        <w:trPr>
          <w:cantSplit/>
        </w:trPr>
        <w:tc>
          <w:tcPr>
            <w:tcW w:type="dxa" w:w="4933"/>
            <w:vAlign w:val="center"/>
          </w:tcPr>
          <w:p>
            <w:r/>
            <w:r>
              <w:rPr>
                <w:rFonts w:ascii="Malgun Gothic" w:hAnsi="Malgun Gothic" w:eastAsia="Malgun Gothic"/>
                <w:b w:val="0"/>
                <w:sz w:val="14"/>
              </w:rPr>
              <w:t>stt_rows</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stt_success_unique</w:t>
            </w:r>
          </w:p>
        </w:tc>
        <w:tc>
          <w:tcPr>
            <w:tcW w:type="dxa" w:w="4933"/>
            <w:vAlign w:val="center"/>
          </w:tcPr>
          <w:p>
            <w:r/>
            <w:r>
              <w:rPr>
                <w:rFonts w:ascii="Malgun Gothic" w:hAnsi="Malgun Gothic" w:eastAsia="Malgun Gothic"/>
                <w:b w:val="0"/>
                <w:sz w:val="14"/>
              </w:rPr>
              <w:t>992</w:t>
            </w:r>
          </w:p>
        </w:tc>
      </w:tr>
      <w:tr>
        <w:trPr>
          <w:cantSplit/>
        </w:trPr>
        <w:tc>
          <w:tcPr>
            <w:tcW w:type="dxa" w:w="4933"/>
            <w:vAlign w:val="center"/>
          </w:tcPr>
          <w:p>
            <w:r/>
            <w:r>
              <w:rPr>
                <w:rFonts w:ascii="Malgun Gothic" w:hAnsi="Malgun Gothic" w:eastAsia="Malgun Gothic"/>
                <w:b w:val="0"/>
                <w:sz w:val="14"/>
              </w:rPr>
              <w:t>stt_failed_or_empty</w:t>
            </w:r>
          </w:p>
        </w:tc>
        <w:tc>
          <w:tcPr>
            <w:tcW w:type="dxa" w:w="4933"/>
            <w:vAlign w:val="center"/>
          </w:tcPr>
          <w:p>
            <w:r/>
            <w:r>
              <w:rPr>
                <w:rFonts w:ascii="Malgun Gothic" w:hAnsi="Malgun Gothic" w:eastAsia="Malgun Gothic"/>
                <w:b w:val="0"/>
                <w:sz w:val="14"/>
              </w:rPr>
              <w:t>8</w:t>
            </w:r>
          </w:p>
        </w:tc>
      </w:tr>
      <w:tr>
        <w:trPr>
          <w:cantSplit/>
        </w:trPr>
        <w:tc>
          <w:tcPr>
            <w:tcW w:type="dxa" w:w="4933"/>
            <w:vAlign w:val="center"/>
          </w:tcPr>
          <w:p>
            <w:r/>
            <w:r>
              <w:rPr>
                <w:rFonts w:ascii="Malgun Gothic" w:hAnsi="Malgun Gothic" w:eastAsia="Malgun Gothic"/>
                <w:b w:val="0"/>
                <w:sz w:val="14"/>
              </w:rPr>
              <w:t>stt_model_detected</w:t>
            </w:r>
          </w:p>
        </w:tc>
        <w:tc>
          <w:tcPr>
            <w:tcW w:type="dxa" w:w="4933"/>
            <w:vAlign w:val="center"/>
          </w:tcPr>
          <w:p>
            <w:r/>
            <w:r>
              <w:rPr>
                <w:rFonts w:ascii="Malgun Gothic" w:hAnsi="Malgun Gothic" w:eastAsia="Malgun Gothic"/>
                <w:b w:val="0"/>
                <w:sz w:val="14"/>
              </w:rPr>
              <w:t>small</w:t>
            </w:r>
          </w:p>
        </w:tc>
      </w:tr>
      <w:tr>
        <w:trPr>
          <w:cantSplit/>
        </w:trPr>
        <w:tc>
          <w:tcPr>
            <w:tcW w:type="dxa" w:w="4933"/>
            <w:vAlign w:val="center"/>
          </w:tcPr>
          <w:p>
            <w:r/>
            <w:r>
              <w:rPr>
                <w:rFonts w:ascii="Malgun Gothic" w:hAnsi="Malgun Gothic" w:eastAsia="Malgun Gothic"/>
                <w:b w:val="0"/>
                <w:sz w:val="14"/>
              </w:rPr>
              <w:t>feature_path</w:t>
            </w:r>
          </w:p>
        </w:tc>
        <w:tc>
          <w:tcPr>
            <w:tcW w:type="dxa" w:w="4933"/>
            <w:vAlign w:val="center"/>
          </w:tcPr>
          <w:p>
            <w:r/>
            <w:r>
              <w:rPr>
                <w:rFonts w:ascii="Malgun Gothic" w:hAnsi="Malgun Gothic" w:eastAsia="Malgun Gothic"/>
                <w:b w:val="0"/>
                <w:sz w:val="14"/>
              </w:rPr>
              <w:t>C:\AI\sci_voc_bot\data\voc\features\voc_features.csv</w:t>
            </w:r>
          </w:p>
        </w:tc>
      </w:tr>
      <w:tr>
        <w:trPr>
          <w:cantSplit/>
        </w:trPr>
        <w:tc>
          <w:tcPr>
            <w:tcW w:type="dxa" w:w="4933"/>
            <w:vAlign w:val="center"/>
          </w:tcPr>
          <w:p>
            <w:r/>
            <w:r>
              <w:rPr>
                <w:rFonts w:ascii="Malgun Gothic" w:hAnsi="Malgun Gothic" w:eastAsia="Malgun Gothic"/>
                <w:b w:val="0"/>
                <w:sz w:val="14"/>
              </w:rPr>
              <w:t>feature_n</w:t>
            </w:r>
          </w:p>
        </w:tc>
        <w:tc>
          <w:tcPr>
            <w:tcW w:type="dxa" w:w="4933"/>
            <w:vAlign w:val="center"/>
          </w:tcPr>
          <w:p>
            <w:r/>
            <w:r>
              <w:rPr>
                <w:rFonts w:ascii="Malgun Gothic" w:hAnsi="Malgun Gothic" w:eastAsia="Malgun Gothic"/>
                <w:b w:val="0"/>
                <w:sz w:val="14"/>
              </w:rPr>
              <w:t>442</w:t>
            </w:r>
          </w:p>
        </w:tc>
      </w:tr>
      <w:tr>
        <w:trPr>
          <w:cantSplit/>
        </w:trPr>
        <w:tc>
          <w:tcPr>
            <w:tcW w:type="dxa" w:w="4933"/>
            <w:vAlign w:val="center"/>
          </w:tcPr>
          <w:p>
            <w:r/>
            <w:r>
              <w:rPr>
                <w:rFonts w:ascii="Malgun Gothic" w:hAnsi="Malgun Gothic" w:eastAsia="Malgun Gothic"/>
                <w:b w:val="0"/>
                <w:sz w:val="14"/>
              </w:rPr>
              <w:t>stress_path</w:t>
            </w:r>
          </w:p>
        </w:tc>
        <w:tc>
          <w:tcPr>
            <w:tcW w:type="dxa" w:w="4933"/>
            <w:vAlign w:val="center"/>
          </w:tcPr>
          <w:p>
            <w:r/>
            <w:r>
              <w:rPr>
                <w:rFonts w:ascii="Malgun Gothic" w:hAnsi="Malgun Gothic" w:eastAsia="Malgun Gothic"/>
                <w:b w:val="0"/>
                <w:sz w:val="14"/>
              </w:rPr>
            </w:r>
          </w:p>
        </w:tc>
      </w:tr>
      <w:tr>
        <w:trPr>
          <w:cantSplit/>
        </w:trPr>
        <w:tc>
          <w:tcPr>
            <w:tcW w:type="dxa" w:w="4933"/>
            <w:vAlign w:val="center"/>
          </w:tcPr>
          <w:p>
            <w:r/>
            <w:r>
              <w:rPr>
                <w:rFonts w:ascii="Malgun Gothic" w:hAnsi="Malgun Gothic" w:eastAsia="Malgun Gothic"/>
                <w:b w:val="0"/>
                <w:sz w:val="14"/>
              </w:rPr>
              <w:t>stress_n</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wpm_mean</w:t>
            </w:r>
          </w:p>
        </w:tc>
        <w:tc>
          <w:tcPr>
            <w:tcW w:type="dxa" w:w="4933"/>
            <w:vAlign w:val="center"/>
          </w:tcPr>
          <w:p>
            <w:r/>
            <w:r>
              <w:rPr>
                <w:rFonts w:ascii="Malgun Gothic" w:hAnsi="Malgun Gothic" w:eastAsia="Malgun Gothic"/>
                <w:b w:val="0"/>
                <w:sz w:val="14"/>
              </w:rPr>
              <w:t>83.4118</w:t>
            </w:r>
          </w:p>
        </w:tc>
      </w:tr>
      <w:tr>
        <w:trPr>
          <w:cantSplit/>
        </w:trPr>
        <w:tc>
          <w:tcPr>
            <w:tcW w:type="dxa" w:w="4933"/>
            <w:vAlign w:val="center"/>
          </w:tcPr>
          <w:p>
            <w:r/>
            <w:r>
              <w:rPr>
                <w:rFonts w:ascii="Malgun Gothic" w:hAnsi="Malgun Gothic" w:eastAsia="Malgun Gothic"/>
                <w:b w:val="0"/>
                <w:sz w:val="14"/>
              </w:rPr>
              <w:t>stress_mean</w:t>
            </w:r>
          </w:p>
        </w:tc>
        <w:tc>
          <w:tcPr>
            <w:tcW w:type="dxa" w:w="4933"/>
            <w:vAlign w:val="center"/>
          </w:tcPr>
          <w:p>
            <w:r/>
            <w:r>
              <w:rPr>
                <w:rFonts w:ascii="Malgun Gothic" w:hAnsi="Malgun Gothic" w:eastAsia="Malgun Gothic"/>
                <w:b w:val="0"/>
                <w:sz w:val="14"/>
              </w:rPr>
            </w:r>
          </w:p>
        </w:tc>
      </w:tr>
      <w:tr>
        <w:trPr>
          <w:cantSplit/>
        </w:trPr>
        <w:tc>
          <w:tcPr>
            <w:tcW w:type="dxa" w:w="4933"/>
            <w:vAlign w:val="center"/>
          </w:tcPr>
          <w:p>
            <w:r/>
            <w:r>
              <w:rPr>
                <w:rFonts w:ascii="Malgun Gothic" w:hAnsi="Malgun Gothic" w:eastAsia="Malgun Gothic"/>
                <w:b w:val="0"/>
                <w:sz w:val="14"/>
              </w:rPr>
              <w:t>generated_at</w:t>
            </w:r>
          </w:p>
        </w:tc>
        <w:tc>
          <w:tcPr>
            <w:tcW w:type="dxa" w:w="4933"/>
            <w:vAlign w:val="center"/>
          </w:tcPr>
          <w:p>
            <w:r/>
            <w:r>
              <w:rPr>
                <w:rFonts w:ascii="Malgun Gothic" w:hAnsi="Malgun Gothic" w:eastAsia="Malgun Gothic"/>
                <w:b w:val="0"/>
                <w:sz w:val="14"/>
              </w:rPr>
              <w:t>2026-07-03 13:20:41</w:t>
            </w:r>
          </w:p>
        </w:tc>
      </w:tr>
      <w:tr>
        <w:trPr>
          <w:cantSplit/>
        </w:trPr>
        <w:tc>
          <w:tcPr>
            <w:tcW w:type="dxa" w:w="4933"/>
            <w:vAlign w:val="center"/>
          </w:tcPr>
          <w:p>
            <w:r/>
            <w:r>
              <w:rPr>
                <w:rFonts w:ascii="Malgun Gothic" w:hAnsi="Malgun Gothic" w:eastAsia="Malgun Gothic"/>
                <w:b w:val="0"/>
                <w:sz w:val="14"/>
              </w:rPr>
              <w:t>analysis_policy</w:t>
            </w:r>
          </w:p>
        </w:tc>
        <w:tc>
          <w:tcPr>
            <w:tcW w:type="dxa" w:w="4933"/>
            <w:vAlign w:val="center"/>
          </w:tcPr>
          <w:p>
            <w:r/>
            <w:r>
              <w:rPr>
                <w:rFonts w:ascii="Malgun Gothic" w:hAnsi="Malgun Gothic" w:eastAsia="Malgun Gothic"/>
                <w:b w:val="0"/>
                <w:sz w:val="14"/>
              </w:rPr>
              <w:t>ASIS_MAIN</w:t>
            </w:r>
          </w:p>
        </w:tc>
      </w:tr>
      <w:tr>
        <w:trPr>
          <w:cantSplit/>
        </w:trPr>
        <w:tc>
          <w:tcPr>
            <w:tcW w:type="dxa" w:w="4933"/>
            <w:vAlign w:val="center"/>
          </w:tcPr>
          <w:p>
            <w:r/>
            <w:r>
              <w:rPr>
                <w:rFonts w:ascii="Malgun Gothic" w:hAnsi="Malgun Gothic" w:eastAsia="Malgun Gothic"/>
                <w:b w:val="0"/>
                <w:sz w:val="14"/>
              </w:rPr>
              <w:t>status</w:t>
            </w:r>
          </w:p>
        </w:tc>
        <w:tc>
          <w:tcPr>
            <w:tcW w:type="dxa" w:w="4933"/>
            <w:vAlign w:val="center"/>
          </w:tcPr>
          <w:p>
            <w:r/>
            <w:r>
              <w:rPr>
                <w:rFonts w:ascii="Malgun Gothic" w:hAnsi="Malgun Gothic" w:eastAsia="Malgun Gothic"/>
                <w:b w:val="0"/>
                <w:sz w:val="14"/>
              </w:rPr>
              <w:t>READY_WITH_REVIEW</w:t>
            </w:r>
          </w:p>
        </w:tc>
      </w:tr>
      <w:tr>
        <w:trPr>
          <w:cantSplit/>
        </w:trPr>
        <w:tc>
          <w:tcPr>
            <w:tcW w:type="dxa" w:w="4933"/>
            <w:vAlign w:val="center"/>
          </w:tcPr>
          <w:p>
            <w:r/>
            <w:r>
              <w:rPr>
                <w:rFonts w:ascii="Malgun Gothic" w:hAnsi="Malgun Gothic" w:eastAsia="Malgun Gothic"/>
                <w:b w:val="0"/>
                <w:sz w:val="14"/>
              </w:rPr>
              <w:t>main_recommendation</w:t>
            </w:r>
          </w:p>
        </w:tc>
        <w:tc>
          <w:tcPr>
            <w:tcW w:type="dxa" w:w="4933"/>
            <w:vAlign w:val="center"/>
          </w:tcPr>
          <w:p>
            <w:r/>
            <w:r>
              <w:rPr>
                <w:rFonts w:ascii="Malgun Gothic" w:hAnsi="Malgun Gothic" w:eastAsia="Malgun Gothic"/>
                <w:b w:val="0"/>
                <w:sz w:val="14"/>
              </w:rPr>
              <w:t>3번 논문 안전안을 본문 기준으로 유지하고, 2번 TO-BE 재산출안은 재현성 검증으로 분리</w:t>
            </w:r>
          </w:p>
        </w:tc>
      </w:tr>
    </w:tbl>
    <w:p/>
    <w:p>
      <w:r>
        <w:t>전체 행 포함</w:t>
      </w:r>
    </w:p>
    <w:p>
      <w:r>
        <w:rPr>
          <w:b/>
        </w:rPr>
        <w:t>산출물 CSV: results/tables/meeting_0627/additional_research_why_method_direction.csv (행 5,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주제</w:t>
            </w:r>
          </w:p>
        </w:tc>
        <w:tc>
          <w:tcPr>
            <w:tcW w:type="dxa" w:w="1973"/>
          </w:tcPr>
          <w:p>
            <w:r/>
            <w:r>
              <w:rPr>
                <w:rFonts w:ascii="Malgun Gothic" w:hAnsi="Malgun Gothic" w:eastAsia="Malgun Gothic"/>
                <w:b/>
                <w:sz w:val="14"/>
              </w:rPr>
              <w:t>왜 필요한가</w:t>
            </w:r>
          </w:p>
        </w:tc>
        <w:tc>
          <w:tcPr>
            <w:tcW w:type="dxa" w:w="1973"/>
          </w:tcPr>
          <w:p>
            <w:r/>
            <w:r>
              <w:rPr>
                <w:rFonts w:ascii="Malgun Gothic" w:hAnsi="Malgun Gothic" w:eastAsia="Malgun Gothic"/>
                <w:b/>
                <w:sz w:val="14"/>
              </w:rPr>
              <w:t>왜 이 기법인가</w:t>
            </w:r>
          </w:p>
        </w:tc>
        <w:tc>
          <w:tcPr>
            <w:tcW w:type="dxa" w:w="1973"/>
          </w:tcPr>
          <w:p>
            <w:r/>
            <w:r>
              <w:rPr>
                <w:rFonts w:ascii="Malgun Gothic" w:hAnsi="Malgun Gothic" w:eastAsia="Malgun Gothic"/>
                <w:b/>
                <w:sz w:val="14"/>
              </w:rPr>
              <w:t>방향성</w:t>
            </w:r>
          </w:p>
        </w:tc>
        <w:tc>
          <w:tcPr>
            <w:tcW w:type="dxa" w:w="1973"/>
          </w:tcPr>
          <w:p>
            <w:r/>
            <w:r>
              <w:rPr>
                <w:rFonts w:ascii="Malgun Gothic" w:hAnsi="Malgun Gothic" w:eastAsia="Malgun Gothic"/>
                <w:b/>
                <w:sz w:val="14"/>
              </w:rPr>
              <w:t>이번 보고에서의 표현</w:t>
            </w:r>
          </w:p>
        </w:tc>
      </w:tr>
      <w:tr>
        <w:trPr>
          <w:cantSplit/>
        </w:trPr>
        <w:tc>
          <w:tcPr>
            <w:tcW w:type="dxa" w:w="1973"/>
            <w:vAlign w:val="center"/>
          </w:tcPr>
          <w:p>
            <w:r/>
            <w:r>
              <w:rPr>
                <w:rFonts w:ascii="Malgun Gothic" w:hAnsi="Malgun Gothic" w:eastAsia="Malgun Gothic"/>
                <w:b w:val="0"/>
                <w:sz w:val="14"/>
              </w:rPr>
              <w:t>외부 준거 라벨 확보</w:t>
            </w:r>
          </w:p>
        </w:tc>
        <w:tc>
          <w:tcPr>
            <w:tcW w:type="dxa" w:w="1973"/>
            <w:vAlign w:val="center"/>
          </w:tcPr>
          <w:p>
            <w:r/>
            <w:r>
              <w:rPr>
                <w:rFonts w:ascii="Malgun Gothic" w:hAnsi="Malgun Gothic" w:eastAsia="Malgun Gothic"/>
                <w:b w:val="0"/>
                <w:sz w:val="14"/>
              </w:rPr>
              <w:t>현재 연구는 외부 정답 라벨 없이 음성 특징과 stress_score의 내적 일관성을 검토한다. 심사자는 '이 점수가 실제 스트레스나 민원 위험과 연결되는가'를 물을 가능성이 높다.</w:t>
            </w:r>
          </w:p>
        </w:tc>
        <w:tc>
          <w:tcPr>
            <w:tcW w:type="dxa" w:w="1973"/>
            <w:vAlign w:val="center"/>
          </w:tcPr>
          <w:p>
            <w:r/>
            <w:r>
              <w:rPr>
                <w:rFonts w:ascii="Malgun Gothic" w:hAnsi="Malgun Gothic" w:eastAsia="Malgun Gothic"/>
                <w:b w:val="0"/>
                <w:sz w:val="14"/>
              </w:rPr>
              <w:t>전문가 평정, QA 점수, CSAT, 민원/재통화 여부를 준거로 두면 stress_score와 실제 운영 결과 간 관련성을 직접 검증할 수 있다.</w:t>
            </w:r>
          </w:p>
        </w:tc>
        <w:tc>
          <w:tcPr>
            <w:tcW w:type="dxa" w:w="1973"/>
            <w:vAlign w:val="center"/>
          </w:tcPr>
          <w:p>
            <w:r/>
            <w:r>
              <w:rPr>
                <w:rFonts w:ascii="Malgun Gothic" w:hAnsi="Malgun Gothic" w:eastAsia="Malgun Gothic"/>
                <w:b w:val="0"/>
                <w:sz w:val="14"/>
              </w:rPr>
              <w:t>200~500콜 Goldset을 만들고 stress_score와 전문가 평정/민원위험의 상관, ANOVA, AUROC를 분석한다.</w:t>
            </w:r>
          </w:p>
        </w:tc>
        <w:tc>
          <w:tcPr>
            <w:tcW w:type="dxa" w:w="1973"/>
            <w:vAlign w:val="center"/>
          </w:tcPr>
          <w:p>
            <w:r/>
            <w:r>
              <w:rPr>
                <w:rFonts w:ascii="Malgun Gothic" w:hAnsi="Malgun Gothic" w:eastAsia="Malgun Gothic"/>
                <w:b w:val="0"/>
                <w:sz w:val="14"/>
              </w:rPr>
              <w:t>현재 논문 결과가 아니라 후속연구 계획으로 제시한다. 현재 원고에서는 '준거타당도 검증 필요'로 제한한다.</w:t>
            </w:r>
          </w:p>
        </w:tc>
      </w:tr>
      <w:tr>
        <w:trPr>
          <w:cantSplit/>
        </w:trPr>
        <w:tc>
          <w:tcPr>
            <w:tcW w:type="dxa" w:w="1973"/>
            <w:vAlign w:val="center"/>
          </w:tcPr>
          <w:p>
            <w:r/>
            <w:r>
              <w:rPr>
                <w:rFonts w:ascii="Malgun Gothic" w:hAnsi="Malgun Gothic" w:eastAsia="Malgun Gothic"/>
                <w:b w:val="0"/>
                <w:sz w:val="14"/>
              </w:rPr>
              <w:t>다센터/다업무 일반화 검증</w:t>
            </w:r>
          </w:p>
        </w:tc>
        <w:tc>
          <w:tcPr>
            <w:tcW w:type="dxa" w:w="1973"/>
            <w:vAlign w:val="center"/>
          </w:tcPr>
          <w:p>
            <w:r/>
            <w:r>
              <w:rPr>
                <w:rFonts w:ascii="Malgun Gothic" w:hAnsi="Malgun Gothic" w:eastAsia="Malgun Gothic"/>
                <w:b w:val="0"/>
                <w:sz w:val="14"/>
              </w:rPr>
              <w:t>단일 콜센터 VOC만으로는 결과가 특정 업무, 특정 기간, 특정 녹취 환경에 의존했을 수 있다.</w:t>
            </w:r>
          </w:p>
        </w:tc>
        <w:tc>
          <w:tcPr>
            <w:tcW w:type="dxa" w:w="1973"/>
            <w:vAlign w:val="center"/>
          </w:tcPr>
          <w:p>
            <w:r/>
            <w:r>
              <w:rPr>
                <w:rFonts w:ascii="Malgun Gothic" w:hAnsi="Malgun Gothic" w:eastAsia="Malgun Gothic"/>
                <w:b w:val="0"/>
                <w:sz w:val="14"/>
              </w:rPr>
              <w:t>센터·업무유형·기간별로 같은 지표를 다시 산출하면 지표의 외적 타당도와 재현성을 확인할 수 있다.</w:t>
            </w:r>
          </w:p>
        </w:tc>
        <w:tc>
          <w:tcPr>
            <w:tcW w:type="dxa" w:w="1973"/>
            <w:vAlign w:val="center"/>
          </w:tcPr>
          <w:p>
            <w:r/>
            <w:r>
              <w:rPr>
                <w:rFonts w:ascii="Malgun Gothic" w:hAnsi="Malgun Gothic" w:eastAsia="Malgun Gothic"/>
                <w:b w:val="0"/>
                <w:sz w:val="14"/>
              </w:rPr>
              <w:t>센터 ID, 업무유형, 수집기간을 추가하여 층화 상관분석, 그룹별 ANOVA, 안정성 요약을 수행한다.</w:t>
            </w:r>
          </w:p>
        </w:tc>
        <w:tc>
          <w:tcPr>
            <w:tcW w:type="dxa" w:w="1973"/>
            <w:vAlign w:val="center"/>
          </w:tcPr>
          <w:p>
            <w:r/>
            <w:r>
              <w:rPr>
                <w:rFonts w:ascii="Malgun Gothic" w:hAnsi="Malgun Gothic" w:eastAsia="Malgun Gothic"/>
                <w:b w:val="0"/>
                <w:sz w:val="14"/>
              </w:rPr>
              <w:t>일반화 한계를 인정하고, 다센터 검증을 차기 데이터 확장 방향으로 제시한다.</w:t>
            </w:r>
          </w:p>
        </w:tc>
      </w:tr>
      <w:tr>
        <w:trPr>
          <w:cantSplit/>
        </w:trPr>
        <w:tc>
          <w:tcPr>
            <w:tcW w:type="dxa" w:w="1973"/>
            <w:vAlign w:val="center"/>
          </w:tcPr>
          <w:p>
            <w:r/>
            <w:r>
              <w:rPr>
                <w:rFonts w:ascii="Malgun Gothic" w:hAnsi="Malgun Gothic" w:eastAsia="Malgun Gothic"/>
                <w:b w:val="0"/>
                <w:sz w:val="14"/>
              </w:rPr>
              <w:t>화자 정규화</w:t>
            </w:r>
          </w:p>
        </w:tc>
        <w:tc>
          <w:tcPr>
            <w:tcW w:type="dxa" w:w="1973"/>
            <w:vAlign w:val="center"/>
          </w:tcPr>
          <w:p>
            <w:r/>
            <w:r>
              <w:rPr>
                <w:rFonts w:ascii="Malgun Gothic" w:hAnsi="Malgun Gothic" w:eastAsia="Malgun Gothic"/>
                <w:b w:val="0"/>
                <w:sz w:val="14"/>
              </w:rPr>
              <w:t>pitch, energy, wpm은 개인의 기저 음성 차이에 영향을 받는다. 화자 차이를 통제하지 않으면 스트레스 효과와 개인차가 섞일 수 있다.</w:t>
            </w:r>
          </w:p>
        </w:tc>
        <w:tc>
          <w:tcPr>
            <w:tcW w:type="dxa" w:w="1973"/>
            <w:vAlign w:val="center"/>
          </w:tcPr>
          <w:p>
            <w:r/>
            <w:r>
              <w:rPr>
                <w:rFonts w:ascii="Malgun Gothic" w:hAnsi="Malgun Gothic" w:eastAsia="Malgun Gothic"/>
                <w:b w:val="0"/>
                <w:sz w:val="14"/>
              </w:rPr>
              <w:t>화자별 z-score, 성별/역할 보정, mixed-effects model은 개인 기준선과 상황 변화 효과를 분리하는 데 적합하다.</w:t>
            </w:r>
          </w:p>
        </w:tc>
        <w:tc>
          <w:tcPr>
            <w:tcW w:type="dxa" w:w="1973"/>
            <w:vAlign w:val="center"/>
          </w:tcPr>
          <w:p>
            <w:r/>
            <w:r>
              <w:rPr>
                <w:rFonts w:ascii="Malgun Gothic" w:hAnsi="Malgun Gothic" w:eastAsia="Malgun Gothic"/>
                <w:b w:val="0"/>
                <w:sz w:val="14"/>
              </w:rPr>
              <w:t>speaker_id, 성별, 고객/상담사 역할, 반복통화 정보를 확보하여 화자 기준선 보정 전후 결과를 비교한다.</w:t>
            </w:r>
          </w:p>
        </w:tc>
        <w:tc>
          <w:tcPr>
            <w:tcW w:type="dxa" w:w="1973"/>
            <w:vAlign w:val="center"/>
          </w:tcPr>
          <w:p>
            <w:r/>
            <w:r>
              <w:rPr>
                <w:rFonts w:ascii="Malgun Gothic" w:hAnsi="Malgun Gothic" w:eastAsia="Malgun Gothic"/>
                <w:b w:val="0"/>
                <w:sz w:val="14"/>
              </w:rPr>
              <w:t>현재는 전역 z-score 기반 지수이며, 화자 정규화는 후속 보완 분석으로 제시한다.</w:t>
            </w:r>
          </w:p>
        </w:tc>
      </w:tr>
      <w:tr>
        <w:trPr>
          <w:cantSplit/>
        </w:trPr>
        <w:tc>
          <w:tcPr>
            <w:tcW w:type="dxa" w:w="1973"/>
            <w:vAlign w:val="center"/>
          </w:tcPr>
          <w:p>
            <w:r/>
            <w:r>
              <w:rPr>
                <w:rFonts w:ascii="Malgun Gothic" w:hAnsi="Malgun Gothic" w:eastAsia="Malgun Gothic"/>
                <w:b w:val="0"/>
                <w:sz w:val="14"/>
              </w:rPr>
              <w:t>STT/WPM 신뢰도 검증</w:t>
            </w:r>
          </w:p>
        </w:tc>
        <w:tc>
          <w:tcPr>
            <w:tcW w:type="dxa" w:w="1973"/>
            <w:vAlign w:val="center"/>
          </w:tcPr>
          <w:p>
            <w:r/>
            <w:r>
              <w:rPr>
                <w:rFonts w:ascii="Malgun Gothic" w:hAnsi="Malgun Gothic" w:eastAsia="Malgun Gothic"/>
                <w:b w:val="0"/>
                <w:sz w:val="14"/>
              </w:rPr>
              <w:t>WPM은 STT 전사문에서 계산되므로 전사 오류가 있으면 지수 일부가 왜곡될 수 있다.</w:t>
            </w:r>
          </w:p>
        </w:tc>
        <w:tc>
          <w:tcPr>
            <w:tcW w:type="dxa" w:w="1973"/>
            <w:vAlign w:val="center"/>
          </w:tcPr>
          <w:p>
            <w:r/>
            <w:r>
              <w:rPr>
                <w:rFonts w:ascii="Malgun Gothic" w:hAnsi="Malgun Gothic" w:eastAsia="Malgun Gothic"/>
                <w:b w:val="0"/>
                <w:sz w:val="14"/>
              </w:rPr>
              <w:t>KsponSpeech처럼 정답 전사문이 있는 기준셋을 사용하면 Whisper 결과와 정답을 비교해 WER/CER를 산출할 수 있다.</w:t>
            </w:r>
          </w:p>
        </w:tc>
        <w:tc>
          <w:tcPr>
            <w:tcW w:type="dxa" w:w="1973"/>
            <w:vAlign w:val="center"/>
          </w:tcPr>
          <w:p>
            <w:r/>
            <w:r>
              <w:rPr>
                <w:rFonts w:ascii="Malgun Gothic" w:hAnsi="Malgun Gothic" w:eastAsia="Malgun Gothic"/>
                <w:b w:val="0"/>
                <w:sz w:val="14"/>
              </w:rPr>
              <w:t>KsponSpeech n=300~500 또는 VOC Goldset 정답전사로 WER/CER와 WPM 민감도 분석을 수행한다.</w:t>
            </w:r>
          </w:p>
        </w:tc>
        <w:tc>
          <w:tcPr>
            <w:tcW w:type="dxa" w:w="1973"/>
            <w:vAlign w:val="center"/>
          </w:tcPr>
          <w:p>
            <w:r/>
            <w:r>
              <w:rPr>
                <w:rFonts w:ascii="Malgun Gothic" w:hAnsi="Malgun Gothic" w:eastAsia="Malgun Gothic"/>
                <w:b w:val="0"/>
                <w:sz w:val="14"/>
              </w:rPr>
              <w:t>STT 검증은 본 연구의 기술적 신뢰도 보조 근거이며, WPM은 보조 변수로 제한 해석한다.</w:t>
            </w:r>
          </w:p>
        </w:tc>
      </w:tr>
      <w:tr>
        <w:trPr>
          <w:cantSplit/>
        </w:trPr>
        <w:tc>
          <w:tcPr>
            <w:tcW w:type="dxa" w:w="1973"/>
            <w:vAlign w:val="center"/>
          </w:tcPr>
          <w:p>
            <w:r/>
            <w:r>
              <w:rPr>
                <w:rFonts w:ascii="Malgun Gothic" w:hAnsi="Malgun Gothic" w:eastAsia="Malgun Gothic"/>
                <w:b w:val="0"/>
                <w:sz w:val="14"/>
              </w:rPr>
              <w:t>음성 임베딩/다채널 감성 확장</w:t>
            </w:r>
          </w:p>
        </w:tc>
        <w:tc>
          <w:tcPr>
            <w:tcW w:type="dxa" w:w="1973"/>
            <w:vAlign w:val="center"/>
          </w:tcPr>
          <w:p>
            <w:r/>
            <w:r>
              <w:rPr>
                <w:rFonts w:ascii="Malgun Gothic" w:hAnsi="Malgun Gothic" w:eastAsia="Malgun Gothic"/>
                <w:b w:val="0"/>
                <w:sz w:val="14"/>
              </w:rPr>
              <w:t>현재 지수는 해석 가능한 4개 특징 중심이므로 복잡한 감정·스트레스 패턴을 모두 포착하지 못할 수 있다.</w:t>
            </w:r>
          </w:p>
        </w:tc>
        <w:tc>
          <w:tcPr>
            <w:tcW w:type="dxa" w:w="1973"/>
            <w:vAlign w:val="center"/>
          </w:tcPr>
          <w:p>
            <w:r/>
            <w:r>
              <w:rPr>
                <w:rFonts w:ascii="Malgun Gothic" w:hAnsi="Malgun Gothic" w:eastAsia="Malgun Gothic"/>
                <w:b w:val="0"/>
                <w:sz w:val="14"/>
              </w:rPr>
              <w:t>wav2vec/HuBERT 계열 임베딩과 텍스트 감성·키워드 흐름을 결합하면 비선형 음성 패턴과 VOC 맥락을 함께 반영할 수 있다.</w:t>
            </w:r>
          </w:p>
        </w:tc>
        <w:tc>
          <w:tcPr>
            <w:tcW w:type="dxa" w:w="1973"/>
            <w:vAlign w:val="center"/>
          </w:tcPr>
          <w:p>
            <w:r/>
            <w:r>
              <w:rPr>
                <w:rFonts w:ascii="Malgun Gothic" w:hAnsi="Malgun Gothic" w:eastAsia="Malgun Gothic"/>
                <w:b w:val="0"/>
                <w:sz w:val="14"/>
              </w:rPr>
              <w:t>현재 지수는 설명 가능한 기준모형으로 유지하고, 임베딩 기반 모형은 후속 비교모형으로 설계한다.</w:t>
            </w:r>
          </w:p>
        </w:tc>
        <w:tc>
          <w:tcPr>
            <w:tcW w:type="dxa" w:w="1973"/>
            <w:vAlign w:val="center"/>
          </w:tcPr>
          <w:p>
            <w:r/>
            <w:r>
              <w:rPr>
                <w:rFonts w:ascii="Malgun Gothic" w:hAnsi="Malgun Gothic" w:eastAsia="Malgun Gothic"/>
                <w:b w:val="0"/>
                <w:sz w:val="14"/>
              </w:rPr>
              <w:t>현재 논문에서는 과도한 모델 확장보다 지수의 구성타당도와 한계를 명확히 한다.</w:t>
            </w:r>
          </w:p>
        </w:tc>
      </w:tr>
    </w:tbl>
    <w:p/>
    <w:p>
      <w:r>
        <w:t>전체 행 포함</w:t>
      </w:r>
    </w:p>
    <w:p>
      <w:r>
        <w:rPr>
          <w:b/>
        </w:rPr>
        <w:t>산출물 CSV: results/tables/meeting_0627/meeting_0627_current_status.csv (행 1,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profile</w:t>
            </w:r>
          </w:p>
        </w:tc>
        <w:tc>
          <w:tcPr>
            <w:tcW w:type="dxa" w:w="580"/>
          </w:tcPr>
          <w:p>
            <w:r/>
            <w:r>
              <w:rPr>
                <w:rFonts w:ascii="Malgun Gothic" w:hAnsi="Malgun Gothic" w:eastAsia="Malgun Gothic"/>
                <w:b/>
                <w:sz w:val="14"/>
              </w:rPr>
              <w:t>snapshot_found</w:t>
            </w:r>
          </w:p>
        </w:tc>
        <w:tc>
          <w:tcPr>
            <w:tcW w:type="dxa" w:w="580"/>
          </w:tcPr>
          <w:p>
            <w:r/>
            <w:r>
              <w:rPr>
                <w:rFonts w:ascii="Malgun Gothic" w:hAnsi="Malgun Gothic" w:eastAsia="Malgun Gothic"/>
                <w:b/>
                <w:sz w:val="14"/>
              </w:rPr>
              <w:t>voc_stt_n</w:t>
            </w:r>
          </w:p>
        </w:tc>
        <w:tc>
          <w:tcPr>
            <w:tcW w:type="dxa" w:w="580"/>
          </w:tcPr>
          <w:p>
            <w:r/>
            <w:r>
              <w:rPr>
                <w:rFonts w:ascii="Malgun Gothic" w:hAnsi="Malgun Gothic" w:eastAsia="Malgun Gothic"/>
                <w:b/>
                <w:sz w:val="14"/>
              </w:rPr>
              <w:t>features_n</w:t>
            </w:r>
          </w:p>
        </w:tc>
        <w:tc>
          <w:tcPr>
            <w:tcW w:type="dxa" w:w="580"/>
          </w:tcPr>
          <w:p>
            <w:r/>
            <w:r>
              <w:rPr>
                <w:rFonts w:ascii="Malgun Gothic" w:hAnsi="Malgun Gothic" w:eastAsia="Malgun Gothic"/>
                <w:b/>
                <w:sz w:val="14"/>
              </w:rPr>
              <w:t>stress_n</w:t>
            </w:r>
          </w:p>
        </w:tc>
        <w:tc>
          <w:tcPr>
            <w:tcW w:type="dxa" w:w="580"/>
          </w:tcPr>
          <w:p>
            <w:r/>
            <w:r>
              <w:rPr>
                <w:rFonts w:ascii="Malgun Gothic" w:hAnsi="Malgun Gothic" w:eastAsia="Malgun Gothic"/>
                <w:b/>
                <w:sz w:val="14"/>
              </w:rPr>
              <w:t>kspon_stt_n</w:t>
            </w:r>
          </w:p>
        </w:tc>
        <w:tc>
          <w:tcPr>
            <w:tcW w:type="dxa" w:w="580"/>
          </w:tcPr>
          <w:p>
            <w:r/>
            <w:r>
              <w:rPr>
                <w:rFonts w:ascii="Malgun Gothic" w:hAnsi="Malgun Gothic" w:eastAsia="Malgun Gothic"/>
                <w:b/>
                <w:sz w:val="14"/>
              </w:rPr>
              <w:t>wpm_nonzero</w:t>
            </w:r>
          </w:p>
        </w:tc>
        <w:tc>
          <w:tcPr>
            <w:tcW w:type="dxa" w:w="580"/>
          </w:tcPr>
          <w:p>
            <w:r/>
            <w:r>
              <w:rPr>
                <w:rFonts w:ascii="Malgun Gothic" w:hAnsi="Malgun Gothic" w:eastAsia="Malgun Gothic"/>
                <w:b/>
                <w:sz w:val="14"/>
              </w:rPr>
              <w:t>wpm_mean</w:t>
            </w:r>
          </w:p>
        </w:tc>
        <w:tc>
          <w:tcPr>
            <w:tcW w:type="dxa" w:w="580"/>
          </w:tcPr>
          <w:p>
            <w:r/>
            <w:r>
              <w:rPr>
                <w:rFonts w:ascii="Malgun Gothic" w:hAnsi="Malgun Gothic" w:eastAsia="Malgun Gothic"/>
                <w:b/>
                <w:sz w:val="14"/>
              </w:rPr>
              <w:t>quality_fail</w:t>
            </w:r>
          </w:p>
        </w:tc>
        <w:tc>
          <w:tcPr>
            <w:tcW w:type="dxa" w:w="580"/>
          </w:tcPr>
          <w:p>
            <w:r/>
            <w:r>
              <w:rPr>
                <w:rFonts w:ascii="Malgun Gothic" w:hAnsi="Malgun Gothic" w:eastAsia="Malgun Gothic"/>
                <w:b/>
                <w:sz w:val="14"/>
              </w:rPr>
              <w:t>quality_warn</w:t>
            </w:r>
          </w:p>
        </w:tc>
        <w:tc>
          <w:tcPr>
            <w:tcW w:type="dxa" w:w="580"/>
          </w:tcPr>
          <w:p>
            <w:r/>
            <w:r>
              <w:rPr>
                <w:rFonts w:ascii="Malgun Gothic" w:hAnsi="Malgun Gothic" w:eastAsia="Malgun Gothic"/>
                <w:b/>
                <w:sz w:val="14"/>
              </w:rPr>
              <w:t>corr_energy</w:t>
            </w:r>
          </w:p>
        </w:tc>
        <w:tc>
          <w:tcPr>
            <w:tcW w:type="dxa" w:w="580"/>
          </w:tcPr>
          <w:p>
            <w:r/>
            <w:r>
              <w:rPr>
                <w:rFonts w:ascii="Malgun Gothic" w:hAnsi="Malgun Gothic" w:eastAsia="Malgun Gothic"/>
                <w:b/>
                <w:sz w:val="14"/>
              </w:rPr>
              <w:t>corr_pitch</w:t>
            </w:r>
          </w:p>
        </w:tc>
        <w:tc>
          <w:tcPr>
            <w:tcW w:type="dxa" w:w="580"/>
          </w:tcPr>
          <w:p>
            <w:r/>
            <w:r>
              <w:rPr>
                <w:rFonts w:ascii="Malgun Gothic" w:hAnsi="Malgun Gothic" w:eastAsia="Malgun Gothic"/>
                <w:b/>
                <w:sz w:val="14"/>
              </w:rPr>
              <w:t>corr_wpm</w:t>
            </w:r>
          </w:p>
        </w:tc>
        <w:tc>
          <w:tcPr>
            <w:tcW w:type="dxa" w:w="580"/>
          </w:tcPr>
          <w:p>
            <w:r/>
            <w:r>
              <w:rPr>
                <w:rFonts w:ascii="Malgun Gothic" w:hAnsi="Malgun Gothic" w:eastAsia="Malgun Gothic"/>
                <w:b/>
                <w:sz w:val="14"/>
              </w:rPr>
              <w:t>corr_duration</w:t>
            </w:r>
          </w:p>
        </w:tc>
        <w:tc>
          <w:tcPr>
            <w:tcW w:type="dxa" w:w="580"/>
          </w:tcPr>
          <w:p>
            <w:r/>
            <w:r>
              <w:rPr>
                <w:rFonts w:ascii="Malgun Gothic" w:hAnsi="Malgun Gothic" w:eastAsia="Malgun Gothic"/>
                <w:b/>
                <w:sz w:val="14"/>
              </w:rPr>
              <w:t>wer</w:t>
            </w:r>
          </w:p>
        </w:tc>
        <w:tc>
          <w:tcPr>
            <w:tcW w:type="dxa" w:w="580"/>
          </w:tcPr>
          <w:p>
            <w:r/>
            <w:r>
              <w:rPr>
                <w:rFonts w:ascii="Malgun Gothic" w:hAnsi="Malgun Gothic" w:eastAsia="Malgun Gothic"/>
                <w:b/>
                <w:sz w:val="14"/>
              </w:rPr>
              <w:t>cer</w:t>
            </w:r>
          </w:p>
        </w:tc>
        <w:tc>
          <w:tcPr>
            <w:tcW w:type="dxa" w:w="580"/>
          </w:tcPr>
          <w:p>
            <w:r/>
            <w:r>
              <w:rPr>
                <w:rFonts w:ascii="Malgun Gothic" w:hAnsi="Malgun Gothic" w:eastAsia="Malgun Gothic"/>
                <w:b/>
                <w:sz w:val="14"/>
              </w:rPr>
              <w:t>generated_at</w:t>
            </w:r>
          </w:p>
        </w:tc>
      </w:tr>
      <w:tr>
        <w:trPr>
          <w:cantSplit/>
        </w:trPr>
        <w:tc>
          <w:tcPr>
            <w:tcW w:type="dxa" w:w="580"/>
            <w:vAlign w:val="center"/>
          </w:tcPr>
          <w:p>
            <w:r/>
            <w:r>
              <w:rPr>
                <w:rFonts w:ascii="Malgun Gothic" w:hAnsi="Malgun Gothic" w:eastAsia="Malgun Gothic"/>
                <w:b w:val="0"/>
                <w:sz w:val="14"/>
              </w:rPr>
              <w:t>n1000</w:t>
            </w:r>
          </w:p>
        </w:tc>
        <w:tc>
          <w:tcPr>
            <w:tcW w:type="dxa" w:w="580"/>
            <w:vAlign w:val="center"/>
          </w:tcPr>
          <w:p>
            <w:r/>
            <w:r>
              <w:rPr>
                <w:rFonts w:ascii="Malgun Gothic" w:hAnsi="Malgun Gothic" w:eastAsia="Malgun Gothic"/>
                <w:b w:val="0"/>
                <w:sz w:val="14"/>
              </w:rPr>
              <w:t>False</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2026-06-26 23:34:06</w:t>
            </w:r>
          </w:p>
        </w:tc>
      </w:tr>
    </w:tbl>
    <w:p/>
    <w:p>
      <w:r>
        <w:t>전체 행 포함</w:t>
      </w:r>
    </w:p>
    <w:p>
      <w:r>
        <w:rPr>
          <w:b/>
        </w:rPr>
        <w:t>산출물 CSV: results/tables/meeting_0627/professor_questions_0627.csv (행 5, 열 2)</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교수님 확인 질문</w:t>
            </w:r>
          </w:p>
        </w:tc>
        <w:tc>
          <w:tcPr>
            <w:tcW w:type="dxa" w:w="4933"/>
          </w:tcPr>
          <w:p>
            <w:r/>
            <w:r>
              <w:rPr>
                <w:rFonts w:ascii="Malgun Gothic" w:hAnsi="Malgun Gothic" w:eastAsia="Malgun Gothic"/>
                <w:b/>
                <w:sz w:val="14"/>
              </w:rPr>
              <w:t>왜 필요한가</w:t>
            </w:r>
          </w:p>
        </w:tc>
      </w:tr>
      <w:tr>
        <w:trPr>
          <w:cantSplit/>
        </w:trPr>
        <w:tc>
          <w:tcPr>
            <w:tcW w:type="dxa" w:w="4933"/>
            <w:vAlign w:val="center"/>
          </w:tcPr>
          <w:p>
            <w:r/>
            <w:r>
              <w:rPr>
                <w:rFonts w:ascii="Malgun Gothic" w:hAnsi="Malgun Gothic" w:eastAsia="Malgun Gothic"/>
                <w:b w:val="0"/>
                <w:sz w:val="14"/>
              </w:rPr>
              <w:t>현재 논문은 '내적 구성타당도 검증' 중심으로 제출하고, 외부 준거 라벨 검증은 후속연구로 분리하는 방향이 적절한가?</w:t>
            </w:r>
          </w:p>
        </w:tc>
        <w:tc>
          <w:tcPr>
            <w:tcW w:type="dxa" w:w="4933"/>
            <w:vAlign w:val="center"/>
          </w:tcPr>
          <w:p>
            <w:r/>
            <w:r>
              <w:rPr>
                <w:rFonts w:ascii="Malgun Gothic" w:hAnsi="Malgun Gothic" w:eastAsia="Malgun Gothic"/>
                <w:b w:val="0"/>
                <w:sz w:val="14"/>
              </w:rPr>
              <w:t>현재 데이터 구조에서 과장 주장을 피하기 위한 연구 범위 확정이 필요하다.</w:t>
            </w:r>
          </w:p>
        </w:tc>
      </w:tr>
      <w:tr>
        <w:trPr>
          <w:cantSplit/>
        </w:trPr>
        <w:tc>
          <w:tcPr>
            <w:tcW w:type="dxa" w:w="4933"/>
            <w:vAlign w:val="center"/>
          </w:tcPr>
          <w:p>
            <w:r/>
            <w:r>
              <w:rPr>
                <w:rFonts w:ascii="Malgun Gothic" w:hAnsi="Malgun Gothic" w:eastAsia="Malgun Gothic"/>
                <w:b w:val="0"/>
                <w:sz w:val="14"/>
              </w:rPr>
              <w:t>22번 추가연구 항목 중 이번 원고에 반드시 포함할 한계 항목과 후속연구 항목의 우선순위는 무엇인가?</w:t>
            </w:r>
          </w:p>
        </w:tc>
        <w:tc>
          <w:tcPr>
            <w:tcW w:type="dxa" w:w="4933"/>
            <w:vAlign w:val="center"/>
          </w:tcPr>
          <w:p>
            <w:r/>
            <w:r>
              <w:rPr>
                <w:rFonts w:ascii="Malgun Gothic" w:hAnsi="Malgun Gothic" w:eastAsia="Malgun Gothic"/>
                <w:b w:val="0"/>
                <w:sz w:val="14"/>
              </w:rPr>
              <w:t>원고 분량과 심사 리스크를 고려해 핵심 한계만 선별해야 한다.</w:t>
            </w:r>
          </w:p>
        </w:tc>
      </w:tr>
      <w:tr>
        <w:trPr>
          <w:cantSplit/>
        </w:trPr>
        <w:tc>
          <w:tcPr>
            <w:tcW w:type="dxa" w:w="4933"/>
            <w:vAlign w:val="center"/>
          </w:tcPr>
          <w:p>
            <w:r/>
            <w:r>
              <w:rPr>
                <w:rFonts w:ascii="Malgun Gothic" w:hAnsi="Malgun Gothic" w:eastAsia="Malgun Gothic"/>
                <w:b w:val="0"/>
                <w:sz w:val="14"/>
              </w:rPr>
              <w:t>WPM/STT 신뢰도는 현재 원고에서 어느 수준까지 설명하는 것이 적절한가?</w:t>
            </w:r>
          </w:p>
        </w:tc>
        <w:tc>
          <w:tcPr>
            <w:tcW w:type="dxa" w:w="4933"/>
            <w:vAlign w:val="center"/>
          </w:tcPr>
          <w:p>
            <w:r/>
            <w:r>
              <w:rPr>
                <w:rFonts w:ascii="Malgun Gothic" w:hAnsi="Malgun Gothic" w:eastAsia="Malgun Gothic"/>
                <w:b w:val="0"/>
                <w:sz w:val="14"/>
              </w:rPr>
              <w:t>STT 결과가 불안정하면 WPM을 핵심 변수로 강하게 해석하면 위험하다.</w:t>
            </w:r>
          </w:p>
        </w:tc>
      </w:tr>
      <w:tr>
        <w:trPr>
          <w:cantSplit/>
        </w:trPr>
        <w:tc>
          <w:tcPr>
            <w:tcW w:type="dxa" w:w="4933"/>
            <w:vAlign w:val="center"/>
          </w:tcPr>
          <w:p>
            <w:r/>
            <w:r>
              <w:rPr>
                <w:rFonts w:ascii="Malgun Gothic" w:hAnsi="Malgun Gothic" w:eastAsia="Malgun Gothic"/>
                <w:b w:val="0"/>
                <w:sz w:val="14"/>
              </w:rPr>
              <w:t>향후 Goldset 라벨링은 전문가 평정 3점 척도, 민원위험 등급, QA 점수 중 무엇을 우선 준거로 둘지 확인이 필요하다.</w:t>
            </w:r>
          </w:p>
        </w:tc>
        <w:tc>
          <w:tcPr>
            <w:tcW w:type="dxa" w:w="4933"/>
            <w:vAlign w:val="center"/>
          </w:tcPr>
          <w:p>
            <w:r/>
            <w:r>
              <w:rPr>
                <w:rFonts w:ascii="Malgun Gothic" w:hAnsi="Malgun Gothic" w:eastAsia="Malgun Gothic"/>
                <w:b w:val="0"/>
                <w:sz w:val="14"/>
              </w:rPr>
              <w:t>후속연구의 준거타당도 설계 방향을 정해야 한다.</w:t>
            </w:r>
          </w:p>
        </w:tc>
      </w:tr>
      <w:tr>
        <w:trPr>
          <w:cantSplit/>
        </w:trPr>
        <w:tc>
          <w:tcPr>
            <w:tcW w:type="dxa" w:w="4933"/>
            <w:vAlign w:val="center"/>
          </w:tcPr>
          <w:p>
            <w:r/>
            <w:r>
              <w:rPr>
                <w:rFonts w:ascii="Malgun Gothic" w:hAnsi="Malgun Gothic" w:eastAsia="Malgun Gothic"/>
                <w:b w:val="0"/>
                <w:sz w:val="14"/>
              </w:rPr>
              <w:t>SCI급 학회지 투고와 국내 학회지 투고 중 현재 데이터 완성도 기준으로 우선순위를 어떻게 잡을지 확인이 필요하다.</w:t>
            </w:r>
          </w:p>
        </w:tc>
        <w:tc>
          <w:tcPr>
            <w:tcW w:type="dxa" w:w="4933"/>
            <w:vAlign w:val="center"/>
          </w:tcPr>
          <w:p>
            <w:r/>
            <w:r>
              <w:rPr>
                <w:rFonts w:ascii="Malgun Gothic" w:hAnsi="Malgun Gothic" w:eastAsia="Malgun Gothic"/>
                <w:b w:val="0"/>
                <w:sz w:val="14"/>
              </w:rPr>
              <w:t>투고처에 따라 원고의 주장 강도와 보완 분석 수준이 달라진다.</w:t>
            </w:r>
          </w:p>
        </w:tc>
      </w:tr>
    </w:tbl>
    <w:p/>
    <w:p>
      <w:r>
        <w:t>전체 행 포함</w:t>
      </w:r>
    </w:p>
    <w:p>
      <w:r>
        <w:rPr>
          <w:b/>
        </w:rPr>
        <w:t>산출물 CSV: results/tables/meeting_0627/why_why_why_structure.csv (행 6, 열 2)</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질문</w:t>
            </w:r>
          </w:p>
        </w:tc>
        <w:tc>
          <w:tcPr>
            <w:tcW w:type="dxa" w:w="4933"/>
          </w:tcPr>
          <w:p>
            <w:r/>
            <w:r>
              <w:rPr>
                <w:rFonts w:ascii="Malgun Gothic" w:hAnsi="Malgun Gothic" w:eastAsia="Malgun Gothic"/>
                <w:b/>
                <w:sz w:val="14"/>
              </w:rPr>
              <w:t>답변</w:t>
            </w:r>
          </w:p>
        </w:tc>
      </w:tr>
      <w:tr>
        <w:trPr>
          <w:cantSplit/>
        </w:trPr>
        <w:tc>
          <w:tcPr>
            <w:tcW w:type="dxa" w:w="4933"/>
            <w:vAlign w:val="center"/>
          </w:tcPr>
          <w:p>
            <w:r/>
            <w:r>
              <w:rPr>
                <w:rFonts w:ascii="Malgun Gothic" w:hAnsi="Malgun Gothic" w:eastAsia="Malgun Gothic"/>
                <w:b w:val="0"/>
                <w:sz w:val="14"/>
              </w:rPr>
              <w:t>왜 추가연구를 해야 하는가?</w:t>
            </w:r>
          </w:p>
        </w:tc>
        <w:tc>
          <w:tcPr>
            <w:tcW w:type="dxa" w:w="4933"/>
            <w:vAlign w:val="center"/>
          </w:tcPr>
          <w:p>
            <w:r/>
            <w:r>
              <w:rPr>
                <w:rFonts w:ascii="Malgun Gothic" w:hAnsi="Malgun Gothic" w:eastAsia="Malgun Gothic"/>
                <w:b w:val="0"/>
                <w:sz w:val="14"/>
              </w:rPr>
              <w:t>현재 연구는 VOC 실데이터 기반이라는 강점이 있지만 외부 준거 라벨, 다센터 검증, 화자 정규화, STT/WPM 신뢰도 보완이 남아 있다. 이 한계를 숨기지 않고 후속연구 설계로 제시해야 논문의 방어력이 높아진다.</w:t>
            </w:r>
          </w:p>
        </w:tc>
      </w:tr>
      <w:tr>
        <w:trPr>
          <w:cantSplit/>
        </w:trPr>
        <w:tc>
          <w:tcPr>
            <w:tcW w:type="dxa" w:w="4933"/>
            <w:vAlign w:val="center"/>
          </w:tcPr>
          <w:p>
            <w:r/>
            <w:r>
              <w:rPr>
                <w:rFonts w:ascii="Malgun Gothic" w:hAnsi="Malgun Gothic" w:eastAsia="Malgun Gothic"/>
                <w:b w:val="0"/>
                <w:sz w:val="14"/>
              </w:rPr>
              <w:t>왜 지금 추가연구를 논의해야 하는가?</w:t>
            </w:r>
          </w:p>
        </w:tc>
        <w:tc>
          <w:tcPr>
            <w:tcW w:type="dxa" w:w="4933"/>
            <w:vAlign w:val="center"/>
          </w:tcPr>
          <w:p>
            <w:r/>
            <w:r>
              <w:rPr>
                <w:rFonts w:ascii="Malgun Gothic" w:hAnsi="Malgun Gothic" w:eastAsia="Malgun Gothic"/>
                <w:b w:val="0"/>
                <w:sz w:val="14"/>
              </w:rPr>
              <w:t>학회지 제출 전 교수님께 연구의 한계와 보완 방향을 명확히 보고해야 한다. 그래야 현재 논문에서 주장할 수 있는 범위와 후속연구로 넘겨야 할 범위를 구분할 수 있다.</w:t>
            </w:r>
          </w:p>
        </w:tc>
      </w:tr>
      <w:tr>
        <w:trPr>
          <w:cantSplit/>
        </w:trPr>
        <w:tc>
          <w:tcPr>
            <w:tcW w:type="dxa" w:w="4933"/>
            <w:vAlign w:val="center"/>
          </w:tcPr>
          <w:p>
            <w:r/>
            <w:r>
              <w:rPr>
                <w:rFonts w:ascii="Malgun Gothic" w:hAnsi="Malgun Gothic" w:eastAsia="Malgun Gothic"/>
                <w:b w:val="0"/>
                <w:sz w:val="14"/>
              </w:rPr>
              <w:t>왜 22번 추가연구를 현재 결과처럼 쓰면 안 되는가?</w:t>
            </w:r>
          </w:p>
        </w:tc>
        <w:tc>
          <w:tcPr>
            <w:tcW w:type="dxa" w:w="4933"/>
            <w:vAlign w:val="center"/>
          </w:tcPr>
          <w:p>
            <w:r/>
            <w:r>
              <w:rPr>
                <w:rFonts w:ascii="Malgun Gothic" w:hAnsi="Malgun Gothic" w:eastAsia="Malgun Gothic"/>
                <w:b w:val="0"/>
                <w:sz w:val="14"/>
              </w:rPr>
              <w:t>외부 라벨, 다센터 데이터, speaker_id 같은 입력이 아직 없으면 실제 검증 결과가 아니라 계획과 템플릿이다. 현재 결과로 과장하면 심사에서 취약해진다.</w:t>
            </w:r>
          </w:p>
        </w:tc>
      </w:tr>
      <w:tr>
        <w:trPr>
          <w:cantSplit/>
        </w:trPr>
        <w:tc>
          <w:tcPr>
            <w:tcW w:type="dxa" w:w="4933"/>
            <w:vAlign w:val="center"/>
          </w:tcPr>
          <w:p>
            <w:r/>
            <w:r>
              <w:rPr>
                <w:rFonts w:ascii="Malgun Gothic" w:hAnsi="Malgun Gothic" w:eastAsia="Malgun Gothic"/>
                <w:b w:val="0"/>
                <w:sz w:val="14"/>
              </w:rPr>
              <w:t>왜 구성타당도 중심인가?</w:t>
            </w:r>
          </w:p>
        </w:tc>
        <w:tc>
          <w:tcPr>
            <w:tcW w:type="dxa" w:w="4933"/>
            <w:vAlign w:val="center"/>
          </w:tcPr>
          <w:p>
            <w:r/>
            <w:r>
              <w:rPr>
                <w:rFonts w:ascii="Malgun Gothic" w:hAnsi="Malgun Gothic" w:eastAsia="Malgun Gothic"/>
                <w:b w:val="0"/>
                <w:sz w:val="14"/>
              </w:rPr>
              <w:t>현재 데이터에는 스트레스 정답 라벨이 없다. 따라서 지도학습 예측 성능이 아니라, 이론적으로 관련된 음향변수와 stress_score의 관계를 검토하는 구성타당도 접근이 가장 안전하다.</w:t>
            </w:r>
          </w:p>
        </w:tc>
      </w:tr>
      <w:tr>
        <w:trPr>
          <w:cantSplit/>
        </w:trPr>
        <w:tc>
          <w:tcPr>
            <w:tcW w:type="dxa" w:w="4933"/>
            <w:vAlign w:val="center"/>
          </w:tcPr>
          <w:p>
            <w:r/>
            <w:r>
              <w:rPr>
                <w:rFonts w:ascii="Malgun Gothic" w:hAnsi="Malgun Gothic" w:eastAsia="Malgun Gothic"/>
                <w:b w:val="0"/>
                <w:sz w:val="14"/>
              </w:rPr>
              <w:t>왜 STT 검증을 별도로 두는가?</w:t>
            </w:r>
          </w:p>
        </w:tc>
        <w:tc>
          <w:tcPr>
            <w:tcW w:type="dxa" w:w="4933"/>
            <w:vAlign w:val="center"/>
          </w:tcPr>
          <w:p>
            <w:r/>
            <w:r>
              <w:rPr>
                <w:rFonts w:ascii="Malgun Gothic" w:hAnsi="Malgun Gothic" w:eastAsia="Malgun Gothic"/>
                <w:b w:val="0"/>
                <w:sz w:val="14"/>
              </w:rPr>
              <w:t>VOC 데이터에는 정답 전사문이 없기 때문에 STT 정확도를 직접 평가하기 어렵다. 정답이 있는 KsponSpeech로 Whisper의 WER/CER를 검증한 뒤 VOC 분석의 기술적 한계를 설명해야 한다.</w:t>
            </w:r>
          </w:p>
        </w:tc>
      </w:tr>
      <w:tr>
        <w:trPr>
          <w:cantSplit/>
        </w:trPr>
        <w:tc>
          <w:tcPr>
            <w:tcW w:type="dxa" w:w="4933"/>
            <w:vAlign w:val="center"/>
          </w:tcPr>
          <w:p>
            <w:r/>
            <w:r>
              <w:rPr>
                <w:rFonts w:ascii="Malgun Gothic" w:hAnsi="Malgun Gothic" w:eastAsia="Malgun Gothic"/>
                <w:b w:val="0"/>
                <w:sz w:val="14"/>
              </w:rPr>
              <w:t>왜 Goldset이 필요한가?</w:t>
            </w:r>
          </w:p>
        </w:tc>
        <w:tc>
          <w:tcPr>
            <w:tcW w:type="dxa" w:w="4933"/>
            <w:vAlign w:val="center"/>
          </w:tcPr>
          <w:p>
            <w:r/>
            <w:r>
              <w:rPr>
                <w:rFonts w:ascii="Malgun Gothic" w:hAnsi="Malgun Gothic" w:eastAsia="Malgun Gothic"/>
                <w:b w:val="0"/>
                <w:sz w:val="14"/>
              </w:rPr>
              <w:t>외부 준거 라벨이 있어야 stress_score가 실제 민원위험, 상담품질, 전문가 스트레스 평정과 연결되는지 검증할 수 있다. 이는 후속연구에서 준거타당도를 확보하는 핵심이다.</w:t>
            </w:r>
          </w:p>
        </w:tc>
      </w:tr>
    </w:tbl>
    <w:p/>
    <w:p>
      <w:r>
        <w:t>전체 행 포함</w:t>
      </w:r>
    </w:p>
    <w:p>
      <w:r>
        <w:rPr>
          <w:b/>
        </w:rPr>
        <w:t>산출물 CSV: results/tables/scie_submission/scie_readiness_gates.csv (행 7,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gate</w:t>
            </w:r>
          </w:p>
        </w:tc>
        <w:tc>
          <w:tcPr>
            <w:tcW w:type="dxa" w:w="1973"/>
          </w:tcPr>
          <w:p>
            <w:r/>
            <w:r>
              <w:rPr>
                <w:rFonts w:ascii="Malgun Gothic" w:hAnsi="Malgun Gothic" w:eastAsia="Malgun Gothic"/>
                <w:b/>
                <w:sz w:val="14"/>
              </w:rPr>
              <w:t>requirement</w:t>
            </w:r>
          </w:p>
        </w:tc>
        <w:tc>
          <w:tcPr>
            <w:tcW w:type="dxa" w:w="1973"/>
          </w:tcPr>
          <w:p>
            <w:r/>
            <w:r>
              <w:rPr>
                <w:rFonts w:ascii="Malgun Gothic" w:hAnsi="Malgun Gothic" w:eastAsia="Malgun Gothic"/>
                <w:b/>
                <w:sz w:val="14"/>
              </w:rPr>
              <w:t>current_status</w:t>
            </w:r>
          </w:p>
        </w:tc>
        <w:tc>
          <w:tcPr>
            <w:tcW w:type="dxa" w:w="1973"/>
          </w:tcPr>
          <w:p>
            <w:r/>
            <w:r>
              <w:rPr>
                <w:rFonts w:ascii="Malgun Gothic" w:hAnsi="Malgun Gothic" w:eastAsia="Malgun Gothic"/>
                <w:b/>
                <w:sz w:val="14"/>
              </w:rPr>
              <w:t>decision</w:t>
            </w:r>
          </w:p>
        </w:tc>
        <w:tc>
          <w:tcPr>
            <w:tcW w:type="dxa" w:w="1973"/>
          </w:tcPr>
          <w:p>
            <w:r/>
            <w:r>
              <w:rPr>
                <w:rFonts w:ascii="Malgun Gothic" w:hAnsi="Malgun Gothic" w:eastAsia="Malgun Gothic"/>
                <w:b/>
                <w:sz w:val="14"/>
              </w:rPr>
              <w:t>action</w:t>
            </w:r>
          </w:p>
        </w:tc>
      </w:tr>
      <w:tr>
        <w:trPr>
          <w:cantSplit/>
        </w:trPr>
        <w:tc>
          <w:tcPr>
            <w:tcW w:type="dxa" w:w="1973"/>
            <w:vAlign w:val="center"/>
          </w:tcPr>
          <w:p>
            <w:r/>
            <w:r>
              <w:rPr>
                <w:rFonts w:ascii="Malgun Gothic" w:hAnsi="Malgun Gothic" w:eastAsia="Malgun Gothic"/>
                <w:b w:val="0"/>
                <w:sz w:val="14"/>
              </w:rPr>
              <w:t>최종 분석본 고정</w:t>
            </w:r>
          </w:p>
        </w:tc>
        <w:tc>
          <w:tcPr>
            <w:tcW w:type="dxa" w:w="1973"/>
            <w:vAlign w:val="center"/>
          </w:tcPr>
          <w:p>
            <w:r/>
            <w:r>
              <w:rPr>
                <w:rFonts w:ascii="Malgun Gothic" w:hAnsi="Malgun Gothic" w:eastAsia="Malgun Gothic"/>
                <w:b w:val="0"/>
                <w:sz w:val="14"/>
              </w:rPr>
              <w:t>본문 주 분석 기준을 AS-IS 또는 TO-BE 중 하나로 고정</w:t>
            </w:r>
          </w:p>
        </w:tc>
        <w:tc>
          <w:tcPr>
            <w:tcW w:type="dxa" w:w="1973"/>
            <w:vAlign w:val="center"/>
          </w:tcPr>
          <w:p>
            <w:r/>
            <w:r>
              <w:rPr>
                <w:rFonts w:ascii="Malgun Gothic" w:hAnsi="Malgun Gothic" w:eastAsia="Malgun Gothic"/>
                <w:b w:val="0"/>
                <w:sz w:val="14"/>
              </w:rPr>
              <w:t>ASIS_MAIN</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3번 논문 안전안이면 AS-IS 0413을 본문 기준으로 유지하고, 2번은 부록/재현성 검증으로 분리</w:t>
            </w:r>
          </w:p>
        </w:tc>
      </w:tr>
      <w:tr>
        <w:trPr>
          <w:cantSplit/>
        </w:trPr>
        <w:tc>
          <w:tcPr>
            <w:tcW w:type="dxa" w:w="1973"/>
            <w:vAlign w:val="center"/>
          </w:tcPr>
          <w:p>
            <w:r/>
            <w:r>
              <w:rPr>
                <w:rFonts w:ascii="Malgun Gothic" w:hAnsi="Malgun Gothic" w:eastAsia="Malgun Gothic"/>
                <w:b w:val="0"/>
                <w:sz w:val="14"/>
              </w:rPr>
              <w:t>TO-BE STT 성공 수</w:t>
            </w:r>
          </w:p>
        </w:tc>
        <w:tc>
          <w:tcPr>
            <w:tcW w:type="dxa" w:w="1973"/>
            <w:vAlign w:val="center"/>
          </w:tcPr>
          <w:p>
            <w:r/>
            <w:r>
              <w:rPr>
                <w:rFonts w:ascii="Malgun Gothic" w:hAnsi="Malgun Gothic" w:eastAsia="Malgun Gothic"/>
                <w:b w:val="0"/>
                <w:sz w:val="14"/>
              </w:rPr>
              <w:t>STT 성공 unique n ≥ 900</w:t>
            </w:r>
          </w:p>
        </w:tc>
        <w:tc>
          <w:tcPr>
            <w:tcW w:type="dxa" w:w="1973"/>
            <w:vAlign w:val="center"/>
          </w:tcPr>
          <w:p>
            <w:r/>
            <w:r>
              <w:rPr>
                <w:rFonts w:ascii="Malgun Gothic" w:hAnsi="Malgun Gothic" w:eastAsia="Malgun Gothic"/>
                <w:b w:val="0"/>
                <w:sz w:val="14"/>
              </w:rPr>
              <w:t>992</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n이 부족하면 05 STT 이어실행 후 실패/빈 row 제거</w:t>
            </w:r>
          </w:p>
        </w:tc>
      </w:tr>
      <w:tr>
        <w:trPr>
          <w:cantSplit/>
        </w:trPr>
        <w:tc>
          <w:tcPr>
            <w:tcW w:type="dxa" w:w="1973"/>
            <w:vAlign w:val="center"/>
          </w:tcPr>
          <w:p>
            <w:r/>
            <w:r>
              <w:rPr>
                <w:rFonts w:ascii="Malgun Gothic" w:hAnsi="Malgun Gothic" w:eastAsia="Malgun Gothic"/>
                <w:b w:val="0"/>
                <w:sz w:val="14"/>
              </w:rPr>
              <w:t>WPM 반영</w:t>
            </w:r>
          </w:p>
        </w:tc>
        <w:tc>
          <w:tcPr>
            <w:tcW w:type="dxa" w:w="1973"/>
            <w:vAlign w:val="center"/>
          </w:tcPr>
          <w:p>
            <w:r/>
            <w:r>
              <w:rPr>
                <w:rFonts w:ascii="Malgun Gothic" w:hAnsi="Malgun Gothic" w:eastAsia="Malgun Gothic"/>
                <w:b w:val="0"/>
                <w:sz w:val="14"/>
              </w:rPr>
              <w:t>WPM 평균 &gt; 0</w:t>
            </w:r>
          </w:p>
        </w:tc>
        <w:tc>
          <w:tcPr>
            <w:tcW w:type="dxa" w:w="1973"/>
            <w:vAlign w:val="center"/>
          </w:tcPr>
          <w:p>
            <w:r/>
            <w:r>
              <w:rPr>
                <w:rFonts w:ascii="Malgun Gothic" w:hAnsi="Malgun Gothic" w:eastAsia="Malgun Gothic"/>
                <w:b w:val="0"/>
                <w:sz w:val="14"/>
              </w:rPr>
              <w:t>83.4118</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07 Feature와 10 Stress Index를 STT 성공 결과 기준으로 재산출</w:t>
            </w:r>
          </w:p>
        </w:tc>
      </w:tr>
      <w:tr>
        <w:trPr>
          <w:cantSplit/>
        </w:trPr>
        <w:tc>
          <w:tcPr>
            <w:tcW w:type="dxa" w:w="1973"/>
            <w:vAlign w:val="center"/>
          </w:tcPr>
          <w:p>
            <w:r/>
            <w:r>
              <w:rPr>
                <w:rFonts w:ascii="Malgun Gothic" w:hAnsi="Malgun Gothic" w:eastAsia="Malgun Gothic"/>
                <w:b w:val="0"/>
                <w:sz w:val="14"/>
              </w:rPr>
              <w:t>Feature/Stress 표본 수</w:t>
            </w:r>
          </w:p>
        </w:tc>
        <w:tc>
          <w:tcPr>
            <w:tcW w:type="dxa" w:w="1973"/>
            <w:vAlign w:val="center"/>
          </w:tcPr>
          <w:p>
            <w:r/>
            <w:r>
              <w:rPr>
                <w:rFonts w:ascii="Malgun Gothic" w:hAnsi="Malgun Gothic" w:eastAsia="Malgun Gothic"/>
                <w:b w:val="0"/>
                <w:sz w:val="14"/>
              </w:rPr>
              <w:t>Feature n ≥ 900 및 Stress n ≥ 900</w:t>
            </w:r>
          </w:p>
        </w:tc>
        <w:tc>
          <w:tcPr>
            <w:tcW w:type="dxa" w:w="1973"/>
            <w:vAlign w:val="center"/>
          </w:tcPr>
          <w:p>
            <w:r/>
            <w:r>
              <w:rPr>
                <w:rFonts w:ascii="Malgun Gothic" w:hAnsi="Malgun Gothic" w:eastAsia="Malgun Gothic"/>
                <w:b w:val="0"/>
                <w:sz w:val="14"/>
              </w:rPr>
              <w:t>feature=442, stress=0</w:t>
            </w:r>
          </w:p>
        </w:tc>
        <w:tc>
          <w:tcPr>
            <w:tcW w:type="dxa" w:w="1973"/>
            <w:vAlign w:val="center"/>
          </w:tcPr>
          <w:p>
            <w:r/>
            <w:r>
              <w:rPr>
                <w:rFonts w:ascii="Malgun Gothic" w:hAnsi="Malgun Gothic" w:eastAsia="Malgun Gothic"/>
                <w:b w:val="0"/>
                <w:sz w:val="14"/>
              </w:rPr>
              <w:t>BLOCK</w:t>
            </w:r>
          </w:p>
        </w:tc>
        <w:tc>
          <w:tcPr>
            <w:tcW w:type="dxa" w:w="1973"/>
            <w:vAlign w:val="center"/>
          </w:tcPr>
          <w:p>
            <w:r/>
            <w:r>
              <w:rPr>
                <w:rFonts w:ascii="Malgun Gothic" w:hAnsi="Malgun Gothic" w:eastAsia="Malgun Gothic"/>
                <w:b w:val="0"/>
                <w:sz w:val="14"/>
              </w:rPr>
              <w:t>TO-BE 재산출 branch 02 실행 또는 snapshot 갱신</w:t>
            </w:r>
          </w:p>
        </w:tc>
      </w:tr>
      <w:tr>
        <w:trPr>
          <w:cantSplit/>
        </w:trPr>
        <w:tc>
          <w:tcPr>
            <w:tcW w:type="dxa" w:w="1973"/>
            <w:vAlign w:val="center"/>
          </w:tcPr>
          <w:p>
            <w:r/>
            <w:r>
              <w:rPr>
                <w:rFonts w:ascii="Malgun Gothic" w:hAnsi="Malgun Gothic" w:eastAsia="Malgun Gothic"/>
                <w:b w:val="0"/>
                <w:sz w:val="14"/>
              </w:rPr>
              <w:t>KsponSpeech STT 검증</w:t>
            </w:r>
          </w:p>
        </w:tc>
        <w:tc>
          <w:tcPr>
            <w:tcW w:type="dxa" w:w="1973"/>
            <w:vAlign w:val="center"/>
          </w:tcPr>
          <w:p>
            <w:r/>
            <w:r>
              <w:rPr>
                <w:rFonts w:ascii="Malgun Gothic" w:hAnsi="Malgun Gothic" w:eastAsia="Malgun Gothic"/>
                <w:b w:val="0"/>
                <w:sz w:val="14"/>
              </w:rPr>
              <w:t>WER/CER 표, 평균, 표준편차, 95% CI 필요</w:t>
            </w:r>
          </w:p>
        </w:tc>
        <w:tc>
          <w:tcPr>
            <w:tcW w:type="dxa" w:w="1973"/>
            <w:vAlign w:val="center"/>
          </w:tcPr>
          <w:p>
            <w:r/>
            <w:r>
              <w:rPr>
                <w:rFonts w:ascii="Malgun Gothic" w:hAnsi="Malgun Gothic" w:eastAsia="Malgun Gothic"/>
                <w:b w:val="0"/>
                <w:sz w:val="14"/>
              </w:rPr>
              <w:t>별도 확인 필요</w:t>
            </w:r>
          </w:p>
        </w:tc>
        <w:tc>
          <w:tcPr>
            <w:tcW w:type="dxa" w:w="1973"/>
            <w:vAlign w:val="center"/>
          </w:tcPr>
          <w:p>
            <w:r/>
            <w:r>
              <w:rPr>
                <w:rFonts w:ascii="Malgun Gothic" w:hAnsi="Malgun Gothic" w:eastAsia="Malgun Gothic"/>
                <w:b w:val="0"/>
                <w:sz w:val="14"/>
              </w:rPr>
              <w:t>REVIEW</w:t>
            </w:r>
          </w:p>
        </w:tc>
        <w:tc>
          <w:tcPr>
            <w:tcW w:type="dxa" w:w="1973"/>
            <w:vAlign w:val="center"/>
          </w:tcPr>
          <w:p>
            <w:r/>
            <w:r>
              <w:rPr>
                <w:rFonts w:ascii="Malgun Gothic" w:hAnsi="Malgun Gothic" w:eastAsia="Malgun Gothic"/>
                <w:b w:val="0"/>
                <w:sz w:val="14"/>
              </w:rPr>
              <w:t>KsponSpeech 100~500개 샘플에서 small/medium WER·CER 비교표 생성</w:t>
            </w:r>
          </w:p>
        </w:tc>
      </w:tr>
      <w:tr>
        <w:trPr>
          <w:cantSplit/>
        </w:trPr>
        <w:tc>
          <w:tcPr>
            <w:tcW w:type="dxa" w:w="1973"/>
            <w:vAlign w:val="center"/>
          </w:tcPr>
          <w:p>
            <w:r/>
            <w:r>
              <w:rPr>
                <w:rFonts w:ascii="Malgun Gothic" w:hAnsi="Malgun Gothic" w:eastAsia="Malgun Gothic"/>
                <w:b w:val="0"/>
                <w:sz w:val="14"/>
              </w:rPr>
              <w:t>재현성 패키지</w:t>
            </w:r>
          </w:p>
        </w:tc>
        <w:tc>
          <w:tcPr>
            <w:tcW w:type="dxa" w:w="1973"/>
            <w:vAlign w:val="center"/>
          </w:tcPr>
          <w:p>
            <w:r/>
            <w:r>
              <w:rPr>
                <w:rFonts w:ascii="Malgun Gothic" w:hAnsi="Malgun Gothic" w:eastAsia="Malgun Gothic"/>
                <w:b w:val="0"/>
                <w:sz w:val="14"/>
              </w:rPr>
              <w:t>환경표, 실행 로그, 산식표, 제외 기준표 필요</w:t>
            </w:r>
          </w:p>
        </w:tc>
        <w:tc>
          <w:tcPr>
            <w:tcW w:type="dxa" w:w="1973"/>
            <w:vAlign w:val="center"/>
          </w:tcPr>
          <w:p>
            <w:r/>
            <w:r>
              <w:rPr>
                <w:rFonts w:ascii="Malgun Gothic" w:hAnsi="Malgun Gothic" w:eastAsia="Malgun Gothic"/>
                <w:b w:val="0"/>
                <w:sz w:val="14"/>
              </w:rPr>
              <w:t>v104 패키지 생성됨</w:t>
            </w:r>
          </w:p>
        </w:tc>
        <w:tc>
          <w:tcPr>
            <w:tcW w:type="dxa" w:w="1973"/>
            <w:vAlign w:val="center"/>
          </w:tcPr>
          <w:p>
            <w:r/>
            <w:r>
              <w:rPr>
                <w:rFonts w:ascii="Malgun Gothic" w:hAnsi="Malgun Gothic" w:eastAsia="Malgun Gothic"/>
                <w:b w:val="0"/>
                <w:sz w:val="14"/>
              </w:rPr>
              <w:t>REVIEW</w:t>
            </w:r>
          </w:p>
        </w:tc>
        <w:tc>
          <w:tcPr>
            <w:tcW w:type="dxa" w:w="1973"/>
            <w:vAlign w:val="center"/>
          </w:tcPr>
          <w:p>
            <w:r/>
            <w:r>
              <w:rPr>
                <w:rFonts w:ascii="Malgun Gothic" w:hAnsi="Malgun Gothic" w:eastAsia="Malgun Gothic"/>
                <w:b w:val="0"/>
                <w:sz w:val="14"/>
              </w:rPr>
              <w:t>생성된 scie_reproducibility_checklist.csv를 확인하고 빈 항목 보완</w:t>
            </w:r>
          </w:p>
        </w:tc>
      </w:tr>
      <w:tr>
        <w:trPr>
          <w:cantSplit/>
        </w:trPr>
        <w:tc>
          <w:tcPr>
            <w:tcW w:type="dxa" w:w="1973"/>
            <w:vAlign w:val="center"/>
          </w:tcPr>
          <w:p>
            <w:r/>
            <w:r>
              <w:rPr>
                <w:rFonts w:ascii="Malgun Gothic" w:hAnsi="Malgun Gothic" w:eastAsia="Malgun Gothic"/>
                <w:b w:val="0"/>
                <w:sz w:val="14"/>
              </w:rPr>
              <w:t>통계 보강</w:t>
            </w:r>
          </w:p>
        </w:tc>
        <w:tc>
          <w:tcPr>
            <w:tcW w:type="dxa" w:w="1973"/>
            <w:vAlign w:val="center"/>
          </w:tcPr>
          <w:p>
            <w:r/>
            <w:r>
              <w:rPr>
                <w:rFonts w:ascii="Malgun Gothic" w:hAnsi="Malgun Gothic" w:eastAsia="Malgun Gothic"/>
                <w:b w:val="0"/>
                <w:sz w:val="14"/>
              </w:rPr>
              <w:t>효과크기, 95% CI, 민감도, VIF, 한계 명시</w:t>
            </w:r>
          </w:p>
        </w:tc>
        <w:tc>
          <w:tcPr>
            <w:tcW w:type="dxa" w:w="1973"/>
            <w:vAlign w:val="center"/>
          </w:tcPr>
          <w:p>
            <w:r/>
            <w:r>
              <w:rPr>
                <w:rFonts w:ascii="Malgun Gothic" w:hAnsi="Malgun Gothic" w:eastAsia="Malgun Gothic"/>
                <w:b w:val="0"/>
                <w:sz w:val="14"/>
              </w:rPr>
              <w:t>별도 확인 필요</w:t>
            </w:r>
          </w:p>
        </w:tc>
        <w:tc>
          <w:tcPr>
            <w:tcW w:type="dxa" w:w="1973"/>
            <w:vAlign w:val="center"/>
          </w:tcPr>
          <w:p>
            <w:r/>
            <w:r>
              <w:rPr>
                <w:rFonts w:ascii="Malgun Gothic" w:hAnsi="Malgun Gothic" w:eastAsia="Malgun Gothic"/>
                <w:b w:val="0"/>
                <w:sz w:val="14"/>
              </w:rPr>
              <w:t>REVIEW</w:t>
            </w:r>
          </w:p>
        </w:tc>
        <w:tc>
          <w:tcPr>
            <w:tcW w:type="dxa" w:w="1973"/>
            <w:vAlign w:val="center"/>
          </w:tcPr>
          <w:p>
            <w:r/>
            <w:r>
              <w:rPr>
                <w:rFonts w:ascii="Malgun Gothic" w:hAnsi="Malgun Gothic" w:eastAsia="Malgun Gothic"/>
                <w:b w:val="0"/>
                <w:sz w:val="14"/>
              </w:rPr>
              <w:t>construct validity, bootstrap, sensitivity, OLS/VIF 결과표를 최종 원고 표와 연결</w:t>
            </w:r>
          </w:p>
        </w:tc>
      </w:tr>
    </w:tbl>
    <w:p/>
    <w:p>
      <w:r>
        <w:t>전체 행 포함</w:t>
      </w:r>
    </w:p>
    <w:p>
      <w:r>
        <w:rPr>
          <w:b/>
        </w:rPr>
        <w:t>산출물 CSV: results/tables/submission_readiness_check.csv (행 19, 열 4)</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4"/>
              </w:rPr>
              <w:t>check</w:t>
            </w:r>
          </w:p>
        </w:tc>
        <w:tc>
          <w:tcPr>
            <w:tcW w:type="dxa" w:w="2466"/>
          </w:tcPr>
          <w:p>
            <w:r/>
            <w:r>
              <w:rPr>
                <w:rFonts w:ascii="Malgun Gothic" w:hAnsi="Malgun Gothic" w:eastAsia="Malgun Gothic"/>
                <w:b/>
                <w:sz w:val="14"/>
              </w:rPr>
              <w:t>value</w:t>
            </w:r>
          </w:p>
        </w:tc>
        <w:tc>
          <w:tcPr>
            <w:tcW w:type="dxa" w:w="2466"/>
          </w:tcPr>
          <w:p>
            <w:r/>
            <w:r>
              <w:rPr>
                <w:rFonts w:ascii="Malgun Gothic" w:hAnsi="Malgun Gothic" w:eastAsia="Malgun Gothic"/>
                <w:b/>
                <w:sz w:val="14"/>
              </w:rPr>
              <w:t>status</w:t>
            </w:r>
          </w:p>
        </w:tc>
        <w:tc>
          <w:tcPr>
            <w:tcW w:type="dxa" w:w="2466"/>
          </w:tcPr>
          <w:p>
            <w:r/>
            <w:r>
              <w:rPr>
                <w:rFonts w:ascii="Malgun Gothic" w:hAnsi="Malgun Gothic" w:eastAsia="Malgun Gothic"/>
                <w:b/>
                <w:sz w:val="14"/>
              </w:rPr>
              <w:t>required_fix</w:t>
            </w:r>
          </w:p>
        </w:tc>
      </w:tr>
      <w:tr>
        <w:trPr>
          <w:cantSplit/>
        </w:trPr>
        <w:tc>
          <w:tcPr>
            <w:tcW w:type="dxa" w:w="2466"/>
            <w:vAlign w:val="center"/>
          </w:tcPr>
          <w:p>
            <w:r/>
            <w:r>
              <w:rPr>
                <w:rFonts w:ascii="Malgun Gothic" w:hAnsi="Malgun Gothic" w:eastAsia="Malgun Gothic"/>
                <w:b w:val="0"/>
                <w:sz w:val="14"/>
              </w:rPr>
              <w:t>file_exists:descriptive_statistics</w:t>
            </w:r>
          </w:p>
        </w:tc>
        <w:tc>
          <w:tcPr>
            <w:tcW w:type="dxa" w:w="2466"/>
            <w:vAlign w:val="center"/>
          </w:tcPr>
          <w:p>
            <w:r/>
            <w:r>
              <w:rPr>
                <w:rFonts w:ascii="Malgun Gothic" w:hAnsi="Malgun Gothic" w:eastAsia="Malgun Gothic"/>
                <w:b w:val="0"/>
                <w:sz w:val="14"/>
              </w:rPr>
              <w:t>C:\AI\sci_voc_bot\results\tables\descriptive_statistics.csv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file_exists:stress_index_feature_quality</w:t>
            </w:r>
          </w:p>
        </w:tc>
        <w:tc>
          <w:tcPr>
            <w:tcW w:type="dxa" w:w="2466"/>
            <w:vAlign w:val="center"/>
          </w:tcPr>
          <w:p>
            <w:r/>
            <w:r>
              <w:rPr>
                <w:rFonts w:ascii="Malgun Gothic" w:hAnsi="Malgun Gothic" w:eastAsia="Malgun Gothic"/>
                <w:b w:val="0"/>
                <w:sz w:val="14"/>
              </w:rPr>
              <w:t>C:\AI\sci_voc_bot\results\tables\stress_index_feature_quality.csv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file_exists:correlation_validity</w:t>
            </w:r>
          </w:p>
        </w:tc>
        <w:tc>
          <w:tcPr>
            <w:tcW w:type="dxa" w:w="2466"/>
            <w:vAlign w:val="center"/>
          </w:tcPr>
          <w:p>
            <w:r/>
            <w:r>
              <w:rPr>
                <w:rFonts w:ascii="Malgun Gothic" w:hAnsi="Malgun Gothic" w:eastAsia="Malgun Gothic"/>
                <w:b w:val="0"/>
                <w:sz w:val="14"/>
              </w:rPr>
              <w:t>C:\AI\sci_voc_bot\results\tables\correlation_validity.csv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file_exists:bootstrap_ci</w:t>
            </w:r>
          </w:p>
        </w:tc>
        <w:tc>
          <w:tcPr>
            <w:tcW w:type="dxa" w:w="2466"/>
            <w:vAlign w:val="center"/>
          </w:tcPr>
          <w:p>
            <w:r/>
            <w:r>
              <w:rPr>
                <w:rFonts w:ascii="Malgun Gothic" w:hAnsi="Malgun Gothic" w:eastAsia="Malgun Gothic"/>
                <w:b w:val="0"/>
                <w:sz w:val="14"/>
              </w:rPr>
              <w:t>C:\AI\sci_voc_bot\results\tables\bootstrap_ci.csv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file_exists:weight_sensitivity</w:t>
            </w:r>
          </w:p>
        </w:tc>
        <w:tc>
          <w:tcPr>
            <w:tcW w:type="dxa" w:w="2466"/>
            <w:vAlign w:val="center"/>
          </w:tcPr>
          <w:p>
            <w:r/>
            <w:r>
              <w:rPr>
                <w:rFonts w:ascii="Malgun Gothic" w:hAnsi="Malgun Gothic" w:eastAsia="Malgun Gothic"/>
                <w:b w:val="0"/>
                <w:sz w:val="14"/>
              </w:rPr>
              <w:t>C:\AI\sci_voc_bot\results\tables\weight_sensitivity.csv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file_exists:loo_stability</w:t>
            </w:r>
          </w:p>
        </w:tc>
        <w:tc>
          <w:tcPr>
            <w:tcW w:type="dxa" w:w="2466"/>
            <w:vAlign w:val="center"/>
          </w:tcPr>
          <w:p>
            <w:r/>
            <w:r>
              <w:rPr>
                <w:rFonts w:ascii="Malgun Gothic" w:hAnsi="Malgun Gothic" w:eastAsia="Malgun Gothic"/>
                <w:b w:val="0"/>
                <w:sz w:val="14"/>
              </w:rPr>
              <w:t>C:\AI\sci_voc_bot\results\tables\loo_stability.csv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file_exists:anova_profile</w:t>
            </w:r>
          </w:p>
        </w:tc>
        <w:tc>
          <w:tcPr>
            <w:tcW w:type="dxa" w:w="2466"/>
            <w:vAlign w:val="center"/>
          </w:tcPr>
          <w:p>
            <w:r/>
            <w:r>
              <w:rPr>
                <w:rFonts w:ascii="Malgun Gothic" w:hAnsi="Malgun Gothic" w:eastAsia="Malgun Gothic"/>
                <w:b w:val="0"/>
                <w:sz w:val="14"/>
              </w:rPr>
              <w:t>C:\AI\sci_voc_bot\results\tables\anova_profile.csv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file_exists:construct_validity_summary</w:t>
            </w:r>
          </w:p>
        </w:tc>
        <w:tc>
          <w:tcPr>
            <w:tcW w:type="dxa" w:w="2466"/>
            <w:vAlign w:val="center"/>
          </w:tcPr>
          <w:p>
            <w:r/>
            <w:r>
              <w:rPr>
                <w:rFonts w:ascii="Malgun Gothic" w:hAnsi="Malgun Gothic" w:eastAsia="Malgun Gothic"/>
                <w:b w:val="0"/>
                <w:sz w:val="14"/>
              </w:rPr>
              <w:t>C:\AI\sci_voc_bot\results\tables\construct_validity_summary.csv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file_exists:stt_reliability</w:t>
            </w:r>
          </w:p>
        </w:tc>
        <w:tc>
          <w:tcPr>
            <w:tcW w:type="dxa" w:w="2466"/>
            <w:vAlign w:val="center"/>
          </w:tcPr>
          <w:p>
            <w:r/>
            <w:r>
              <w:rPr>
                <w:rFonts w:ascii="Malgun Gothic" w:hAnsi="Malgun Gothic" w:eastAsia="Malgun Gothic"/>
                <w:b w:val="0"/>
                <w:sz w:val="14"/>
              </w:rPr>
              <w:t>C:\AI\sci_voc_bot\results\tables\stt_reliability.csv</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VOC sample size for final paper</w:t>
            </w:r>
          </w:p>
        </w:tc>
        <w:tc>
          <w:tcPr>
            <w:tcW w:type="dxa" w:w="2466"/>
            <w:vAlign w:val="center"/>
          </w:tcPr>
          <w:p>
            <w:r/>
            <w:r>
              <w:rPr>
                <w:rFonts w:ascii="Malgun Gothic" w:hAnsi="Malgun Gothic" w:eastAsia="Malgun Gothic"/>
                <w:b w:val="0"/>
                <w:sz w:val="14"/>
              </w:rPr>
              <w:t>100</w:t>
            </w:r>
          </w:p>
        </w:tc>
        <w:tc>
          <w:tcPr>
            <w:tcW w:type="dxa" w:w="2466"/>
            <w:vAlign w:val="center"/>
          </w:tcPr>
          <w:p>
            <w:r/>
            <w:r>
              <w:rPr>
                <w:rFonts w:ascii="Malgun Gothic" w:hAnsi="Malgun Gothic" w:eastAsia="Malgun Gothic"/>
                <w:b w:val="0"/>
                <w:sz w:val="14"/>
              </w:rPr>
              <w:t>warning</w:t>
            </w:r>
          </w:p>
        </w:tc>
        <w:tc>
          <w:tcPr>
            <w:tcW w:type="dxa" w:w="2466"/>
            <w:vAlign w:val="center"/>
          </w:tcPr>
          <w:p>
            <w:r/>
            <w:r>
              <w:rPr>
                <w:rFonts w:ascii="Malgun Gothic" w:hAnsi="Malgun Gothic" w:eastAsia="Malgun Gothic"/>
                <w:b w:val="0"/>
                <w:sz w:val="14"/>
              </w:rPr>
              <w:t>최종 제출본은 n=998 또는 최소 900건 이상 권장. 현재 테스트 결과라면 전체/1000으로 재실행</w:t>
            </w:r>
          </w:p>
        </w:tc>
      </w:tr>
      <w:tr>
        <w:trPr>
          <w:cantSplit/>
        </w:trPr>
        <w:tc>
          <w:tcPr>
            <w:tcW w:type="dxa" w:w="2466"/>
            <w:vAlign w:val="center"/>
          </w:tcPr>
          <w:p>
            <w:r/>
            <w:r>
              <w:rPr>
                <w:rFonts w:ascii="Malgun Gothic" w:hAnsi="Malgun Gothic" w:eastAsia="Malgun Gothic"/>
                <w:b w:val="0"/>
                <w:sz w:val="14"/>
              </w:rPr>
              <w:t>WPM normality / STT included</w:t>
            </w:r>
          </w:p>
        </w:tc>
        <w:tc>
          <w:tcPr>
            <w:tcW w:type="dxa" w:w="2466"/>
            <w:vAlign w:val="center"/>
          </w:tcPr>
          <w:p>
            <w:r/>
            <w:r>
              <w:rPr>
                <w:rFonts w:ascii="Malgun Gothic" w:hAnsi="Malgun Gothic" w:eastAsia="Malgun Gothic"/>
                <w:b w:val="0"/>
                <w:sz w:val="14"/>
              </w:rPr>
              <w:t>status=constant_or_missing_set_to_zero, unique_n=1, mean=0.0</w:t>
            </w:r>
          </w:p>
        </w:tc>
        <w:tc>
          <w:tcPr>
            <w:tcW w:type="dxa" w:w="2466"/>
            <w:vAlign w:val="center"/>
          </w:tcPr>
          <w:p>
            <w:r/>
            <w:r>
              <w:rPr>
                <w:rFonts w:ascii="Malgun Gothic" w:hAnsi="Malgun Gothic" w:eastAsia="Malgun Gothic"/>
                <w:b w:val="0"/>
                <w:sz w:val="14"/>
              </w:rPr>
              <w:t>fail</w:t>
            </w:r>
          </w:p>
        </w:tc>
        <w:tc>
          <w:tcPr>
            <w:tcW w:type="dxa" w:w="2466"/>
            <w:vAlign w:val="center"/>
          </w:tcPr>
          <w:p>
            <w:r/>
            <w:r>
              <w:rPr>
                <w:rFonts w:ascii="Malgun Gothic" w:hAnsi="Malgun Gothic" w:eastAsia="Malgun Gothic"/>
                <w:b w:val="0"/>
                <w:sz w:val="14"/>
              </w:rPr>
              <w:t>--skip-stt 없이 Whisper STT 포함 실행. wpm unique_n &gt; 1 확인 필요</w:t>
            </w:r>
          </w:p>
        </w:tc>
      </w:tr>
      <w:tr>
        <w:trPr>
          <w:cantSplit/>
        </w:trPr>
        <w:tc>
          <w:tcPr>
            <w:tcW w:type="dxa" w:w="2466"/>
            <w:vAlign w:val="center"/>
          </w:tcPr>
          <w:p>
            <w:r/>
            <w:r>
              <w:rPr>
                <w:rFonts w:ascii="Malgun Gothic" w:hAnsi="Malgun Gothic" w:eastAsia="Malgun Gothic"/>
                <w:b w:val="0"/>
                <w:sz w:val="14"/>
              </w:rPr>
              <w:t>KsponSpeech STT reliability sample size</w:t>
            </w:r>
          </w:p>
        </w:tc>
        <w:tc>
          <w:tcPr>
            <w:tcW w:type="dxa" w:w="2466"/>
            <w:vAlign w:val="center"/>
          </w:tcPr>
          <w:p>
            <w:r/>
            <w:r>
              <w:rPr>
                <w:rFonts w:ascii="Malgun Gothic" w:hAnsi="Malgun Gothic" w:eastAsia="Malgun Gothic"/>
                <w:b w:val="0"/>
                <w:sz w:val="14"/>
              </w:rPr>
              <w:t>100</w:t>
            </w:r>
          </w:p>
        </w:tc>
        <w:tc>
          <w:tcPr>
            <w:tcW w:type="dxa" w:w="2466"/>
            <w:vAlign w:val="center"/>
          </w:tcPr>
          <w:p>
            <w:r/>
            <w:r>
              <w:rPr>
                <w:rFonts w:ascii="Malgun Gothic" w:hAnsi="Malgun Gothic" w:eastAsia="Malgun Gothic"/>
                <w:b w:val="0"/>
                <w:sz w:val="14"/>
              </w:rPr>
              <w:t>warning</w:t>
            </w:r>
          </w:p>
        </w:tc>
        <w:tc>
          <w:tcPr>
            <w:tcW w:type="dxa" w:w="2466"/>
            <w:vAlign w:val="center"/>
          </w:tcPr>
          <w:p>
            <w:r/>
            <w:r>
              <w:rPr>
                <w:rFonts w:ascii="Malgun Gothic" w:hAnsi="Malgun Gothic" w:eastAsia="Malgun Gothic"/>
                <w:b w:val="0"/>
                <w:sz w:val="14"/>
              </w:rPr>
              <w:t>SCI 본문용은 KsponSpeech n=300~500 권장. 100개는 예비 테스트로 표기</w:t>
            </w:r>
          </w:p>
        </w:tc>
      </w:tr>
      <w:tr>
        <w:trPr>
          <w:cantSplit/>
        </w:trPr>
        <w:tc>
          <w:tcPr>
            <w:tcW w:type="dxa" w:w="2466"/>
            <w:vAlign w:val="center"/>
          </w:tcPr>
          <w:p>
            <w:r/>
            <w:r>
              <w:rPr>
                <w:rFonts w:ascii="Malgun Gothic" w:hAnsi="Malgun Gothic" w:eastAsia="Malgun Gothic"/>
                <w:b w:val="0"/>
                <w:sz w:val="14"/>
              </w:rPr>
              <w:t>construct_validity:convergent validity - energy_mean</w:t>
            </w:r>
          </w:p>
        </w:tc>
        <w:tc>
          <w:tcPr>
            <w:tcW w:type="dxa" w:w="2466"/>
            <w:vAlign w:val="center"/>
          </w:tcPr>
          <w:p>
            <w:r/>
            <w:r>
              <w:rPr>
                <w:rFonts w:ascii="Malgun Gothic" w:hAnsi="Malgun Gothic" w:eastAsia="Malgun Gothic"/>
                <w:b w:val="0"/>
                <w:sz w:val="14"/>
              </w:rPr>
              <w:t>0.6043203394066413</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construct_validity:convergent validity - pitch_mean</w:t>
            </w:r>
          </w:p>
        </w:tc>
        <w:tc>
          <w:tcPr>
            <w:tcW w:type="dxa" w:w="2466"/>
            <w:vAlign w:val="center"/>
          </w:tcPr>
          <w:p>
            <w:r/>
            <w:r>
              <w:rPr>
                <w:rFonts w:ascii="Malgun Gothic" w:hAnsi="Malgun Gothic" w:eastAsia="Malgun Gothic"/>
                <w:b w:val="0"/>
                <w:sz w:val="14"/>
              </w:rPr>
              <w:t>0.6585061599866662</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construct_validity:bootstrap CI lower - energy_mean</w:t>
            </w:r>
          </w:p>
        </w:tc>
        <w:tc>
          <w:tcPr>
            <w:tcW w:type="dxa" w:w="2466"/>
            <w:vAlign w:val="center"/>
          </w:tcPr>
          <w:p>
            <w:r/>
            <w:r>
              <w:rPr>
                <w:rFonts w:ascii="Malgun Gothic" w:hAnsi="Malgun Gothic" w:eastAsia="Malgun Gothic"/>
                <w:b w:val="0"/>
                <w:sz w:val="14"/>
              </w:rPr>
              <w:t>0.4637559985716991</w:t>
            </w:r>
          </w:p>
        </w:tc>
        <w:tc>
          <w:tcPr>
            <w:tcW w:type="dxa" w:w="2466"/>
            <w:vAlign w:val="center"/>
          </w:tcPr>
          <w:p>
            <w:r/>
            <w:r>
              <w:rPr>
                <w:rFonts w:ascii="Malgun Gothic" w:hAnsi="Malgun Gothic" w:eastAsia="Malgun Gothic"/>
                <w:b w:val="0"/>
                <w:sz w:val="14"/>
              </w:rPr>
              <w:t>warning</w:t>
            </w:r>
          </w:p>
        </w:tc>
        <w:tc>
          <w:tcPr>
            <w:tcW w:type="dxa" w:w="2466"/>
            <w:vAlign w:val="center"/>
          </w:tcPr>
          <w:p>
            <w:r/>
            <w:r>
              <w:rPr>
                <w:rFonts w:ascii="Malgun Gothic" w:hAnsi="Malgun Gothic" w:eastAsia="Malgun Gothic"/>
                <w:b w:val="0"/>
                <w:sz w:val="14"/>
              </w:rPr>
              <w:t>n=998 전체 분석으로 재실행하거나 Discussion에서 제한적으로 해석</w:t>
            </w:r>
          </w:p>
        </w:tc>
      </w:tr>
      <w:tr>
        <w:trPr>
          <w:cantSplit/>
        </w:trPr>
        <w:tc>
          <w:tcPr>
            <w:tcW w:type="dxa" w:w="2466"/>
            <w:vAlign w:val="center"/>
          </w:tcPr>
          <w:p>
            <w:r/>
            <w:r>
              <w:rPr>
                <w:rFonts w:ascii="Malgun Gothic" w:hAnsi="Malgun Gothic" w:eastAsia="Malgun Gothic"/>
                <w:b w:val="0"/>
                <w:sz w:val="14"/>
              </w:rPr>
              <w:t>construct_validity:bootstrap CI lower - pitch_mean</w:t>
            </w:r>
          </w:p>
        </w:tc>
        <w:tc>
          <w:tcPr>
            <w:tcW w:type="dxa" w:w="2466"/>
            <w:vAlign w:val="center"/>
          </w:tcPr>
          <w:p>
            <w:r/>
            <w:r>
              <w:rPr>
                <w:rFonts w:ascii="Malgun Gothic" w:hAnsi="Malgun Gothic" w:eastAsia="Malgun Gothic"/>
                <w:b w:val="0"/>
                <w:sz w:val="14"/>
              </w:rPr>
              <w:t>0.5000862582707163</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construct_validity:minimum weight sensitivity r</w:t>
            </w:r>
          </w:p>
        </w:tc>
        <w:tc>
          <w:tcPr>
            <w:tcW w:type="dxa" w:w="2466"/>
            <w:vAlign w:val="center"/>
          </w:tcPr>
          <w:p>
            <w:r/>
            <w:r>
              <w:rPr>
                <w:rFonts w:ascii="Malgun Gothic" w:hAnsi="Malgun Gothic" w:eastAsia="Malgun Gothic"/>
                <w:b w:val="0"/>
                <w:sz w:val="14"/>
              </w:rPr>
              <w:t>0.8359470583389365</w:t>
            </w:r>
          </w:p>
        </w:tc>
        <w:tc>
          <w:tcPr>
            <w:tcW w:type="dxa" w:w="2466"/>
            <w:vAlign w:val="center"/>
          </w:tcPr>
          <w:p>
            <w:r/>
            <w:r>
              <w:rPr>
                <w:rFonts w:ascii="Malgun Gothic" w:hAnsi="Malgun Gothic" w:eastAsia="Malgun Gothic"/>
                <w:b w:val="0"/>
                <w:sz w:val="14"/>
              </w:rPr>
              <w:t>warning</w:t>
            </w:r>
          </w:p>
        </w:tc>
        <w:tc>
          <w:tcPr>
            <w:tcW w:type="dxa" w:w="2466"/>
            <w:vAlign w:val="center"/>
          </w:tcPr>
          <w:p>
            <w:r/>
            <w:r>
              <w:rPr>
                <w:rFonts w:ascii="Malgun Gothic" w:hAnsi="Malgun Gothic" w:eastAsia="Malgun Gothic"/>
                <w:b w:val="0"/>
                <w:sz w:val="14"/>
              </w:rPr>
              <w:t>n=998 전체 분석으로 재실행하거나 Discussion에서 제한적으로 해석</w:t>
            </w:r>
          </w:p>
        </w:tc>
      </w:tr>
      <w:tr>
        <w:trPr>
          <w:cantSplit/>
        </w:trPr>
        <w:tc>
          <w:tcPr>
            <w:tcW w:type="dxa" w:w="2466"/>
            <w:vAlign w:val="center"/>
          </w:tcPr>
          <w:p>
            <w:r/>
            <w:r>
              <w:rPr>
                <w:rFonts w:ascii="Malgun Gothic" w:hAnsi="Malgun Gothic" w:eastAsia="Malgun Gothic"/>
                <w:b w:val="0"/>
                <w:sz w:val="14"/>
              </w:rPr>
              <w:t>construct_validity:ANOVA eta_squared - energy_mean</w:t>
            </w:r>
          </w:p>
        </w:tc>
        <w:tc>
          <w:tcPr>
            <w:tcW w:type="dxa" w:w="2466"/>
            <w:vAlign w:val="center"/>
          </w:tcPr>
          <w:p>
            <w:r/>
            <w:r>
              <w:rPr>
                <w:rFonts w:ascii="Malgun Gothic" w:hAnsi="Malgun Gothic" w:eastAsia="Malgun Gothic"/>
                <w:b w:val="0"/>
                <w:sz w:val="14"/>
              </w:rPr>
              <w:t>0.293516494516232</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construct_validity:ANOVA eta_squared - pitch_mean</w:t>
            </w:r>
          </w:p>
        </w:tc>
        <w:tc>
          <w:tcPr>
            <w:tcW w:type="dxa" w:w="2466"/>
            <w:vAlign w:val="center"/>
          </w:tcPr>
          <w:p>
            <w:r/>
            <w:r>
              <w:rPr>
                <w:rFonts w:ascii="Malgun Gothic" w:hAnsi="Malgun Gothic" w:eastAsia="Malgun Gothic"/>
                <w:b w:val="0"/>
                <w:sz w:val="14"/>
              </w:rPr>
              <w:t>0.4044140844049427</w:t>
            </w:r>
          </w:p>
        </w:tc>
        <w:tc>
          <w:tcPr>
            <w:tcW w:type="dxa" w:w="2466"/>
            <w:vAlign w:val="center"/>
          </w:tcPr>
          <w:p>
            <w:r/>
            <w:r>
              <w:rPr>
                <w:rFonts w:ascii="Malgun Gothic" w:hAnsi="Malgun Gothic" w:eastAsia="Malgun Gothic"/>
                <w:b w:val="0"/>
                <w:sz w:val="14"/>
              </w:rPr>
              <w:t>pass</w:t>
            </w:r>
          </w:p>
        </w:tc>
        <w:tc>
          <w:tcPr>
            <w:tcW w:type="dxa" w:w="2466"/>
            <w:vAlign w:val="center"/>
          </w:tcPr>
          <w:p>
            <w:r/>
            <w:r>
              <w:rPr>
                <w:rFonts w:ascii="Malgun Gothic" w:hAnsi="Malgun Gothic" w:eastAsia="Malgun Gothic"/>
                <w:b w:val="0"/>
                <w:sz w:val="14"/>
              </w:rPr>
            </w:r>
          </w:p>
        </w:tc>
      </w:tr>
    </w:tbl>
    <w:p/>
    <w:p>
      <w:r>
        <w:t>전체 행 포함</w:t>
      </w:r>
    </w:p>
    <w:p>
      <w:r>
        <w:rPr>
          <w:b/>
        </w:rPr>
        <w:t>산출물 CSV: results/tables/submission_readiness_checklist.csv (행 15,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item</w:t>
            </w:r>
          </w:p>
        </w:tc>
        <w:tc>
          <w:tcPr>
            <w:tcW w:type="dxa" w:w="1973"/>
          </w:tcPr>
          <w:p>
            <w:r/>
            <w:r>
              <w:rPr>
                <w:rFonts w:ascii="Malgun Gothic" w:hAnsi="Malgun Gothic" w:eastAsia="Malgun Gothic"/>
                <w:b/>
                <w:sz w:val="14"/>
              </w:rPr>
              <w:t>status</w:t>
            </w:r>
          </w:p>
        </w:tc>
        <w:tc>
          <w:tcPr>
            <w:tcW w:type="dxa" w:w="1973"/>
          </w:tcPr>
          <w:p>
            <w:r/>
            <w:r>
              <w:rPr>
                <w:rFonts w:ascii="Malgun Gothic" w:hAnsi="Malgun Gothic" w:eastAsia="Malgun Gothic"/>
                <w:b/>
                <w:sz w:val="14"/>
              </w:rPr>
              <w:t>severity</w:t>
            </w:r>
          </w:p>
        </w:tc>
        <w:tc>
          <w:tcPr>
            <w:tcW w:type="dxa" w:w="1973"/>
          </w:tcPr>
          <w:p>
            <w:r/>
            <w:r>
              <w:rPr>
                <w:rFonts w:ascii="Malgun Gothic" w:hAnsi="Malgun Gothic" w:eastAsia="Malgun Gothic"/>
                <w:b/>
                <w:sz w:val="14"/>
              </w:rPr>
              <w:t>message</w:t>
            </w:r>
          </w:p>
        </w:tc>
        <w:tc>
          <w:tcPr>
            <w:tcW w:type="dxa" w:w="1973"/>
          </w:tcPr>
          <w:p>
            <w:r/>
            <w:r>
              <w:rPr>
                <w:rFonts w:ascii="Malgun Gothic" w:hAnsi="Malgun Gothic" w:eastAsia="Malgun Gothic"/>
                <w:b/>
                <w:sz w:val="14"/>
              </w:rPr>
              <w:t>recommended_action</w:t>
            </w:r>
          </w:p>
        </w:tc>
      </w:tr>
      <w:tr>
        <w:trPr>
          <w:cantSplit/>
        </w:trPr>
        <w:tc>
          <w:tcPr>
            <w:tcW w:type="dxa" w:w="1973"/>
            <w:vAlign w:val="center"/>
          </w:tcPr>
          <w:p>
            <w:r/>
            <w:r>
              <w:rPr>
                <w:rFonts w:ascii="Malgun Gothic" w:hAnsi="Malgun Gothic" w:eastAsia="Malgun Gothic"/>
                <w:b w:val="0"/>
                <w:sz w:val="14"/>
              </w:rPr>
              <w:t>Final sample size</w:t>
            </w:r>
          </w:p>
        </w:tc>
        <w:tc>
          <w:tcPr>
            <w:tcW w:type="dxa" w:w="1973"/>
            <w:vAlign w:val="center"/>
          </w:tcPr>
          <w:p>
            <w:r/>
            <w:r>
              <w:rPr>
                <w:rFonts w:ascii="Malgun Gothic" w:hAnsi="Malgun Gothic" w:eastAsia="Malgun Gothic"/>
                <w:b w:val="0"/>
                <w:sz w:val="14"/>
              </w:rPr>
              <w:t>FAIL</w:t>
            </w:r>
          </w:p>
        </w:tc>
        <w:tc>
          <w:tcPr>
            <w:tcW w:type="dxa" w:w="1973"/>
            <w:vAlign w:val="center"/>
          </w:tcPr>
          <w:p>
            <w:r/>
            <w:r>
              <w:rPr>
                <w:rFonts w:ascii="Malgun Gothic" w:hAnsi="Malgun Gothic" w:eastAsia="Malgun Gothic"/>
                <w:b w:val="0"/>
                <w:sz w:val="14"/>
              </w:rPr>
              <w:t>error</w:t>
            </w:r>
          </w:p>
        </w:tc>
        <w:tc>
          <w:tcPr>
            <w:tcW w:type="dxa" w:w="1973"/>
            <w:vAlign w:val="center"/>
          </w:tcPr>
          <w:p>
            <w:r/>
            <w:r>
              <w:rPr>
                <w:rFonts w:ascii="Malgun Gothic" w:hAnsi="Malgun Gothic" w:eastAsia="Malgun Gothic"/>
                <w:b w:val="0"/>
                <w:sz w:val="14"/>
              </w:rPr>
              <w:t>현재 분석 표본 n=100입니다. 파일럿/테스트 결과입니다.</w:t>
            </w:r>
          </w:p>
        </w:tc>
        <w:tc>
          <w:tcPr>
            <w:tcW w:type="dxa" w:w="1973"/>
            <w:vAlign w:val="center"/>
          </w:tcPr>
          <w:p>
            <w:r/>
            <w:r>
              <w:rPr>
                <w:rFonts w:ascii="Malgun Gothic" w:hAnsi="Malgun Gothic" w:eastAsia="Malgun Gothic"/>
                <w:b w:val="0"/>
                <w:sz w:val="14"/>
              </w:rPr>
              <w:t>n=100 파일럿 문장을 삭제하고 전체/998건 기준으로 재분석 후 원고를 생성하세요.</w:t>
            </w:r>
          </w:p>
        </w:tc>
      </w:tr>
      <w:tr>
        <w:trPr>
          <w:cantSplit/>
        </w:trPr>
        <w:tc>
          <w:tcPr>
            <w:tcW w:type="dxa" w:w="1973"/>
            <w:vAlign w:val="center"/>
          </w:tcPr>
          <w:p>
            <w:r/>
            <w:r>
              <w:rPr>
                <w:rFonts w:ascii="Malgun Gothic" w:hAnsi="Malgun Gothic" w:eastAsia="Malgun Gothic"/>
                <w:b w:val="0"/>
                <w:sz w:val="14"/>
              </w:rPr>
              <w:t>WPM measurement</w:t>
            </w:r>
          </w:p>
        </w:tc>
        <w:tc>
          <w:tcPr>
            <w:tcW w:type="dxa" w:w="1973"/>
            <w:vAlign w:val="center"/>
          </w:tcPr>
          <w:p>
            <w:r/>
            <w:r>
              <w:rPr>
                <w:rFonts w:ascii="Malgun Gothic" w:hAnsi="Malgun Gothic" w:eastAsia="Malgun Gothic"/>
                <w:b w:val="0"/>
                <w:sz w:val="14"/>
              </w:rPr>
              <w:t>FAIL</w:t>
            </w:r>
          </w:p>
        </w:tc>
        <w:tc>
          <w:tcPr>
            <w:tcW w:type="dxa" w:w="1973"/>
            <w:vAlign w:val="center"/>
          </w:tcPr>
          <w:p>
            <w:r/>
            <w:r>
              <w:rPr>
                <w:rFonts w:ascii="Malgun Gothic" w:hAnsi="Malgun Gothic" w:eastAsia="Malgun Gothic"/>
                <w:b w:val="0"/>
                <w:sz w:val="14"/>
              </w:rPr>
              <w:t>error</w:t>
            </w:r>
          </w:p>
        </w:tc>
        <w:tc>
          <w:tcPr>
            <w:tcW w:type="dxa" w:w="1973"/>
            <w:vAlign w:val="center"/>
          </w:tcPr>
          <w:p>
            <w:r/>
            <w:r>
              <w:rPr>
                <w:rFonts w:ascii="Malgun Gothic" w:hAnsi="Malgun Gothic" w:eastAsia="Malgun Gothic"/>
                <w:b w:val="0"/>
                <w:sz w:val="14"/>
              </w:rPr>
              <w:t>WPM이 상수/결측 처리되어 현재 지수에 정상 반영되지 않았습니다.</w:t>
            </w:r>
          </w:p>
        </w:tc>
        <w:tc>
          <w:tcPr>
            <w:tcW w:type="dxa" w:w="1973"/>
            <w:vAlign w:val="center"/>
          </w:tcPr>
          <w:p>
            <w:r/>
            <w:r>
              <w:rPr>
                <w:rFonts w:ascii="Malgun Gothic" w:hAnsi="Malgun Gothic" w:eastAsia="Malgun Gothic"/>
                <w:b w:val="0"/>
                <w:sz w:val="14"/>
              </w:rPr>
              <w:t>VOC Whisper STT 포함으로 재실행하고, WPM은 최종 원고에서 보조 변수로 제한 해석하세요.</w:t>
            </w:r>
          </w:p>
        </w:tc>
      </w:tr>
      <w:tr>
        <w:trPr>
          <w:cantSplit/>
        </w:trPr>
        <w:tc>
          <w:tcPr>
            <w:tcW w:type="dxa" w:w="1973"/>
            <w:vAlign w:val="center"/>
          </w:tcPr>
          <w:p>
            <w:r/>
            <w:r>
              <w:rPr>
                <w:rFonts w:ascii="Malgun Gothic" w:hAnsi="Malgun Gothic" w:eastAsia="Malgun Gothic"/>
                <w:b w:val="0"/>
                <w:sz w:val="14"/>
              </w:rPr>
              <w:t>Duration direction in formula</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info</w:t>
            </w:r>
          </w:p>
        </w:tc>
        <w:tc>
          <w:tcPr>
            <w:tcW w:type="dxa" w:w="1973"/>
            <w:vAlign w:val="center"/>
          </w:tcPr>
          <w:p>
            <w:r/>
            <w:r>
              <w:rPr>
                <w:rFonts w:ascii="Malgun Gothic" w:hAnsi="Malgun Gothic" w:eastAsia="Malgun Gothic"/>
                <w:b w:val="0"/>
                <w:sz w:val="14"/>
              </w:rPr>
              <w:t>stress_raw 공식에서 duration_sec가 음(-) 방향으로 반영됩니다.</w:t>
            </w:r>
          </w:p>
        </w:tc>
        <w:tc>
          <w:tcPr>
            <w:tcW w:type="dxa" w:w="1973"/>
            <w:vAlign w:val="center"/>
          </w:tcPr>
          <w:p>
            <w:r/>
            <w:r>
              <w:rPr>
                <w:rFonts w:ascii="Malgun Gothic" w:hAnsi="Malgun Gothic" w:eastAsia="Malgun Gothic"/>
                <w:b w:val="0"/>
                <w:sz w:val="14"/>
              </w:rPr>
              <w:t>원고 전 구간에서 z_energy + z_pitch + z_wpm - z_duration 구조로 통일하세요.</w:t>
            </w:r>
          </w:p>
        </w:tc>
      </w:tr>
      <w:tr>
        <w:trPr>
          <w:cantSplit/>
        </w:trPr>
        <w:tc>
          <w:tcPr>
            <w:tcW w:type="dxa" w:w="1973"/>
            <w:vAlign w:val="center"/>
          </w:tcPr>
          <w:p>
            <w:r/>
            <w:r>
              <w:rPr>
                <w:rFonts w:ascii="Malgun Gothic" w:hAnsi="Malgun Gothic" w:eastAsia="Malgun Gothic"/>
                <w:b w:val="0"/>
                <w:sz w:val="14"/>
              </w:rPr>
              <w:t>Duration direction in manuscript text</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info</w:t>
            </w:r>
          </w:p>
        </w:tc>
        <w:tc>
          <w:tcPr>
            <w:tcW w:type="dxa" w:w="1973"/>
            <w:vAlign w:val="center"/>
          </w:tcPr>
          <w:p>
            <w:r/>
            <w:r>
              <w:rPr>
                <w:rFonts w:ascii="Malgun Gothic" w:hAnsi="Malgun Gothic" w:eastAsia="Malgun Gothic"/>
                <w:b w:val="0"/>
                <w:sz w:val="14"/>
              </w:rPr>
              <w:t>duration 방향성 충돌 표현이 감지되지 않았습니다.</w:t>
            </w:r>
          </w:p>
        </w:tc>
        <w:tc>
          <w:tcPr>
            <w:tcW w:type="dxa" w:w="1973"/>
            <w:vAlign w:val="center"/>
          </w:tcPr>
          <w:p>
            <w:r/>
            <w:r>
              <w:rPr>
                <w:rFonts w:ascii="Malgun Gothic" w:hAnsi="Malgun Gothic" w:eastAsia="Malgun Gothic"/>
                <w:b w:val="0"/>
                <w:sz w:val="14"/>
              </w:rPr>
              <w:t>계속 유지하세요.</w:t>
            </w:r>
          </w:p>
        </w:tc>
      </w:tr>
      <w:tr>
        <w:trPr>
          <w:cantSplit/>
        </w:trPr>
        <w:tc>
          <w:tcPr>
            <w:tcW w:type="dxa" w:w="1973"/>
            <w:vAlign w:val="center"/>
          </w:tcPr>
          <w:p>
            <w:r/>
            <w:r>
              <w:rPr>
                <w:rFonts w:ascii="Malgun Gothic" w:hAnsi="Malgun Gothic" w:eastAsia="Malgun Gothic"/>
                <w:b w:val="0"/>
                <w:sz w:val="14"/>
              </w:rPr>
              <w:t>STT reliability claim level</w:t>
            </w:r>
          </w:p>
        </w:tc>
        <w:tc>
          <w:tcPr>
            <w:tcW w:type="dxa" w:w="1973"/>
            <w:vAlign w:val="center"/>
          </w:tcPr>
          <w:p>
            <w:r/>
            <w:r>
              <w:rPr>
                <w:rFonts w:ascii="Malgun Gothic" w:hAnsi="Malgun Gothic" w:eastAsia="Malgun Gothic"/>
                <w:b w:val="0"/>
                <w:sz w:val="14"/>
              </w:rPr>
              <w:t>WARN</w:t>
            </w:r>
          </w:p>
        </w:tc>
        <w:tc>
          <w:tcPr>
            <w:tcW w:type="dxa" w:w="1973"/>
            <w:vAlign w:val="center"/>
          </w:tcPr>
          <w:p>
            <w:r/>
            <w:r>
              <w:rPr>
                <w:rFonts w:ascii="Malgun Gothic" w:hAnsi="Malgun Gothic" w:eastAsia="Malgun Gothic"/>
                <w:b w:val="0"/>
                <w:sz w:val="14"/>
              </w:rPr>
              <w:t>warning</w:t>
            </w:r>
          </w:p>
        </w:tc>
        <w:tc>
          <w:tcPr>
            <w:tcW w:type="dxa" w:w="1973"/>
            <w:vAlign w:val="center"/>
          </w:tcPr>
          <w:p>
            <w:r/>
            <w:r>
              <w:rPr>
                <w:rFonts w:ascii="Malgun Gothic" w:hAnsi="Malgun Gothic" w:eastAsia="Malgun Gothic"/>
                <w:b w:val="0"/>
                <w:sz w:val="14"/>
              </w:rPr>
              <w:t>WER=1.000, CER=1.000입니다. '신뢰도 확보'라고 강하게 주장하기 어렵습니다.</w:t>
            </w:r>
          </w:p>
        </w:tc>
        <w:tc>
          <w:tcPr>
            <w:tcW w:type="dxa" w:w="1973"/>
            <w:vAlign w:val="center"/>
          </w:tcPr>
          <w:p>
            <w:r/>
            <w:r>
              <w:rPr>
                <w:rFonts w:ascii="Malgun Gothic" w:hAnsi="Malgun Gothic" w:eastAsia="Malgun Gothic"/>
                <w:b w:val="0"/>
                <w:sz w:val="14"/>
              </w:rPr>
              <w:t>STT 결과는 WPM의 측정 한계와 보조 변수 해석 근거로만 사용하세요.</w:t>
            </w:r>
          </w:p>
        </w:tc>
      </w:tr>
      <w:tr>
        <w:trPr>
          <w:cantSplit/>
        </w:trPr>
        <w:tc>
          <w:tcPr>
            <w:tcW w:type="dxa" w:w="1973"/>
            <w:vAlign w:val="center"/>
          </w:tcPr>
          <w:p>
            <w:r/>
            <w:r>
              <w:rPr>
                <w:rFonts w:ascii="Malgun Gothic" w:hAnsi="Malgun Gothic" w:eastAsia="Malgun Gothic"/>
                <w:b w:val="0"/>
                <w:sz w:val="14"/>
              </w:rPr>
              <w:t>MDPI metadata: title_en</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info</w:t>
            </w:r>
          </w:p>
        </w:tc>
        <w:tc>
          <w:tcPr>
            <w:tcW w:type="dxa" w:w="1973"/>
            <w:vAlign w:val="center"/>
          </w:tcPr>
          <w:p>
            <w:r/>
            <w:r>
              <w:rPr>
                <w:rFonts w:ascii="Malgun Gothic" w:hAnsi="Malgun Gothic" w:eastAsia="Malgun Gothic"/>
                <w:b w:val="0"/>
                <w:sz w:val="14"/>
              </w:rPr>
              <w:t>title_en 항목이 존재합니다.</w:t>
            </w:r>
          </w:p>
        </w:tc>
        <w:tc>
          <w:tcPr>
            <w:tcW w:type="dxa" w:w="1973"/>
            <w:vAlign w:val="center"/>
          </w:tcPr>
          <w:p>
            <w:r/>
            <w:r>
              <w:rPr>
                <w:rFonts w:ascii="Malgun Gothic" w:hAnsi="Malgun Gothic" w:eastAsia="Malgun Gothic"/>
                <w:b w:val="0"/>
                <w:sz w:val="14"/>
              </w:rPr>
              <w:t>제출 전 최종 확인하세요.</w:t>
            </w:r>
          </w:p>
        </w:tc>
      </w:tr>
      <w:tr>
        <w:trPr>
          <w:cantSplit/>
        </w:trPr>
        <w:tc>
          <w:tcPr>
            <w:tcW w:type="dxa" w:w="1973"/>
            <w:vAlign w:val="center"/>
          </w:tcPr>
          <w:p>
            <w:r/>
            <w:r>
              <w:rPr>
                <w:rFonts w:ascii="Malgun Gothic" w:hAnsi="Malgun Gothic" w:eastAsia="Malgun Gothic"/>
                <w:b w:val="0"/>
                <w:sz w:val="14"/>
              </w:rPr>
              <w:t>MDPI metadata: authors</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info</w:t>
            </w:r>
          </w:p>
        </w:tc>
        <w:tc>
          <w:tcPr>
            <w:tcW w:type="dxa" w:w="1973"/>
            <w:vAlign w:val="center"/>
          </w:tcPr>
          <w:p>
            <w:r/>
            <w:r>
              <w:rPr>
                <w:rFonts w:ascii="Malgun Gothic" w:hAnsi="Malgun Gothic" w:eastAsia="Malgun Gothic"/>
                <w:b w:val="0"/>
                <w:sz w:val="14"/>
              </w:rPr>
              <w:t>authors 항목이 존재합니다.</w:t>
            </w:r>
          </w:p>
        </w:tc>
        <w:tc>
          <w:tcPr>
            <w:tcW w:type="dxa" w:w="1973"/>
            <w:vAlign w:val="center"/>
          </w:tcPr>
          <w:p>
            <w:r/>
            <w:r>
              <w:rPr>
                <w:rFonts w:ascii="Malgun Gothic" w:hAnsi="Malgun Gothic" w:eastAsia="Malgun Gothic"/>
                <w:b w:val="0"/>
                <w:sz w:val="14"/>
              </w:rPr>
              <w:t>제출 전 최종 확인하세요.</w:t>
            </w:r>
          </w:p>
        </w:tc>
      </w:tr>
      <w:tr>
        <w:trPr>
          <w:cantSplit/>
        </w:trPr>
        <w:tc>
          <w:tcPr>
            <w:tcW w:type="dxa" w:w="1973"/>
            <w:vAlign w:val="center"/>
          </w:tcPr>
          <w:p>
            <w:r/>
            <w:r>
              <w:rPr>
                <w:rFonts w:ascii="Malgun Gothic" w:hAnsi="Malgun Gothic" w:eastAsia="Malgun Gothic"/>
                <w:b w:val="0"/>
                <w:sz w:val="14"/>
              </w:rPr>
              <w:t>MDPI metadata: keywords</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info</w:t>
            </w:r>
          </w:p>
        </w:tc>
        <w:tc>
          <w:tcPr>
            <w:tcW w:type="dxa" w:w="1973"/>
            <w:vAlign w:val="center"/>
          </w:tcPr>
          <w:p>
            <w:r/>
            <w:r>
              <w:rPr>
                <w:rFonts w:ascii="Malgun Gothic" w:hAnsi="Malgun Gothic" w:eastAsia="Malgun Gothic"/>
                <w:b w:val="0"/>
                <w:sz w:val="14"/>
              </w:rPr>
              <w:t>keywords 항목이 존재합니다.</w:t>
            </w:r>
          </w:p>
        </w:tc>
        <w:tc>
          <w:tcPr>
            <w:tcW w:type="dxa" w:w="1973"/>
            <w:vAlign w:val="center"/>
          </w:tcPr>
          <w:p>
            <w:r/>
            <w:r>
              <w:rPr>
                <w:rFonts w:ascii="Malgun Gothic" w:hAnsi="Malgun Gothic" w:eastAsia="Malgun Gothic"/>
                <w:b w:val="0"/>
                <w:sz w:val="14"/>
              </w:rPr>
              <w:t>제출 전 최종 확인하세요.</w:t>
            </w:r>
          </w:p>
        </w:tc>
      </w:tr>
      <w:tr>
        <w:trPr>
          <w:cantSplit/>
        </w:trPr>
        <w:tc>
          <w:tcPr>
            <w:tcW w:type="dxa" w:w="1973"/>
            <w:vAlign w:val="center"/>
          </w:tcPr>
          <w:p>
            <w:r/>
            <w:r>
              <w:rPr>
                <w:rFonts w:ascii="Malgun Gothic" w:hAnsi="Malgun Gothic" w:eastAsia="Malgun Gothic"/>
                <w:b w:val="0"/>
                <w:sz w:val="14"/>
              </w:rPr>
              <w:t>MDPI metadata: funding</w:t>
            </w:r>
          </w:p>
        </w:tc>
        <w:tc>
          <w:tcPr>
            <w:tcW w:type="dxa" w:w="1973"/>
            <w:vAlign w:val="center"/>
          </w:tcPr>
          <w:p>
            <w:r/>
            <w:r>
              <w:rPr>
                <w:rFonts w:ascii="Malgun Gothic" w:hAnsi="Malgun Gothic" w:eastAsia="Malgun Gothic"/>
                <w:b w:val="0"/>
                <w:sz w:val="14"/>
              </w:rPr>
              <w:t>WARN</w:t>
            </w:r>
          </w:p>
        </w:tc>
        <w:tc>
          <w:tcPr>
            <w:tcW w:type="dxa" w:w="1973"/>
            <w:vAlign w:val="center"/>
          </w:tcPr>
          <w:p>
            <w:r/>
            <w:r>
              <w:rPr>
                <w:rFonts w:ascii="Malgun Gothic" w:hAnsi="Malgun Gothic" w:eastAsia="Malgun Gothic"/>
                <w:b w:val="0"/>
                <w:sz w:val="14"/>
              </w:rPr>
              <w:t>warning</w:t>
            </w:r>
          </w:p>
        </w:tc>
        <w:tc>
          <w:tcPr>
            <w:tcW w:type="dxa" w:w="1973"/>
            <w:vAlign w:val="center"/>
          </w:tcPr>
          <w:p>
            <w:r/>
            <w:r>
              <w:rPr>
                <w:rFonts w:ascii="Malgun Gothic" w:hAnsi="Malgun Gothic" w:eastAsia="Malgun Gothic"/>
                <w:b w:val="0"/>
                <w:sz w:val="14"/>
              </w:rPr>
              <w:t>funding에 확인/수정이 필요한 placeholder가 남아 있습니다.</w:t>
            </w:r>
          </w:p>
        </w:tc>
        <w:tc>
          <w:tcPr>
            <w:tcW w:type="dxa" w:w="1973"/>
            <w:vAlign w:val="center"/>
          </w:tcPr>
          <w:p>
            <w:r/>
            <w:r>
              <w:rPr>
                <w:rFonts w:ascii="Malgun Gothic" w:hAnsi="Malgun Gothic" w:eastAsia="Malgun Gothic"/>
                <w:b w:val="0"/>
                <w:sz w:val="14"/>
              </w:rPr>
              <w:t>제출 전 실제 기관/교수님 확인 내용으로 바꾸세요.</w:t>
            </w:r>
          </w:p>
        </w:tc>
      </w:tr>
      <w:tr>
        <w:trPr>
          <w:cantSplit/>
        </w:trPr>
        <w:tc>
          <w:tcPr>
            <w:tcW w:type="dxa" w:w="1973"/>
            <w:vAlign w:val="center"/>
          </w:tcPr>
          <w:p>
            <w:r/>
            <w:r>
              <w:rPr>
                <w:rFonts w:ascii="Malgun Gothic" w:hAnsi="Malgun Gothic" w:eastAsia="Malgun Gothic"/>
                <w:b w:val="0"/>
                <w:sz w:val="14"/>
              </w:rPr>
              <w:t>MDPI metadata: irb_statement</w:t>
            </w:r>
          </w:p>
        </w:tc>
        <w:tc>
          <w:tcPr>
            <w:tcW w:type="dxa" w:w="1973"/>
            <w:vAlign w:val="center"/>
          </w:tcPr>
          <w:p>
            <w:r/>
            <w:r>
              <w:rPr>
                <w:rFonts w:ascii="Malgun Gothic" w:hAnsi="Malgun Gothic" w:eastAsia="Malgun Gothic"/>
                <w:b w:val="0"/>
                <w:sz w:val="14"/>
              </w:rPr>
              <w:t>WARN</w:t>
            </w:r>
          </w:p>
        </w:tc>
        <w:tc>
          <w:tcPr>
            <w:tcW w:type="dxa" w:w="1973"/>
            <w:vAlign w:val="center"/>
          </w:tcPr>
          <w:p>
            <w:r/>
            <w:r>
              <w:rPr>
                <w:rFonts w:ascii="Malgun Gothic" w:hAnsi="Malgun Gothic" w:eastAsia="Malgun Gothic"/>
                <w:b w:val="0"/>
                <w:sz w:val="14"/>
              </w:rPr>
              <w:t>warning</w:t>
            </w:r>
          </w:p>
        </w:tc>
        <w:tc>
          <w:tcPr>
            <w:tcW w:type="dxa" w:w="1973"/>
            <w:vAlign w:val="center"/>
          </w:tcPr>
          <w:p>
            <w:r/>
            <w:r>
              <w:rPr>
                <w:rFonts w:ascii="Malgun Gothic" w:hAnsi="Malgun Gothic" w:eastAsia="Malgun Gothic"/>
                <w:b w:val="0"/>
                <w:sz w:val="14"/>
              </w:rPr>
              <w:t>irb_statement에 확인/수정이 필요한 placeholder가 남아 있습니다.</w:t>
            </w:r>
          </w:p>
        </w:tc>
        <w:tc>
          <w:tcPr>
            <w:tcW w:type="dxa" w:w="1973"/>
            <w:vAlign w:val="center"/>
          </w:tcPr>
          <w:p>
            <w:r/>
            <w:r>
              <w:rPr>
                <w:rFonts w:ascii="Malgun Gothic" w:hAnsi="Malgun Gothic" w:eastAsia="Malgun Gothic"/>
                <w:b w:val="0"/>
                <w:sz w:val="14"/>
              </w:rPr>
              <w:t>제출 전 실제 기관/교수님 확인 내용으로 바꾸세요.</w:t>
            </w:r>
          </w:p>
        </w:tc>
      </w:tr>
      <w:tr>
        <w:trPr>
          <w:cantSplit/>
        </w:trPr>
        <w:tc>
          <w:tcPr>
            <w:tcW w:type="dxa" w:w="1973"/>
            <w:vAlign w:val="center"/>
          </w:tcPr>
          <w:p>
            <w:r/>
            <w:r>
              <w:rPr>
                <w:rFonts w:ascii="Malgun Gothic" w:hAnsi="Malgun Gothic" w:eastAsia="Malgun Gothic"/>
                <w:b w:val="0"/>
                <w:sz w:val="14"/>
              </w:rPr>
              <w:t>MDPI metadata: informed_consent_statement</w:t>
            </w:r>
          </w:p>
        </w:tc>
        <w:tc>
          <w:tcPr>
            <w:tcW w:type="dxa" w:w="1973"/>
            <w:vAlign w:val="center"/>
          </w:tcPr>
          <w:p>
            <w:r/>
            <w:r>
              <w:rPr>
                <w:rFonts w:ascii="Malgun Gothic" w:hAnsi="Malgun Gothic" w:eastAsia="Malgun Gothic"/>
                <w:b w:val="0"/>
                <w:sz w:val="14"/>
              </w:rPr>
              <w:t>WARN</w:t>
            </w:r>
          </w:p>
        </w:tc>
        <w:tc>
          <w:tcPr>
            <w:tcW w:type="dxa" w:w="1973"/>
            <w:vAlign w:val="center"/>
          </w:tcPr>
          <w:p>
            <w:r/>
            <w:r>
              <w:rPr>
                <w:rFonts w:ascii="Malgun Gothic" w:hAnsi="Malgun Gothic" w:eastAsia="Malgun Gothic"/>
                <w:b w:val="0"/>
                <w:sz w:val="14"/>
              </w:rPr>
              <w:t>warning</w:t>
            </w:r>
          </w:p>
        </w:tc>
        <w:tc>
          <w:tcPr>
            <w:tcW w:type="dxa" w:w="1973"/>
            <w:vAlign w:val="center"/>
          </w:tcPr>
          <w:p>
            <w:r/>
            <w:r>
              <w:rPr>
                <w:rFonts w:ascii="Malgun Gothic" w:hAnsi="Malgun Gothic" w:eastAsia="Malgun Gothic"/>
                <w:b w:val="0"/>
                <w:sz w:val="14"/>
              </w:rPr>
              <w:t>informed_consent_statement에 확인/수정이 필요한 placeholder가 남아 있습니다.</w:t>
            </w:r>
          </w:p>
        </w:tc>
        <w:tc>
          <w:tcPr>
            <w:tcW w:type="dxa" w:w="1973"/>
            <w:vAlign w:val="center"/>
          </w:tcPr>
          <w:p>
            <w:r/>
            <w:r>
              <w:rPr>
                <w:rFonts w:ascii="Malgun Gothic" w:hAnsi="Malgun Gothic" w:eastAsia="Malgun Gothic"/>
                <w:b w:val="0"/>
                <w:sz w:val="14"/>
              </w:rPr>
              <w:t>제출 전 실제 기관/교수님 확인 내용으로 바꾸세요.</w:t>
            </w:r>
          </w:p>
        </w:tc>
      </w:tr>
      <w:tr>
        <w:trPr>
          <w:cantSplit/>
        </w:trPr>
        <w:tc>
          <w:tcPr>
            <w:tcW w:type="dxa" w:w="1973"/>
            <w:vAlign w:val="center"/>
          </w:tcPr>
          <w:p>
            <w:r/>
            <w:r>
              <w:rPr>
                <w:rFonts w:ascii="Malgun Gothic" w:hAnsi="Malgun Gothic" w:eastAsia="Malgun Gothic"/>
                <w:b w:val="0"/>
                <w:sz w:val="14"/>
              </w:rPr>
              <w:t>MDPI metadata: data_availability_statement</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info</w:t>
            </w:r>
          </w:p>
        </w:tc>
        <w:tc>
          <w:tcPr>
            <w:tcW w:type="dxa" w:w="1973"/>
            <w:vAlign w:val="center"/>
          </w:tcPr>
          <w:p>
            <w:r/>
            <w:r>
              <w:rPr>
                <w:rFonts w:ascii="Malgun Gothic" w:hAnsi="Malgun Gothic" w:eastAsia="Malgun Gothic"/>
                <w:b w:val="0"/>
                <w:sz w:val="14"/>
              </w:rPr>
              <w:t>data_availability_statement 항목이 존재합니다.</w:t>
            </w:r>
          </w:p>
        </w:tc>
        <w:tc>
          <w:tcPr>
            <w:tcW w:type="dxa" w:w="1973"/>
            <w:vAlign w:val="center"/>
          </w:tcPr>
          <w:p>
            <w:r/>
            <w:r>
              <w:rPr>
                <w:rFonts w:ascii="Malgun Gothic" w:hAnsi="Malgun Gothic" w:eastAsia="Malgun Gothic"/>
                <w:b w:val="0"/>
                <w:sz w:val="14"/>
              </w:rPr>
              <w:t>제출 전 최종 확인하세요.</w:t>
            </w:r>
          </w:p>
        </w:tc>
      </w:tr>
      <w:tr>
        <w:trPr>
          <w:cantSplit/>
        </w:trPr>
        <w:tc>
          <w:tcPr>
            <w:tcW w:type="dxa" w:w="1973"/>
            <w:vAlign w:val="center"/>
          </w:tcPr>
          <w:p>
            <w:r/>
            <w:r>
              <w:rPr>
                <w:rFonts w:ascii="Malgun Gothic" w:hAnsi="Malgun Gothic" w:eastAsia="Malgun Gothic"/>
                <w:b w:val="0"/>
                <w:sz w:val="14"/>
              </w:rPr>
              <w:t>MDPI metadata: conflicts_of_interest</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info</w:t>
            </w:r>
          </w:p>
        </w:tc>
        <w:tc>
          <w:tcPr>
            <w:tcW w:type="dxa" w:w="1973"/>
            <w:vAlign w:val="center"/>
          </w:tcPr>
          <w:p>
            <w:r/>
            <w:r>
              <w:rPr>
                <w:rFonts w:ascii="Malgun Gothic" w:hAnsi="Malgun Gothic" w:eastAsia="Malgun Gothic"/>
                <w:b w:val="0"/>
                <w:sz w:val="14"/>
              </w:rPr>
              <w:t>conflicts_of_interest 항목이 존재합니다.</w:t>
            </w:r>
          </w:p>
        </w:tc>
        <w:tc>
          <w:tcPr>
            <w:tcW w:type="dxa" w:w="1973"/>
            <w:vAlign w:val="center"/>
          </w:tcPr>
          <w:p>
            <w:r/>
            <w:r>
              <w:rPr>
                <w:rFonts w:ascii="Malgun Gothic" w:hAnsi="Malgun Gothic" w:eastAsia="Malgun Gothic"/>
                <w:b w:val="0"/>
                <w:sz w:val="14"/>
              </w:rPr>
              <w:t>제출 전 최종 확인하세요.</w:t>
            </w:r>
          </w:p>
        </w:tc>
      </w:tr>
      <w:tr>
        <w:trPr>
          <w:cantSplit/>
        </w:trPr>
        <w:tc>
          <w:tcPr>
            <w:tcW w:type="dxa" w:w="1973"/>
            <w:vAlign w:val="center"/>
          </w:tcPr>
          <w:p>
            <w:r/>
            <w:r>
              <w:rPr>
                <w:rFonts w:ascii="Malgun Gothic" w:hAnsi="Malgun Gothic" w:eastAsia="Malgun Gothic"/>
                <w:b w:val="0"/>
                <w:sz w:val="14"/>
              </w:rPr>
              <w:t>MDPI metadata: author_contributions</w:t>
            </w:r>
          </w:p>
        </w:tc>
        <w:tc>
          <w:tcPr>
            <w:tcW w:type="dxa" w:w="1973"/>
            <w:vAlign w:val="center"/>
          </w:tcPr>
          <w:p>
            <w:r/>
            <w:r>
              <w:rPr>
                <w:rFonts w:ascii="Malgun Gothic" w:hAnsi="Malgun Gothic" w:eastAsia="Malgun Gothic"/>
                <w:b w:val="0"/>
                <w:sz w:val="14"/>
              </w:rPr>
              <w:t>PASS</w:t>
            </w:r>
          </w:p>
        </w:tc>
        <w:tc>
          <w:tcPr>
            <w:tcW w:type="dxa" w:w="1973"/>
            <w:vAlign w:val="center"/>
          </w:tcPr>
          <w:p>
            <w:r/>
            <w:r>
              <w:rPr>
                <w:rFonts w:ascii="Malgun Gothic" w:hAnsi="Malgun Gothic" w:eastAsia="Malgun Gothic"/>
                <w:b w:val="0"/>
                <w:sz w:val="14"/>
              </w:rPr>
              <w:t>info</w:t>
            </w:r>
          </w:p>
        </w:tc>
        <w:tc>
          <w:tcPr>
            <w:tcW w:type="dxa" w:w="1973"/>
            <w:vAlign w:val="center"/>
          </w:tcPr>
          <w:p>
            <w:r/>
            <w:r>
              <w:rPr>
                <w:rFonts w:ascii="Malgun Gothic" w:hAnsi="Malgun Gothic" w:eastAsia="Malgun Gothic"/>
                <w:b w:val="0"/>
                <w:sz w:val="14"/>
              </w:rPr>
              <w:t>author_contributions 항목이 존재합니다.</w:t>
            </w:r>
          </w:p>
        </w:tc>
        <w:tc>
          <w:tcPr>
            <w:tcW w:type="dxa" w:w="1973"/>
            <w:vAlign w:val="center"/>
          </w:tcPr>
          <w:p>
            <w:r/>
            <w:r>
              <w:rPr>
                <w:rFonts w:ascii="Malgun Gothic" w:hAnsi="Malgun Gothic" w:eastAsia="Malgun Gothic"/>
                <w:b w:val="0"/>
                <w:sz w:val="14"/>
              </w:rPr>
              <w:t>제출 전 최종 확인하세요.</w:t>
            </w:r>
          </w:p>
        </w:tc>
      </w:tr>
      <w:tr>
        <w:trPr>
          <w:cantSplit/>
        </w:trPr>
        <w:tc>
          <w:tcPr>
            <w:tcW w:type="dxa" w:w="1973"/>
            <w:vAlign w:val="center"/>
          </w:tcPr>
          <w:p>
            <w:r/>
            <w:r>
              <w:rPr>
                <w:rFonts w:ascii="Malgun Gothic" w:hAnsi="Malgun Gothic" w:eastAsia="Malgun Gothic"/>
                <w:b w:val="0"/>
                <w:sz w:val="14"/>
              </w:rPr>
              <w:t>Generated manuscript text cleanup</w:t>
            </w:r>
          </w:p>
        </w:tc>
        <w:tc>
          <w:tcPr>
            <w:tcW w:type="dxa" w:w="1973"/>
            <w:vAlign w:val="center"/>
          </w:tcPr>
          <w:p>
            <w:r/>
            <w:r>
              <w:rPr>
                <w:rFonts w:ascii="Malgun Gothic" w:hAnsi="Malgun Gothic" w:eastAsia="Malgun Gothic"/>
                <w:b w:val="0"/>
                <w:sz w:val="14"/>
              </w:rPr>
              <w:t>FAIL</w:t>
            </w:r>
          </w:p>
        </w:tc>
        <w:tc>
          <w:tcPr>
            <w:tcW w:type="dxa" w:w="1973"/>
            <w:vAlign w:val="center"/>
          </w:tcPr>
          <w:p>
            <w:r/>
            <w:r>
              <w:rPr>
                <w:rFonts w:ascii="Malgun Gothic" w:hAnsi="Malgun Gothic" w:eastAsia="Malgun Gothic"/>
                <w:b w:val="0"/>
                <w:sz w:val="14"/>
              </w:rPr>
              <w:t>error</w:t>
            </w:r>
          </w:p>
        </w:tc>
        <w:tc>
          <w:tcPr>
            <w:tcW w:type="dxa" w:w="1973"/>
            <w:vAlign w:val="center"/>
          </w:tcPr>
          <w:p>
            <w:r/>
            <w:r>
              <w:rPr>
                <w:rFonts w:ascii="Malgun Gothic" w:hAnsi="Malgun Gothic" w:eastAsia="Malgun Gothic"/>
                <w:b w:val="0"/>
                <w:sz w:val="14"/>
              </w:rPr>
              <w:t>생성 원고에 제출 전 제거해야 할 표현이 있습니다: 파일럿 n=100 표현; pilot 표현; 자동생성 목차 marker; 자동생성 그림 marker; 그림 X placeholder; 임상 진단 과장 표현; 검증된 탐지모형 과장 표현</w:t>
            </w:r>
          </w:p>
        </w:tc>
        <w:tc>
          <w:tcPr>
            <w:tcW w:type="dxa" w:w="1973"/>
            <w:vAlign w:val="center"/>
          </w:tcPr>
          <w:p>
            <w:r/>
            <w:r>
              <w:rPr>
                <w:rFonts w:ascii="Malgun Gothic" w:hAnsi="Malgun Gothic" w:eastAsia="Malgun Gothic"/>
                <w:b w:val="0"/>
                <w:sz w:val="14"/>
              </w:rPr>
              <w:t>목차별 원고를 재작성하거나 v24 엄격 제출 모드로 DOCX를 다시 생성하세요.</w:t>
            </w:r>
          </w:p>
        </w:tc>
      </w:tr>
    </w:tbl>
    <w:p/>
    <w:p>
      <w:pPr>
        <w:pStyle w:val="Heading3"/>
      </w:pPr>
      <w:r>
        <w:t>산출물 텍스트: results/manuscript_text/meeting_0627/meeting_0627_professor_report_n1000_ko.md</w:t>
      </w:r>
    </w:p>
    <w:p>
      <w:r>
        <w:t># 6월 27일 논문모임 교수님 보고자료</w:t>
        <w:br/>
        <w:br/>
        <w:t>## 보고 핵심</w:t>
        <w:br/>
        <w:t>- 22번 추가연구(E)는 현재 논문 결과를 과장하기 위한 기능이 아니라, 현재 연구 한계를 방어 가능한 후속연구 설계로 전환하기 위한 기능입니다.</w:t>
        <w:br/>
        <w:t>- 현재 논문은 외부 정답 라벨이 없는 조건에서 stress_score의 내적 구성타당도, 강건성, 민감도 중심으로 정리하는 것이 안전합니다.</w:t>
        <w:br/>
        <w:t>- 외부 준거 라벨, 다센터 검증, 화자 정규화, STT/WPM 신뢰도 검증은 후속연구로 분리해야 합니다.</w:t>
        <w:br/>
        <w:br/>
        <w:t>## 현재 상태</w:t>
        <w:br/>
        <w:t>- profile: n1000</w:t>
        <w:br/>
        <w:t>- voc_stt_n: 0</w:t>
        <w:br/>
        <w:t>- features_n: 0</w:t>
        <w:br/>
        <w:t>- stress_n: 0</w:t>
        <w:br/>
        <w:t>- kspon_stt_n: 0</w:t>
        <w:br/>
        <w:t>- wpm_nonzero: 0</w:t>
        <w:br/>
        <w:t>- quality_fail: 0</w:t>
        <w:br/>
        <w:t>- quality_warn: 0</w:t>
        <w:br/>
        <w:br/>
        <w:t>## 왜? 왜? 왜?</w:t>
        <w:br/>
        <w:t>### 왜 추가연구를 해야 하는가?</w:t>
        <w:br/>
        <w:t>현재 연구는 VOC 실데이터 기반이라는 강점이 있지만 외부 준거 라벨, 다센터 검증, 화자 정규화, STT/WPM 신뢰도 보완이 남아 있다. 이 한계를 숨기지 않고 후속연구 설계로 제시해야 논문의 방어력이 높아진다.</w:t>
        <w:br/>
        <w:t>### 왜 지금 추가연구를 논의해야 하는가?</w:t>
        <w:br/>
        <w:t>학회지 제출 전 교수님께 연구의 한계와 보완 방향을 명확히 보고해야 한다. 그래야 현재 논문에서 주장할 수 있는 범위와 후속연구로 넘겨야 할 범위를 구분할 수 있다.</w:t>
        <w:br/>
        <w:t>### 왜 22번 추가연구를 현재 결과처럼 쓰면 안 되는가?</w:t>
        <w:br/>
        <w:t>외부 라벨, 다센터 데이터, speaker_id 같은 입력이 아직 없으면 실제 검증 결과가 아니라 계획과 템플릿이다. 현재 결과로 과장하면 심사에서 취약해진다.</w:t>
        <w:br/>
        <w:t>### 왜 구성타당도 중심인가?</w:t>
        <w:br/>
        <w:t>현재 데이터에는 스트레스 정답 라벨이 없다. 따라서 지도학습 예측 성능이 아니라, 이론적으로 관련된 음향변수와 stress_score의 관계를 검토하는 구성타당도 접근이 가장 안전하다.</w:t>
        <w:br/>
        <w:t>### 왜 STT 검증을 별도로 두는가?</w:t>
        <w:br/>
        <w:t>VOC 데이터에는 정답 전사문이 없기 때문에 STT 정확도를 직접 평가하기 어렵다. 정답이 있는 KsponSpeech로 Whisper의 WER/CER를 검증한 뒤 VOC 분석의 기술적 한계를 설명해야 한다.</w:t>
        <w:br/>
        <w:t>### 왜 Goldset이 필요한가?</w:t>
        <w:br/>
        <w:t>외부 준거 라벨이 있어야 stress_score가 실제 민원위험, 상담품질, 전문가 스트레스 평정과 연결되는지 검증할 수 있다. 이는 후속연구에서 준거타당도를 확보하는 핵심이다.</w:t>
        <w:br/>
        <w:br/>
        <w:t>## 교수님께 확인할 질문</w:t>
        <w:br/>
        <w:t xml:space="preserve">- 현재 논문은 '내적 구성타당도 검증' 중심으로 제출하고, 외부 준거 라벨 검증은 후속연구로 분리하는 방향이 적절한가?  </w:t>
        <w:br/>
        <w:t xml:space="preserve">  - 이유: 현재 데이터 구조에서 과장 주장을 피하기 위한 연구 범위 확정이 필요하다.</w:t>
        <w:br/>
        <w:t xml:space="preserve">- 22번 추가연구 항목 중 이번 원고에 반드시 포함할 한계 항목과 후속연구 항목의 우선순위는 무엇인가?  </w:t>
        <w:br/>
        <w:t xml:space="preserve">  - 이유: 원고 분량과 심사 리스크를 고려해 핵심 한계만 선별해야 한다.</w:t>
        <w:br/>
        <w:t xml:space="preserve">- WPM/STT 신뢰도는 현재 원고에서 어느 수준까지 설명하는 것이 적절한가?  </w:t>
        <w:br/>
        <w:t xml:space="preserve">  - 이유: STT 결과가 불안정하면 WPM을 핵심 변수로 강하게 해석하면 위험하다.</w:t>
        <w:br/>
        <w:t xml:space="preserve">- 향후 Goldset 라벨링은 전문가 평정 3점 척도, 민원위험 등급, QA 점수 중 무엇을 우선 준거로 둘지 확인이 필요하다.  </w:t>
        <w:br/>
        <w:t xml:space="preserve">  - 이유: 후속연구의 준거타당도 설계 방향을 정해야 한다.</w:t>
        <w:br/>
        <w:t xml:space="preserve">- SCI급 학회지 투고와 국내 학회지 투고 중 현재 데이터 완성도 기준으로 우선순위를 어떻게 잡을지 확인이 필요하다.  </w:t>
        <w:br/>
        <w:t xml:space="preserve">  - 이유: 투고처에 따라 원고의 주장 강도와 보완 분석 수준이 달라진다.</w:t>
      </w:r>
    </w:p>
    <w:p>
      <w:pPr>
        <w:pStyle w:val="Heading3"/>
      </w:pPr>
      <w:r>
        <w:t>산출물 텍스트: results/manuscript_text/scie_submission/english_manuscript_outline.md</w:t>
      </w:r>
    </w:p>
    <w:p>
      <w:r>
        <w:t># SCIE English Manuscript Outline</w:t>
        <w:br/>
        <w:br/>
        <w:t>## Working Title</w:t>
        <w:br/>
        <w:t>A Reproducible Framework for Unsupervised Voice-of-Customer Stress Index Estimation Using Speech-Derived Acoustic and Textual Features</w:t>
        <w:br/>
        <w:br/>
        <w:t>## Core Claim</w:t>
        <w:br/>
        <w:t>This study proposes and validates a non-clinical, unsupervised stress-related index for Korean call-center voice-of-customer audio by integrating acoustic features and STT-derived speaking-rate measures.</w:t>
        <w:br/>
        <w:br/>
        <w:t>## Recommended Structure</w:t>
        <w:br/>
        <w:t>1. Introduction</w:t>
        <w:br/>
        <w:t>2. Related Work</w:t>
        <w:br/>
        <w:t>3. Data and Preprocessing</w:t>
        <w:br/>
        <w:t>4. STT Validation using KsponSpeech</w:t>
        <w:br/>
        <w:t>5. Stress Index Construction</w:t>
        <w:br/>
        <w:t>6. Statistical Validation</w:t>
        <w:br/>
        <w:t>7. Results</w:t>
        <w:br/>
        <w:t>8. AS-IS/TO-BE Reproducibility Analysis</w:t>
        <w:br/>
        <w:t>9. Discussion</w:t>
        <w:br/>
        <w:t>10. Limitations</w:t>
        <w:br/>
        <w:t>11. Conclusion</w:t>
        <w:br/>
        <w:br/>
        <w:t>## Safe Positioning</w:t>
        <w:br/>
        <w:t>- Use "stress-related index" rather than "clinical stress diagnosis".</w:t>
        <w:br/>
        <w:t>- Use "construct-validity evidence" rather than "fully validated model".</w:t>
        <w:br/>
        <w:t>- Keep AS-IS and TO-BE results separated. One is the main analysis, the other is a reproducibility or robustness analysis.</w:t>
        <w:br/>
        <w:br/>
        <w:t>## Required Tables</w:t>
        <w:br/>
        <w:t>- Table 1. Dataset and preprocessing summary</w:t>
        <w:br/>
        <w:t>- Table 2. STT validation on KsponSpeech: WER/CER</w:t>
        <w:br/>
        <w:t>- Table 3. Feature definitions and stress-score formula</w:t>
        <w:br/>
        <w:t>- Table 4. Descriptive statistics</w:t>
        <w:br/>
        <w:t>- Table 5. Correlation and construct-validity evidence</w:t>
        <w:br/>
        <w:t>- Table 6. ANOVA/effect-size results</w:t>
        <w:br/>
        <w:t>- Table 7. Sensitivity/robustness results</w:t>
        <w:br/>
        <w:t>- Table 8. AS-IS/TO-BE reproducibility comparison</w:t>
        <w:br/>
        <w:br/>
        <w:t>## Required Figures</w:t>
        <w:br/>
        <w:t>- Figure 1. End-to-end pipeline</w:t>
        <w:br/>
        <w:t>- Figure 2. Stress-index distribution</w:t>
        <w:br/>
        <w:t>- Figure 3. Feature correlation heatmap</w:t>
        <w:br/>
        <w:t>- Figure 4. AS-IS/TO-BE workflow separation</w:t>
        <w:br/>
      </w:r>
    </w:p>
    <w:p>
      <w:pPr>
        <w:pStyle w:val="Heading3"/>
      </w:pPr>
      <w:r>
        <w:t>산출물 텍스트: results/manuscript_text/scie_submission/scie_action_plan_ko.md</w:t>
      </w:r>
    </w:p>
    <w:p>
      <w:r>
        <w:t># SCIE 투고 준비 패키지</w:t>
        <w:br/>
        <w:br/>
        <w:t>- 생성시각: 2026-07-03 13:20:41</w:t>
        <w:br/>
        <w:t>- 기준 profile: `n1000`</w:t>
        <w:br/>
        <w:t>- 분석 정책: `ASIS_MAIN`</w:t>
        <w:br/>
        <w:t>- STT 성공 unique: **992**</w:t>
        <w:br/>
        <w:t>- Feature n: **442**</w:t>
        <w:br/>
        <w:t>- Stress n: **0**</w:t>
        <w:br/>
        <w:t>- WPM 평균: **83.4118**</w:t>
        <w:br/>
        <w:br/>
        <w:t>## 핵심 판단</w:t>
        <w:br/>
        <w:br/>
        <w:t>1. 본문에는 하나의 최종 분석본만 사용해야 합니다.</w:t>
        <w:br/>
        <w:t>2. 현재 기본 권장안은 **3번 논문 안전안 본문 유지 + 2번 TO-BE 재산출안 재현성 검증 분리**입니다.</w:t>
        <w:br/>
        <w:t>3. KsponSpeech WER/CER 검증표가 SCIE 투고 전 필수 보강 항목입니다.</w:t>
        <w:br/>
        <w:t>4. 재현성 패키지에는 환경표, 제외 기준표, 산식표, snapshot 경로, 실행 로그가 들어가야 합니다.</w:t>
        <w:br/>
        <w:br/>
        <w:t>## 바로 할 일</w:t>
        <w:br/>
        <w:br/>
        <w:t>1. `kspon_validation_plan.csv` 기준으로 STT WER/CER 검증표 생성</w:t>
        <w:br/>
        <w:t>2. `final_dataset_decision_matrix.csv`에서 본문 기준을 교수님과 확정</w:t>
        <w:br/>
        <w:t>3. `scie_reproducibility_checklist.csv`의 NEEDED 항목 보완</w:t>
        <w:br/>
        <w:t>4. `statistical_validation_checklist.csv` 기준으로 효과크기·CI·민감도·VIF 표 확인</w:t>
        <w:br/>
        <w:t>5. `journal_target_strategy.csv`에서 1차 후보 3개 선정</w:t>
        <w:br/>
        <w:br/>
        <w:t>## 원고 안전 문장</w:t>
        <w:br/>
        <w:br/>
        <w:t>&gt; This study proposes and evaluates a non-clinical, stress-related index for Korean call-center VOC audio by integrating acoustic features and STT-derived speaking-rate measures. The AS-IS analysis is treated as the main analysis, while the TO-BE automated pipeline is reported as a reproducibility check.</w:t>
        <w:br/>
        <w:br/>
      </w:r>
    </w:p>
    <w:p>
      <w:pPr>
        <w:pStyle w:val="Heading2"/>
      </w:pPr>
      <w:r>
        <w:t>결과 해석</w:t>
      </w:r>
    </w:p>
    <w:p>
      <w:r>
        <w:t>연구 방어의 핵심은 기술적으로 완료된 결과를 충분히 보여주되, 역할과 stress 해석의 미완료 상태를 숨기지 않는 것이다.</w:t>
      </w:r>
    </w:p>
    <w:p>
      <w:pPr>
        <w:pStyle w:val="Heading2"/>
      </w:pPr>
      <w:r>
        <w:t>한계 및 논문 반영 기준</w:t>
      </w:r>
    </w:p>
    <w:p>
      <w:r>
        <w:t>통계적 연관성과 인과 관계를 구분해야 한다.</w:t>
      </w:r>
    </w:p>
    <w:p>
      <w:r>
        <w:br w:type="page"/>
      </w:r>
    </w:p>
    <w:p>
      <w:pPr>
        <w:pStyle w:val="Heading1"/>
      </w:pPr>
      <w:r>
        <w:t>7. 실제 화자분리 상세보고서</w:t>
      </w:r>
    </w:p>
    <w:p>
      <w:pPr>
        <w:pStyle w:val="Heading2"/>
      </w:pPr>
      <w:r>
        <w:t>논문 작성용 상세 본문</w:t>
      </w:r>
    </w:p>
    <w:p>
      <w:r>
        <w:t>pyannote 기반 화자분리를 TO-BE 1,000개 통화에 적용해 SPEAKER 세그먼트 57,619건을 생성했다.</w:t>
      </w:r>
    </w:p>
    <w:p>
      <w:r>
        <w:t>각 세그먼트는 call_id, speaker_label, start_sec, end_sec, duration_sec 등의 키를 가지며, 후속 feature/STT/stress 병합의 기준 행으로 사용된다.</w:t>
      </w:r>
    </w:p>
    <w:p>
      <w:r>
        <w:t>화자분리 성공은 음성 구간과 화자 후보가 분리됐다는 의미이며, 고객과 상담사의 실제 역할이 확정됐다는 의미는 아니다.</w:t>
      </w:r>
    </w:p>
    <w:p>
      <w:r>
        <w:t>화자분리는 통화 전체 음성을 시간 구간과 화자 후보 라벨로 분할하는 단계이다. 결과는 57,619개 세그먼트이며 각 행은 통화, 화자 후보, 시작·종료 시각, 구간 길이 정보를 가진다.</w:t>
      </w:r>
    </w:p>
    <w:p>
      <w:r>
        <w:t>세그먼트는 후속 acoustic feature, STT, WPM, stress_score를 연결하는 최소 분석 단위이다.</w:t>
      </w:r>
    </w:p>
    <w:p>
      <w:r>
        <w:t>SPEAKER_00과 SPEAKER_01은 상대적 클러스터 라벨이므로 실제 고객 또는 상담사 역할로 확정해서는 안 된다.</w:t>
      </w:r>
    </w:p>
    <w:p>
      <w:pPr>
        <w:pStyle w:val="Heading2"/>
      </w:pPr>
      <w:r>
        <w:t>분석 수치 및 결과표</w:t>
      </w:r>
    </w:p>
    <w:p>
      <w:r>
        <w:rPr>
          <w:b/>
        </w:rPr>
        <w:t>표 7-1. 화자분리 결과 요약</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항목</w:t>
            </w:r>
          </w:p>
        </w:tc>
        <w:tc>
          <w:tcPr>
            <w:tcW w:type="dxa" w:w="3289"/>
          </w:tcPr>
          <w:p>
            <w:r/>
            <w:r>
              <w:rPr>
                <w:rFonts w:ascii="Malgun Gothic" w:hAnsi="Malgun Gothic" w:eastAsia="Malgun Gothic"/>
                <w:b/>
                <w:sz w:val="16"/>
              </w:rPr>
              <w:t>값</w:t>
            </w:r>
          </w:p>
        </w:tc>
        <w:tc>
          <w:tcPr>
            <w:tcW w:type="dxa" w:w="3289"/>
          </w:tcPr>
          <w:p>
            <w:r/>
            <w:r>
              <w:rPr>
                <w:rFonts w:ascii="Malgun Gothic" w:hAnsi="Malgun Gothic" w:eastAsia="Malgun Gothic"/>
                <w:b/>
                <w:sz w:val="16"/>
              </w:rPr>
              <w:t>상태</w:t>
            </w:r>
          </w:p>
        </w:tc>
      </w:tr>
      <w:tr>
        <w:trPr>
          <w:cantSplit/>
        </w:trPr>
        <w:tc>
          <w:tcPr>
            <w:tcW w:type="dxa" w:w="3289"/>
            <w:vAlign w:val="center"/>
          </w:tcPr>
          <w:p>
            <w:r/>
            <w:r>
              <w:rPr>
                <w:rFonts w:ascii="Malgun Gothic" w:hAnsi="Malgun Gothic" w:eastAsia="Malgun Gothic"/>
                <w:b w:val="0"/>
                <w:sz w:val="16"/>
              </w:rPr>
              <w:t>입력 통화</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완료</w:t>
            </w:r>
          </w:p>
        </w:tc>
      </w:tr>
      <w:tr>
        <w:trPr>
          <w:cantSplit/>
        </w:trPr>
        <w:tc>
          <w:tcPr>
            <w:tcW w:type="dxa" w:w="3289"/>
            <w:vAlign w:val="center"/>
          </w:tcPr>
          <w:p>
            <w:r/>
            <w:r>
              <w:rPr>
                <w:rFonts w:ascii="Malgun Gothic" w:hAnsi="Malgun Gothic" w:eastAsia="Malgun Gothic"/>
                <w:b w:val="0"/>
                <w:sz w:val="16"/>
              </w:rPr>
              <w:t>SPEAKER 세그먼트</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완료</w:t>
            </w:r>
          </w:p>
        </w:tc>
      </w:tr>
      <w:tr>
        <w:trPr>
          <w:cantSplit/>
        </w:trPr>
        <w:tc>
          <w:tcPr>
            <w:tcW w:type="dxa" w:w="3289"/>
            <w:vAlign w:val="center"/>
          </w:tcPr>
          <w:p>
            <w:r/>
            <w:r>
              <w:rPr>
                <w:rFonts w:ascii="Malgun Gothic" w:hAnsi="Malgun Gothic" w:eastAsia="Malgun Gothic"/>
                <w:b w:val="0"/>
                <w:sz w:val="16"/>
              </w:rPr>
              <w:t>통화-화자 슬롯</w:t>
            </w:r>
          </w:p>
        </w:tc>
        <w:tc>
          <w:tcPr>
            <w:tcW w:type="dxa" w:w="3289"/>
            <w:vAlign w:val="center"/>
          </w:tcPr>
          <w:p>
            <w:r/>
            <w:r>
              <w:rPr>
                <w:rFonts w:ascii="Malgun Gothic" w:hAnsi="Malgun Gothic" w:eastAsia="Malgun Gothic"/>
                <w:b w:val="0"/>
                <w:sz w:val="16"/>
              </w:rPr>
              <w:t>2,000</w:t>
            </w:r>
          </w:p>
        </w:tc>
        <w:tc>
          <w:tcPr>
            <w:tcW w:type="dxa" w:w="3289"/>
            <w:vAlign w:val="center"/>
          </w:tcPr>
          <w:p>
            <w:r/>
            <w:r>
              <w:rPr>
                <w:rFonts w:ascii="Malgun Gothic" w:hAnsi="Malgun Gothic" w:eastAsia="Malgun Gothic"/>
                <w:b w:val="0"/>
                <w:sz w:val="16"/>
              </w:rPr>
              <w:t>완료</w:t>
            </w:r>
          </w:p>
        </w:tc>
      </w:tr>
      <w:tr>
        <w:trPr>
          <w:cantSplit/>
        </w:trPr>
        <w:tc>
          <w:tcPr>
            <w:tcW w:type="dxa" w:w="3289"/>
            <w:vAlign w:val="center"/>
          </w:tcPr>
          <w:p>
            <w:r/>
            <w:r>
              <w:rPr>
                <w:rFonts w:ascii="Malgun Gothic" w:hAnsi="Malgun Gothic" w:eastAsia="Malgun Gothic"/>
                <w:b w:val="0"/>
                <w:sz w:val="16"/>
              </w:rPr>
              <w:t>상태 코드</w:t>
            </w:r>
          </w:p>
        </w:tc>
        <w:tc>
          <w:tcPr>
            <w:tcW w:type="dxa" w:w="3289"/>
            <w:vAlign w:val="center"/>
          </w:tcPr>
          <w:p>
            <w:r/>
            <w:r>
              <w:rPr>
                <w:rFonts w:ascii="Malgun Gothic" w:hAnsi="Malgun Gothic" w:eastAsia="Malgun Gothic"/>
                <w:b w:val="0"/>
                <w:sz w:val="16"/>
              </w:rPr>
              <w:t>DONE_SPEAKER_DIARIZATION</w:t>
            </w:r>
          </w:p>
        </w:tc>
        <w:tc>
          <w:tcPr>
            <w:tcW w:type="dxa" w:w="3289"/>
            <w:vAlign w:val="center"/>
          </w:tcPr>
          <w:p>
            <w:r/>
            <w:r>
              <w:rPr>
                <w:rFonts w:ascii="Malgun Gothic" w:hAnsi="Malgun Gothic" w:eastAsia="Malgun Gothic"/>
                <w:b w:val="0"/>
                <w:sz w:val="16"/>
              </w:rPr>
              <w:t>완료</w:t>
            </w:r>
          </w:p>
        </w:tc>
      </w:tr>
    </w:tbl>
    <w:p/>
    <w:p>
      <w:r>
        <w:rPr>
          <w:b/>
        </w:rPr>
        <w:t>표 7-2. 세그먼트 진단 필드</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필드</w:t>
            </w:r>
          </w:p>
        </w:tc>
        <w:tc>
          <w:tcPr>
            <w:tcW w:type="dxa" w:w="4933"/>
          </w:tcPr>
          <w:p>
            <w:r/>
            <w:r>
              <w:rPr>
                <w:rFonts w:ascii="Malgun Gothic" w:hAnsi="Malgun Gothic" w:eastAsia="Malgun Gothic"/>
                <w:b/>
                <w:sz w:val="16"/>
              </w:rPr>
              <w:t>설명</w:t>
            </w:r>
          </w:p>
        </w:tc>
      </w:tr>
      <w:tr>
        <w:trPr>
          <w:cantSplit/>
        </w:trPr>
        <w:tc>
          <w:tcPr>
            <w:tcW w:type="dxa" w:w="4933"/>
            <w:vAlign w:val="center"/>
          </w:tcPr>
          <w:p>
            <w:r/>
            <w:r>
              <w:rPr>
                <w:rFonts w:ascii="Malgun Gothic" w:hAnsi="Malgun Gothic" w:eastAsia="Malgun Gothic"/>
                <w:b w:val="0"/>
                <w:sz w:val="16"/>
              </w:rPr>
              <w:t>file</w:t>
            </w:r>
          </w:p>
        </w:tc>
        <w:tc>
          <w:tcPr>
            <w:tcW w:type="dxa" w:w="4933"/>
            <w:vAlign w:val="center"/>
          </w:tcPr>
          <w:p>
            <w:r/>
            <w:r>
              <w:rPr>
                <w:rFonts w:ascii="Malgun Gothic" w:hAnsi="Malgun Gothic" w:eastAsia="Malgun Gothic"/>
                <w:b w:val="0"/>
                <w:sz w:val="16"/>
              </w:rPr>
              <w:t>원본 통화 파일</w:t>
            </w:r>
          </w:p>
        </w:tc>
      </w:tr>
      <w:tr>
        <w:trPr>
          <w:cantSplit/>
        </w:trPr>
        <w:tc>
          <w:tcPr>
            <w:tcW w:type="dxa" w:w="4933"/>
            <w:vAlign w:val="center"/>
          </w:tcPr>
          <w:p>
            <w:r/>
            <w:r>
              <w:rPr>
                <w:rFonts w:ascii="Malgun Gothic" w:hAnsi="Malgun Gothic" w:eastAsia="Malgun Gothic"/>
                <w:b w:val="0"/>
                <w:sz w:val="16"/>
              </w:rPr>
              <w:t>duration_sec</w:t>
            </w:r>
          </w:p>
        </w:tc>
        <w:tc>
          <w:tcPr>
            <w:tcW w:type="dxa" w:w="4933"/>
            <w:vAlign w:val="center"/>
          </w:tcPr>
          <w:p>
            <w:r/>
            <w:r>
              <w:rPr>
                <w:rFonts w:ascii="Malgun Gothic" w:hAnsi="Malgun Gothic" w:eastAsia="Malgun Gothic"/>
                <w:b w:val="0"/>
                <w:sz w:val="16"/>
              </w:rPr>
              <w:t>통화 길이</w:t>
            </w:r>
          </w:p>
        </w:tc>
      </w:tr>
      <w:tr>
        <w:trPr>
          <w:cantSplit/>
        </w:trPr>
        <w:tc>
          <w:tcPr>
            <w:tcW w:type="dxa" w:w="4933"/>
            <w:vAlign w:val="center"/>
          </w:tcPr>
          <w:p>
            <w:r/>
            <w:r>
              <w:rPr>
                <w:rFonts w:ascii="Malgun Gothic" w:hAnsi="Malgun Gothic" w:eastAsia="Malgun Gothic"/>
                <w:b w:val="0"/>
                <w:sz w:val="16"/>
              </w:rPr>
              <w:t>sample_rate</w:t>
            </w:r>
          </w:p>
        </w:tc>
        <w:tc>
          <w:tcPr>
            <w:tcW w:type="dxa" w:w="4933"/>
            <w:vAlign w:val="center"/>
          </w:tcPr>
          <w:p>
            <w:r/>
            <w:r>
              <w:rPr>
                <w:rFonts w:ascii="Malgun Gothic" w:hAnsi="Malgun Gothic" w:eastAsia="Malgun Gothic"/>
                <w:b w:val="0"/>
                <w:sz w:val="16"/>
              </w:rPr>
              <w:t>샘플레이트</w:t>
            </w:r>
          </w:p>
        </w:tc>
      </w:tr>
      <w:tr>
        <w:trPr>
          <w:cantSplit/>
        </w:trPr>
        <w:tc>
          <w:tcPr>
            <w:tcW w:type="dxa" w:w="4933"/>
            <w:vAlign w:val="center"/>
          </w:tcPr>
          <w:p>
            <w:r/>
            <w:r>
              <w:rPr>
                <w:rFonts w:ascii="Malgun Gothic" w:hAnsi="Malgun Gothic" w:eastAsia="Malgun Gothic"/>
                <w:b w:val="0"/>
                <w:sz w:val="16"/>
              </w:rPr>
              <w:t>channels</w:t>
            </w:r>
          </w:p>
        </w:tc>
        <w:tc>
          <w:tcPr>
            <w:tcW w:type="dxa" w:w="4933"/>
            <w:vAlign w:val="center"/>
          </w:tcPr>
          <w:p>
            <w:r/>
            <w:r>
              <w:rPr>
                <w:rFonts w:ascii="Malgun Gothic" w:hAnsi="Malgun Gothic" w:eastAsia="Malgun Gothic"/>
                <w:b w:val="0"/>
                <w:sz w:val="16"/>
              </w:rPr>
              <w:t>채널 수</w:t>
            </w:r>
          </w:p>
        </w:tc>
      </w:tr>
      <w:tr>
        <w:trPr>
          <w:cantSplit/>
        </w:trPr>
        <w:tc>
          <w:tcPr>
            <w:tcW w:type="dxa" w:w="4933"/>
            <w:vAlign w:val="center"/>
          </w:tcPr>
          <w:p>
            <w:r/>
            <w:r>
              <w:rPr>
                <w:rFonts w:ascii="Malgun Gothic" w:hAnsi="Malgun Gothic" w:eastAsia="Malgun Gothic"/>
                <w:b w:val="0"/>
                <w:sz w:val="16"/>
              </w:rPr>
              <w:t>speaker_count</w:t>
            </w:r>
          </w:p>
        </w:tc>
        <w:tc>
          <w:tcPr>
            <w:tcW w:type="dxa" w:w="4933"/>
            <w:vAlign w:val="center"/>
          </w:tcPr>
          <w:p>
            <w:r/>
            <w:r>
              <w:rPr>
                <w:rFonts w:ascii="Malgun Gothic" w:hAnsi="Malgun Gothic" w:eastAsia="Malgun Gothic"/>
                <w:b w:val="0"/>
                <w:sz w:val="16"/>
              </w:rPr>
              <w:t>검출 화자 수</w:t>
            </w:r>
          </w:p>
        </w:tc>
      </w:tr>
      <w:tr>
        <w:trPr>
          <w:cantSplit/>
        </w:trPr>
        <w:tc>
          <w:tcPr>
            <w:tcW w:type="dxa" w:w="4933"/>
            <w:vAlign w:val="center"/>
          </w:tcPr>
          <w:p>
            <w:r/>
            <w:r>
              <w:rPr>
                <w:rFonts w:ascii="Malgun Gothic" w:hAnsi="Malgun Gothic" w:eastAsia="Malgun Gothic"/>
                <w:b w:val="0"/>
                <w:sz w:val="16"/>
              </w:rPr>
              <w:t>segment_count</w:t>
            </w:r>
          </w:p>
        </w:tc>
        <w:tc>
          <w:tcPr>
            <w:tcW w:type="dxa" w:w="4933"/>
            <w:vAlign w:val="center"/>
          </w:tcPr>
          <w:p>
            <w:r/>
            <w:r>
              <w:rPr>
                <w:rFonts w:ascii="Malgun Gothic" w:hAnsi="Malgun Gothic" w:eastAsia="Malgun Gothic"/>
                <w:b w:val="0"/>
                <w:sz w:val="16"/>
              </w:rPr>
              <w:t>세그먼트 수</w:t>
            </w:r>
          </w:p>
        </w:tc>
      </w:tr>
      <w:tr>
        <w:trPr>
          <w:cantSplit/>
        </w:trPr>
        <w:tc>
          <w:tcPr>
            <w:tcW w:type="dxa" w:w="4933"/>
            <w:vAlign w:val="center"/>
          </w:tcPr>
          <w:p>
            <w:r/>
            <w:r>
              <w:rPr>
                <w:rFonts w:ascii="Malgun Gothic" w:hAnsi="Malgun Gothic" w:eastAsia="Malgun Gothic"/>
                <w:b w:val="0"/>
                <w:sz w:val="16"/>
              </w:rPr>
              <w:t>status/error</w:t>
            </w:r>
          </w:p>
        </w:tc>
        <w:tc>
          <w:tcPr>
            <w:tcW w:type="dxa" w:w="4933"/>
            <w:vAlign w:val="center"/>
          </w:tcPr>
          <w:p>
            <w:r/>
            <w:r>
              <w:rPr>
                <w:rFonts w:ascii="Malgun Gothic" w:hAnsi="Malgun Gothic" w:eastAsia="Malgun Gothic"/>
                <w:b w:val="0"/>
                <w:sz w:val="16"/>
              </w:rPr>
              <w:t>실제 오류 여부</w:t>
            </w:r>
          </w:p>
        </w:tc>
      </w:tr>
    </w:tbl>
    <w:p/>
    <w:p>
      <w:r>
        <w:rPr>
          <w:b/>
        </w:rPr>
        <w:t>표 7-Q.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1,000개 통화에서 실제 화자 세그먼트를 안정적으로 생성했는가?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화자분리 결과가 후속 병합의 기준 키로 활용 가능한가?</w:t>
            </w:r>
          </w:p>
        </w:tc>
      </w:tr>
    </w:tbl>
    <w:p/>
    <w:p>
      <w:r>
        <w:rPr>
          <w:b/>
        </w:rPr>
        <w:t>표 7-M.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pyannote diarization</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Two-speaker constraint</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Segment diagnostics</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Truth-gate verification</w:t>
            </w:r>
          </w:p>
        </w:tc>
      </w:tr>
    </w:tbl>
    <w:p/>
    <w:p>
      <w:pPr>
        <w:pStyle w:val="Heading2"/>
      </w:pPr>
      <w:r>
        <w:t>분석 그림 및 도식</w:t>
      </w:r>
    </w:p>
    <w:p>
      <w:pPr>
        <w:jc w:val="center"/>
      </w:pPr>
      <w:r>
        <w:rPr>
          <w:b/>
        </w:rPr>
        <w:t>그림 7-1. 실제 화자분리 결과 규모</w:t>
      </w:r>
    </w:p>
    <w:p>
      <w:pPr>
        <w:jc w:val="center"/>
      </w:pPr>
      <w:r>
        <w:drawing>
          <wp:inline xmlns:a="http://schemas.openxmlformats.org/drawingml/2006/main" xmlns:pic="http://schemas.openxmlformats.org/drawingml/2006/picture">
            <wp:extent cx="5806440" cy="2997216"/>
            <wp:docPr id="41" name="Picture 41"/>
            <wp:cNvGraphicFramePr>
              <a:graphicFrameLocks noChangeAspect="1"/>
            </wp:cNvGraphicFramePr>
            <a:graphic>
              <a:graphicData uri="http://schemas.openxmlformats.org/drawingml/2006/picture">
                <pic:pic>
                  <pic:nvPicPr>
                    <pic:cNvPr id="0" name="ch7_segments_v215.png"/>
                    <pic:cNvPicPr/>
                  </pic:nvPicPr>
                  <pic:blipFill>
                    <a:blip r:embed="rId42"/>
                    <a:stretch>
                      <a:fillRect/>
                    </a:stretch>
                  </pic:blipFill>
                  <pic:spPr>
                    <a:xfrm>
                      <a:off x="0" y="0"/>
                      <a:ext cx="5806440" cy="2997216"/>
                    </a:xfrm>
                    <a:prstGeom prst="rect"/>
                  </pic:spPr>
                </pic:pic>
              </a:graphicData>
            </a:graphic>
          </wp:inline>
        </w:drawing>
      </w:r>
    </w:p>
    <w:p>
      <w:pPr>
        <w:jc w:val="center"/>
      </w:pPr>
      <w:r>
        <w:rPr>
          <w:b/>
        </w:rPr>
        <w:t>그림 7-2. 통화에서 세그먼트까지의 처리 흐름</w:t>
      </w:r>
    </w:p>
    <w:p>
      <w:pPr>
        <w:jc w:val="center"/>
      </w:pPr>
      <w:r>
        <w:drawing>
          <wp:inline xmlns:a="http://schemas.openxmlformats.org/drawingml/2006/main" xmlns:pic="http://schemas.openxmlformats.org/drawingml/2006/picture">
            <wp:extent cx="5806440" cy="3000763"/>
            <wp:docPr id="42" name="Picture 42"/>
            <wp:cNvGraphicFramePr>
              <a:graphicFrameLocks noChangeAspect="1"/>
            </wp:cNvGraphicFramePr>
            <a:graphic>
              <a:graphicData uri="http://schemas.openxmlformats.org/drawingml/2006/picture">
                <pic:pic>
                  <pic:nvPicPr>
                    <pic:cNvPr id="0" name="ch7_segment_flow_v215.png"/>
                    <pic:cNvPicPr/>
                  </pic:nvPicPr>
                  <pic:blipFill>
                    <a:blip r:embed="rId43"/>
                    <a:stretch>
                      <a:fillRect/>
                    </a:stretch>
                  </pic:blipFill>
                  <pic:spPr>
                    <a:xfrm>
                      <a:off x="0" y="0"/>
                      <a:ext cx="5806440" cy="3000763"/>
                    </a:xfrm>
                    <a:prstGeom prst="rect"/>
                  </pic:spPr>
                </pic:pic>
              </a:graphicData>
            </a:graphic>
          </wp:inline>
        </w:drawing>
      </w:r>
    </w:p>
    <w:p>
      <w:pPr>
        <w:jc w:val="center"/>
      </w:pPr>
      <w:r>
        <w:rPr>
          <w:b/>
        </w:rPr>
        <w:t>그림 7-3. 후속 병합 기준키</w:t>
      </w:r>
    </w:p>
    <w:p>
      <w:pPr>
        <w:jc w:val="center"/>
      </w:pPr>
      <w:r>
        <w:drawing>
          <wp:inline xmlns:a="http://schemas.openxmlformats.org/drawingml/2006/main" xmlns:pic="http://schemas.openxmlformats.org/drawingml/2006/picture">
            <wp:extent cx="5806440" cy="3000763"/>
            <wp:docPr id="43" name="Picture 43"/>
            <wp:cNvGraphicFramePr>
              <a:graphicFrameLocks noChangeAspect="1"/>
            </wp:cNvGraphicFramePr>
            <a:graphic>
              <a:graphicData uri="http://schemas.openxmlformats.org/drawingml/2006/picture">
                <pic:pic>
                  <pic:nvPicPr>
                    <pic:cNvPr id="0" name="ch7_keys_v215.png"/>
                    <pic:cNvPicPr/>
                  </pic:nvPicPr>
                  <pic:blipFill>
                    <a:blip r:embed="rId44"/>
                    <a:stretch>
                      <a:fillRect/>
                    </a:stretch>
                  </pic:blipFill>
                  <pic:spPr>
                    <a:xfrm>
                      <a:off x="0" y="0"/>
                      <a:ext cx="5806440" cy="3000763"/>
                    </a:xfrm>
                    <a:prstGeom prst="rect"/>
                  </pic:spPr>
                </pic:pic>
              </a:graphicData>
            </a:graphic>
          </wp:inline>
        </w:drawing>
      </w:r>
    </w:p>
    <w:p>
      <w:pPr>
        <w:pStyle w:val="Heading2"/>
      </w:pPr>
      <w:r>
        <w:t>원본 분석 산출물 연계</w:t>
      </w:r>
    </w:p>
    <w:p>
      <w:r>
        <w:t>전체 행 포함</w:t>
      </w:r>
    </w:p>
    <w:p>
      <w:r>
        <w:rPr>
          <w:b/>
        </w:rPr>
        <w:t>산출물 CSV: research_continuity/17_speaker_diarization_v171/speaker_diarization_segments_v171.csv (행 0, 열 1)</w:t>
      </w:r>
    </w:p>
    <w:tbl>
      <w:tblPr>
        <w:tblStyle w:val="TableGrid"/>
        <w:tblW w:type="auto" w:w="0"/>
        <w:jc w:val="center"/>
        <w:tblLook w:firstColumn="1" w:firstRow="1" w:lastColumn="0" w:lastRow="0" w:noHBand="0" w:noVBand="1" w:val="04A0"/>
      </w:tblPr>
      <w:tblGrid>
        <w:gridCol w:w="9866"/>
      </w:tblGrid>
      <w:tr>
        <w:trPr>
          <w:tblHeader w:val="true"/>
          <w:cantSplit/>
        </w:trPr>
        <w:tc>
          <w:tcPr>
            <w:tcW w:type="dxa" w:w="9866"/>
          </w:tcPr>
          <w:p>
            <w:r/>
            <w:r>
              <w:rPr>
                <w:rFonts w:ascii="Malgun Gothic" w:hAnsi="Malgun Gothic" w:eastAsia="Malgun Gothic"/>
                <w:b/>
                <w:sz w:val="14"/>
              </w:rPr>
              <w:t>message</w:t>
            </w:r>
          </w:p>
        </w:tc>
      </w:tr>
    </w:tbl>
    <w:p/>
    <w:p>
      <w:r>
        <w:t>전체 행 포함</w:t>
      </w:r>
    </w:p>
    <w:p>
      <w:r>
        <w:rPr>
          <w:b/>
        </w:rPr>
        <w:t>산출물 CSV: research_continuity/20_speaker_oneclick_addon_v173/speaker_diarization_segments_v173_from_v171.csv (행 0, 열 1)</w:t>
      </w:r>
    </w:p>
    <w:tbl>
      <w:tblPr>
        <w:tblStyle w:val="TableGrid"/>
        <w:tblW w:type="auto" w:w="0"/>
        <w:jc w:val="center"/>
        <w:tblLook w:firstColumn="1" w:firstRow="1" w:lastColumn="0" w:lastRow="0" w:noHBand="0" w:noVBand="1" w:val="04A0"/>
      </w:tblPr>
      <w:tblGrid>
        <w:gridCol w:w="9866"/>
      </w:tblGrid>
      <w:tr>
        <w:trPr>
          <w:tblHeader w:val="true"/>
          <w:cantSplit/>
        </w:trPr>
        <w:tc>
          <w:tcPr>
            <w:tcW w:type="dxa" w:w="9866"/>
          </w:tcPr>
          <w:p>
            <w:r/>
            <w:r>
              <w:rPr>
                <w:rFonts w:ascii="Malgun Gothic" w:hAnsi="Malgun Gothic" w:eastAsia="Malgun Gothic"/>
                <w:b/>
                <w:sz w:val="14"/>
              </w:rPr>
              <w:t>message</w:t>
            </w:r>
          </w:p>
        </w:tc>
      </w:tr>
    </w:tbl>
    <w:p/>
    <w:p>
      <w:r>
        <w:t>전체 행 포함</w:t>
      </w:r>
    </w:p>
    <w:p>
      <w:r>
        <w:rPr>
          <w:b/>
        </w:rPr>
        <w:t>산출물 CSV: research_continuity/24_speaker_actual_diarization_v176/speaker_acoustic_feature_candidates_v176.csv (행 0, 열 2)</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item</w:t>
            </w:r>
          </w:p>
        </w:tc>
        <w:tc>
          <w:tcPr>
            <w:tcW w:type="dxa" w:w="4933"/>
          </w:tcPr>
          <w:p>
            <w:r/>
            <w:r>
              <w:rPr>
                <w:rFonts w:ascii="Malgun Gothic" w:hAnsi="Malgun Gothic" w:eastAsia="Malgun Gothic"/>
                <w:b/>
                <w:sz w:val="14"/>
              </w:rPr>
              <w:t>value</w:t>
            </w:r>
          </w:p>
        </w:tc>
      </w:tr>
    </w:tbl>
    <w:p/>
    <w:p>
      <w:r>
        <w:t>전체 행 포함</w:t>
      </w:r>
    </w:p>
    <w:p>
      <w:r>
        <w:rPr>
          <w:b/>
        </w:rPr>
        <w:t>산출물 CSV: research_continuity/24_speaker_actual_diarization_v176/speaker_actual_segments_v176.csv (행 0, 열 9)</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4"/>
              </w:rPr>
              <w:t>file_id</w:t>
            </w:r>
          </w:p>
        </w:tc>
        <w:tc>
          <w:tcPr>
            <w:tcW w:type="dxa" w:w="1096"/>
          </w:tcPr>
          <w:p>
            <w:r/>
            <w:r>
              <w:rPr>
                <w:rFonts w:ascii="Malgun Gothic" w:hAnsi="Malgun Gothic" w:eastAsia="Malgun Gothic"/>
                <w:b/>
                <w:sz w:val="14"/>
              </w:rPr>
              <w:t>audio_path</w:t>
            </w:r>
          </w:p>
        </w:tc>
        <w:tc>
          <w:tcPr>
            <w:tcW w:type="dxa" w:w="1096"/>
          </w:tcPr>
          <w:p>
            <w:r/>
            <w:r>
              <w:rPr>
                <w:rFonts w:ascii="Malgun Gothic" w:hAnsi="Malgun Gothic" w:eastAsia="Malgun Gothic"/>
                <w:b/>
                <w:sz w:val="14"/>
              </w:rPr>
              <w:t>segment_index</w:t>
            </w:r>
          </w:p>
        </w:tc>
        <w:tc>
          <w:tcPr>
            <w:tcW w:type="dxa" w:w="1096"/>
          </w:tcPr>
          <w:p>
            <w:r/>
            <w:r>
              <w:rPr>
                <w:rFonts w:ascii="Malgun Gothic" w:hAnsi="Malgun Gothic" w:eastAsia="Malgun Gothic"/>
                <w:b/>
                <w:sz w:val="14"/>
              </w:rPr>
              <w:t>speaker_label</w:t>
            </w:r>
          </w:p>
        </w:tc>
        <w:tc>
          <w:tcPr>
            <w:tcW w:type="dxa" w:w="1096"/>
          </w:tcPr>
          <w:p>
            <w:r/>
            <w:r>
              <w:rPr>
                <w:rFonts w:ascii="Malgun Gothic" w:hAnsi="Malgun Gothic" w:eastAsia="Malgun Gothic"/>
                <w:b/>
                <w:sz w:val="14"/>
              </w:rPr>
              <w:t>start_sec</w:t>
            </w:r>
          </w:p>
        </w:tc>
        <w:tc>
          <w:tcPr>
            <w:tcW w:type="dxa" w:w="1096"/>
          </w:tcPr>
          <w:p>
            <w:r/>
            <w:r>
              <w:rPr>
                <w:rFonts w:ascii="Malgun Gothic" w:hAnsi="Malgun Gothic" w:eastAsia="Malgun Gothic"/>
                <w:b/>
                <w:sz w:val="14"/>
              </w:rPr>
              <w:t>end_sec</w:t>
            </w:r>
          </w:p>
        </w:tc>
        <w:tc>
          <w:tcPr>
            <w:tcW w:type="dxa" w:w="1096"/>
          </w:tcPr>
          <w:p>
            <w:r/>
            <w:r>
              <w:rPr>
                <w:rFonts w:ascii="Malgun Gothic" w:hAnsi="Malgun Gothic" w:eastAsia="Malgun Gothic"/>
                <w:b/>
                <w:sz w:val="14"/>
              </w:rPr>
              <w:t>duration_sec</w:t>
            </w:r>
          </w:p>
        </w:tc>
        <w:tc>
          <w:tcPr>
            <w:tcW w:type="dxa" w:w="1096"/>
          </w:tcPr>
          <w:p>
            <w:r/>
            <w:r>
              <w:rPr>
                <w:rFonts w:ascii="Malgun Gothic" w:hAnsi="Malgun Gothic" w:eastAsia="Malgun Gothic"/>
                <w:b/>
                <w:sz w:val="14"/>
              </w:rPr>
              <w:t>source</w:t>
            </w:r>
          </w:p>
        </w:tc>
        <w:tc>
          <w:tcPr>
            <w:tcW w:type="dxa" w:w="1096"/>
          </w:tcPr>
          <w:p>
            <w:r/>
            <w:r>
              <w:rPr>
                <w:rFonts w:ascii="Malgun Gothic" w:hAnsi="Malgun Gothic" w:eastAsia="Malgun Gothic"/>
                <w:b/>
                <w:sz w:val="14"/>
              </w:rPr>
              <w:t>actual_diarization</w:t>
            </w:r>
          </w:p>
        </w:tc>
      </w:tr>
    </w:tbl>
    <w:p/>
    <w:p>
      <w:r>
        <w:t>전체 행 포함</w:t>
      </w:r>
    </w:p>
    <w:p>
      <w:r>
        <w:rPr>
          <w:b/>
        </w:rPr>
        <w:t>산출물 CSV: research_continuity/24_speaker_actual_diarization_v176/speaker_interaction_categories_v176.csv (행 7,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category_no</w:t>
            </w:r>
          </w:p>
        </w:tc>
        <w:tc>
          <w:tcPr>
            <w:tcW w:type="dxa" w:w="1973"/>
          </w:tcPr>
          <w:p>
            <w:r/>
            <w:r>
              <w:rPr>
                <w:rFonts w:ascii="Malgun Gothic" w:hAnsi="Malgun Gothic" w:eastAsia="Malgun Gothic"/>
                <w:b/>
                <w:sz w:val="14"/>
              </w:rPr>
              <w:t>category</w:t>
            </w:r>
          </w:p>
        </w:tc>
        <w:tc>
          <w:tcPr>
            <w:tcW w:type="dxa" w:w="1973"/>
          </w:tcPr>
          <w:p>
            <w:r/>
            <w:r>
              <w:rPr>
                <w:rFonts w:ascii="Malgun Gothic" w:hAnsi="Malgun Gothic" w:eastAsia="Malgun Gothic"/>
                <w:b/>
                <w:sz w:val="14"/>
              </w:rPr>
              <w:t>state</w:t>
            </w:r>
          </w:p>
        </w:tc>
        <w:tc>
          <w:tcPr>
            <w:tcW w:type="dxa" w:w="1973"/>
          </w:tcPr>
          <w:p>
            <w:r/>
            <w:r>
              <w:rPr>
                <w:rFonts w:ascii="Malgun Gothic" w:hAnsi="Malgun Gothic" w:eastAsia="Malgun Gothic"/>
                <w:b/>
                <w:sz w:val="14"/>
              </w:rPr>
              <w:t>analysis_view</w:t>
            </w:r>
          </w:p>
        </w:tc>
        <w:tc>
          <w:tcPr>
            <w:tcW w:type="dxa" w:w="1973"/>
          </w:tcPr>
          <w:p>
            <w:r/>
            <w:r>
              <w:rPr>
                <w:rFonts w:ascii="Malgun Gothic" w:hAnsi="Malgun Gothic" w:eastAsia="Malgun Gothic"/>
                <w:b/>
                <w:sz w:val="14"/>
              </w:rPr>
              <w:t>paper_policy</w:t>
            </w:r>
          </w:p>
        </w:tc>
      </w:tr>
      <w:tr>
        <w:trPr>
          <w:cantSplit/>
        </w:trPr>
        <w:tc>
          <w:tcPr>
            <w:tcW w:type="dxa" w:w="1973"/>
            <w:vAlign w:val="center"/>
          </w:tcPr>
          <w:p>
            <w:r/>
            <w:r>
              <w:rPr>
                <w:rFonts w:ascii="Malgun Gothic" w:hAnsi="Malgun Gothic" w:eastAsia="Malgun Gothic"/>
                <w:b w:val="0"/>
                <w:sz w:val="14"/>
              </w:rPr>
              <w:t>7-1</w:t>
            </w:r>
          </w:p>
        </w:tc>
        <w:tc>
          <w:tcPr>
            <w:tcW w:type="dxa" w:w="1973"/>
            <w:vAlign w:val="center"/>
          </w:tcPr>
          <w:p>
            <w:r/>
            <w:r>
              <w:rPr>
                <w:rFonts w:ascii="Malgun Gothic" w:hAnsi="Malgun Gothic" w:eastAsia="Malgun Gothic"/>
                <w:b w:val="0"/>
                <w:sz w:val="14"/>
              </w:rPr>
              <w:t>AI-IS/0413 기준 불러오기</w:t>
            </w:r>
          </w:p>
        </w:tc>
        <w:tc>
          <w:tcPr>
            <w:tcW w:type="dxa" w:w="1973"/>
            <w:vAlign w:val="center"/>
          </w:tcPr>
          <w:p>
            <w:r/>
            <w:r>
              <w:rPr>
                <w:rFonts w:ascii="Malgun Gothic" w:hAnsi="Malgun Gothic" w:eastAsia="Malgun Gothic"/>
                <w:b w:val="0"/>
                <w:sz w:val="14"/>
              </w:rPr>
              <w:t>DONE</w:t>
            </w:r>
          </w:p>
        </w:tc>
        <w:tc>
          <w:tcPr>
            <w:tcW w:type="dxa" w:w="1973"/>
            <w:vAlign w:val="center"/>
          </w:tcPr>
          <w:p>
            <w:r/>
            <w:r>
              <w:rPr>
                <w:rFonts w:ascii="Malgun Gothic" w:hAnsi="Malgun Gothic" w:eastAsia="Malgun Gothic"/>
                <w:b w:val="0"/>
                <w:sz w:val="14"/>
              </w:rPr>
              <w:t>기존 stress 산식·0413 본문 기준은 유지</w:t>
            </w:r>
          </w:p>
        </w:tc>
        <w:tc>
          <w:tcPr>
            <w:tcW w:type="dxa" w:w="1973"/>
            <w:vAlign w:val="center"/>
          </w:tcPr>
          <w:p>
            <w:r/>
            <w:r>
              <w:rPr>
                <w:rFonts w:ascii="Malgun Gothic" w:hAnsi="Malgun Gothic" w:eastAsia="Malgun Gothic"/>
                <w:b w:val="0"/>
                <w:sz w:val="14"/>
              </w:rPr>
              <w:t>본문 유지</w:t>
            </w:r>
          </w:p>
        </w:tc>
      </w:tr>
      <w:tr>
        <w:trPr>
          <w:cantSplit/>
        </w:trPr>
        <w:tc>
          <w:tcPr>
            <w:tcW w:type="dxa" w:w="1973"/>
            <w:vAlign w:val="center"/>
          </w:tcPr>
          <w:p>
            <w:r/>
            <w:r>
              <w:rPr>
                <w:rFonts w:ascii="Malgun Gothic" w:hAnsi="Malgun Gothic" w:eastAsia="Malgun Gothic"/>
                <w:b w:val="0"/>
                <w:sz w:val="14"/>
              </w:rPr>
              <w:t>7-2</w:t>
            </w:r>
          </w:p>
        </w:tc>
        <w:tc>
          <w:tcPr>
            <w:tcW w:type="dxa" w:w="1973"/>
            <w:vAlign w:val="center"/>
          </w:tcPr>
          <w:p>
            <w:r/>
            <w:r>
              <w:rPr>
                <w:rFonts w:ascii="Malgun Gothic" w:hAnsi="Malgun Gothic" w:eastAsia="Malgun Gothic"/>
                <w:b w:val="0"/>
                <w:sz w:val="14"/>
              </w:rPr>
              <w:t>TO-BE 음성 입력 확인</w:t>
            </w:r>
          </w:p>
        </w:tc>
        <w:tc>
          <w:tcPr>
            <w:tcW w:type="dxa" w:w="1973"/>
            <w:vAlign w:val="center"/>
          </w:tcPr>
          <w:p>
            <w:r/>
            <w:r>
              <w:rPr>
                <w:rFonts w:ascii="Malgun Gothic" w:hAnsi="Malgun Gothic" w:eastAsia="Malgun Gothic"/>
                <w:b w:val="0"/>
                <w:sz w:val="14"/>
              </w:rPr>
              <w:t>NEEDS_AUDIO_INPUT</w:t>
            </w:r>
          </w:p>
        </w:tc>
        <w:tc>
          <w:tcPr>
            <w:tcW w:type="dxa" w:w="1973"/>
            <w:vAlign w:val="center"/>
          </w:tcPr>
          <w:p>
            <w:r/>
            <w:r>
              <w:rPr>
                <w:rFonts w:ascii="Malgun Gothic" w:hAnsi="Malgun Gothic" w:eastAsia="Malgun Gothic"/>
                <w:b w:val="0"/>
                <w:sz w:val="14"/>
              </w:rPr>
              <w:t>입력 음성 0건</w:t>
            </w:r>
          </w:p>
        </w:tc>
        <w:tc>
          <w:tcPr>
            <w:tcW w:type="dxa" w:w="1973"/>
            <w:vAlign w:val="center"/>
          </w:tcPr>
          <w:p>
            <w:r/>
            <w:r>
              <w:rPr>
                <w:rFonts w:ascii="Malgun Gothic" w:hAnsi="Malgun Gothic" w:eastAsia="Malgun Gothic"/>
                <w:b w:val="0"/>
                <w:sz w:val="14"/>
              </w:rPr>
              <w:t>확장분석 입력</w:t>
            </w:r>
          </w:p>
        </w:tc>
      </w:tr>
      <w:tr>
        <w:trPr>
          <w:cantSplit/>
        </w:trPr>
        <w:tc>
          <w:tcPr>
            <w:tcW w:type="dxa" w:w="1973"/>
            <w:vAlign w:val="center"/>
          </w:tcPr>
          <w:p>
            <w:r/>
            <w:r>
              <w:rPr>
                <w:rFonts w:ascii="Malgun Gothic" w:hAnsi="Malgun Gothic" w:eastAsia="Malgun Gothic"/>
                <w:b w:val="0"/>
                <w:sz w:val="14"/>
              </w:rPr>
              <w:t>7-3</w:t>
            </w:r>
          </w:p>
        </w:tc>
        <w:tc>
          <w:tcPr>
            <w:tcW w:type="dxa" w:w="1973"/>
            <w:vAlign w:val="center"/>
          </w:tcPr>
          <w:p>
            <w:r/>
            <w:r>
              <w:rPr>
                <w:rFonts w:ascii="Malgun Gothic" w:hAnsi="Malgun Gothic" w:eastAsia="Malgun Gothic"/>
                <w:b w:val="0"/>
                <w:sz w:val="14"/>
              </w:rPr>
              <w:t>실제 화자분리 실행</w:t>
            </w:r>
          </w:p>
        </w:tc>
        <w:tc>
          <w:tcPr>
            <w:tcW w:type="dxa" w:w="1973"/>
            <w:vAlign w:val="center"/>
          </w:tcPr>
          <w:p>
            <w:r/>
            <w:r>
              <w:rPr>
                <w:rFonts w:ascii="Malgun Gothic" w:hAnsi="Malgun Gothic" w:eastAsia="Malgun Gothic"/>
                <w:b w:val="0"/>
                <w:sz w:val="14"/>
              </w:rPr>
              <w:t>READY_TO_RUN_ACTUAL_DIARIZATION_NOT_EXECUTED</w:t>
            </w:r>
          </w:p>
        </w:tc>
        <w:tc>
          <w:tcPr>
            <w:tcW w:type="dxa" w:w="1973"/>
            <w:vAlign w:val="center"/>
          </w:tcPr>
          <w:p>
            <w:r/>
            <w:r>
              <w:rPr>
                <w:rFonts w:ascii="Malgun Gothic" w:hAnsi="Malgun Gothic" w:eastAsia="Malgun Gothic"/>
                <w:b w:val="0"/>
                <w:sz w:val="14"/>
              </w:rPr>
              <w:t>세그먼트 0건 / pyannote=True / token=False</w:t>
            </w:r>
          </w:p>
        </w:tc>
        <w:tc>
          <w:tcPr>
            <w:tcW w:type="dxa" w:w="1973"/>
            <w:vAlign w:val="center"/>
          </w:tcPr>
          <w:p>
            <w:r/>
            <w:r>
              <w:rPr>
                <w:rFonts w:ascii="Malgun Gothic" w:hAnsi="Malgun Gothic" w:eastAsia="Malgun Gothic"/>
                <w:b w:val="0"/>
                <w:sz w:val="14"/>
              </w:rPr>
              <w:t>가짜 분리 금지</w:t>
            </w:r>
          </w:p>
        </w:tc>
      </w:tr>
      <w:tr>
        <w:trPr>
          <w:cantSplit/>
        </w:trPr>
        <w:tc>
          <w:tcPr>
            <w:tcW w:type="dxa" w:w="1973"/>
            <w:vAlign w:val="center"/>
          </w:tcPr>
          <w:p>
            <w:r/>
            <w:r>
              <w:rPr>
                <w:rFonts w:ascii="Malgun Gothic" w:hAnsi="Malgun Gothic" w:eastAsia="Malgun Gothic"/>
                <w:b w:val="0"/>
                <w:sz w:val="14"/>
              </w:rPr>
              <w:t>7-4</w:t>
            </w:r>
          </w:p>
        </w:tc>
        <w:tc>
          <w:tcPr>
            <w:tcW w:type="dxa" w:w="1973"/>
            <w:vAlign w:val="center"/>
          </w:tcPr>
          <w:p>
            <w:r/>
            <w:r>
              <w:rPr>
                <w:rFonts w:ascii="Malgun Gothic" w:hAnsi="Malgun Gothic" w:eastAsia="Malgun Gothic"/>
                <w:b w:val="0"/>
                <w:sz w:val="14"/>
              </w:rPr>
              <w:t>화자별 음성 파일 분리</w:t>
            </w:r>
          </w:p>
        </w:tc>
        <w:tc>
          <w:tcPr>
            <w:tcW w:type="dxa" w:w="1973"/>
            <w:vAlign w:val="center"/>
          </w:tcPr>
          <w:p>
            <w:r/>
            <w:r>
              <w:rPr>
                <w:rFonts w:ascii="Malgun Gothic" w:hAnsi="Malgun Gothic" w:eastAsia="Malgun Gothic"/>
                <w:b w:val="0"/>
                <w:sz w:val="14"/>
              </w:rPr>
              <w:t>WAITING_FOR_ACTUAL_DIARIZATION</w:t>
            </w:r>
          </w:p>
        </w:tc>
        <w:tc>
          <w:tcPr>
            <w:tcW w:type="dxa" w:w="1973"/>
            <w:vAlign w:val="center"/>
          </w:tcPr>
          <w:p>
            <w:r/>
            <w:r>
              <w:rPr>
                <w:rFonts w:ascii="Malgun Gothic" w:hAnsi="Malgun Gothic" w:eastAsia="Malgun Gothic"/>
                <w:b w:val="0"/>
                <w:sz w:val="14"/>
              </w:rPr>
              <w:t>SPEAKER_00/SPEAKER_01 등 화자별 wav를 로컬 생성</w:t>
            </w:r>
          </w:p>
        </w:tc>
        <w:tc>
          <w:tcPr>
            <w:tcW w:type="dxa" w:w="1973"/>
            <w:vAlign w:val="center"/>
          </w:tcPr>
          <w:p>
            <w:r/>
            <w:r>
              <w:rPr>
                <w:rFonts w:ascii="Malgun Gothic" w:hAnsi="Malgun Gothic" w:eastAsia="Malgun Gothic"/>
                <w:b w:val="0"/>
                <w:sz w:val="14"/>
              </w:rPr>
              <w:t>원음성은 공개 배포 제외</w:t>
            </w:r>
          </w:p>
        </w:tc>
      </w:tr>
      <w:tr>
        <w:trPr>
          <w:cantSplit/>
        </w:trPr>
        <w:tc>
          <w:tcPr>
            <w:tcW w:type="dxa" w:w="1973"/>
            <w:vAlign w:val="center"/>
          </w:tcPr>
          <w:p>
            <w:r/>
            <w:r>
              <w:rPr>
                <w:rFonts w:ascii="Malgun Gothic" w:hAnsi="Malgun Gothic" w:eastAsia="Malgun Gothic"/>
                <w:b w:val="0"/>
                <w:sz w:val="14"/>
              </w:rPr>
              <w:t>7-5</w:t>
            </w:r>
          </w:p>
        </w:tc>
        <w:tc>
          <w:tcPr>
            <w:tcW w:type="dxa" w:w="1973"/>
            <w:vAlign w:val="center"/>
          </w:tcPr>
          <w:p>
            <w:r/>
            <w:r>
              <w:rPr>
                <w:rFonts w:ascii="Malgun Gothic" w:hAnsi="Malgun Gothic" w:eastAsia="Malgun Gothic"/>
                <w:b w:val="0"/>
                <w:sz w:val="14"/>
              </w:rPr>
              <w:t>고객/상담원 역할 매핑</w:t>
            </w:r>
          </w:p>
        </w:tc>
        <w:tc>
          <w:tcPr>
            <w:tcW w:type="dxa" w:w="1973"/>
            <w:vAlign w:val="center"/>
          </w:tcPr>
          <w:p>
            <w:r/>
            <w:r>
              <w:rPr>
                <w:rFonts w:ascii="Malgun Gothic" w:hAnsi="Malgun Gothic" w:eastAsia="Malgun Gothic"/>
                <w:b w:val="0"/>
                <w:sz w:val="14"/>
              </w:rPr>
              <w:t>NEEDS_ROLE_MAPPING</w:t>
            </w:r>
          </w:p>
        </w:tc>
        <w:tc>
          <w:tcPr>
            <w:tcW w:type="dxa" w:w="1973"/>
            <w:vAlign w:val="center"/>
          </w:tcPr>
          <w:p>
            <w:r/>
            <w:r>
              <w:rPr>
                <w:rFonts w:ascii="Malgun Gothic" w:hAnsi="Malgun Gothic" w:eastAsia="Malgun Gothic"/>
                <w:b w:val="0"/>
                <w:sz w:val="14"/>
              </w:rPr>
              <w:t>speaker_role_mapping_template_v176.csv에서 customer/agent 수동 확인</w:t>
            </w:r>
          </w:p>
        </w:tc>
        <w:tc>
          <w:tcPr>
            <w:tcW w:type="dxa" w:w="1973"/>
            <w:vAlign w:val="center"/>
          </w:tcPr>
          <w:p>
            <w:r/>
            <w:r>
              <w:rPr>
                <w:rFonts w:ascii="Malgun Gothic" w:hAnsi="Malgun Gothic" w:eastAsia="Malgun Gothic"/>
                <w:b w:val="0"/>
                <w:sz w:val="14"/>
              </w:rPr>
              <w:t>역할 검증 전 고객-only 주장 금지</w:t>
            </w:r>
          </w:p>
        </w:tc>
      </w:tr>
      <w:tr>
        <w:trPr>
          <w:cantSplit/>
        </w:trPr>
        <w:tc>
          <w:tcPr>
            <w:tcW w:type="dxa" w:w="1973"/>
            <w:vAlign w:val="center"/>
          </w:tcPr>
          <w:p>
            <w:r/>
            <w:r>
              <w:rPr>
                <w:rFonts w:ascii="Malgun Gothic" w:hAnsi="Malgun Gothic" w:eastAsia="Malgun Gothic"/>
                <w:b w:val="0"/>
                <w:sz w:val="14"/>
              </w:rPr>
              <w:t>7-6</w:t>
            </w:r>
          </w:p>
        </w:tc>
        <w:tc>
          <w:tcPr>
            <w:tcW w:type="dxa" w:w="1973"/>
            <w:vAlign w:val="center"/>
          </w:tcPr>
          <w:p>
            <w:r/>
            <w:r>
              <w:rPr>
                <w:rFonts w:ascii="Malgun Gothic" w:hAnsi="Malgun Gothic" w:eastAsia="Malgun Gothic"/>
                <w:b w:val="0"/>
                <w:sz w:val="14"/>
              </w:rPr>
              <w:t>고객 고스트레스 이후 상담원 변화</w:t>
            </w:r>
          </w:p>
        </w:tc>
        <w:tc>
          <w:tcPr>
            <w:tcW w:type="dxa" w:w="1973"/>
            <w:vAlign w:val="center"/>
          </w:tcPr>
          <w:p>
            <w:r/>
            <w:r>
              <w:rPr>
                <w:rFonts w:ascii="Malgun Gothic" w:hAnsi="Malgun Gothic" w:eastAsia="Malgun Gothic"/>
                <w:b w:val="0"/>
                <w:sz w:val="14"/>
              </w:rPr>
              <w:t>WAITING_FOR_ROLE_MAPPING_AND_SPEAKER_STT</w:t>
            </w:r>
          </w:p>
        </w:tc>
        <w:tc>
          <w:tcPr>
            <w:tcW w:type="dxa" w:w="1973"/>
            <w:vAlign w:val="center"/>
          </w:tcPr>
          <w:p>
            <w:r/>
            <w:r>
              <w:rPr>
                <w:rFonts w:ascii="Malgun Gothic" w:hAnsi="Malgun Gothic" w:eastAsia="Malgun Gothic"/>
                <w:b w:val="0"/>
                <w:sz w:val="14"/>
              </w:rPr>
              <w:t>agent_reactivity_delta 등 후보 지표</w:t>
            </w:r>
          </w:p>
        </w:tc>
        <w:tc>
          <w:tcPr>
            <w:tcW w:type="dxa" w:w="1973"/>
            <w:vAlign w:val="center"/>
          </w:tcPr>
          <w:p>
            <w:r/>
            <w:r>
              <w:rPr>
                <w:rFonts w:ascii="Malgun Gothic" w:hAnsi="Malgun Gothic" w:eastAsia="Malgun Gothic"/>
                <w:b w:val="0"/>
                <w:sz w:val="14"/>
              </w:rPr>
              <w:t>부록·후속연구 후보</w:t>
            </w:r>
          </w:p>
        </w:tc>
      </w:tr>
      <w:tr>
        <w:trPr>
          <w:cantSplit/>
        </w:trPr>
        <w:tc>
          <w:tcPr>
            <w:tcW w:type="dxa" w:w="1973"/>
            <w:vAlign w:val="center"/>
          </w:tcPr>
          <w:p>
            <w:r/>
            <w:r>
              <w:rPr>
                <w:rFonts w:ascii="Malgun Gothic" w:hAnsi="Malgun Gothic" w:eastAsia="Malgun Gothic"/>
                <w:b w:val="0"/>
                <w:sz w:val="14"/>
              </w:rPr>
              <w:t>7-7</w:t>
            </w:r>
          </w:p>
        </w:tc>
        <w:tc>
          <w:tcPr>
            <w:tcW w:type="dxa" w:w="1973"/>
            <w:vAlign w:val="center"/>
          </w:tcPr>
          <w:p>
            <w:r/>
            <w:r>
              <w:rPr>
                <w:rFonts w:ascii="Malgun Gothic" w:hAnsi="Malgun Gothic" w:eastAsia="Malgun Gothic"/>
                <w:b w:val="0"/>
                <w:sz w:val="14"/>
              </w:rPr>
              <w:t>Word 통합 보고서</w:t>
            </w:r>
          </w:p>
        </w:tc>
        <w:tc>
          <w:tcPr>
            <w:tcW w:type="dxa" w:w="1973"/>
            <w:vAlign w:val="center"/>
          </w:tcPr>
          <w:p>
            <w:r/>
            <w:r>
              <w:rPr>
                <w:rFonts w:ascii="Malgun Gothic" w:hAnsi="Malgun Gothic" w:eastAsia="Malgun Gothic"/>
                <w:b w:val="0"/>
                <w:sz w:val="14"/>
              </w:rPr>
              <w:t>DONE</w:t>
            </w:r>
          </w:p>
        </w:tc>
        <w:tc>
          <w:tcPr>
            <w:tcW w:type="dxa" w:w="1973"/>
            <w:vAlign w:val="center"/>
          </w:tcPr>
          <w:p>
            <w:r/>
            <w:r>
              <w:rPr>
                <w:rFonts w:ascii="Malgun Gothic" w:hAnsi="Malgun Gothic" w:eastAsia="Malgun Gothic"/>
                <w:b w:val="0"/>
                <w:sz w:val="14"/>
              </w:rPr>
              <w:t>6번 전체 내용 + 7번 실제 화자분리 상태 포함</w:t>
            </w:r>
          </w:p>
        </w:tc>
        <w:tc>
          <w:tcPr>
            <w:tcW w:type="dxa" w:w="1973"/>
            <w:vAlign w:val="center"/>
          </w:tcPr>
          <w:p>
            <w:r/>
            <w:r>
              <w:rPr>
                <w:rFonts w:ascii="Malgun Gothic" w:hAnsi="Malgun Gothic" w:eastAsia="Malgun Gothic"/>
                <w:b w:val="0"/>
                <w:sz w:val="14"/>
              </w:rPr>
              <w:t>교수님 검토용</w:t>
            </w:r>
          </w:p>
        </w:tc>
      </w:tr>
    </w:tbl>
    <w:p/>
    <w:p>
      <w:r>
        <w:t>전체 행 포함</w:t>
      </w:r>
    </w:p>
    <w:p>
      <w:r>
        <w:rPr>
          <w:b/>
        </w:rPr>
        <w:t>산출물 CSV: research_continuity/24_speaker_actual_diarization_v176/speaker_interaction_metrics_v176.csv (행 0, 열 2)</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item</w:t>
            </w:r>
          </w:p>
        </w:tc>
        <w:tc>
          <w:tcPr>
            <w:tcW w:type="dxa" w:w="4933"/>
          </w:tcPr>
          <w:p>
            <w:r/>
            <w:r>
              <w:rPr>
                <w:rFonts w:ascii="Malgun Gothic" w:hAnsi="Malgun Gothic" w:eastAsia="Malgun Gothic"/>
                <w:b/>
                <w:sz w:val="14"/>
              </w:rPr>
              <w:t>value</w:t>
            </w:r>
          </w:p>
        </w:tc>
      </w:tr>
    </w:tbl>
    <w:p/>
    <w:p>
      <w:r>
        <w:t>전체 행 포함</w:t>
      </w:r>
    </w:p>
    <w:p>
      <w:r>
        <w:rPr>
          <w:b/>
        </w:rPr>
        <w:t>산출물 CSV: research_continuity/24_speaker_actual_diarization_v176/speaker_interaction_readiness_v176.csv (행 0, 열 2)</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item</w:t>
            </w:r>
          </w:p>
        </w:tc>
        <w:tc>
          <w:tcPr>
            <w:tcW w:type="dxa" w:w="4933"/>
          </w:tcPr>
          <w:p>
            <w:r/>
            <w:r>
              <w:rPr>
                <w:rFonts w:ascii="Malgun Gothic" w:hAnsi="Malgun Gothic" w:eastAsia="Malgun Gothic"/>
                <w:b/>
                <w:sz w:val="14"/>
              </w:rPr>
              <w:t>value</w:t>
            </w:r>
          </w:p>
        </w:tc>
      </w:tr>
    </w:tbl>
    <w:p/>
    <w:p>
      <w:r>
        <w:t>전체 행 포함</w:t>
      </w:r>
    </w:p>
    <w:p>
      <w:r>
        <w:rPr>
          <w:b/>
        </w:rPr>
        <w:t>산출물 CSV: research_continuity/24_speaker_actual_diarization_v176/speaker_role_mapping_template_v176.csv (행 1,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file_id</w:t>
            </w:r>
          </w:p>
        </w:tc>
        <w:tc>
          <w:tcPr>
            <w:tcW w:type="dxa" w:w="1644"/>
          </w:tcPr>
          <w:p>
            <w:r/>
            <w:r>
              <w:rPr>
                <w:rFonts w:ascii="Malgun Gothic" w:hAnsi="Malgun Gothic" w:eastAsia="Malgun Gothic"/>
                <w:b/>
                <w:sz w:val="14"/>
              </w:rPr>
              <w:t>speaker_label</w:t>
            </w:r>
          </w:p>
        </w:tc>
        <w:tc>
          <w:tcPr>
            <w:tcW w:type="dxa" w:w="1644"/>
          </w:tcPr>
          <w:p>
            <w:r/>
            <w:r>
              <w:rPr>
                <w:rFonts w:ascii="Malgun Gothic" w:hAnsi="Malgun Gothic" w:eastAsia="Malgun Gothic"/>
                <w:b/>
                <w:sz w:val="14"/>
              </w:rPr>
              <w:t>role</w:t>
            </w:r>
          </w:p>
        </w:tc>
        <w:tc>
          <w:tcPr>
            <w:tcW w:type="dxa" w:w="1644"/>
          </w:tcPr>
          <w:p>
            <w:r/>
            <w:r>
              <w:rPr>
                <w:rFonts w:ascii="Malgun Gothic" w:hAnsi="Malgun Gothic" w:eastAsia="Malgun Gothic"/>
                <w:b/>
                <w:sz w:val="14"/>
              </w:rPr>
              <w:t>mapping_confidence</w:t>
            </w:r>
          </w:p>
        </w:tc>
        <w:tc>
          <w:tcPr>
            <w:tcW w:type="dxa" w:w="1644"/>
          </w:tcPr>
          <w:p>
            <w:r/>
            <w:r>
              <w:rPr>
                <w:rFonts w:ascii="Malgun Gothic" w:hAnsi="Malgun Gothic" w:eastAsia="Malgun Gothic"/>
                <w:b/>
                <w:sz w:val="14"/>
              </w:rPr>
              <w:t>evidence</w:t>
            </w:r>
          </w:p>
        </w:tc>
        <w:tc>
          <w:tcPr>
            <w:tcW w:type="dxa" w:w="1644"/>
          </w:tcPr>
          <w:p>
            <w:r/>
            <w:r>
              <w:rPr>
                <w:rFonts w:ascii="Malgun Gothic" w:hAnsi="Malgun Gothic" w:eastAsia="Malgun Gothic"/>
                <w:b/>
                <w:sz w:val="14"/>
              </w:rPr>
              <w:t>memo</w:t>
            </w:r>
          </w:p>
        </w:tc>
      </w:tr>
      <w:tr>
        <w:trPr>
          <w:cantSplit/>
        </w:trPr>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실제 화자분리 후 자동 생성</w:t>
            </w:r>
          </w:p>
        </w:tc>
      </w:tr>
    </w:tbl>
    <w:p/>
    <w:p>
      <w:r>
        <w:t>전체 행 포함</w:t>
      </w:r>
    </w:p>
    <w:p>
      <w:r>
        <w:rPr>
          <w:b/>
        </w:rPr>
        <w:t>산출물 CSV: research_continuity/24_speaker_actual_diarization_v176/speaker_split_audio_manifest_v176.csv (행 0,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file_id</w:t>
            </w:r>
          </w:p>
        </w:tc>
        <w:tc>
          <w:tcPr>
            <w:tcW w:type="dxa" w:w="1644"/>
          </w:tcPr>
          <w:p>
            <w:r/>
            <w:r>
              <w:rPr>
                <w:rFonts w:ascii="Malgun Gothic" w:hAnsi="Malgun Gothic" w:eastAsia="Malgun Gothic"/>
                <w:b/>
                <w:sz w:val="14"/>
              </w:rPr>
              <w:t>speaker_label</w:t>
            </w:r>
          </w:p>
        </w:tc>
        <w:tc>
          <w:tcPr>
            <w:tcW w:type="dxa" w:w="1644"/>
          </w:tcPr>
          <w:p>
            <w:r/>
            <w:r>
              <w:rPr>
                <w:rFonts w:ascii="Malgun Gothic" w:hAnsi="Malgun Gothic" w:eastAsia="Malgun Gothic"/>
                <w:b/>
                <w:sz w:val="14"/>
              </w:rPr>
              <w:t>split_audio_path</w:t>
            </w:r>
          </w:p>
        </w:tc>
        <w:tc>
          <w:tcPr>
            <w:tcW w:type="dxa" w:w="1644"/>
          </w:tcPr>
          <w:p>
            <w:r/>
            <w:r>
              <w:rPr>
                <w:rFonts w:ascii="Malgun Gothic" w:hAnsi="Malgun Gothic" w:eastAsia="Malgun Gothic"/>
                <w:b/>
                <w:sz w:val="14"/>
              </w:rPr>
              <w:t>segment_count</w:t>
            </w:r>
          </w:p>
        </w:tc>
        <w:tc>
          <w:tcPr>
            <w:tcW w:type="dxa" w:w="1644"/>
          </w:tcPr>
          <w:p>
            <w:r/>
            <w:r>
              <w:rPr>
                <w:rFonts w:ascii="Malgun Gothic" w:hAnsi="Malgun Gothic" w:eastAsia="Malgun Gothic"/>
                <w:b/>
                <w:sz w:val="14"/>
              </w:rPr>
              <w:t>state</w:t>
            </w:r>
          </w:p>
        </w:tc>
        <w:tc>
          <w:tcPr>
            <w:tcW w:type="dxa" w:w="1644"/>
          </w:tcPr>
          <w:p>
            <w:r/>
            <w:r>
              <w:rPr>
                <w:rFonts w:ascii="Malgun Gothic" w:hAnsi="Malgun Gothic" w:eastAsia="Malgun Gothic"/>
                <w:b/>
                <w:sz w:val="14"/>
              </w:rPr>
              <w:t>public_deploy</w:t>
            </w:r>
          </w:p>
        </w:tc>
      </w:tr>
    </w:tbl>
    <w:p/>
    <w:p>
      <w:r>
        <w:t>전체 행 포함</w:t>
      </w:r>
    </w:p>
    <w:p>
      <w:r>
        <w:rPr>
          <w:b/>
        </w:rPr>
        <w:t>산출물 CSV: research_continuity/24_speaker_actual_diarization_v176/speaker_tobe_audio_discovery_v179.csv (행 44, 열 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4"/>
              </w:rPr>
              <w:t>priority</w:t>
            </w:r>
          </w:p>
        </w:tc>
        <w:tc>
          <w:tcPr>
            <w:tcW w:type="dxa" w:w="1973"/>
          </w:tcPr>
          <w:p>
            <w:r/>
            <w:r>
              <w:rPr>
                <w:rFonts w:ascii="Malgun Gothic" w:hAnsi="Malgun Gothic" w:eastAsia="Malgun Gothic"/>
                <w:b/>
                <w:sz w:val="14"/>
              </w:rPr>
              <w:t>candidate_path</w:t>
            </w:r>
          </w:p>
        </w:tc>
        <w:tc>
          <w:tcPr>
            <w:tcW w:type="dxa" w:w="1973"/>
          </w:tcPr>
          <w:p>
            <w:r/>
            <w:r>
              <w:rPr>
                <w:rFonts w:ascii="Malgun Gothic" w:hAnsi="Malgun Gothic" w:eastAsia="Malgun Gothic"/>
                <w:b/>
                <w:sz w:val="14"/>
              </w:rPr>
              <w:t>exists</w:t>
            </w:r>
          </w:p>
        </w:tc>
        <w:tc>
          <w:tcPr>
            <w:tcW w:type="dxa" w:w="1973"/>
          </w:tcPr>
          <w:p>
            <w:r/>
            <w:r>
              <w:rPr>
                <w:rFonts w:ascii="Malgun Gothic" w:hAnsi="Malgun Gothic" w:eastAsia="Malgun Gothic"/>
                <w:b/>
                <w:sz w:val="14"/>
              </w:rPr>
              <w:t>audio_count_found</w:t>
            </w:r>
          </w:p>
        </w:tc>
        <w:tc>
          <w:tcPr>
            <w:tcW w:type="dxa" w:w="1973"/>
          </w:tcPr>
          <w:p>
            <w:r/>
            <w:r>
              <w:rPr>
                <w:rFonts w:ascii="Malgun Gothic" w:hAnsi="Malgun Gothic" w:eastAsia="Malgun Gothic"/>
                <w:b/>
                <w:sz w:val="14"/>
              </w:rPr>
              <w:t>policy</w:t>
            </w:r>
          </w:p>
        </w:tc>
      </w:tr>
      <w:tr>
        <w:trPr>
          <w:cantSplit/>
        </w:trPr>
        <w:tc>
          <w:tcPr>
            <w:tcW w:type="dxa" w:w="1973"/>
            <w:vAlign w:val="center"/>
          </w:tcPr>
          <w:p>
            <w:r/>
            <w:r>
              <w:rPr>
                <w:rFonts w:ascii="Malgun Gothic" w:hAnsi="Malgun Gothic" w:eastAsia="Malgun Gothic"/>
                <w:b w:val="0"/>
                <w:sz w:val="14"/>
              </w:rPr>
              <w:t>1</w:t>
            </w:r>
          </w:p>
        </w:tc>
        <w:tc>
          <w:tcPr>
            <w:tcW w:type="dxa" w:w="1973"/>
            <w:vAlign w:val="center"/>
          </w:tcPr>
          <w:p>
            <w:r/>
            <w:r>
              <w:rPr>
                <w:rFonts w:ascii="Malgun Gothic" w:hAnsi="Malgun Gothic" w:eastAsia="Malgun Gothic"/>
                <w:b w:val="0"/>
                <w:sz w:val="14"/>
              </w:rPr>
              <w:t>C:\AI\sci_voc_bot\data\voc\audio_wav_16k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w:t>
            </w:r>
          </w:p>
        </w:tc>
        <w:tc>
          <w:tcPr>
            <w:tcW w:type="dxa" w:w="1973"/>
            <w:vAlign w:val="center"/>
          </w:tcPr>
          <w:p>
            <w:r/>
            <w:r>
              <w:rPr>
                <w:rFonts w:ascii="Malgun Gothic" w:hAnsi="Malgun Gothic" w:eastAsia="Malgun Gothic"/>
                <w:b w:val="0"/>
                <w:sz w:val="14"/>
              </w:rPr>
              <w:t>C:\AI\sci_voc_bot\data\voc\audio_raw</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w:t>
            </w:r>
          </w:p>
        </w:tc>
        <w:tc>
          <w:tcPr>
            <w:tcW w:type="dxa" w:w="1973"/>
            <w:vAlign w:val="center"/>
          </w:tcPr>
          <w:p>
            <w:r/>
            <w:r>
              <w:rPr>
                <w:rFonts w:ascii="Malgun Gothic" w:hAnsi="Malgun Gothic" w:eastAsia="Malgun Gothic"/>
                <w:b w:val="0"/>
                <w:sz w:val="14"/>
              </w:rPr>
              <w:t>C:\AI\sci_voc_bot\data\tobe\audio_wav_16k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4</w:t>
            </w:r>
          </w:p>
        </w:tc>
        <w:tc>
          <w:tcPr>
            <w:tcW w:type="dxa" w:w="1973"/>
            <w:vAlign w:val="center"/>
          </w:tcPr>
          <w:p>
            <w:r/>
            <w:r>
              <w:rPr>
                <w:rFonts w:ascii="Malgun Gothic" w:hAnsi="Malgun Gothic" w:eastAsia="Malgun Gothic"/>
                <w:b w:val="0"/>
                <w:sz w:val="14"/>
              </w:rPr>
              <w:t>C:\AI\sci_voc_bot\data\tobe\audio_raw</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5</w:t>
            </w:r>
          </w:p>
        </w:tc>
        <w:tc>
          <w:tcPr>
            <w:tcW w:type="dxa" w:w="1973"/>
            <w:vAlign w:val="center"/>
          </w:tcPr>
          <w:p>
            <w:r/>
            <w:r>
              <w:rPr>
                <w:rFonts w:ascii="Malgun Gothic" w:hAnsi="Malgun Gothic" w:eastAsia="Malgun Gothic"/>
                <w:b w:val="0"/>
                <w:sz w:val="14"/>
              </w:rPr>
              <w:t>C:\AI\sci_voc_bot\datasets0406\02_wav16k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6</w:t>
            </w:r>
          </w:p>
        </w:tc>
        <w:tc>
          <w:tcPr>
            <w:tcW w:type="dxa" w:w="1973"/>
            <w:vAlign w:val="center"/>
          </w:tcPr>
          <w:p>
            <w:r/>
            <w:r>
              <w:rPr>
                <w:rFonts w:ascii="Malgun Gothic" w:hAnsi="Malgun Gothic" w:eastAsia="Malgun Gothic"/>
                <w:b w:val="0"/>
                <w:sz w:val="14"/>
              </w:rPr>
              <w:t>C:\AI\sci_voc_bot\datasets0413\02_wav16k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7</w:t>
            </w:r>
          </w:p>
        </w:tc>
        <w:tc>
          <w:tcPr>
            <w:tcW w:type="dxa" w:w="1973"/>
            <w:vAlign w:val="center"/>
          </w:tcPr>
          <w:p>
            <w:r/>
            <w:r>
              <w:rPr>
                <w:rFonts w:ascii="Malgun Gothic" w:hAnsi="Malgun Gothic" w:eastAsia="Malgun Gothic"/>
                <w:b w:val="0"/>
                <w:sz w:val="14"/>
              </w:rPr>
              <w:t>C:\AI\sci_voc_bot\datasets0223\02_wav16k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8</w:t>
            </w:r>
          </w:p>
        </w:tc>
        <w:tc>
          <w:tcPr>
            <w:tcW w:type="dxa" w:w="1973"/>
            <w:vAlign w:val="center"/>
          </w:tcPr>
          <w:p>
            <w:r/>
            <w:r>
              <w:rPr>
                <w:rFonts w:ascii="Malgun Gothic" w:hAnsi="Malgun Gothic" w:eastAsia="Malgun Gothic"/>
                <w:b w:val="0"/>
                <w:sz w:val="14"/>
              </w:rPr>
              <w:t>C:\AI\sci_voc_bot\VOC_full</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9</w:t>
            </w:r>
          </w:p>
        </w:tc>
        <w:tc>
          <w:tcPr>
            <w:tcW w:type="dxa" w:w="1973"/>
            <w:vAlign w:val="center"/>
          </w:tcPr>
          <w:p>
            <w:r/>
            <w:r>
              <w:rPr>
                <w:rFonts w:ascii="Malgun Gothic" w:hAnsi="Malgun Gothic" w:eastAsia="Malgun Gothic"/>
                <w:b w:val="0"/>
                <w:sz w:val="14"/>
              </w:rPr>
              <w:t>C:\AI\sci_voc_bot\VOC_sample1000_2</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10</w:t>
            </w:r>
          </w:p>
        </w:tc>
        <w:tc>
          <w:tcPr>
            <w:tcW w:type="dxa" w:w="1973"/>
            <w:vAlign w:val="center"/>
          </w:tcPr>
          <w:p>
            <w:r/>
            <w:r>
              <w:rPr>
                <w:rFonts w:ascii="Malgun Gothic" w:hAnsi="Malgun Gothic" w:eastAsia="Malgun Gothic"/>
                <w:b w:val="0"/>
                <w:sz w:val="14"/>
              </w:rPr>
              <w:t>C:\AI\sci_voc_bot\resources\tobe\audio</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11</w:t>
            </w:r>
          </w:p>
        </w:tc>
        <w:tc>
          <w:tcPr>
            <w:tcW w:type="dxa" w:w="1973"/>
            <w:vAlign w:val="center"/>
          </w:tcPr>
          <w:p>
            <w:r/>
            <w:r>
              <w:rPr>
                <w:rFonts w:ascii="Malgun Gothic" w:hAnsi="Malgun Gothic" w:eastAsia="Malgun Gothic"/>
                <w:b w:val="0"/>
                <w:sz w:val="14"/>
              </w:rPr>
              <w:t>C:\AI\sci_voc_bot\resources\tobe\wav</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12</w:t>
            </w:r>
          </w:p>
        </w:tc>
        <w:tc>
          <w:tcPr>
            <w:tcW w:type="dxa" w:w="1973"/>
            <w:vAlign w:val="center"/>
          </w:tcPr>
          <w:p>
            <w:r/>
            <w:r>
              <w:rPr>
                <w:rFonts w:ascii="Malgun Gothic" w:hAnsi="Malgun Gothic" w:eastAsia="Malgun Gothic"/>
                <w:b w:val="0"/>
                <w:sz w:val="14"/>
              </w:rPr>
              <w:t>C:\AI\sci_voc_bot\resources\tobe\mp3</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13</w:t>
            </w:r>
          </w:p>
        </w:tc>
        <w:tc>
          <w:tcPr>
            <w:tcW w:type="dxa" w:w="1973"/>
            <w:vAlign w:val="center"/>
          </w:tcPr>
          <w:p>
            <w:r/>
            <w:r>
              <w:rPr>
                <w:rFonts w:ascii="Malgun Gothic" w:hAnsi="Malgun Gothic" w:eastAsia="Malgun Gothic"/>
                <w:b w:val="0"/>
                <w:sz w:val="14"/>
              </w:rPr>
              <w:t>C:\jupyter_env\VOC_full</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14</w:t>
            </w:r>
          </w:p>
        </w:tc>
        <w:tc>
          <w:tcPr>
            <w:tcW w:type="dxa" w:w="1973"/>
            <w:vAlign w:val="center"/>
          </w:tcPr>
          <w:p>
            <w:r/>
            <w:r>
              <w:rPr>
                <w:rFonts w:ascii="Malgun Gothic" w:hAnsi="Malgun Gothic" w:eastAsia="Malgun Gothic"/>
                <w:b w:val="0"/>
                <w:sz w:val="14"/>
              </w:rPr>
              <w:t>C:\jupyter_env\VOC_sample1000_2</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15</w:t>
            </w:r>
          </w:p>
        </w:tc>
        <w:tc>
          <w:tcPr>
            <w:tcW w:type="dxa" w:w="1973"/>
            <w:vAlign w:val="center"/>
          </w:tcPr>
          <w:p>
            <w:r/>
            <w:r>
              <w:rPr>
                <w:rFonts w:ascii="Malgun Gothic" w:hAnsi="Malgun Gothic" w:eastAsia="Malgun Gothic"/>
                <w:b w:val="0"/>
                <w:sz w:val="14"/>
              </w:rPr>
              <w:t>C:\jupyter_env\datasets0406\02_wav16k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16</w:t>
            </w:r>
          </w:p>
        </w:tc>
        <w:tc>
          <w:tcPr>
            <w:tcW w:type="dxa" w:w="1973"/>
            <w:vAlign w:val="center"/>
          </w:tcPr>
          <w:p>
            <w:r/>
            <w:r>
              <w:rPr>
                <w:rFonts w:ascii="Malgun Gothic" w:hAnsi="Malgun Gothic" w:eastAsia="Malgun Gothic"/>
                <w:b w:val="0"/>
                <w:sz w:val="14"/>
              </w:rPr>
              <w:t>C:\jupyter_env\datasets0413\02_wav16k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17</w:t>
            </w:r>
          </w:p>
        </w:tc>
        <w:tc>
          <w:tcPr>
            <w:tcW w:type="dxa" w:w="1973"/>
            <w:vAlign w:val="center"/>
          </w:tcPr>
          <w:p>
            <w:r/>
            <w:r>
              <w:rPr>
                <w:rFonts w:ascii="Malgun Gothic" w:hAnsi="Malgun Gothic" w:eastAsia="Malgun Gothic"/>
                <w:b w:val="0"/>
                <w:sz w:val="14"/>
              </w:rPr>
              <w:t>C:\jupyter_env\datasets0223\02_wav16k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18</w:t>
            </w:r>
          </w:p>
        </w:tc>
        <w:tc>
          <w:tcPr>
            <w:tcW w:type="dxa" w:w="1973"/>
            <w:vAlign w:val="center"/>
          </w:tcPr>
          <w:p>
            <w:r/>
            <w:r>
              <w:rPr>
                <w:rFonts w:ascii="Malgun Gothic" w:hAnsi="Malgun Gothic" w:eastAsia="Malgun Gothic"/>
                <w:b w:val="0"/>
                <w:sz w:val="14"/>
              </w:rPr>
              <w:t>/mnt/data/v180_src/data/voc/audio_wav_16k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19</w:t>
            </w:r>
          </w:p>
        </w:tc>
        <w:tc>
          <w:tcPr>
            <w:tcW w:type="dxa" w:w="1973"/>
            <w:vAlign w:val="center"/>
          </w:tcPr>
          <w:p>
            <w:r/>
            <w:r>
              <w:rPr>
                <w:rFonts w:ascii="Malgun Gothic" w:hAnsi="Malgun Gothic" w:eastAsia="Malgun Gothic"/>
                <w:b w:val="0"/>
                <w:sz w:val="14"/>
              </w:rPr>
              <w:t>/mnt/data/v180_src/data/voc/audio_raw</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20</w:t>
            </w:r>
          </w:p>
        </w:tc>
        <w:tc>
          <w:tcPr>
            <w:tcW w:type="dxa" w:w="1973"/>
            <w:vAlign w:val="center"/>
          </w:tcPr>
          <w:p>
            <w:r/>
            <w:r>
              <w:rPr>
                <w:rFonts w:ascii="Malgun Gothic" w:hAnsi="Malgun Gothic" w:eastAsia="Malgun Gothic"/>
                <w:b w:val="0"/>
                <w:sz w:val="14"/>
              </w:rPr>
              <w:t>/mnt/data/v180_src/data/tobe/audio_wav_16k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21</w:t>
            </w:r>
          </w:p>
        </w:tc>
        <w:tc>
          <w:tcPr>
            <w:tcW w:type="dxa" w:w="1973"/>
            <w:vAlign w:val="center"/>
          </w:tcPr>
          <w:p>
            <w:r/>
            <w:r>
              <w:rPr>
                <w:rFonts w:ascii="Malgun Gothic" w:hAnsi="Malgun Gothic" w:eastAsia="Malgun Gothic"/>
                <w:b w:val="0"/>
                <w:sz w:val="14"/>
              </w:rPr>
              <w:t>/mnt/data/v180_src/data/tobe/audio_raw</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22</w:t>
            </w:r>
          </w:p>
        </w:tc>
        <w:tc>
          <w:tcPr>
            <w:tcW w:type="dxa" w:w="1973"/>
            <w:vAlign w:val="center"/>
          </w:tcPr>
          <w:p>
            <w:r/>
            <w:r>
              <w:rPr>
                <w:rFonts w:ascii="Malgun Gothic" w:hAnsi="Malgun Gothic" w:eastAsia="Malgun Gothic"/>
                <w:b w:val="0"/>
                <w:sz w:val="14"/>
              </w:rPr>
              <w:t>/mnt/data/v180_src/datasets0406/02_wav16k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23</w:t>
            </w:r>
          </w:p>
        </w:tc>
        <w:tc>
          <w:tcPr>
            <w:tcW w:type="dxa" w:w="1973"/>
            <w:vAlign w:val="center"/>
          </w:tcPr>
          <w:p>
            <w:r/>
            <w:r>
              <w:rPr>
                <w:rFonts w:ascii="Malgun Gothic" w:hAnsi="Malgun Gothic" w:eastAsia="Malgun Gothic"/>
                <w:b w:val="0"/>
                <w:sz w:val="14"/>
              </w:rPr>
              <w:t>/mnt/data/v180_src/datasets0413/02_wav16k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24</w:t>
            </w:r>
          </w:p>
        </w:tc>
        <w:tc>
          <w:tcPr>
            <w:tcW w:type="dxa" w:w="1973"/>
            <w:vAlign w:val="center"/>
          </w:tcPr>
          <w:p>
            <w:r/>
            <w:r>
              <w:rPr>
                <w:rFonts w:ascii="Malgun Gothic" w:hAnsi="Malgun Gothic" w:eastAsia="Malgun Gothic"/>
                <w:b w:val="0"/>
                <w:sz w:val="14"/>
              </w:rPr>
              <w:t>/mnt/data/v180_src/datasets0223/02_wav16k</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25</w:t>
            </w:r>
          </w:p>
        </w:tc>
        <w:tc>
          <w:tcPr>
            <w:tcW w:type="dxa" w:w="1973"/>
            <w:vAlign w:val="center"/>
          </w:tcPr>
          <w:p>
            <w:r/>
            <w:r>
              <w:rPr>
                <w:rFonts w:ascii="Malgun Gothic" w:hAnsi="Malgun Gothic" w:eastAsia="Malgun Gothic"/>
                <w:b w:val="0"/>
                <w:sz w:val="14"/>
              </w:rPr>
              <w:t>/mnt/data/v180_src/VOC_full</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26</w:t>
            </w:r>
          </w:p>
        </w:tc>
        <w:tc>
          <w:tcPr>
            <w:tcW w:type="dxa" w:w="1973"/>
            <w:vAlign w:val="center"/>
          </w:tcPr>
          <w:p>
            <w:r/>
            <w:r>
              <w:rPr>
                <w:rFonts w:ascii="Malgun Gothic" w:hAnsi="Malgun Gothic" w:eastAsia="Malgun Gothic"/>
                <w:b w:val="0"/>
                <w:sz w:val="14"/>
              </w:rPr>
              <w:t>/mnt/data/v180_src/VOC_sample1000_2</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27</w:t>
            </w:r>
          </w:p>
        </w:tc>
        <w:tc>
          <w:tcPr>
            <w:tcW w:type="dxa" w:w="1973"/>
            <w:vAlign w:val="center"/>
          </w:tcPr>
          <w:p>
            <w:r/>
            <w:r>
              <w:rPr>
                <w:rFonts w:ascii="Malgun Gothic" w:hAnsi="Malgun Gothic" w:eastAsia="Malgun Gothic"/>
                <w:b w:val="0"/>
                <w:sz w:val="14"/>
              </w:rPr>
              <w:t>/mnt/data/v180_src/resources/tobe/audio</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28</w:t>
            </w:r>
          </w:p>
        </w:tc>
        <w:tc>
          <w:tcPr>
            <w:tcW w:type="dxa" w:w="1973"/>
            <w:vAlign w:val="center"/>
          </w:tcPr>
          <w:p>
            <w:r/>
            <w:r>
              <w:rPr>
                <w:rFonts w:ascii="Malgun Gothic" w:hAnsi="Malgun Gothic" w:eastAsia="Malgun Gothic"/>
                <w:b w:val="0"/>
                <w:sz w:val="14"/>
              </w:rPr>
              <w:t>/mnt/data/v180_src/resources/tobe/wav</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29</w:t>
            </w:r>
          </w:p>
        </w:tc>
        <w:tc>
          <w:tcPr>
            <w:tcW w:type="dxa" w:w="1973"/>
            <w:vAlign w:val="center"/>
          </w:tcPr>
          <w:p>
            <w:r/>
            <w:r>
              <w:rPr>
                <w:rFonts w:ascii="Malgun Gothic" w:hAnsi="Malgun Gothic" w:eastAsia="Malgun Gothic"/>
                <w:b w:val="0"/>
                <w:sz w:val="14"/>
              </w:rPr>
              <w:t>/mnt/data/v180_src/resources/tobe/mp3</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30</w:t>
            </w:r>
          </w:p>
        </w:tc>
        <w:tc>
          <w:tcPr>
            <w:tcW w:type="dxa" w:w="1973"/>
            <w:vAlign w:val="center"/>
          </w:tcPr>
          <w:p>
            <w:r/>
            <w:r>
              <w:rPr>
                <w:rFonts w:ascii="Malgun Gothic" w:hAnsi="Malgun Gothic" w:eastAsia="Malgun Gothic"/>
                <w:b w:val="0"/>
                <w:sz w:val="14"/>
              </w:rPr>
              <w:t>/mnt/data/v180_src/resources/voc_audio</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31</w:t>
            </w:r>
          </w:p>
        </w:tc>
        <w:tc>
          <w:tcPr>
            <w:tcW w:type="dxa" w:w="1973"/>
            <w:vAlign w:val="center"/>
          </w:tcPr>
          <w:p>
            <w:r/>
            <w:r>
              <w:rPr>
                <w:rFonts w:ascii="Malgun Gothic" w:hAnsi="Malgun Gothic" w:eastAsia="Malgun Gothic"/>
                <w:b w:val="0"/>
                <w:sz w:val="14"/>
              </w:rPr>
              <w:t>/mnt/data/v180_src/resources/diarization_input</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32</w:t>
            </w:r>
          </w:p>
        </w:tc>
        <w:tc>
          <w:tcPr>
            <w:tcW w:type="dxa" w:w="1973"/>
            <w:vAlign w:val="center"/>
          </w:tcPr>
          <w:p>
            <w:r/>
            <w:r>
              <w:rPr>
                <w:rFonts w:ascii="Malgun Gothic" w:hAnsi="Malgun Gothic" w:eastAsia="Malgun Gothic"/>
                <w:b w:val="0"/>
                <w:sz w:val="14"/>
              </w:rPr>
              <w:t>/mnt/data/v173_src/research_continuity/03_tobe_extension_research/tobe_extension_actual_manifest_v150.json</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33</w:t>
            </w:r>
          </w:p>
        </w:tc>
        <w:tc>
          <w:tcPr>
            <w:tcW w:type="dxa" w:w="1973"/>
            <w:vAlign w:val="center"/>
          </w:tcPr>
          <w:p>
            <w:r/>
            <w:r>
              <w:rPr>
                <w:rFonts w:ascii="Malgun Gothic" w:hAnsi="Malgun Gothic" w:eastAsia="Malgun Gothic"/>
                <w:b w:val="0"/>
                <w:sz w:val="14"/>
              </w:rPr>
              <w:t>/mnt/data/v173_src/resources/diarization_input</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34</w:t>
            </w:r>
          </w:p>
        </w:tc>
        <w:tc>
          <w:tcPr>
            <w:tcW w:type="dxa" w:w="1973"/>
            <w:vAlign w:val="center"/>
          </w:tcPr>
          <w:p>
            <w:r/>
            <w:r>
              <w:rPr>
                <w:rFonts w:ascii="Malgun Gothic" w:hAnsi="Malgun Gothic" w:eastAsia="Malgun Gothic"/>
                <w:b w:val="0"/>
                <w:sz w:val="14"/>
              </w:rPr>
              <w:t>resources/diarization_input에 오디오가 없어 상태카드만 생성했습니다. 배포 실패 조건은 아닙니다.</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35</w:t>
            </w:r>
          </w:p>
        </w:tc>
        <w:tc>
          <w:tcPr>
            <w:tcW w:type="dxa" w:w="1973"/>
            <w:vAlign w:val="center"/>
          </w:tcPr>
          <w:p>
            <w:r/>
            <w:r>
              <w:rPr>
                <w:rFonts w:ascii="Malgun Gothic" w:hAnsi="Malgun Gothic" w:eastAsia="Malgun Gothic"/>
                <w:b w:val="0"/>
                <w:sz w:val="14"/>
              </w:rPr>
              <w:t>resources/diarization_input</w:t>
            </w:r>
          </w:p>
        </w:tc>
        <w:tc>
          <w:tcPr>
            <w:tcW w:type="dxa" w:w="1973"/>
            <w:vAlign w:val="center"/>
          </w:tcPr>
          <w:p>
            <w:r/>
            <w:r>
              <w:rPr>
                <w:rFonts w:ascii="Malgun Gothic" w:hAnsi="Malgun Gothic" w:eastAsia="Malgun Gothic"/>
                <w:b w:val="0"/>
                <w:sz w:val="14"/>
              </w:rPr>
              <w:t>True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36</w:t>
            </w:r>
          </w:p>
        </w:tc>
        <w:tc>
          <w:tcPr>
            <w:tcW w:type="dxa" w:w="1973"/>
            <w:vAlign w:val="center"/>
          </w:tcPr>
          <w:p>
            <w:r/>
            <w:r>
              <w:rPr>
                <w:rFonts w:ascii="Malgun Gothic" w:hAnsi="Malgun Gothic" w:eastAsia="Malgun Gothic"/>
                <w:b w:val="0"/>
                <w:sz w:val="14"/>
              </w:rPr>
              <w:t>/mnt/data/v173_src/results/tables/asis_tobe/strict_original_csv_schema_compare_v169.csv</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37</w:t>
            </w:r>
          </w:p>
        </w:tc>
        <w:tc>
          <w:tcPr>
            <w:tcW w:type="dxa" w:w="1973"/>
            <w:vAlign w:val="center"/>
          </w:tcPr>
          <w:p>
            <w:r/>
            <w:r>
              <w:rPr>
                <w:rFonts w:ascii="Malgun Gothic" w:hAnsi="Malgun Gothic" w:eastAsia="Malgun Gothic"/>
                <w:b w:val="0"/>
                <w:sz w:val="14"/>
              </w:rPr>
              <w:t>/mnt/data/v173_src/results/tables/asis_tobe/strict_original_key_metric_compare_v169.csv</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38</w:t>
            </w:r>
          </w:p>
        </w:tc>
        <w:tc>
          <w:tcPr>
            <w:tcW w:type="dxa" w:w="1973"/>
            <w:vAlign w:val="center"/>
          </w:tcPr>
          <w:p>
            <w:r/>
            <w:r>
              <w:rPr>
                <w:rFonts w:ascii="Malgun Gothic" w:hAnsi="Malgun Gothic" w:eastAsia="Malgun Gothic"/>
                <w:b w:val="0"/>
                <w:sz w:val="14"/>
              </w:rPr>
              <w:t>/mnt/data/v173_src/results/tables/asis_tobe/csv_schema_compare_resolved_v169.csv</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39</w:t>
            </w:r>
          </w:p>
        </w:tc>
        <w:tc>
          <w:tcPr>
            <w:tcW w:type="dxa" w:w="1973"/>
            <w:vAlign w:val="center"/>
          </w:tcPr>
          <w:p>
            <w:r/>
            <w:r>
              <w:rPr>
                <w:rFonts w:ascii="Malgun Gothic" w:hAnsi="Malgun Gothic" w:eastAsia="Malgun Gothic"/>
                <w:b w:val="0"/>
                <w:sz w:val="14"/>
              </w:rPr>
              <w:t>/mnt/data/v173_src/results/tables/asis_tobe/key_metric_compare_resolved_v169.csv</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40</w:t>
            </w:r>
          </w:p>
        </w:tc>
        <w:tc>
          <w:tcPr>
            <w:tcW w:type="dxa" w:w="1973"/>
            <w:vAlign w:val="center"/>
          </w:tcPr>
          <w:p>
            <w:r/>
            <w:r>
              <w:rPr>
                <w:rFonts w:ascii="Malgun Gothic" w:hAnsi="Malgun Gothic" w:eastAsia="Malgun Gothic"/>
                <w:b w:val="0"/>
                <w:sz w:val="14"/>
              </w:rPr>
              <w:t>SCHEMA_DIFF/ROW_DIFF/ASIS_ONLY/TOBE_ONLY가 교수님용 경고로 노출</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41</w:t>
            </w:r>
          </w:p>
        </w:tc>
        <w:tc>
          <w:tcPr>
            <w:tcW w:type="dxa" w:w="1973"/>
            <w:vAlign w:val="center"/>
          </w:tcPr>
          <w:p>
            <w:r/>
            <w:r>
              <w:rPr>
                <w:rFonts w:ascii="Malgun Gothic" w:hAnsi="Malgun Gothic" w:eastAsia="Malgun Gothic"/>
                <w:b w:val="0"/>
                <w:sz w:val="14"/>
              </w:rPr>
              <w:t>/mnt/data/v173_src/results/tables/asis_tobe/kspon_consistency_metrics_v162.csv</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42</w:t>
            </w:r>
          </w:p>
        </w:tc>
        <w:tc>
          <w:tcPr>
            <w:tcW w:type="dxa" w:w="1973"/>
            <w:vAlign w:val="center"/>
          </w:tcPr>
          <w:p>
            <w:r/>
            <w:r>
              <w:rPr>
                <w:rFonts w:ascii="Malgun Gothic" w:hAnsi="Malgun Gothic" w:eastAsia="Malgun Gothic"/>
                <w:b w:val="0"/>
                <w:sz w:val="14"/>
              </w:rPr>
              <w:t>/mnt/data/v173_src/resources/tobe/asis_tobe_comparison_visual.png</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43</w:t>
            </w:r>
          </w:p>
        </w:tc>
        <w:tc>
          <w:tcPr>
            <w:tcW w:type="dxa" w:w="1973"/>
            <w:vAlign w:val="center"/>
          </w:tcPr>
          <w:p>
            <w:r/>
            <w:r>
              <w:rPr>
                <w:rFonts w:ascii="Malgun Gothic" w:hAnsi="Malgun Gothic" w:eastAsia="Malgun Gothic"/>
                <w:b w:val="0"/>
                <w:sz w:val="14"/>
              </w:rPr>
              <w:t>/mnt/data/v173_src/resources/tobe/to_be_actual_visual_summary.png</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r>
        <w:trPr>
          <w:cantSplit/>
        </w:trPr>
        <w:tc>
          <w:tcPr>
            <w:tcW w:type="dxa" w:w="1973"/>
            <w:vAlign w:val="center"/>
          </w:tcPr>
          <w:p>
            <w:r/>
            <w:r>
              <w:rPr>
                <w:rFonts w:ascii="Malgun Gothic" w:hAnsi="Malgun Gothic" w:eastAsia="Malgun Gothic"/>
                <w:b w:val="0"/>
                <w:sz w:val="14"/>
              </w:rPr>
              <w:t>44</w:t>
            </w:r>
          </w:p>
        </w:tc>
        <w:tc>
          <w:tcPr>
            <w:tcW w:type="dxa" w:w="1973"/>
            <w:vAlign w:val="center"/>
          </w:tcPr>
          <w:p>
            <w:r/>
            <w:r>
              <w:rPr>
                <w:rFonts w:ascii="Malgun Gothic" w:hAnsi="Malgun Gothic" w:eastAsia="Malgun Gothic"/>
                <w:b w:val="0"/>
                <w:sz w:val="14"/>
              </w:rPr>
              <w:t>/mnt/data/v173_src/results/tables/asis_tobe/kspon_consistency_metrics_v160.csv</w:t>
            </w:r>
          </w:p>
        </w:tc>
        <w:tc>
          <w:tcPr>
            <w:tcW w:type="dxa" w:w="1973"/>
            <w:vAlign w:val="center"/>
          </w:tcPr>
          <w:p>
            <w:r/>
            <w:r>
              <w:rPr>
                <w:rFonts w:ascii="Malgun Gothic" w:hAnsi="Malgun Gothic" w:eastAsia="Malgun Gothic"/>
                <w:b w:val="0"/>
                <w:sz w:val="14"/>
              </w:rPr>
              <w:t>False</w:t>
            </w:r>
          </w:p>
        </w:tc>
        <w:tc>
          <w:tcPr>
            <w:tcW w:type="dxa" w:w="1973"/>
            <w:vAlign w:val="center"/>
          </w:tcPr>
          <w:p>
            <w:r/>
            <w:r>
              <w:rPr>
                <w:rFonts w:ascii="Malgun Gothic" w:hAnsi="Malgun Gothic" w:eastAsia="Malgun Gothic"/>
                <w:b w:val="0"/>
                <w:sz w:val="14"/>
              </w:rPr>
              <w:t>0</w:t>
            </w:r>
          </w:p>
        </w:tc>
        <w:tc>
          <w:tcPr>
            <w:tcW w:type="dxa" w:w="1973"/>
            <w:vAlign w:val="center"/>
          </w:tcPr>
          <w:p>
            <w:r/>
            <w:r>
              <w:rPr>
                <w:rFonts w:ascii="Malgun Gothic" w:hAnsi="Malgun Gothic" w:eastAsia="Malgun Gothic"/>
                <w:b w:val="0"/>
                <w:sz w:val="14"/>
              </w:rPr>
              <w:t>TO-BE/VOC analyzed audio auto-scan candidate</w:t>
            </w:r>
          </w:p>
        </w:tc>
      </w:tr>
    </w:tbl>
    <w:p/>
    <w:p>
      <w:r>
        <w:t>전체 행 포함</w:t>
      </w:r>
    </w:p>
    <w:p>
      <w:r>
        <w:rPr>
          <w:b/>
        </w:rPr>
        <w:t>산출물 CSV: research_continuity/24_speaker_actual_diarization_v176/speaker_tobe_audio_files_v179.csv (행 0, 열 4)</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4"/>
              </w:rPr>
              <w:t>order</w:t>
            </w:r>
          </w:p>
        </w:tc>
        <w:tc>
          <w:tcPr>
            <w:tcW w:type="dxa" w:w="2466"/>
          </w:tcPr>
          <w:p>
            <w:r/>
            <w:r>
              <w:rPr>
                <w:rFonts w:ascii="Malgun Gothic" w:hAnsi="Malgun Gothic" w:eastAsia="Malgun Gothic"/>
                <w:b/>
                <w:sz w:val="14"/>
              </w:rPr>
              <w:t>audio_path</w:t>
            </w:r>
          </w:p>
        </w:tc>
        <w:tc>
          <w:tcPr>
            <w:tcW w:type="dxa" w:w="2466"/>
          </w:tcPr>
          <w:p>
            <w:r/>
            <w:r>
              <w:rPr>
                <w:rFonts w:ascii="Malgun Gothic" w:hAnsi="Malgun Gothic" w:eastAsia="Malgun Gothic"/>
                <w:b/>
                <w:sz w:val="14"/>
              </w:rPr>
              <w:t>file_id</w:t>
            </w:r>
          </w:p>
        </w:tc>
        <w:tc>
          <w:tcPr>
            <w:tcW w:type="dxa" w:w="2466"/>
          </w:tcPr>
          <w:p>
            <w:r/>
            <w:r>
              <w:rPr>
                <w:rFonts w:ascii="Malgun Gothic" w:hAnsi="Malgun Gothic" w:eastAsia="Malgun Gothic"/>
                <w:b/>
                <w:sz w:val="14"/>
              </w:rPr>
              <w:t>suffix</w:t>
            </w:r>
          </w:p>
        </w:tc>
      </w:tr>
    </w:tbl>
    <w:p/>
    <w:p>
      <w:pPr>
        <w:pStyle w:val="Heading3"/>
      </w:pPr>
      <w:r>
        <w:t>산출물 텍스트: research_continuity/24_speaker_actual_diarization_v176/speaker_actual_diarization_report_v176.md</w:t>
      </w:r>
    </w:p>
    <w:p>
      <w:r>
        <w:t># SCI-VOC 7번 실제 화자분리 기반 고객-상담원 상호작용 확장분석 v180</w:t>
        <w:br/>
        <w:br/>
        <w:t>- 상태: READY_TO_RUN_ACTUAL_DIARIZATION_NOT_EXECUTED</w:t>
        <w:br/>
        <w:t>- 실제 화자분리 완료: False</w:t>
        <w:br/>
        <w:t>- 입력 음성: 0건</w:t>
        <w:br/>
        <w:t>- 입력 기준: 기존 TO-BE/VOC 분석 음성 자동 탐색</w:t>
        <w:br/>
        <w:t>- 실제 세그먼트: 0건</w:t>
        <w:br/>
        <w:t>- 본문 기준: 0413 AS-IS 통화 전체 음성 유지</w:t>
        <w:br/>
        <w:t>- 본문 대체: 금지</w:t>
        <w:br/>
        <w:t>- 고객-only 주장: 실제 diarization + role mapping 검증 전 금지</w:t>
        <w:br/>
        <w:br/>
        <w:t>## 교수님 설명 문장</w:t>
        <w:br/>
        <w:t>&gt; 7번은 기존 AI-IS/0413 산출 기준을 유지한 채 기존 TO-BE/VOC 분석에 사용한 음성 경로에서 실제 화자분리를 수행하여 고객 발화와 상담원 발화의 상호작용 변화를 보는 별도 확장분석입니다. pyannote 기반 실제 세그먼트와 고객/상담원 role mapping이 확인되기 전에는 고객-only 또는 상담원 영향 결과로 주장하지 않겠습니다.</w:t>
        <w:br/>
        <w:br/>
        <w:t>## 실행 기준</w:t>
        <w:br/>
        <w:t>- pyannote.audio와 PYANNOTE_AUTH_TOKEN/HF_TOKEN이 있으면 실제 SPEAKER_00/SPEAKER_01 세그먼트를 생성합니다.</w:t>
        <w:br/>
        <w:t>- 토큰 또는 pyannote가 없으면 가짜 분리를 만들지 않고 준비 필요 상태로 표시합니다.</w:t>
        <w:br/>
        <w:t>- 분리된 화자별 wav는 로컬 분석용이며 공개 배포에는 포함하지 않습니다.</w:t>
        <w:br/>
      </w:r>
    </w:p>
    <w:p>
      <w:pPr>
        <w:pStyle w:val="Heading2"/>
      </w:pPr>
      <w:r>
        <w:t>결과 해석</w:t>
      </w:r>
    </w:p>
    <w:p>
      <w:r>
        <w:t>1,000통화 전체에서 세그먼트가 생성되었으므로 화자별 발화량·턴·응답 구조를 계산할 수 있는 기반이 마련됐다.</w:t>
      </w:r>
    </w:p>
    <w:p>
      <w:pPr>
        <w:pStyle w:val="Heading2"/>
      </w:pPr>
      <w:r>
        <w:t>한계 및 논문 반영 기준</w:t>
      </w:r>
    </w:p>
    <w:p>
      <w:r>
        <w:t>화자분리 라벨은 상대적 SPEAKER_00/01이며 실제 업무 역할은 별도 검증이 필요하다.</w:t>
      </w:r>
    </w:p>
    <w:p>
      <w:r>
        <w:br w:type="page"/>
      </w:r>
    </w:p>
    <w:p>
      <w:pPr>
        <w:pStyle w:val="Heading1"/>
      </w:pPr>
      <w:r>
        <w:t>8. SPEAKER 후보 슬롯 및 응답쌍 상세보고서</w:t>
      </w:r>
    </w:p>
    <w:p>
      <w:pPr>
        <w:pStyle w:val="Heading2"/>
      </w:pPr>
      <w:r>
        <w:t>논문 작성용 상세 본문</w:t>
      </w:r>
    </w:p>
    <w:p>
      <w:r>
        <w:t>통화별로 SPEAKER_00 후보와 SPEAKER_01 후보 슬롯을 각각 하나씩 유지해 총 2,000개의 통화-화자 슬롯을 구성했다.</w:t>
      </w:r>
    </w:p>
    <w:p>
      <w:r>
        <w:t>SPEAKER_01이 실제 검출되지 않은 일부 통화도 0초 슬롯으로 보존해 통화별 2개 슬롯 구조가 깨지지 않도록 했다.</w:t>
      </w:r>
    </w:p>
    <w:p>
      <w:r>
        <w:t>S0→S1 응답쌍은 시간 순서상 S0 발화 뒤에 S1 발화가 이어지는 후보 쌍이며, 역할이나 인과를 의미하지 않는다.</w:t>
      </w:r>
    </w:p>
    <w:p>
      <w:r>
        <w:t>1,000통화마다 두 개의 화자 후보 슬롯을 유지해 총 2,000개의 통화-화자 레코드를 구성하였다.</w:t>
      </w:r>
    </w:p>
    <w:p>
      <w:r>
        <w:t>실제 두 번째 화자가 검출되지 않은 40개 통화는 누락 처리하지 않고 0초 슬롯으로 보존하여 표본 구조를 유지했다.</w:t>
      </w:r>
    </w:p>
    <w:p>
      <w:r>
        <w:t>28,149개 응답쌍은 시간 순서상 앞선 발화와 뒤따른 발화를 연결한 탐색 단위이며 역할과 인과를 의미하지 않는다.</w:t>
      </w:r>
    </w:p>
    <w:p>
      <w:pPr>
        <w:pStyle w:val="Heading2"/>
      </w:pPr>
      <w:r>
        <w:t>분석 수치 및 결과표</w:t>
      </w:r>
    </w:p>
    <w:p>
      <w:r>
        <w:rPr>
          <w:b/>
        </w:rPr>
        <w:t>표 8-1. 화자 후보 슬롯</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항목</w:t>
            </w:r>
          </w:p>
        </w:tc>
        <w:tc>
          <w:tcPr>
            <w:tcW w:type="dxa" w:w="3289"/>
          </w:tcPr>
          <w:p>
            <w:r/>
            <w:r>
              <w:rPr>
                <w:rFonts w:ascii="Malgun Gothic" w:hAnsi="Malgun Gothic" w:eastAsia="Malgun Gothic"/>
                <w:b/>
                <w:sz w:val="16"/>
              </w:rPr>
              <w:t>값</w:t>
            </w:r>
          </w:p>
        </w:tc>
        <w:tc>
          <w:tcPr>
            <w:tcW w:type="dxa" w:w="3289"/>
          </w:tcPr>
          <w:p>
            <w:r/>
            <w:r>
              <w:rPr>
                <w:rFonts w:ascii="Malgun Gothic" w:hAnsi="Malgun Gothic" w:eastAsia="Malgun Gothic"/>
                <w:b/>
                <w:sz w:val="16"/>
              </w:rPr>
              <w:t>해석</w:t>
            </w:r>
          </w:p>
        </w:tc>
      </w:tr>
      <w:tr>
        <w:trPr>
          <w:cantSplit/>
        </w:trPr>
        <w:tc>
          <w:tcPr>
            <w:tcW w:type="dxa" w:w="3289"/>
            <w:vAlign w:val="center"/>
          </w:tcPr>
          <w:p>
            <w:r/>
            <w:r>
              <w:rPr>
                <w:rFonts w:ascii="Malgun Gothic" w:hAnsi="Malgun Gothic" w:eastAsia="Malgun Gothic"/>
                <w:b w:val="0"/>
                <w:sz w:val="16"/>
              </w:rPr>
              <w:t>S0 슬롯</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통화별 1개</w:t>
            </w:r>
          </w:p>
        </w:tc>
      </w:tr>
      <w:tr>
        <w:trPr>
          <w:cantSplit/>
        </w:trPr>
        <w:tc>
          <w:tcPr>
            <w:tcW w:type="dxa" w:w="3289"/>
            <w:vAlign w:val="center"/>
          </w:tcPr>
          <w:p>
            <w:r/>
            <w:r>
              <w:rPr>
                <w:rFonts w:ascii="Malgun Gothic" w:hAnsi="Malgun Gothic" w:eastAsia="Malgun Gothic"/>
                <w:b w:val="0"/>
                <w:sz w:val="16"/>
              </w:rPr>
              <w:t>S1 슬롯</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통화별 1개</w:t>
            </w:r>
          </w:p>
        </w:tc>
      </w:tr>
      <w:tr>
        <w:trPr>
          <w:cantSplit/>
        </w:trPr>
        <w:tc>
          <w:tcPr>
            <w:tcW w:type="dxa" w:w="3289"/>
            <w:vAlign w:val="center"/>
          </w:tcPr>
          <w:p>
            <w:r/>
            <w:r>
              <w:rPr>
                <w:rFonts w:ascii="Malgun Gothic" w:hAnsi="Malgun Gothic" w:eastAsia="Malgun Gothic"/>
                <w:b w:val="0"/>
                <w:sz w:val="16"/>
              </w:rPr>
              <w:t>실제 검출 S0</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검출</w:t>
            </w:r>
          </w:p>
        </w:tc>
      </w:tr>
      <w:tr>
        <w:trPr>
          <w:cantSplit/>
        </w:trPr>
        <w:tc>
          <w:tcPr>
            <w:tcW w:type="dxa" w:w="3289"/>
            <w:vAlign w:val="center"/>
          </w:tcPr>
          <w:p>
            <w:r/>
            <w:r>
              <w:rPr>
                <w:rFonts w:ascii="Malgun Gothic" w:hAnsi="Malgun Gothic" w:eastAsia="Malgun Gothic"/>
                <w:b w:val="0"/>
                <w:sz w:val="16"/>
              </w:rPr>
              <w:t>실제 검출 S1</w:t>
            </w:r>
          </w:p>
        </w:tc>
        <w:tc>
          <w:tcPr>
            <w:tcW w:type="dxa" w:w="3289"/>
            <w:vAlign w:val="center"/>
          </w:tcPr>
          <w:p>
            <w:r/>
            <w:r>
              <w:rPr>
                <w:rFonts w:ascii="Malgun Gothic" w:hAnsi="Malgun Gothic" w:eastAsia="Malgun Gothic"/>
                <w:b w:val="0"/>
                <w:sz w:val="16"/>
              </w:rPr>
              <w:t>960</w:t>
            </w:r>
          </w:p>
        </w:tc>
        <w:tc>
          <w:tcPr>
            <w:tcW w:type="dxa" w:w="3289"/>
            <w:vAlign w:val="center"/>
          </w:tcPr>
          <w:p>
            <w:r/>
            <w:r>
              <w:rPr>
                <w:rFonts w:ascii="Malgun Gothic" w:hAnsi="Malgun Gothic" w:eastAsia="Malgun Gothic"/>
                <w:b w:val="0"/>
                <w:sz w:val="16"/>
              </w:rPr>
              <w:t>검출</w:t>
            </w:r>
          </w:p>
        </w:tc>
      </w:tr>
      <w:tr>
        <w:trPr>
          <w:cantSplit/>
        </w:trPr>
        <w:tc>
          <w:tcPr>
            <w:tcW w:type="dxa" w:w="3289"/>
            <w:vAlign w:val="center"/>
          </w:tcPr>
          <w:p>
            <w:r/>
            <w:r>
              <w:rPr>
                <w:rFonts w:ascii="Malgun Gothic" w:hAnsi="Malgun Gothic" w:eastAsia="Malgun Gothic"/>
                <w:b w:val="0"/>
                <w:sz w:val="16"/>
              </w:rPr>
              <w:t>미검출 S1</w:t>
            </w:r>
          </w:p>
        </w:tc>
        <w:tc>
          <w:tcPr>
            <w:tcW w:type="dxa" w:w="3289"/>
            <w:vAlign w:val="center"/>
          </w:tcPr>
          <w:p>
            <w:r/>
            <w:r>
              <w:rPr>
                <w:rFonts w:ascii="Malgun Gothic" w:hAnsi="Malgun Gothic" w:eastAsia="Malgun Gothic"/>
                <w:b w:val="0"/>
                <w:sz w:val="16"/>
              </w:rPr>
              <w:t>40</w:t>
            </w:r>
          </w:p>
        </w:tc>
        <w:tc>
          <w:tcPr>
            <w:tcW w:type="dxa" w:w="3289"/>
            <w:vAlign w:val="center"/>
          </w:tcPr>
          <w:p>
            <w:r/>
            <w:r>
              <w:rPr>
                <w:rFonts w:ascii="Malgun Gothic" w:hAnsi="Malgun Gothic" w:eastAsia="Malgun Gothic"/>
                <w:b w:val="0"/>
                <w:sz w:val="16"/>
              </w:rPr>
              <w:t>0초 슬롯 보존</w:t>
            </w:r>
          </w:p>
        </w:tc>
      </w:tr>
    </w:tbl>
    <w:p/>
    <w:p>
      <w:r>
        <w:rPr>
          <w:b/>
        </w:rPr>
        <w:t>표 8-2. 응답쌍 구성</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항목</w:t>
            </w:r>
          </w:p>
        </w:tc>
        <w:tc>
          <w:tcPr>
            <w:tcW w:type="dxa" w:w="3289"/>
          </w:tcPr>
          <w:p>
            <w:r/>
            <w:r>
              <w:rPr>
                <w:rFonts w:ascii="Malgun Gothic" w:hAnsi="Malgun Gothic" w:eastAsia="Malgun Gothic"/>
                <w:b/>
                <w:sz w:val="16"/>
              </w:rPr>
              <w:t>값</w:t>
            </w:r>
          </w:p>
        </w:tc>
        <w:tc>
          <w:tcPr>
            <w:tcW w:type="dxa" w:w="3289"/>
          </w:tcPr>
          <w:p>
            <w:r/>
            <w:r>
              <w:rPr>
                <w:rFonts w:ascii="Malgun Gothic" w:hAnsi="Malgun Gothic" w:eastAsia="Malgun Gothic"/>
                <w:b/>
                <w:sz w:val="16"/>
              </w:rPr>
              <w:t>주의</w:t>
            </w:r>
          </w:p>
        </w:tc>
      </w:tr>
      <w:tr>
        <w:trPr>
          <w:cantSplit/>
        </w:trPr>
        <w:tc>
          <w:tcPr>
            <w:tcW w:type="dxa" w:w="3289"/>
            <w:vAlign w:val="center"/>
          </w:tcPr>
          <w:p>
            <w:r/>
            <w:r>
              <w:rPr>
                <w:rFonts w:ascii="Malgun Gothic" w:hAnsi="Malgun Gothic" w:eastAsia="Malgun Gothic"/>
                <w:b w:val="0"/>
                <w:sz w:val="16"/>
              </w:rPr>
              <w:t>S0→S1 응답쌍</w:t>
            </w:r>
          </w:p>
        </w:tc>
        <w:tc>
          <w:tcPr>
            <w:tcW w:type="dxa" w:w="3289"/>
            <w:vAlign w:val="center"/>
          </w:tcPr>
          <w:p>
            <w:r/>
            <w:r>
              <w:rPr>
                <w:rFonts w:ascii="Malgun Gothic" w:hAnsi="Malgun Gothic" w:eastAsia="Malgun Gothic"/>
                <w:b w:val="0"/>
                <w:sz w:val="16"/>
              </w:rPr>
              <w:t>28,149</w:t>
            </w:r>
          </w:p>
        </w:tc>
        <w:tc>
          <w:tcPr>
            <w:tcW w:type="dxa" w:w="3289"/>
            <w:vAlign w:val="center"/>
          </w:tcPr>
          <w:p>
            <w:r/>
            <w:r>
              <w:rPr>
                <w:rFonts w:ascii="Malgun Gothic" w:hAnsi="Malgun Gothic" w:eastAsia="Malgun Gothic"/>
                <w:b w:val="0"/>
                <w:sz w:val="16"/>
              </w:rPr>
              <w:t>시간 순서 후보</w:t>
            </w:r>
          </w:p>
        </w:tc>
      </w:tr>
      <w:tr>
        <w:trPr>
          <w:cantSplit/>
        </w:trPr>
        <w:tc>
          <w:tcPr>
            <w:tcW w:type="dxa" w:w="3289"/>
            <w:vAlign w:val="center"/>
          </w:tcPr>
          <w:p>
            <w:r/>
            <w:r>
              <w:rPr>
                <w:rFonts w:ascii="Malgun Gothic" w:hAnsi="Malgun Gothic" w:eastAsia="Malgun Gothic"/>
                <w:b w:val="0"/>
                <w:sz w:val="16"/>
              </w:rPr>
              <w:t>고객/상담사 확정</w:t>
            </w:r>
          </w:p>
        </w:tc>
        <w:tc>
          <w:tcPr>
            <w:tcW w:type="dxa" w:w="3289"/>
            <w:vAlign w:val="center"/>
          </w:tcPr>
          <w:p>
            <w:r/>
            <w:r>
              <w:rPr>
                <w:rFonts w:ascii="Malgun Gothic" w:hAnsi="Malgun Gothic" w:eastAsia="Malgun Gothic"/>
                <w:b w:val="0"/>
                <w:sz w:val="16"/>
              </w:rPr>
              <w:t>미완료</w:t>
            </w:r>
          </w:p>
        </w:tc>
        <w:tc>
          <w:tcPr>
            <w:tcW w:type="dxa" w:w="3289"/>
            <w:vAlign w:val="center"/>
          </w:tcPr>
          <w:p>
            <w:r/>
            <w:r>
              <w:rPr>
                <w:rFonts w:ascii="Malgun Gothic" w:hAnsi="Malgun Gothic" w:eastAsia="Malgun Gothic"/>
                <w:b w:val="0"/>
                <w:sz w:val="16"/>
              </w:rPr>
              <w:t>role mapping 필요</w:t>
            </w:r>
          </w:p>
        </w:tc>
      </w:tr>
      <w:tr>
        <w:trPr>
          <w:cantSplit/>
        </w:trPr>
        <w:tc>
          <w:tcPr>
            <w:tcW w:type="dxa" w:w="3289"/>
            <w:vAlign w:val="center"/>
          </w:tcPr>
          <w:p>
            <w:r/>
            <w:r>
              <w:rPr>
                <w:rFonts w:ascii="Malgun Gothic" w:hAnsi="Malgun Gothic" w:eastAsia="Malgun Gothic"/>
                <w:b w:val="0"/>
                <w:sz w:val="16"/>
              </w:rPr>
              <w:t>인과 해석</w:t>
            </w:r>
          </w:p>
        </w:tc>
        <w:tc>
          <w:tcPr>
            <w:tcW w:type="dxa" w:w="3289"/>
            <w:vAlign w:val="center"/>
          </w:tcPr>
          <w:p>
            <w:r/>
            <w:r>
              <w:rPr>
                <w:rFonts w:ascii="Malgun Gothic" w:hAnsi="Malgun Gothic" w:eastAsia="Malgun Gothic"/>
                <w:b w:val="0"/>
                <w:sz w:val="16"/>
              </w:rPr>
              <w:t>금지</w:t>
            </w:r>
          </w:p>
        </w:tc>
        <w:tc>
          <w:tcPr>
            <w:tcW w:type="dxa" w:w="3289"/>
            <w:vAlign w:val="center"/>
          </w:tcPr>
          <w:p>
            <w:r/>
            <w:r>
              <w:rPr>
                <w:rFonts w:ascii="Malgun Gothic" w:hAnsi="Malgun Gothic" w:eastAsia="Malgun Gothic"/>
                <w:b w:val="0"/>
                <w:sz w:val="16"/>
              </w:rPr>
              <w:t>관찰적 순서만 존재</w:t>
            </w:r>
          </w:p>
        </w:tc>
      </w:tr>
    </w:tbl>
    <w:p/>
    <w:p>
      <w:r>
        <w:rPr>
          <w:b/>
        </w:rPr>
        <w:t>표 8-Q.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통화별 2개 화자 후보 슬롯을 누락 없이 구성했는가?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응답쌍은 어떤 기준으로 생성되고 어떤 해석 한계를 가지는가?</w:t>
            </w:r>
          </w:p>
        </w:tc>
      </w:tr>
    </w:tbl>
    <w:p/>
    <w:p>
      <w:r>
        <w:rPr>
          <w:b/>
        </w:rPr>
        <w:t>표 8-M.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Balanced speaker slots</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Missing-speaker preservation</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Temporal response-pair generation</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Role-mapping guard</w:t>
            </w:r>
          </w:p>
        </w:tc>
      </w:tr>
    </w:tbl>
    <w:p/>
    <w:p>
      <w:pPr>
        <w:pStyle w:val="Heading2"/>
      </w:pPr>
      <w:r>
        <w:t>분석 그림 및 도식</w:t>
      </w:r>
    </w:p>
    <w:p>
      <w:pPr>
        <w:jc w:val="center"/>
      </w:pPr>
      <w:r>
        <w:rPr>
          <w:b/>
        </w:rPr>
        <w:t>그림 8-1. 화자 후보 슬롯과 검출 상태</w:t>
      </w:r>
    </w:p>
    <w:p>
      <w:pPr>
        <w:jc w:val="center"/>
      </w:pPr>
      <w:r>
        <w:drawing>
          <wp:inline xmlns:a="http://schemas.openxmlformats.org/drawingml/2006/main" xmlns:pic="http://schemas.openxmlformats.org/drawingml/2006/picture">
            <wp:extent cx="5806440" cy="2997216"/>
            <wp:docPr id="44" name="Picture 44"/>
            <wp:cNvGraphicFramePr>
              <a:graphicFrameLocks noChangeAspect="1"/>
            </wp:cNvGraphicFramePr>
            <a:graphic>
              <a:graphicData uri="http://schemas.openxmlformats.org/drawingml/2006/picture">
                <pic:pic>
                  <pic:nvPicPr>
                    <pic:cNvPr id="0" name="ch8_slots_v215.png"/>
                    <pic:cNvPicPr/>
                  </pic:nvPicPr>
                  <pic:blipFill>
                    <a:blip r:embed="rId45"/>
                    <a:stretch>
                      <a:fillRect/>
                    </a:stretch>
                  </pic:blipFill>
                  <pic:spPr>
                    <a:xfrm>
                      <a:off x="0" y="0"/>
                      <a:ext cx="5806440" cy="2997216"/>
                    </a:xfrm>
                    <a:prstGeom prst="rect"/>
                  </pic:spPr>
                </pic:pic>
              </a:graphicData>
            </a:graphic>
          </wp:inline>
        </w:drawing>
      </w:r>
    </w:p>
    <w:p>
      <w:pPr>
        <w:jc w:val="center"/>
      </w:pPr>
      <w:r>
        <w:rPr>
          <w:b/>
        </w:rPr>
        <w:t>그림 8-2. 응답쌍 생성 규모</w:t>
      </w:r>
    </w:p>
    <w:p>
      <w:pPr>
        <w:jc w:val="center"/>
      </w:pPr>
      <w:r>
        <w:drawing>
          <wp:inline xmlns:a="http://schemas.openxmlformats.org/drawingml/2006/main" xmlns:pic="http://schemas.openxmlformats.org/drawingml/2006/picture">
            <wp:extent cx="5806440" cy="2997216"/>
            <wp:docPr id="45" name="Picture 45"/>
            <wp:cNvGraphicFramePr>
              <a:graphicFrameLocks noChangeAspect="1"/>
            </wp:cNvGraphicFramePr>
            <a:graphic>
              <a:graphicData uri="http://schemas.openxmlformats.org/drawingml/2006/picture">
                <pic:pic>
                  <pic:nvPicPr>
                    <pic:cNvPr id="0" name="ch8_pairs_v215.png"/>
                    <pic:cNvPicPr/>
                  </pic:nvPicPr>
                  <pic:blipFill>
                    <a:blip r:embed="rId46"/>
                    <a:stretch>
                      <a:fillRect/>
                    </a:stretch>
                  </pic:blipFill>
                  <pic:spPr>
                    <a:xfrm>
                      <a:off x="0" y="0"/>
                      <a:ext cx="5806440" cy="2997216"/>
                    </a:xfrm>
                    <a:prstGeom prst="rect"/>
                  </pic:spPr>
                </pic:pic>
              </a:graphicData>
            </a:graphic>
          </wp:inline>
        </w:drawing>
      </w:r>
    </w:p>
    <w:p>
      <w:pPr>
        <w:jc w:val="center"/>
      </w:pPr>
      <w:r>
        <w:rPr>
          <w:b/>
        </w:rPr>
        <w:t>그림 8-3. 시간 순서 기반 응답쌍</w:t>
      </w:r>
    </w:p>
    <w:p>
      <w:pPr>
        <w:jc w:val="center"/>
      </w:pPr>
      <w:r>
        <w:drawing>
          <wp:inline xmlns:a="http://schemas.openxmlformats.org/drawingml/2006/main" xmlns:pic="http://schemas.openxmlformats.org/drawingml/2006/picture">
            <wp:extent cx="5806440" cy="3000763"/>
            <wp:docPr id="46" name="Picture 46"/>
            <wp:cNvGraphicFramePr>
              <a:graphicFrameLocks noChangeAspect="1"/>
            </wp:cNvGraphicFramePr>
            <a:graphic>
              <a:graphicData uri="http://schemas.openxmlformats.org/drawingml/2006/picture">
                <pic:pic>
                  <pic:nvPicPr>
                    <pic:cNvPr id="0" name="ch8_pair_flow_v215.png"/>
                    <pic:cNvPicPr/>
                  </pic:nvPicPr>
                  <pic:blipFill>
                    <a:blip r:embed="rId47"/>
                    <a:stretch>
                      <a:fillRect/>
                    </a:stretch>
                  </pic:blipFill>
                  <pic:spPr>
                    <a:xfrm>
                      <a:off x="0" y="0"/>
                      <a:ext cx="5806440" cy="3000763"/>
                    </a:xfrm>
                    <a:prstGeom prst="rect"/>
                  </pic:spPr>
                </pic:pic>
              </a:graphicData>
            </a:graphic>
          </wp:inline>
        </w:drawing>
      </w:r>
    </w:p>
    <w:p>
      <w:pPr>
        <w:pStyle w:val="Heading2"/>
      </w:pPr>
      <w:r>
        <w:t>원본 분석 산출물 연계</w:t>
      </w:r>
    </w:p>
    <w:p>
      <w:r>
        <w:t>대용량 표의 앞/뒤 표본 및 구조 포함; 원본 전수 행은 데이터 부록 ZIP 포함</w:t>
      </w:r>
    </w:p>
    <w:p>
      <w:r>
        <w:rPr>
          <w:b/>
        </w:rPr>
        <w:t>산출물 CSV: research_continuity/25_customer_agent_interaction_v182/agent_candidate_segments_v182.csv (행 28,233, 열 7)</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4"/>
              </w:rPr>
              <w:t>audio_name</w:t>
            </w:r>
          </w:p>
        </w:tc>
        <w:tc>
          <w:tcPr>
            <w:tcW w:type="dxa" w:w="1409"/>
          </w:tcPr>
          <w:p>
            <w:r/>
            <w:r>
              <w:rPr>
                <w:rFonts w:ascii="Malgun Gothic" w:hAnsi="Malgun Gothic" w:eastAsia="Malgun Gothic"/>
                <w:b/>
                <w:sz w:val="14"/>
              </w:rPr>
              <w:t>speaker</w:t>
            </w:r>
          </w:p>
        </w:tc>
        <w:tc>
          <w:tcPr>
            <w:tcW w:type="dxa" w:w="1409"/>
          </w:tcPr>
          <w:p>
            <w:r/>
            <w:r>
              <w:rPr>
                <w:rFonts w:ascii="Malgun Gothic" w:hAnsi="Malgun Gothic" w:eastAsia="Malgun Gothic"/>
                <w:b/>
                <w:sz w:val="14"/>
              </w:rPr>
              <w:t>role_candidate</w:t>
            </w:r>
          </w:p>
        </w:tc>
        <w:tc>
          <w:tcPr>
            <w:tcW w:type="dxa" w:w="1409"/>
          </w:tcPr>
          <w:p>
            <w:r/>
            <w:r>
              <w:rPr>
                <w:rFonts w:ascii="Malgun Gothic" w:hAnsi="Malgun Gothic" w:eastAsia="Malgun Gothic"/>
                <w:b/>
                <w:sz w:val="14"/>
              </w:rPr>
              <w:t>start_sec</w:t>
            </w:r>
          </w:p>
        </w:tc>
        <w:tc>
          <w:tcPr>
            <w:tcW w:type="dxa" w:w="1409"/>
          </w:tcPr>
          <w:p>
            <w:r/>
            <w:r>
              <w:rPr>
                <w:rFonts w:ascii="Malgun Gothic" w:hAnsi="Malgun Gothic" w:eastAsia="Malgun Gothic"/>
                <w:b/>
                <w:sz w:val="14"/>
              </w:rPr>
              <w:t>end_sec</w:t>
            </w:r>
          </w:p>
        </w:tc>
        <w:tc>
          <w:tcPr>
            <w:tcW w:type="dxa" w:w="1409"/>
          </w:tcPr>
          <w:p>
            <w:r/>
            <w:r>
              <w:rPr>
                <w:rFonts w:ascii="Malgun Gothic" w:hAnsi="Malgun Gothic" w:eastAsia="Malgun Gothic"/>
                <w:b/>
                <w:sz w:val="14"/>
              </w:rPr>
              <w:t>duration_sec</w:t>
            </w:r>
          </w:p>
        </w:tc>
        <w:tc>
          <w:tcPr>
            <w:tcW w:type="dxa" w:w="1409"/>
          </w:tcPr>
          <w:p>
            <w:r/>
            <w:r>
              <w:rPr>
                <w:rFonts w:ascii="Malgun Gothic" w:hAnsi="Malgun Gothic" w:eastAsia="Malgun Gothic"/>
                <w:b/>
                <w:sz w:val="14"/>
              </w:rPr>
              <w:t>audio_path_private</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4.267</w:t>
            </w:r>
          </w:p>
        </w:tc>
        <w:tc>
          <w:tcPr>
            <w:tcW w:type="dxa" w:w="1409"/>
            <w:vAlign w:val="center"/>
          </w:tcPr>
          <w:p>
            <w:r/>
            <w:r>
              <w:rPr>
                <w:rFonts w:ascii="Malgun Gothic" w:hAnsi="Malgun Gothic" w:eastAsia="Malgun Gothic"/>
                <w:b w:val="0"/>
                <w:sz w:val="14"/>
              </w:rPr>
              <w:t>7.439</w:t>
            </w:r>
          </w:p>
        </w:tc>
        <w:tc>
          <w:tcPr>
            <w:tcW w:type="dxa" w:w="1409"/>
            <w:vAlign w:val="center"/>
          </w:tcPr>
          <w:p>
            <w:r/>
            <w:r>
              <w:rPr>
                <w:rFonts w:ascii="Malgun Gothic" w:hAnsi="Malgun Gothic" w:eastAsia="Malgun Gothic"/>
                <w:b w:val="0"/>
                <w:sz w:val="14"/>
              </w:rPr>
              <w:t>3.172</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7.76</w:t>
            </w:r>
          </w:p>
        </w:tc>
        <w:tc>
          <w:tcPr>
            <w:tcW w:type="dxa" w:w="1409"/>
            <w:vAlign w:val="center"/>
          </w:tcPr>
          <w:p>
            <w:r/>
            <w:r>
              <w:rPr>
                <w:rFonts w:ascii="Malgun Gothic" w:hAnsi="Malgun Gothic" w:eastAsia="Malgun Gothic"/>
                <w:b w:val="0"/>
                <w:sz w:val="14"/>
              </w:rPr>
              <w:t>10.679</w:t>
            </w:r>
          </w:p>
        </w:tc>
        <w:tc>
          <w:tcPr>
            <w:tcW w:type="dxa" w:w="1409"/>
            <w:vAlign w:val="center"/>
          </w:tcPr>
          <w:p>
            <w:r/>
            <w:r>
              <w:rPr>
                <w:rFonts w:ascii="Malgun Gothic" w:hAnsi="Malgun Gothic" w:eastAsia="Malgun Gothic"/>
                <w:b w:val="0"/>
                <w:sz w:val="14"/>
              </w:rPr>
              <w:t>2.919</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10.797</w:t>
            </w:r>
          </w:p>
        </w:tc>
        <w:tc>
          <w:tcPr>
            <w:tcW w:type="dxa" w:w="1409"/>
            <w:vAlign w:val="center"/>
          </w:tcPr>
          <w:p>
            <w:r/>
            <w:r>
              <w:rPr>
                <w:rFonts w:ascii="Malgun Gothic" w:hAnsi="Malgun Gothic" w:eastAsia="Malgun Gothic"/>
                <w:b w:val="0"/>
                <w:sz w:val="14"/>
              </w:rPr>
              <w:t>10.932</w:t>
            </w:r>
          </w:p>
        </w:tc>
        <w:tc>
          <w:tcPr>
            <w:tcW w:type="dxa" w:w="1409"/>
            <w:vAlign w:val="center"/>
          </w:tcPr>
          <w:p>
            <w:r/>
            <w:r>
              <w:rPr>
                <w:rFonts w:ascii="Malgun Gothic" w:hAnsi="Malgun Gothic" w:eastAsia="Malgun Gothic"/>
                <w:b w:val="0"/>
                <w:sz w:val="14"/>
              </w:rPr>
              <w:t>0.135</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12.164</w:t>
            </w:r>
          </w:p>
        </w:tc>
        <w:tc>
          <w:tcPr>
            <w:tcW w:type="dxa" w:w="1409"/>
            <w:vAlign w:val="center"/>
          </w:tcPr>
          <w:p>
            <w:r/>
            <w:r>
              <w:rPr>
                <w:rFonts w:ascii="Malgun Gothic" w:hAnsi="Malgun Gothic" w:eastAsia="Malgun Gothic"/>
                <w:b w:val="0"/>
                <w:sz w:val="14"/>
              </w:rPr>
              <w:t>19.471</w:t>
            </w:r>
          </w:p>
        </w:tc>
        <w:tc>
          <w:tcPr>
            <w:tcW w:type="dxa" w:w="1409"/>
            <w:vAlign w:val="center"/>
          </w:tcPr>
          <w:p>
            <w:r/>
            <w:r>
              <w:rPr>
                <w:rFonts w:ascii="Malgun Gothic" w:hAnsi="Malgun Gothic" w:eastAsia="Malgun Gothic"/>
                <w:b w:val="0"/>
                <w:sz w:val="14"/>
              </w:rPr>
              <w:t>7.307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19.977</w:t>
            </w:r>
          </w:p>
        </w:tc>
        <w:tc>
          <w:tcPr>
            <w:tcW w:type="dxa" w:w="1409"/>
            <w:vAlign w:val="center"/>
          </w:tcPr>
          <w:p>
            <w:r/>
            <w:r>
              <w:rPr>
                <w:rFonts w:ascii="Malgun Gothic" w:hAnsi="Malgun Gothic" w:eastAsia="Malgun Gothic"/>
                <w:b w:val="0"/>
                <w:sz w:val="14"/>
              </w:rPr>
              <w:t>20.281</w:t>
            </w:r>
          </w:p>
        </w:tc>
        <w:tc>
          <w:tcPr>
            <w:tcW w:type="dxa" w:w="1409"/>
            <w:vAlign w:val="center"/>
          </w:tcPr>
          <w:p>
            <w:r/>
            <w:r>
              <w:rPr>
                <w:rFonts w:ascii="Malgun Gothic" w:hAnsi="Malgun Gothic" w:eastAsia="Malgun Gothic"/>
                <w:b w:val="0"/>
                <w:sz w:val="14"/>
              </w:rPr>
              <w:t>0.304</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21.817</w:t>
            </w:r>
          </w:p>
        </w:tc>
        <w:tc>
          <w:tcPr>
            <w:tcW w:type="dxa" w:w="1409"/>
            <w:vAlign w:val="center"/>
          </w:tcPr>
          <w:p>
            <w:r/>
            <w:r>
              <w:rPr>
                <w:rFonts w:ascii="Malgun Gothic" w:hAnsi="Malgun Gothic" w:eastAsia="Malgun Gothic"/>
                <w:b w:val="0"/>
                <w:sz w:val="14"/>
              </w:rPr>
              <w:t>28.735</w:t>
            </w:r>
          </w:p>
        </w:tc>
        <w:tc>
          <w:tcPr>
            <w:tcW w:type="dxa" w:w="1409"/>
            <w:vAlign w:val="center"/>
          </w:tcPr>
          <w:p>
            <w:r/>
            <w:r>
              <w:rPr>
                <w:rFonts w:ascii="Malgun Gothic" w:hAnsi="Malgun Gothic" w:eastAsia="Malgun Gothic"/>
                <w:b w:val="0"/>
                <w:sz w:val="14"/>
              </w:rPr>
              <w:t>6.919</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29.123</w:t>
            </w:r>
          </w:p>
        </w:tc>
        <w:tc>
          <w:tcPr>
            <w:tcW w:type="dxa" w:w="1409"/>
            <w:vAlign w:val="center"/>
          </w:tcPr>
          <w:p>
            <w:r/>
            <w:r>
              <w:rPr>
                <w:rFonts w:ascii="Malgun Gothic" w:hAnsi="Malgun Gothic" w:eastAsia="Malgun Gothic"/>
                <w:b w:val="0"/>
                <w:sz w:val="14"/>
              </w:rPr>
              <w:t>32.718</w:t>
            </w:r>
          </w:p>
        </w:tc>
        <w:tc>
          <w:tcPr>
            <w:tcW w:type="dxa" w:w="1409"/>
            <w:vAlign w:val="center"/>
          </w:tcPr>
          <w:p>
            <w:r/>
            <w:r>
              <w:rPr>
                <w:rFonts w:ascii="Malgun Gothic" w:hAnsi="Malgun Gothic" w:eastAsia="Malgun Gothic"/>
                <w:b w:val="0"/>
                <w:sz w:val="14"/>
              </w:rPr>
              <w:t>3.594</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38.354</w:t>
            </w:r>
          </w:p>
        </w:tc>
        <w:tc>
          <w:tcPr>
            <w:tcW w:type="dxa" w:w="1409"/>
            <w:vAlign w:val="center"/>
          </w:tcPr>
          <w:p>
            <w:r/>
            <w:r>
              <w:rPr>
                <w:rFonts w:ascii="Malgun Gothic" w:hAnsi="Malgun Gothic" w:eastAsia="Malgun Gothic"/>
                <w:b w:val="0"/>
                <w:sz w:val="14"/>
              </w:rPr>
              <w:t>38.405</w:t>
            </w:r>
          </w:p>
        </w:tc>
        <w:tc>
          <w:tcPr>
            <w:tcW w:type="dxa" w:w="1409"/>
            <w:vAlign w:val="center"/>
          </w:tcPr>
          <w:p>
            <w:r/>
            <w:r>
              <w:rPr>
                <w:rFonts w:ascii="Malgun Gothic" w:hAnsi="Malgun Gothic" w:eastAsia="Malgun Gothic"/>
                <w:b w:val="0"/>
                <w:sz w:val="14"/>
              </w:rPr>
              <w:t>0.051</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38.911</w:t>
            </w:r>
          </w:p>
        </w:tc>
        <w:tc>
          <w:tcPr>
            <w:tcW w:type="dxa" w:w="1409"/>
            <w:vAlign w:val="center"/>
          </w:tcPr>
          <w:p>
            <w:r/>
            <w:r>
              <w:rPr>
                <w:rFonts w:ascii="Malgun Gothic" w:hAnsi="Malgun Gothic" w:eastAsia="Malgun Gothic"/>
                <w:b w:val="0"/>
                <w:sz w:val="14"/>
              </w:rPr>
              <w:t>45.425</w:t>
            </w:r>
          </w:p>
        </w:tc>
        <w:tc>
          <w:tcPr>
            <w:tcW w:type="dxa" w:w="1409"/>
            <w:vAlign w:val="center"/>
          </w:tcPr>
          <w:p>
            <w:r/>
            <w:r>
              <w:rPr>
                <w:rFonts w:ascii="Malgun Gothic" w:hAnsi="Malgun Gothic" w:eastAsia="Malgun Gothic"/>
                <w:b w:val="0"/>
                <w:sz w:val="14"/>
              </w:rPr>
              <w:t>6.514</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45.627</w:t>
            </w:r>
          </w:p>
        </w:tc>
        <w:tc>
          <w:tcPr>
            <w:tcW w:type="dxa" w:w="1409"/>
            <w:vAlign w:val="center"/>
          </w:tcPr>
          <w:p>
            <w:r/>
            <w:r>
              <w:rPr>
                <w:rFonts w:ascii="Malgun Gothic" w:hAnsi="Malgun Gothic" w:eastAsia="Malgun Gothic"/>
                <w:b w:val="0"/>
                <w:sz w:val="14"/>
              </w:rPr>
              <w:t>48.04</w:t>
            </w:r>
          </w:p>
        </w:tc>
        <w:tc>
          <w:tcPr>
            <w:tcW w:type="dxa" w:w="1409"/>
            <w:vAlign w:val="center"/>
          </w:tcPr>
          <w:p>
            <w:r/>
            <w:r>
              <w:rPr>
                <w:rFonts w:ascii="Malgun Gothic" w:hAnsi="Malgun Gothic" w:eastAsia="Malgun Gothic"/>
                <w:b w:val="0"/>
                <w:sz w:val="14"/>
              </w:rPr>
              <w:t>2.413</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49.593</w:t>
            </w:r>
          </w:p>
        </w:tc>
        <w:tc>
          <w:tcPr>
            <w:tcW w:type="dxa" w:w="1409"/>
            <w:vAlign w:val="center"/>
          </w:tcPr>
          <w:p>
            <w:r/>
            <w:r>
              <w:rPr>
                <w:rFonts w:ascii="Malgun Gothic" w:hAnsi="Malgun Gothic" w:eastAsia="Malgun Gothic"/>
                <w:b w:val="0"/>
                <w:sz w:val="14"/>
              </w:rPr>
              <w:t>54.487</w:t>
            </w:r>
          </w:p>
        </w:tc>
        <w:tc>
          <w:tcPr>
            <w:tcW w:type="dxa" w:w="1409"/>
            <w:vAlign w:val="center"/>
          </w:tcPr>
          <w:p>
            <w:r/>
            <w:r>
              <w:rPr>
                <w:rFonts w:ascii="Malgun Gothic" w:hAnsi="Malgun Gothic" w:eastAsia="Malgun Gothic"/>
                <w:b w:val="0"/>
                <w:sz w:val="14"/>
              </w:rPr>
              <w:t>4.894</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54.959</w:t>
            </w:r>
          </w:p>
        </w:tc>
        <w:tc>
          <w:tcPr>
            <w:tcW w:type="dxa" w:w="1409"/>
            <w:vAlign w:val="center"/>
          </w:tcPr>
          <w:p>
            <w:r/>
            <w:r>
              <w:rPr>
                <w:rFonts w:ascii="Malgun Gothic" w:hAnsi="Malgun Gothic" w:eastAsia="Malgun Gothic"/>
                <w:b w:val="0"/>
                <w:sz w:val="14"/>
              </w:rPr>
              <w:t>56.714</w:t>
            </w:r>
          </w:p>
        </w:tc>
        <w:tc>
          <w:tcPr>
            <w:tcW w:type="dxa" w:w="1409"/>
            <w:vAlign w:val="center"/>
          </w:tcPr>
          <w:p>
            <w:r/>
            <w:r>
              <w:rPr>
                <w:rFonts w:ascii="Malgun Gothic" w:hAnsi="Malgun Gothic" w:eastAsia="Malgun Gothic"/>
                <w:b w:val="0"/>
                <w:sz w:val="14"/>
              </w:rPr>
              <w:t>1.755</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56.849</w:t>
            </w:r>
          </w:p>
        </w:tc>
        <w:tc>
          <w:tcPr>
            <w:tcW w:type="dxa" w:w="1409"/>
            <w:vAlign w:val="center"/>
          </w:tcPr>
          <w:p>
            <w:r/>
            <w:r>
              <w:rPr>
                <w:rFonts w:ascii="Malgun Gothic" w:hAnsi="Malgun Gothic" w:eastAsia="Malgun Gothic"/>
                <w:b w:val="0"/>
                <w:sz w:val="14"/>
              </w:rPr>
              <w:t>57.22</w:t>
            </w:r>
          </w:p>
        </w:tc>
        <w:tc>
          <w:tcPr>
            <w:tcW w:type="dxa" w:w="1409"/>
            <w:vAlign w:val="center"/>
          </w:tcPr>
          <w:p>
            <w:r/>
            <w:r>
              <w:rPr>
                <w:rFonts w:ascii="Malgun Gothic" w:hAnsi="Malgun Gothic" w:eastAsia="Malgun Gothic"/>
                <w:b w:val="0"/>
                <w:sz w:val="14"/>
              </w:rPr>
              <w:t>0.371</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58.925</w:t>
            </w:r>
          </w:p>
        </w:tc>
        <w:tc>
          <w:tcPr>
            <w:tcW w:type="dxa" w:w="1409"/>
            <w:vAlign w:val="center"/>
          </w:tcPr>
          <w:p>
            <w:r/>
            <w:r>
              <w:rPr>
                <w:rFonts w:ascii="Malgun Gothic" w:hAnsi="Malgun Gothic" w:eastAsia="Malgun Gothic"/>
                <w:b w:val="0"/>
                <w:sz w:val="14"/>
              </w:rPr>
              <w:t>63.886</w:t>
            </w:r>
          </w:p>
        </w:tc>
        <w:tc>
          <w:tcPr>
            <w:tcW w:type="dxa" w:w="1409"/>
            <w:vAlign w:val="center"/>
          </w:tcPr>
          <w:p>
            <w:r/>
            <w:r>
              <w:rPr>
                <w:rFonts w:ascii="Malgun Gothic" w:hAnsi="Malgun Gothic" w:eastAsia="Malgun Gothic"/>
                <w:b w:val="0"/>
                <w:sz w:val="14"/>
              </w:rPr>
              <w:t>4.961</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64.122</w:t>
            </w:r>
          </w:p>
        </w:tc>
        <w:tc>
          <w:tcPr>
            <w:tcW w:type="dxa" w:w="1409"/>
            <w:vAlign w:val="center"/>
          </w:tcPr>
          <w:p>
            <w:r/>
            <w:r>
              <w:rPr>
                <w:rFonts w:ascii="Malgun Gothic" w:hAnsi="Malgun Gothic" w:eastAsia="Malgun Gothic"/>
                <w:b w:val="0"/>
                <w:sz w:val="14"/>
              </w:rPr>
              <w:t>69.623</w:t>
            </w:r>
          </w:p>
        </w:tc>
        <w:tc>
          <w:tcPr>
            <w:tcW w:type="dxa" w:w="1409"/>
            <w:vAlign w:val="center"/>
          </w:tcPr>
          <w:p>
            <w:r/>
            <w:r>
              <w:rPr>
                <w:rFonts w:ascii="Malgun Gothic" w:hAnsi="Malgun Gothic" w:eastAsia="Malgun Gothic"/>
                <w:b w:val="0"/>
                <w:sz w:val="14"/>
              </w:rPr>
              <w:t>5.501</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70.18</w:t>
            </w:r>
          </w:p>
        </w:tc>
        <w:tc>
          <w:tcPr>
            <w:tcW w:type="dxa" w:w="1409"/>
            <w:vAlign w:val="center"/>
          </w:tcPr>
          <w:p>
            <w:r/>
            <w:r>
              <w:rPr>
                <w:rFonts w:ascii="Malgun Gothic" w:hAnsi="Malgun Gothic" w:eastAsia="Malgun Gothic"/>
                <w:b w:val="0"/>
                <w:sz w:val="14"/>
              </w:rPr>
              <w:t>73.893</w:t>
            </w:r>
          </w:p>
        </w:tc>
        <w:tc>
          <w:tcPr>
            <w:tcW w:type="dxa" w:w="1409"/>
            <w:vAlign w:val="center"/>
          </w:tcPr>
          <w:p>
            <w:r/>
            <w:r>
              <w:rPr>
                <w:rFonts w:ascii="Malgun Gothic" w:hAnsi="Malgun Gothic" w:eastAsia="Malgun Gothic"/>
                <w:b w:val="0"/>
                <w:sz w:val="14"/>
              </w:rPr>
              <w:t>3.713</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74.416</w:t>
            </w:r>
          </w:p>
        </w:tc>
        <w:tc>
          <w:tcPr>
            <w:tcW w:type="dxa" w:w="1409"/>
            <w:vAlign w:val="center"/>
          </w:tcPr>
          <w:p>
            <w:r/>
            <w:r>
              <w:rPr>
                <w:rFonts w:ascii="Malgun Gothic" w:hAnsi="Malgun Gothic" w:eastAsia="Malgun Gothic"/>
                <w:b w:val="0"/>
                <w:sz w:val="14"/>
              </w:rPr>
              <w:t>78.601</w:t>
            </w:r>
          </w:p>
        </w:tc>
        <w:tc>
          <w:tcPr>
            <w:tcW w:type="dxa" w:w="1409"/>
            <w:vAlign w:val="center"/>
          </w:tcPr>
          <w:p>
            <w:r/>
            <w:r>
              <w:rPr>
                <w:rFonts w:ascii="Malgun Gothic" w:hAnsi="Malgun Gothic" w:eastAsia="Malgun Gothic"/>
                <w:b w:val="0"/>
                <w:sz w:val="14"/>
              </w:rPr>
              <w:t>4.185</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82.297</w:t>
            </w:r>
          </w:p>
        </w:tc>
        <w:tc>
          <w:tcPr>
            <w:tcW w:type="dxa" w:w="1409"/>
            <w:vAlign w:val="center"/>
          </w:tcPr>
          <w:p>
            <w:r/>
            <w:r>
              <w:rPr>
                <w:rFonts w:ascii="Malgun Gothic" w:hAnsi="Malgun Gothic" w:eastAsia="Malgun Gothic"/>
                <w:b w:val="0"/>
                <w:sz w:val="14"/>
              </w:rPr>
              <w:t>82.668</w:t>
            </w:r>
          </w:p>
        </w:tc>
        <w:tc>
          <w:tcPr>
            <w:tcW w:type="dxa" w:w="1409"/>
            <w:vAlign w:val="center"/>
          </w:tcPr>
          <w:p>
            <w:r/>
            <w:r>
              <w:rPr>
                <w:rFonts w:ascii="Malgun Gothic" w:hAnsi="Malgun Gothic" w:eastAsia="Malgun Gothic"/>
                <w:b w:val="0"/>
                <w:sz w:val="14"/>
              </w:rPr>
              <w:t>0.371</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86.887</w:t>
            </w:r>
          </w:p>
        </w:tc>
        <w:tc>
          <w:tcPr>
            <w:tcW w:type="dxa" w:w="1409"/>
            <w:vAlign w:val="center"/>
          </w:tcPr>
          <w:p>
            <w:r/>
            <w:r>
              <w:rPr>
                <w:rFonts w:ascii="Malgun Gothic" w:hAnsi="Malgun Gothic" w:eastAsia="Malgun Gothic"/>
                <w:b w:val="0"/>
                <w:sz w:val="14"/>
              </w:rPr>
              <w:t>88.203</w:t>
            </w:r>
          </w:p>
        </w:tc>
        <w:tc>
          <w:tcPr>
            <w:tcW w:type="dxa" w:w="1409"/>
            <w:vAlign w:val="center"/>
          </w:tcPr>
          <w:p>
            <w:r/>
            <w:r>
              <w:rPr>
                <w:rFonts w:ascii="Malgun Gothic" w:hAnsi="Malgun Gothic" w:eastAsia="Malgun Gothic"/>
                <w:b w:val="0"/>
                <w:sz w:val="14"/>
              </w:rPr>
              <w:t>1.316</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89.148</w:t>
            </w:r>
          </w:p>
        </w:tc>
        <w:tc>
          <w:tcPr>
            <w:tcW w:type="dxa" w:w="1409"/>
            <w:vAlign w:val="center"/>
          </w:tcPr>
          <w:p>
            <w:r/>
            <w:r>
              <w:rPr>
                <w:rFonts w:ascii="Malgun Gothic" w:hAnsi="Malgun Gothic" w:eastAsia="Malgun Gothic"/>
                <w:b w:val="0"/>
                <w:sz w:val="14"/>
              </w:rPr>
              <w:t>89.705</w:t>
            </w:r>
          </w:p>
        </w:tc>
        <w:tc>
          <w:tcPr>
            <w:tcW w:type="dxa" w:w="1409"/>
            <w:vAlign w:val="center"/>
          </w:tcPr>
          <w:p>
            <w:r/>
            <w:r>
              <w:rPr>
                <w:rFonts w:ascii="Malgun Gothic" w:hAnsi="Malgun Gothic" w:eastAsia="Malgun Gothic"/>
                <w:b w:val="0"/>
                <w:sz w:val="14"/>
              </w:rPr>
              <w:t>0.557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89.789</w:t>
            </w:r>
          </w:p>
        </w:tc>
        <w:tc>
          <w:tcPr>
            <w:tcW w:type="dxa" w:w="1409"/>
            <w:vAlign w:val="center"/>
          </w:tcPr>
          <w:p>
            <w:r/>
            <w:r>
              <w:rPr>
                <w:rFonts w:ascii="Malgun Gothic" w:hAnsi="Malgun Gothic" w:eastAsia="Malgun Gothic"/>
                <w:b w:val="0"/>
                <w:sz w:val="14"/>
              </w:rPr>
              <w:t>90.059</w:t>
            </w:r>
          </w:p>
        </w:tc>
        <w:tc>
          <w:tcPr>
            <w:tcW w:type="dxa" w:w="1409"/>
            <w:vAlign w:val="center"/>
          </w:tcPr>
          <w:p>
            <w:r/>
            <w:r>
              <w:rPr>
                <w:rFonts w:ascii="Malgun Gothic" w:hAnsi="Malgun Gothic" w:eastAsia="Malgun Gothic"/>
                <w:b w:val="0"/>
                <w:sz w:val="14"/>
              </w:rPr>
              <w:t>0.27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92.573</w:t>
            </w:r>
          </w:p>
        </w:tc>
        <w:tc>
          <w:tcPr>
            <w:tcW w:type="dxa" w:w="1409"/>
            <w:vAlign w:val="center"/>
          </w:tcPr>
          <w:p>
            <w:r/>
            <w:r>
              <w:rPr>
                <w:rFonts w:ascii="Malgun Gothic" w:hAnsi="Malgun Gothic" w:eastAsia="Malgun Gothic"/>
                <w:b w:val="0"/>
                <w:sz w:val="14"/>
              </w:rPr>
              <w:t>98.362</w:t>
            </w:r>
          </w:p>
        </w:tc>
        <w:tc>
          <w:tcPr>
            <w:tcW w:type="dxa" w:w="1409"/>
            <w:vAlign w:val="center"/>
          </w:tcPr>
          <w:p>
            <w:r/>
            <w:r>
              <w:rPr>
                <w:rFonts w:ascii="Malgun Gothic" w:hAnsi="Malgun Gothic" w:eastAsia="Malgun Gothic"/>
                <w:b w:val="0"/>
                <w:sz w:val="14"/>
              </w:rPr>
              <w:t>5.788</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99.779</w:t>
            </w:r>
          </w:p>
        </w:tc>
        <w:tc>
          <w:tcPr>
            <w:tcW w:type="dxa" w:w="1409"/>
            <w:vAlign w:val="center"/>
          </w:tcPr>
          <w:p>
            <w:r/>
            <w:r>
              <w:rPr>
                <w:rFonts w:ascii="Malgun Gothic" w:hAnsi="Malgun Gothic" w:eastAsia="Malgun Gothic"/>
                <w:b w:val="0"/>
                <w:sz w:val="14"/>
              </w:rPr>
              <w:t>104.909</w:t>
            </w:r>
          </w:p>
        </w:tc>
        <w:tc>
          <w:tcPr>
            <w:tcW w:type="dxa" w:w="1409"/>
            <w:vAlign w:val="center"/>
          </w:tcPr>
          <w:p>
            <w:r/>
            <w:r>
              <w:rPr>
                <w:rFonts w:ascii="Malgun Gothic" w:hAnsi="Malgun Gothic" w:eastAsia="Malgun Gothic"/>
                <w:b w:val="0"/>
                <w:sz w:val="14"/>
              </w:rPr>
              <w:t>5.13</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105.247</w:t>
            </w:r>
          </w:p>
        </w:tc>
        <w:tc>
          <w:tcPr>
            <w:tcW w:type="dxa" w:w="1409"/>
            <w:vAlign w:val="center"/>
          </w:tcPr>
          <w:p>
            <w:r/>
            <w:r>
              <w:rPr>
                <w:rFonts w:ascii="Malgun Gothic" w:hAnsi="Malgun Gothic" w:eastAsia="Malgun Gothic"/>
                <w:b w:val="0"/>
                <w:sz w:val="14"/>
              </w:rPr>
              <w:t>106.175</w:t>
            </w:r>
          </w:p>
        </w:tc>
        <w:tc>
          <w:tcPr>
            <w:tcW w:type="dxa" w:w="1409"/>
            <w:vAlign w:val="center"/>
          </w:tcPr>
          <w:p>
            <w:r/>
            <w:r>
              <w:rPr>
                <w:rFonts w:ascii="Malgun Gothic" w:hAnsi="Malgun Gothic" w:eastAsia="Malgun Gothic"/>
                <w:b w:val="0"/>
                <w:sz w:val="14"/>
              </w:rPr>
              <w:t>0.928</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117.97</w:t>
            </w:r>
          </w:p>
        </w:tc>
        <w:tc>
          <w:tcPr>
            <w:tcW w:type="dxa" w:w="1409"/>
            <w:vAlign w:val="center"/>
          </w:tcPr>
          <w:p>
            <w:r/>
            <w:r>
              <w:rPr>
                <w:rFonts w:ascii="Malgun Gothic" w:hAnsi="Malgun Gothic" w:eastAsia="Malgun Gothic"/>
                <w:b w:val="0"/>
                <w:sz w:val="14"/>
              </w:rPr>
              <w:t>120.957</w:t>
            </w:r>
          </w:p>
        </w:tc>
        <w:tc>
          <w:tcPr>
            <w:tcW w:type="dxa" w:w="1409"/>
            <w:vAlign w:val="center"/>
          </w:tcPr>
          <w:p>
            <w:r/>
            <w:r>
              <w:rPr>
                <w:rFonts w:ascii="Malgun Gothic" w:hAnsi="Malgun Gothic" w:eastAsia="Malgun Gothic"/>
                <w:b w:val="0"/>
                <w:sz w:val="14"/>
              </w:rPr>
              <w:t>2.987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 중간 28,183행은 전체 데이터 부록 ZIP에 원본으로 포함 ...</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61.76</w:t>
            </w:r>
          </w:p>
        </w:tc>
        <w:tc>
          <w:tcPr>
            <w:tcW w:type="dxa" w:w="1409"/>
            <w:vAlign w:val="center"/>
          </w:tcPr>
          <w:p>
            <w:r/>
            <w:r>
              <w:rPr>
                <w:rFonts w:ascii="Malgun Gothic" w:hAnsi="Malgun Gothic" w:eastAsia="Malgun Gothic"/>
                <w:b w:val="0"/>
                <w:sz w:val="14"/>
              </w:rPr>
              <w:t>64.358</w:t>
            </w:r>
          </w:p>
        </w:tc>
        <w:tc>
          <w:tcPr>
            <w:tcW w:type="dxa" w:w="1409"/>
            <w:vAlign w:val="center"/>
          </w:tcPr>
          <w:p>
            <w:r/>
            <w:r>
              <w:rPr>
                <w:rFonts w:ascii="Malgun Gothic" w:hAnsi="Malgun Gothic" w:eastAsia="Malgun Gothic"/>
                <w:b w:val="0"/>
                <w:sz w:val="14"/>
              </w:rPr>
              <w:t>2.599</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67.733</w:t>
            </w:r>
          </w:p>
        </w:tc>
        <w:tc>
          <w:tcPr>
            <w:tcW w:type="dxa" w:w="1409"/>
            <w:vAlign w:val="center"/>
          </w:tcPr>
          <w:p>
            <w:r/>
            <w:r>
              <w:rPr>
                <w:rFonts w:ascii="Malgun Gothic" w:hAnsi="Malgun Gothic" w:eastAsia="Malgun Gothic"/>
                <w:b w:val="0"/>
                <w:sz w:val="14"/>
              </w:rPr>
              <w:t>70.231</w:t>
            </w:r>
          </w:p>
        </w:tc>
        <w:tc>
          <w:tcPr>
            <w:tcW w:type="dxa" w:w="1409"/>
            <w:vAlign w:val="center"/>
          </w:tcPr>
          <w:p>
            <w:r/>
            <w:r>
              <w:rPr>
                <w:rFonts w:ascii="Malgun Gothic" w:hAnsi="Malgun Gothic" w:eastAsia="Malgun Gothic"/>
                <w:b w:val="0"/>
                <w:sz w:val="14"/>
              </w:rPr>
              <w:t>2.498</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72.61</w:t>
            </w:r>
          </w:p>
        </w:tc>
        <w:tc>
          <w:tcPr>
            <w:tcW w:type="dxa" w:w="1409"/>
            <w:vAlign w:val="center"/>
          </w:tcPr>
          <w:p>
            <w:r/>
            <w:r>
              <w:rPr>
                <w:rFonts w:ascii="Malgun Gothic" w:hAnsi="Malgun Gothic" w:eastAsia="Malgun Gothic"/>
                <w:b w:val="0"/>
                <w:sz w:val="14"/>
              </w:rPr>
              <w:t>78.415</w:t>
            </w:r>
          </w:p>
        </w:tc>
        <w:tc>
          <w:tcPr>
            <w:tcW w:type="dxa" w:w="1409"/>
            <w:vAlign w:val="center"/>
          </w:tcPr>
          <w:p>
            <w:r/>
            <w:r>
              <w:rPr>
                <w:rFonts w:ascii="Malgun Gothic" w:hAnsi="Malgun Gothic" w:eastAsia="Malgun Gothic"/>
                <w:b w:val="0"/>
                <w:sz w:val="14"/>
              </w:rPr>
              <w:t>5.805</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83.343</w:t>
            </w:r>
          </w:p>
        </w:tc>
        <w:tc>
          <w:tcPr>
            <w:tcW w:type="dxa" w:w="1409"/>
            <w:vAlign w:val="center"/>
          </w:tcPr>
          <w:p>
            <w:r/>
            <w:r>
              <w:rPr>
                <w:rFonts w:ascii="Malgun Gothic" w:hAnsi="Malgun Gothic" w:eastAsia="Malgun Gothic"/>
                <w:b w:val="0"/>
                <w:sz w:val="14"/>
              </w:rPr>
              <w:t>88.118</w:t>
            </w:r>
          </w:p>
        </w:tc>
        <w:tc>
          <w:tcPr>
            <w:tcW w:type="dxa" w:w="1409"/>
            <w:vAlign w:val="center"/>
          </w:tcPr>
          <w:p>
            <w:r/>
            <w:r>
              <w:rPr>
                <w:rFonts w:ascii="Malgun Gothic" w:hAnsi="Malgun Gothic" w:eastAsia="Malgun Gothic"/>
                <w:b w:val="0"/>
                <w:sz w:val="14"/>
              </w:rPr>
              <w:t>4.776</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88.422</w:t>
            </w:r>
          </w:p>
        </w:tc>
        <w:tc>
          <w:tcPr>
            <w:tcW w:type="dxa" w:w="1409"/>
            <w:vAlign w:val="center"/>
          </w:tcPr>
          <w:p>
            <w:r/>
            <w:r>
              <w:rPr>
                <w:rFonts w:ascii="Malgun Gothic" w:hAnsi="Malgun Gothic" w:eastAsia="Malgun Gothic"/>
                <w:b w:val="0"/>
                <w:sz w:val="14"/>
              </w:rPr>
              <w:t>88.439</w:t>
            </w:r>
          </w:p>
        </w:tc>
        <w:tc>
          <w:tcPr>
            <w:tcW w:type="dxa" w:w="1409"/>
            <w:vAlign w:val="center"/>
          </w:tcPr>
          <w:p>
            <w:r/>
            <w:r>
              <w:rPr>
                <w:rFonts w:ascii="Malgun Gothic" w:hAnsi="Malgun Gothic" w:eastAsia="Malgun Gothic"/>
                <w:b w:val="0"/>
                <w:sz w:val="14"/>
              </w:rPr>
              <w:t>0.017</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88.456</w:t>
            </w:r>
          </w:p>
        </w:tc>
        <w:tc>
          <w:tcPr>
            <w:tcW w:type="dxa" w:w="1409"/>
            <w:vAlign w:val="center"/>
          </w:tcPr>
          <w:p>
            <w:r/>
            <w:r>
              <w:rPr>
                <w:rFonts w:ascii="Malgun Gothic" w:hAnsi="Malgun Gothic" w:eastAsia="Malgun Gothic"/>
                <w:b w:val="0"/>
                <w:sz w:val="14"/>
              </w:rPr>
              <w:t>89.249</w:t>
            </w:r>
          </w:p>
        </w:tc>
        <w:tc>
          <w:tcPr>
            <w:tcW w:type="dxa" w:w="1409"/>
            <w:vAlign w:val="center"/>
          </w:tcPr>
          <w:p>
            <w:r/>
            <w:r>
              <w:rPr>
                <w:rFonts w:ascii="Malgun Gothic" w:hAnsi="Malgun Gothic" w:eastAsia="Malgun Gothic"/>
                <w:b w:val="0"/>
                <w:sz w:val="14"/>
              </w:rPr>
              <w:t>0.793</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90.042</w:t>
            </w:r>
          </w:p>
        </w:tc>
        <w:tc>
          <w:tcPr>
            <w:tcW w:type="dxa" w:w="1409"/>
            <w:vAlign w:val="center"/>
          </w:tcPr>
          <w:p>
            <w:r/>
            <w:r>
              <w:rPr>
                <w:rFonts w:ascii="Malgun Gothic" w:hAnsi="Malgun Gothic" w:eastAsia="Malgun Gothic"/>
                <w:b w:val="0"/>
                <w:sz w:val="14"/>
              </w:rPr>
              <w:t>92.084</w:t>
            </w:r>
          </w:p>
        </w:tc>
        <w:tc>
          <w:tcPr>
            <w:tcW w:type="dxa" w:w="1409"/>
            <w:vAlign w:val="center"/>
          </w:tcPr>
          <w:p>
            <w:r/>
            <w:r>
              <w:rPr>
                <w:rFonts w:ascii="Malgun Gothic" w:hAnsi="Malgun Gothic" w:eastAsia="Malgun Gothic"/>
                <w:b w:val="0"/>
                <w:sz w:val="14"/>
              </w:rPr>
              <w:t>2.042</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92.422</w:t>
            </w:r>
          </w:p>
        </w:tc>
        <w:tc>
          <w:tcPr>
            <w:tcW w:type="dxa" w:w="1409"/>
            <w:vAlign w:val="center"/>
          </w:tcPr>
          <w:p>
            <w:r/>
            <w:r>
              <w:rPr>
                <w:rFonts w:ascii="Malgun Gothic" w:hAnsi="Malgun Gothic" w:eastAsia="Malgun Gothic"/>
                <w:b w:val="0"/>
                <w:sz w:val="14"/>
              </w:rPr>
              <w:t>92.776</w:t>
            </w:r>
          </w:p>
        </w:tc>
        <w:tc>
          <w:tcPr>
            <w:tcW w:type="dxa" w:w="1409"/>
            <w:vAlign w:val="center"/>
          </w:tcPr>
          <w:p>
            <w:r/>
            <w:r>
              <w:rPr>
                <w:rFonts w:ascii="Malgun Gothic" w:hAnsi="Malgun Gothic" w:eastAsia="Malgun Gothic"/>
                <w:b w:val="0"/>
                <w:sz w:val="14"/>
              </w:rPr>
              <w:t>0.354</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93.89</w:t>
            </w:r>
          </w:p>
        </w:tc>
        <w:tc>
          <w:tcPr>
            <w:tcW w:type="dxa" w:w="1409"/>
            <w:vAlign w:val="center"/>
          </w:tcPr>
          <w:p>
            <w:r/>
            <w:r>
              <w:rPr>
                <w:rFonts w:ascii="Malgun Gothic" w:hAnsi="Malgun Gothic" w:eastAsia="Malgun Gothic"/>
                <w:b w:val="0"/>
                <w:sz w:val="14"/>
              </w:rPr>
              <w:t>94.092</w:t>
            </w:r>
          </w:p>
        </w:tc>
        <w:tc>
          <w:tcPr>
            <w:tcW w:type="dxa" w:w="1409"/>
            <w:vAlign w:val="center"/>
          </w:tcPr>
          <w:p>
            <w:r/>
            <w:r>
              <w:rPr>
                <w:rFonts w:ascii="Malgun Gothic" w:hAnsi="Malgun Gothic" w:eastAsia="Malgun Gothic"/>
                <w:b w:val="0"/>
                <w:sz w:val="14"/>
              </w:rPr>
              <w:t>0.203</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94.7</w:t>
            </w:r>
          </w:p>
        </w:tc>
        <w:tc>
          <w:tcPr>
            <w:tcW w:type="dxa" w:w="1409"/>
            <w:vAlign w:val="center"/>
          </w:tcPr>
          <w:p>
            <w:r/>
            <w:r>
              <w:rPr>
                <w:rFonts w:ascii="Malgun Gothic" w:hAnsi="Malgun Gothic" w:eastAsia="Malgun Gothic"/>
                <w:b w:val="0"/>
                <w:sz w:val="14"/>
              </w:rPr>
              <w:t>96.809</w:t>
            </w:r>
          </w:p>
        </w:tc>
        <w:tc>
          <w:tcPr>
            <w:tcW w:type="dxa" w:w="1409"/>
            <w:vAlign w:val="center"/>
          </w:tcPr>
          <w:p>
            <w:r/>
            <w:r>
              <w:rPr>
                <w:rFonts w:ascii="Malgun Gothic" w:hAnsi="Malgun Gothic" w:eastAsia="Malgun Gothic"/>
                <w:b w:val="0"/>
                <w:sz w:val="14"/>
              </w:rPr>
              <w:t>2.109</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98.463</w:t>
            </w:r>
          </w:p>
        </w:tc>
        <w:tc>
          <w:tcPr>
            <w:tcW w:type="dxa" w:w="1409"/>
            <w:vAlign w:val="center"/>
          </w:tcPr>
          <w:p>
            <w:r/>
            <w:r>
              <w:rPr>
                <w:rFonts w:ascii="Malgun Gothic" w:hAnsi="Malgun Gothic" w:eastAsia="Malgun Gothic"/>
                <w:b w:val="0"/>
                <w:sz w:val="14"/>
              </w:rPr>
              <w:t>99.003</w:t>
            </w:r>
          </w:p>
        </w:tc>
        <w:tc>
          <w:tcPr>
            <w:tcW w:type="dxa" w:w="1409"/>
            <w:vAlign w:val="center"/>
          </w:tcPr>
          <w:p>
            <w:r/>
            <w:r>
              <w:rPr>
                <w:rFonts w:ascii="Malgun Gothic" w:hAnsi="Malgun Gothic" w:eastAsia="Malgun Gothic"/>
                <w:b w:val="0"/>
                <w:sz w:val="14"/>
              </w:rPr>
              <w:t>0.54</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100.673</w:t>
            </w:r>
          </w:p>
        </w:tc>
        <w:tc>
          <w:tcPr>
            <w:tcW w:type="dxa" w:w="1409"/>
            <w:vAlign w:val="center"/>
          </w:tcPr>
          <w:p>
            <w:r/>
            <w:r>
              <w:rPr>
                <w:rFonts w:ascii="Malgun Gothic" w:hAnsi="Malgun Gothic" w:eastAsia="Malgun Gothic"/>
                <w:b w:val="0"/>
                <w:sz w:val="14"/>
              </w:rPr>
              <w:t>102.58</w:t>
            </w:r>
          </w:p>
        </w:tc>
        <w:tc>
          <w:tcPr>
            <w:tcW w:type="dxa" w:w="1409"/>
            <w:vAlign w:val="center"/>
          </w:tcPr>
          <w:p>
            <w:r/>
            <w:r>
              <w:rPr>
                <w:rFonts w:ascii="Malgun Gothic" w:hAnsi="Malgun Gothic" w:eastAsia="Malgun Gothic"/>
                <w:b w:val="0"/>
                <w:sz w:val="14"/>
              </w:rPr>
              <w:t>1.907</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103.053</w:t>
            </w:r>
          </w:p>
        </w:tc>
        <w:tc>
          <w:tcPr>
            <w:tcW w:type="dxa" w:w="1409"/>
            <w:vAlign w:val="center"/>
          </w:tcPr>
          <w:p>
            <w:r/>
            <w:r>
              <w:rPr>
                <w:rFonts w:ascii="Malgun Gothic" w:hAnsi="Malgun Gothic" w:eastAsia="Malgun Gothic"/>
                <w:b w:val="0"/>
                <w:sz w:val="14"/>
              </w:rPr>
              <w:t>103.154</w:t>
            </w:r>
          </w:p>
        </w:tc>
        <w:tc>
          <w:tcPr>
            <w:tcW w:type="dxa" w:w="1409"/>
            <w:vAlign w:val="center"/>
          </w:tcPr>
          <w:p>
            <w:r/>
            <w:r>
              <w:rPr>
                <w:rFonts w:ascii="Malgun Gothic" w:hAnsi="Malgun Gothic" w:eastAsia="Malgun Gothic"/>
                <w:b w:val="0"/>
                <w:sz w:val="14"/>
              </w:rPr>
              <w:t>0.101</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5.954</w:t>
            </w:r>
          </w:p>
        </w:tc>
        <w:tc>
          <w:tcPr>
            <w:tcW w:type="dxa" w:w="1409"/>
            <w:vAlign w:val="center"/>
          </w:tcPr>
          <w:p>
            <w:r/>
            <w:r>
              <w:rPr>
                <w:rFonts w:ascii="Malgun Gothic" w:hAnsi="Malgun Gothic" w:eastAsia="Malgun Gothic"/>
                <w:b w:val="0"/>
                <w:sz w:val="14"/>
              </w:rPr>
              <w:t>6.022</w:t>
            </w:r>
          </w:p>
        </w:tc>
        <w:tc>
          <w:tcPr>
            <w:tcW w:type="dxa" w:w="1409"/>
            <w:vAlign w:val="center"/>
          </w:tcPr>
          <w:p>
            <w:r/>
            <w:r>
              <w:rPr>
                <w:rFonts w:ascii="Malgun Gothic" w:hAnsi="Malgun Gothic" w:eastAsia="Malgun Gothic"/>
                <w:b w:val="0"/>
                <w:sz w:val="14"/>
              </w:rPr>
              <w:t>0.068</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6.68</w:t>
            </w:r>
          </w:p>
        </w:tc>
        <w:tc>
          <w:tcPr>
            <w:tcW w:type="dxa" w:w="1409"/>
            <w:vAlign w:val="center"/>
          </w:tcPr>
          <w:p>
            <w:r/>
            <w:r>
              <w:rPr>
                <w:rFonts w:ascii="Malgun Gothic" w:hAnsi="Malgun Gothic" w:eastAsia="Malgun Gothic"/>
                <w:b w:val="0"/>
                <w:sz w:val="14"/>
              </w:rPr>
              <w:t>6.933</w:t>
            </w:r>
          </w:p>
        </w:tc>
        <w:tc>
          <w:tcPr>
            <w:tcW w:type="dxa" w:w="1409"/>
            <w:vAlign w:val="center"/>
          </w:tcPr>
          <w:p>
            <w:r/>
            <w:r>
              <w:rPr>
                <w:rFonts w:ascii="Malgun Gothic" w:hAnsi="Malgun Gothic" w:eastAsia="Malgun Gothic"/>
                <w:b w:val="0"/>
                <w:sz w:val="14"/>
              </w:rPr>
              <w:t>0.253</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13.97</w:t>
            </w:r>
          </w:p>
        </w:tc>
        <w:tc>
          <w:tcPr>
            <w:tcW w:type="dxa" w:w="1409"/>
            <w:vAlign w:val="center"/>
          </w:tcPr>
          <w:p>
            <w:r/>
            <w:r>
              <w:rPr>
                <w:rFonts w:ascii="Malgun Gothic" w:hAnsi="Malgun Gothic" w:eastAsia="Malgun Gothic"/>
                <w:b w:val="0"/>
                <w:sz w:val="14"/>
              </w:rPr>
              <w:t>15.286</w:t>
            </w:r>
          </w:p>
        </w:tc>
        <w:tc>
          <w:tcPr>
            <w:tcW w:type="dxa" w:w="1409"/>
            <w:vAlign w:val="center"/>
          </w:tcPr>
          <w:p>
            <w:r/>
            <w:r>
              <w:rPr>
                <w:rFonts w:ascii="Malgun Gothic" w:hAnsi="Malgun Gothic" w:eastAsia="Malgun Gothic"/>
                <w:b w:val="0"/>
                <w:sz w:val="14"/>
              </w:rPr>
              <w:t>1.316</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15.961</w:t>
            </w:r>
          </w:p>
        </w:tc>
        <w:tc>
          <w:tcPr>
            <w:tcW w:type="dxa" w:w="1409"/>
            <w:vAlign w:val="center"/>
          </w:tcPr>
          <w:p>
            <w:r/>
            <w:r>
              <w:rPr>
                <w:rFonts w:ascii="Malgun Gothic" w:hAnsi="Malgun Gothic" w:eastAsia="Malgun Gothic"/>
                <w:b w:val="0"/>
                <w:sz w:val="14"/>
              </w:rPr>
              <w:t>23.723</w:t>
            </w:r>
          </w:p>
        </w:tc>
        <w:tc>
          <w:tcPr>
            <w:tcW w:type="dxa" w:w="1409"/>
            <w:vAlign w:val="center"/>
          </w:tcPr>
          <w:p>
            <w:r/>
            <w:r>
              <w:rPr>
                <w:rFonts w:ascii="Malgun Gothic" w:hAnsi="Malgun Gothic" w:eastAsia="Malgun Gothic"/>
                <w:b w:val="0"/>
                <w:sz w:val="14"/>
              </w:rPr>
              <w:t>7.762</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32.92</w:t>
            </w:r>
          </w:p>
        </w:tc>
        <w:tc>
          <w:tcPr>
            <w:tcW w:type="dxa" w:w="1409"/>
            <w:vAlign w:val="center"/>
          </w:tcPr>
          <w:p>
            <w:r/>
            <w:r>
              <w:rPr>
                <w:rFonts w:ascii="Malgun Gothic" w:hAnsi="Malgun Gothic" w:eastAsia="Malgun Gothic"/>
                <w:b w:val="0"/>
                <w:sz w:val="14"/>
              </w:rPr>
              <w:t>41.155</w:t>
            </w:r>
          </w:p>
        </w:tc>
        <w:tc>
          <w:tcPr>
            <w:tcW w:type="dxa" w:w="1409"/>
            <w:vAlign w:val="center"/>
          </w:tcPr>
          <w:p>
            <w:r/>
            <w:r>
              <w:rPr>
                <w:rFonts w:ascii="Malgun Gothic" w:hAnsi="Malgun Gothic" w:eastAsia="Malgun Gothic"/>
                <w:b w:val="0"/>
                <w:sz w:val="14"/>
              </w:rPr>
              <w:t>8.235</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43.366</w:t>
            </w:r>
          </w:p>
        </w:tc>
        <w:tc>
          <w:tcPr>
            <w:tcW w:type="dxa" w:w="1409"/>
            <w:vAlign w:val="center"/>
          </w:tcPr>
          <w:p>
            <w:r/>
            <w:r>
              <w:rPr>
                <w:rFonts w:ascii="Malgun Gothic" w:hAnsi="Malgun Gothic" w:eastAsia="Malgun Gothic"/>
                <w:b w:val="0"/>
                <w:sz w:val="14"/>
              </w:rPr>
              <w:t>44.767</w:t>
            </w:r>
          </w:p>
        </w:tc>
        <w:tc>
          <w:tcPr>
            <w:tcW w:type="dxa" w:w="1409"/>
            <w:vAlign w:val="center"/>
          </w:tcPr>
          <w:p>
            <w:r/>
            <w:r>
              <w:rPr>
                <w:rFonts w:ascii="Malgun Gothic" w:hAnsi="Malgun Gothic" w:eastAsia="Malgun Gothic"/>
                <w:b w:val="0"/>
                <w:sz w:val="14"/>
              </w:rPr>
              <w:t>1.401</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1.432</w:t>
            </w:r>
          </w:p>
        </w:tc>
        <w:tc>
          <w:tcPr>
            <w:tcW w:type="dxa" w:w="1409"/>
            <w:vAlign w:val="center"/>
          </w:tcPr>
          <w:p>
            <w:r/>
            <w:r>
              <w:rPr>
                <w:rFonts w:ascii="Malgun Gothic" w:hAnsi="Malgun Gothic" w:eastAsia="Malgun Gothic"/>
                <w:b w:val="0"/>
                <w:sz w:val="14"/>
              </w:rPr>
              <w:t>5.448</w:t>
            </w:r>
          </w:p>
        </w:tc>
        <w:tc>
          <w:tcPr>
            <w:tcW w:type="dxa" w:w="1409"/>
            <w:vAlign w:val="center"/>
          </w:tcPr>
          <w:p>
            <w:r/>
            <w:r>
              <w:rPr>
                <w:rFonts w:ascii="Malgun Gothic" w:hAnsi="Malgun Gothic" w:eastAsia="Malgun Gothic"/>
                <w:b w:val="0"/>
                <w:sz w:val="14"/>
              </w:rPr>
              <w:t>4.016</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6.612</w:t>
            </w:r>
          </w:p>
        </w:tc>
        <w:tc>
          <w:tcPr>
            <w:tcW w:type="dxa" w:w="1409"/>
            <w:vAlign w:val="center"/>
          </w:tcPr>
          <w:p>
            <w:r/>
            <w:r>
              <w:rPr>
                <w:rFonts w:ascii="Malgun Gothic" w:hAnsi="Malgun Gothic" w:eastAsia="Malgun Gothic"/>
                <w:b w:val="0"/>
                <w:sz w:val="14"/>
              </w:rPr>
              <w:t>16.231</w:t>
            </w:r>
          </w:p>
        </w:tc>
        <w:tc>
          <w:tcPr>
            <w:tcW w:type="dxa" w:w="1409"/>
            <w:vAlign w:val="center"/>
          </w:tcPr>
          <w:p>
            <w:r/>
            <w:r>
              <w:rPr>
                <w:rFonts w:ascii="Malgun Gothic" w:hAnsi="Malgun Gothic" w:eastAsia="Malgun Gothic"/>
                <w:b w:val="0"/>
                <w:sz w:val="14"/>
              </w:rPr>
              <w:t>9.619</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16.552</w:t>
            </w:r>
          </w:p>
        </w:tc>
        <w:tc>
          <w:tcPr>
            <w:tcW w:type="dxa" w:w="1409"/>
            <w:vAlign w:val="center"/>
          </w:tcPr>
          <w:p>
            <w:r/>
            <w:r>
              <w:rPr>
                <w:rFonts w:ascii="Malgun Gothic" w:hAnsi="Malgun Gothic" w:eastAsia="Malgun Gothic"/>
                <w:b w:val="0"/>
                <w:sz w:val="14"/>
              </w:rPr>
              <w:t>20.888</w:t>
            </w:r>
          </w:p>
        </w:tc>
        <w:tc>
          <w:tcPr>
            <w:tcW w:type="dxa" w:w="1409"/>
            <w:vAlign w:val="center"/>
          </w:tcPr>
          <w:p>
            <w:r/>
            <w:r>
              <w:rPr>
                <w:rFonts w:ascii="Malgun Gothic" w:hAnsi="Malgun Gothic" w:eastAsia="Malgun Gothic"/>
                <w:b w:val="0"/>
                <w:sz w:val="14"/>
              </w:rPr>
              <w:t>4.337</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21.209</w:t>
            </w:r>
          </w:p>
        </w:tc>
        <w:tc>
          <w:tcPr>
            <w:tcW w:type="dxa" w:w="1409"/>
            <w:vAlign w:val="center"/>
          </w:tcPr>
          <w:p>
            <w:r/>
            <w:r>
              <w:rPr>
                <w:rFonts w:ascii="Malgun Gothic" w:hAnsi="Malgun Gothic" w:eastAsia="Malgun Gothic"/>
                <w:b w:val="0"/>
                <w:sz w:val="14"/>
              </w:rPr>
              <w:t>24.027</w:t>
            </w:r>
          </w:p>
        </w:tc>
        <w:tc>
          <w:tcPr>
            <w:tcW w:type="dxa" w:w="1409"/>
            <w:vAlign w:val="center"/>
          </w:tcPr>
          <w:p>
            <w:r/>
            <w:r>
              <w:rPr>
                <w:rFonts w:ascii="Malgun Gothic" w:hAnsi="Malgun Gothic" w:eastAsia="Malgun Gothic"/>
                <w:b w:val="0"/>
                <w:sz w:val="14"/>
              </w:rPr>
              <w:t>2.818</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27.47</w:t>
            </w:r>
          </w:p>
        </w:tc>
        <w:tc>
          <w:tcPr>
            <w:tcW w:type="dxa" w:w="1409"/>
            <w:vAlign w:val="center"/>
          </w:tcPr>
          <w:p>
            <w:r/>
            <w:r>
              <w:rPr>
                <w:rFonts w:ascii="Malgun Gothic" w:hAnsi="Malgun Gothic" w:eastAsia="Malgun Gothic"/>
                <w:b w:val="0"/>
                <w:sz w:val="14"/>
              </w:rPr>
              <w:t>28.145</w:t>
            </w:r>
          </w:p>
        </w:tc>
        <w:tc>
          <w:tcPr>
            <w:tcW w:type="dxa" w:w="1409"/>
            <w:vAlign w:val="center"/>
          </w:tcPr>
          <w:p>
            <w:r/>
            <w:r>
              <w:rPr>
                <w:rFonts w:ascii="Malgun Gothic" w:hAnsi="Malgun Gothic" w:eastAsia="Malgun Gothic"/>
                <w:b w:val="0"/>
                <w:sz w:val="14"/>
              </w:rPr>
              <w:t>0.675</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SPEAKER_01</w:t>
            </w:r>
          </w:p>
        </w:tc>
        <w:tc>
          <w:tcPr>
            <w:tcW w:type="dxa" w:w="1409"/>
            <w:vAlign w:val="center"/>
          </w:tcPr>
          <w:p>
            <w:r/>
            <w:r>
              <w:rPr>
                <w:rFonts w:ascii="Malgun Gothic" w:hAnsi="Malgun Gothic" w:eastAsia="Malgun Gothic"/>
                <w:b w:val="0"/>
                <w:sz w:val="14"/>
              </w:rPr>
              <w:t>agent_candidate</w:t>
            </w:r>
          </w:p>
        </w:tc>
        <w:tc>
          <w:tcPr>
            <w:tcW w:type="dxa" w:w="1409"/>
            <w:vAlign w:val="center"/>
          </w:tcPr>
          <w:p>
            <w:r/>
            <w:r>
              <w:rPr>
                <w:rFonts w:ascii="Malgun Gothic" w:hAnsi="Malgun Gothic" w:eastAsia="Malgun Gothic"/>
                <w:b w:val="0"/>
                <w:sz w:val="14"/>
              </w:rPr>
              <w:t>31.756</w:t>
            </w:r>
          </w:p>
        </w:tc>
        <w:tc>
          <w:tcPr>
            <w:tcW w:type="dxa" w:w="1409"/>
            <w:vAlign w:val="center"/>
          </w:tcPr>
          <w:p>
            <w:r/>
            <w:r>
              <w:rPr>
                <w:rFonts w:ascii="Malgun Gothic" w:hAnsi="Malgun Gothic" w:eastAsia="Malgun Gothic"/>
                <w:b w:val="0"/>
                <w:sz w:val="14"/>
              </w:rPr>
              <w:t>32.887</w:t>
            </w:r>
          </w:p>
        </w:tc>
        <w:tc>
          <w:tcPr>
            <w:tcW w:type="dxa" w:w="1409"/>
            <w:vAlign w:val="center"/>
          </w:tcPr>
          <w:p>
            <w:r/>
            <w:r>
              <w:rPr>
                <w:rFonts w:ascii="Malgun Gothic" w:hAnsi="Malgun Gothic" w:eastAsia="Malgun Gothic"/>
                <w:b w:val="0"/>
                <w:sz w:val="14"/>
              </w:rPr>
              <w:t>1.131</w:t>
            </w:r>
          </w:p>
        </w:tc>
        <w:tc>
          <w:tcPr>
            <w:tcW w:type="dxa" w:w="1409"/>
            <w:vAlign w:val="center"/>
          </w:tcPr>
          <w:p>
            <w:r/>
            <w:r>
              <w:rPr>
                <w:rFonts w:ascii="Malgun Gothic" w:hAnsi="Malgun Gothic" w:eastAsia="Malgun Gothic"/>
                <w:b w:val="0"/>
                <w:sz w:val="14"/>
              </w:rPr>
              <w:t>C:\jupyter_env\VOC_full\09__350002022300999.wav</w:t>
            </w:r>
          </w:p>
        </w:tc>
      </w:tr>
    </w:tbl>
    <w:p/>
    <w:p>
      <w:r>
        <w:t>대용량 표의 앞/뒤 표본 및 구조 포함; 원본 전수 행은 데이터 부록 ZIP 포함</w:t>
      </w:r>
    </w:p>
    <w:p>
      <w:r>
        <w:rPr>
          <w:b/>
        </w:rPr>
        <w:t>산출물 CSV: research_continuity/25_customer_agent_interaction_v182/customer_candidate_segments_v182.csv (행 29,386, 열 7)</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4"/>
              </w:rPr>
              <w:t>audio_name</w:t>
            </w:r>
          </w:p>
        </w:tc>
        <w:tc>
          <w:tcPr>
            <w:tcW w:type="dxa" w:w="1409"/>
          </w:tcPr>
          <w:p>
            <w:r/>
            <w:r>
              <w:rPr>
                <w:rFonts w:ascii="Malgun Gothic" w:hAnsi="Malgun Gothic" w:eastAsia="Malgun Gothic"/>
                <w:b/>
                <w:sz w:val="14"/>
              </w:rPr>
              <w:t>speaker</w:t>
            </w:r>
          </w:p>
        </w:tc>
        <w:tc>
          <w:tcPr>
            <w:tcW w:type="dxa" w:w="1409"/>
          </w:tcPr>
          <w:p>
            <w:r/>
            <w:r>
              <w:rPr>
                <w:rFonts w:ascii="Malgun Gothic" w:hAnsi="Malgun Gothic" w:eastAsia="Malgun Gothic"/>
                <w:b/>
                <w:sz w:val="14"/>
              </w:rPr>
              <w:t>role_candidate</w:t>
            </w:r>
          </w:p>
        </w:tc>
        <w:tc>
          <w:tcPr>
            <w:tcW w:type="dxa" w:w="1409"/>
          </w:tcPr>
          <w:p>
            <w:r/>
            <w:r>
              <w:rPr>
                <w:rFonts w:ascii="Malgun Gothic" w:hAnsi="Malgun Gothic" w:eastAsia="Malgun Gothic"/>
                <w:b/>
                <w:sz w:val="14"/>
              </w:rPr>
              <w:t>start_sec</w:t>
            </w:r>
          </w:p>
        </w:tc>
        <w:tc>
          <w:tcPr>
            <w:tcW w:type="dxa" w:w="1409"/>
          </w:tcPr>
          <w:p>
            <w:r/>
            <w:r>
              <w:rPr>
                <w:rFonts w:ascii="Malgun Gothic" w:hAnsi="Malgun Gothic" w:eastAsia="Malgun Gothic"/>
                <w:b/>
                <w:sz w:val="14"/>
              </w:rPr>
              <w:t>end_sec</w:t>
            </w:r>
          </w:p>
        </w:tc>
        <w:tc>
          <w:tcPr>
            <w:tcW w:type="dxa" w:w="1409"/>
          </w:tcPr>
          <w:p>
            <w:r/>
            <w:r>
              <w:rPr>
                <w:rFonts w:ascii="Malgun Gothic" w:hAnsi="Malgun Gothic" w:eastAsia="Malgun Gothic"/>
                <w:b/>
                <w:sz w:val="14"/>
              </w:rPr>
              <w:t>duration_sec</w:t>
            </w:r>
          </w:p>
        </w:tc>
        <w:tc>
          <w:tcPr>
            <w:tcW w:type="dxa" w:w="1409"/>
          </w:tcPr>
          <w:p>
            <w:r/>
            <w:r>
              <w:rPr>
                <w:rFonts w:ascii="Malgun Gothic" w:hAnsi="Malgun Gothic" w:eastAsia="Malgun Gothic"/>
                <w:b/>
                <w:sz w:val="14"/>
              </w:rPr>
              <w:t>audio_path_private</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0.031</w:t>
            </w:r>
          </w:p>
        </w:tc>
        <w:tc>
          <w:tcPr>
            <w:tcW w:type="dxa" w:w="1409"/>
            <w:vAlign w:val="center"/>
          </w:tcPr>
          <w:p>
            <w:r/>
            <w:r>
              <w:rPr>
                <w:rFonts w:ascii="Malgun Gothic" w:hAnsi="Malgun Gothic" w:eastAsia="Malgun Gothic"/>
                <w:b w:val="0"/>
                <w:sz w:val="14"/>
              </w:rPr>
              <w:t>3.119</w:t>
            </w:r>
          </w:p>
        </w:tc>
        <w:tc>
          <w:tcPr>
            <w:tcW w:type="dxa" w:w="1409"/>
            <w:vAlign w:val="center"/>
          </w:tcPr>
          <w:p>
            <w:r/>
            <w:r>
              <w:rPr>
                <w:rFonts w:ascii="Malgun Gothic" w:hAnsi="Malgun Gothic" w:eastAsia="Malgun Gothic"/>
                <w:b w:val="0"/>
                <w:sz w:val="14"/>
              </w:rPr>
              <w:t>3.088</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4.283</w:t>
            </w:r>
          </w:p>
        </w:tc>
        <w:tc>
          <w:tcPr>
            <w:tcW w:type="dxa" w:w="1409"/>
            <w:vAlign w:val="center"/>
          </w:tcPr>
          <w:p>
            <w:r/>
            <w:r>
              <w:rPr>
                <w:rFonts w:ascii="Malgun Gothic" w:hAnsi="Malgun Gothic" w:eastAsia="Malgun Gothic"/>
                <w:b w:val="0"/>
                <w:sz w:val="14"/>
              </w:rPr>
              <w:t>4.57</w:t>
            </w:r>
          </w:p>
        </w:tc>
        <w:tc>
          <w:tcPr>
            <w:tcW w:type="dxa" w:w="1409"/>
            <w:vAlign w:val="center"/>
          </w:tcPr>
          <w:p>
            <w:r/>
            <w:r>
              <w:rPr>
                <w:rFonts w:ascii="Malgun Gothic" w:hAnsi="Malgun Gothic" w:eastAsia="Malgun Gothic"/>
                <w:b w:val="0"/>
                <w:sz w:val="14"/>
              </w:rPr>
              <w:t>0.287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5.768</w:t>
            </w:r>
          </w:p>
        </w:tc>
        <w:tc>
          <w:tcPr>
            <w:tcW w:type="dxa" w:w="1409"/>
            <w:vAlign w:val="center"/>
          </w:tcPr>
          <w:p>
            <w:r/>
            <w:r>
              <w:rPr>
                <w:rFonts w:ascii="Malgun Gothic" w:hAnsi="Malgun Gothic" w:eastAsia="Malgun Gothic"/>
                <w:b w:val="0"/>
                <w:sz w:val="14"/>
              </w:rPr>
              <w:t>6.832</w:t>
            </w:r>
          </w:p>
        </w:tc>
        <w:tc>
          <w:tcPr>
            <w:tcW w:type="dxa" w:w="1409"/>
            <w:vAlign w:val="center"/>
          </w:tcPr>
          <w:p>
            <w:r/>
            <w:r>
              <w:rPr>
                <w:rFonts w:ascii="Malgun Gothic" w:hAnsi="Malgun Gothic" w:eastAsia="Malgun Gothic"/>
                <w:b w:val="0"/>
                <w:sz w:val="14"/>
              </w:rPr>
              <w:t>1.063</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10.679</w:t>
            </w:r>
          </w:p>
        </w:tc>
        <w:tc>
          <w:tcPr>
            <w:tcW w:type="dxa" w:w="1409"/>
            <w:vAlign w:val="center"/>
          </w:tcPr>
          <w:p>
            <w:r/>
            <w:r>
              <w:rPr>
                <w:rFonts w:ascii="Malgun Gothic" w:hAnsi="Malgun Gothic" w:eastAsia="Malgun Gothic"/>
                <w:b w:val="0"/>
                <w:sz w:val="14"/>
              </w:rPr>
              <w:t>10.797</w:t>
            </w:r>
          </w:p>
        </w:tc>
        <w:tc>
          <w:tcPr>
            <w:tcW w:type="dxa" w:w="1409"/>
            <w:vAlign w:val="center"/>
          </w:tcPr>
          <w:p>
            <w:r/>
            <w:r>
              <w:rPr>
                <w:rFonts w:ascii="Malgun Gothic" w:hAnsi="Malgun Gothic" w:eastAsia="Malgun Gothic"/>
                <w:b w:val="0"/>
                <w:sz w:val="14"/>
              </w:rPr>
              <w:t>0.118</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19.69</w:t>
            </w:r>
          </w:p>
        </w:tc>
        <w:tc>
          <w:tcPr>
            <w:tcW w:type="dxa" w:w="1409"/>
            <w:vAlign w:val="center"/>
          </w:tcPr>
          <w:p>
            <w:r/>
            <w:r>
              <w:rPr>
                <w:rFonts w:ascii="Malgun Gothic" w:hAnsi="Malgun Gothic" w:eastAsia="Malgun Gothic"/>
                <w:b w:val="0"/>
                <w:sz w:val="14"/>
              </w:rPr>
              <w:t>19.977</w:t>
            </w:r>
          </w:p>
        </w:tc>
        <w:tc>
          <w:tcPr>
            <w:tcW w:type="dxa" w:w="1409"/>
            <w:vAlign w:val="center"/>
          </w:tcPr>
          <w:p>
            <w:r/>
            <w:r>
              <w:rPr>
                <w:rFonts w:ascii="Malgun Gothic" w:hAnsi="Malgun Gothic" w:eastAsia="Malgun Gothic"/>
                <w:b w:val="0"/>
                <w:sz w:val="14"/>
              </w:rPr>
              <w:t>0.287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28.313</w:t>
            </w:r>
          </w:p>
        </w:tc>
        <w:tc>
          <w:tcPr>
            <w:tcW w:type="dxa" w:w="1409"/>
            <w:vAlign w:val="center"/>
          </w:tcPr>
          <w:p>
            <w:r/>
            <w:r>
              <w:rPr>
                <w:rFonts w:ascii="Malgun Gothic" w:hAnsi="Malgun Gothic" w:eastAsia="Malgun Gothic"/>
                <w:b w:val="0"/>
                <w:sz w:val="14"/>
              </w:rPr>
              <w:t>28.347</w:t>
            </w:r>
          </w:p>
        </w:tc>
        <w:tc>
          <w:tcPr>
            <w:tcW w:type="dxa" w:w="1409"/>
            <w:vAlign w:val="center"/>
          </w:tcPr>
          <w:p>
            <w:r/>
            <w:r>
              <w:rPr>
                <w:rFonts w:ascii="Malgun Gothic" w:hAnsi="Malgun Gothic" w:eastAsia="Malgun Gothic"/>
                <w:b w:val="0"/>
                <w:sz w:val="14"/>
              </w:rPr>
              <w:t>0.034</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35.367</w:t>
            </w:r>
          </w:p>
        </w:tc>
        <w:tc>
          <w:tcPr>
            <w:tcW w:type="dxa" w:w="1409"/>
            <w:vAlign w:val="center"/>
          </w:tcPr>
          <w:p>
            <w:r/>
            <w:r>
              <w:rPr>
                <w:rFonts w:ascii="Malgun Gothic" w:hAnsi="Malgun Gothic" w:eastAsia="Malgun Gothic"/>
                <w:b w:val="0"/>
                <w:sz w:val="14"/>
              </w:rPr>
              <w:t>36.903</w:t>
            </w:r>
          </w:p>
        </w:tc>
        <w:tc>
          <w:tcPr>
            <w:tcW w:type="dxa" w:w="1409"/>
            <w:vAlign w:val="center"/>
          </w:tcPr>
          <w:p>
            <w:r/>
            <w:r>
              <w:rPr>
                <w:rFonts w:ascii="Malgun Gothic" w:hAnsi="Malgun Gothic" w:eastAsia="Malgun Gothic"/>
                <w:b w:val="0"/>
                <w:sz w:val="14"/>
              </w:rPr>
              <w:t>1.536</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40.193</w:t>
            </w:r>
          </w:p>
        </w:tc>
        <w:tc>
          <w:tcPr>
            <w:tcW w:type="dxa" w:w="1409"/>
            <w:vAlign w:val="center"/>
          </w:tcPr>
          <w:p>
            <w:r/>
            <w:r>
              <w:rPr>
                <w:rFonts w:ascii="Malgun Gothic" w:hAnsi="Malgun Gothic" w:eastAsia="Malgun Gothic"/>
                <w:b w:val="0"/>
                <w:sz w:val="14"/>
              </w:rPr>
              <w:t>40.936</w:t>
            </w:r>
          </w:p>
        </w:tc>
        <w:tc>
          <w:tcPr>
            <w:tcW w:type="dxa" w:w="1409"/>
            <w:vAlign w:val="center"/>
          </w:tcPr>
          <w:p>
            <w:r/>
            <w:r>
              <w:rPr>
                <w:rFonts w:ascii="Malgun Gothic" w:hAnsi="Malgun Gothic" w:eastAsia="Malgun Gothic"/>
                <w:b w:val="0"/>
                <w:sz w:val="14"/>
              </w:rPr>
              <w:t>0.742</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45.779</w:t>
            </w:r>
          </w:p>
        </w:tc>
        <w:tc>
          <w:tcPr>
            <w:tcW w:type="dxa" w:w="1409"/>
            <w:vAlign w:val="center"/>
          </w:tcPr>
          <w:p>
            <w:r/>
            <w:r>
              <w:rPr>
                <w:rFonts w:ascii="Malgun Gothic" w:hAnsi="Malgun Gothic" w:eastAsia="Malgun Gothic"/>
                <w:b w:val="0"/>
                <w:sz w:val="14"/>
              </w:rPr>
              <w:t>46.133</w:t>
            </w:r>
          </w:p>
        </w:tc>
        <w:tc>
          <w:tcPr>
            <w:tcW w:type="dxa" w:w="1409"/>
            <w:vAlign w:val="center"/>
          </w:tcPr>
          <w:p>
            <w:r/>
            <w:r>
              <w:rPr>
                <w:rFonts w:ascii="Malgun Gothic" w:hAnsi="Malgun Gothic" w:eastAsia="Malgun Gothic"/>
                <w:b w:val="0"/>
                <w:sz w:val="14"/>
              </w:rPr>
              <w:t>0.354</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54.25</w:t>
            </w:r>
          </w:p>
        </w:tc>
        <w:tc>
          <w:tcPr>
            <w:tcW w:type="dxa" w:w="1409"/>
            <w:vAlign w:val="center"/>
          </w:tcPr>
          <w:p>
            <w:r/>
            <w:r>
              <w:rPr>
                <w:rFonts w:ascii="Malgun Gothic" w:hAnsi="Malgun Gothic" w:eastAsia="Malgun Gothic"/>
                <w:b w:val="0"/>
                <w:sz w:val="14"/>
              </w:rPr>
              <w:t>54.47</w:t>
            </w:r>
          </w:p>
        </w:tc>
        <w:tc>
          <w:tcPr>
            <w:tcW w:type="dxa" w:w="1409"/>
            <w:vAlign w:val="center"/>
          </w:tcPr>
          <w:p>
            <w:r/>
            <w:r>
              <w:rPr>
                <w:rFonts w:ascii="Malgun Gothic" w:hAnsi="Malgun Gothic" w:eastAsia="Malgun Gothic"/>
                <w:b w:val="0"/>
                <w:sz w:val="14"/>
              </w:rPr>
              <w:t>0.219</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54.487</w:t>
            </w:r>
          </w:p>
        </w:tc>
        <w:tc>
          <w:tcPr>
            <w:tcW w:type="dxa" w:w="1409"/>
            <w:vAlign w:val="center"/>
          </w:tcPr>
          <w:p>
            <w:r/>
            <w:r>
              <w:rPr>
                <w:rFonts w:ascii="Malgun Gothic" w:hAnsi="Malgun Gothic" w:eastAsia="Malgun Gothic"/>
                <w:b w:val="0"/>
                <w:sz w:val="14"/>
              </w:rPr>
              <w:t>54.773</w:t>
            </w:r>
          </w:p>
        </w:tc>
        <w:tc>
          <w:tcPr>
            <w:tcW w:type="dxa" w:w="1409"/>
            <w:vAlign w:val="center"/>
          </w:tcPr>
          <w:p>
            <w:r/>
            <w:r>
              <w:rPr>
                <w:rFonts w:ascii="Malgun Gothic" w:hAnsi="Malgun Gothic" w:eastAsia="Malgun Gothic"/>
                <w:b w:val="0"/>
                <w:sz w:val="14"/>
              </w:rPr>
              <w:t>0.287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78.601</w:t>
            </w:r>
          </w:p>
        </w:tc>
        <w:tc>
          <w:tcPr>
            <w:tcW w:type="dxa" w:w="1409"/>
            <w:vAlign w:val="center"/>
          </w:tcPr>
          <w:p>
            <w:r/>
            <w:r>
              <w:rPr>
                <w:rFonts w:ascii="Malgun Gothic" w:hAnsi="Malgun Gothic" w:eastAsia="Malgun Gothic"/>
                <w:b w:val="0"/>
                <w:sz w:val="14"/>
              </w:rPr>
              <w:t>80.896</w:t>
            </w:r>
          </w:p>
        </w:tc>
        <w:tc>
          <w:tcPr>
            <w:tcW w:type="dxa" w:w="1409"/>
            <w:vAlign w:val="center"/>
          </w:tcPr>
          <w:p>
            <w:r/>
            <w:r>
              <w:rPr>
                <w:rFonts w:ascii="Malgun Gothic" w:hAnsi="Malgun Gothic" w:eastAsia="Malgun Gothic"/>
                <w:b w:val="0"/>
                <w:sz w:val="14"/>
              </w:rPr>
              <w:t>2.295</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81.402</w:t>
            </w:r>
          </w:p>
        </w:tc>
        <w:tc>
          <w:tcPr>
            <w:tcW w:type="dxa" w:w="1409"/>
            <w:vAlign w:val="center"/>
          </w:tcPr>
          <w:p>
            <w:r/>
            <w:r>
              <w:rPr>
                <w:rFonts w:ascii="Malgun Gothic" w:hAnsi="Malgun Gothic" w:eastAsia="Malgun Gothic"/>
                <w:b w:val="0"/>
                <w:sz w:val="14"/>
              </w:rPr>
              <w:t>84.102</w:t>
            </w:r>
          </w:p>
        </w:tc>
        <w:tc>
          <w:tcPr>
            <w:tcW w:type="dxa" w:w="1409"/>
            <w:vAlign w:val="center"/>
          </w:tcPr>
          <w:p>
            <w:r/>
            <w:r>
              <w:rPr>
                <w:rFonts w:ascii="Malgun Gothic" w:hAnsi="Malgun Gothic" w:eastAsia="Malgun Gothic"/>
                <w:b w:val="0"/>
                <w:sz w:val="14"/>
              </w:rPr>
              <w:t>2.7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88.203</w:t>
            </w:r>
          </w:p>
        </w:tc>
        <w:tc>
          <w:tcPr>
            <w:tcW w:type="dxa" w:w="1409"/>
            <w:vAlign w:val="center"/>
          </w:tcPr>
          <w:p>
            <w:r/>
            <w:r>
              <w:rPr>
                <w:rFonts w:ascii="Malgun Gothic" w:hAnsi="Malgun Gothic" w:eastAsia="Malgun Gothic"/>
                <w:b w:val="0"/>
                <w:sz w:val="14"/>
              </w:rPr>
              <w:t>89.789</w:t>
            </w:r>
          </w:p>
        </w:tc>
        <w:tc>
          <w:tcPr>
            <w:tcW w:type="dxa" w:w="1409"/>
            <w:vAlign w:val="center"/>
          </w:tcPr>
          <w:p>
            <w:r/>
            <w:r>
              <w:rPr>
                <w:rFonts w:ascii="Malgun Gothic" w:hAnsi="Malgun Gothic" w:eastAsia="Malgun Gothic"/>
                <w:b w:val="0"/>
                <w:sz w:val="14"/>
              </w:rPr>
              <w:t>1.586</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90.059</w:t>
            </w:r>
          </w:p>
        </w:tc>
        <w:tc>
          <w:tcPr>
            <w:tcW w:type="dxa" w:w="1409"/>
            <w:vAlign w:val="center"/>
          </w:tcPr>
          <w:p>
            <w:r/>
            <w:r>
              <w:rPr>
                <w:rFonts w:ascii="Malgun Gothic" w:hAnsi="Malgun Gothic" w:eastAsia="Malgun Gothic"/>
                <w:b w:val="0"/>
                <w:sz w:val="14"/>
              </w:rPr>
              <w:t>90.515</w:t>
            </w:r>
          </w:p>
        </w:tc>
        <w:tc>
          <w:tcPr>
            <w:tcW w:type="dxa" w:w="1409"/>
            <w:vAlign w:val="center"/>
          </w:tcPr>
          <w:p>
            <w:r/>
            <w:r>
              <w:rPr>
                <w:rFonts w:ascii="Malgun Gothic" w:hAnsi="Malgun Gothic" w:eastAsia="Malgun Gothic"/>
                <w:b w:val="0"/>
                <w:sz w:val="14"/>
              </w:rPr>
              <w:t>0.456</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106.478</w:t>
            </w:r>
          </w:p>
        </w:tc>
        <w:tc>
          <w:tcPr>
            <w:tcW w:type="dxa" w:w="1409"/>
            <w:vAlign w:val="center"/>
          </w:tcPr>
          <w:p>
            <w:r/>
            <w:r>
              <w:rPr>
                <w:rFonts w:ascii="Malgun Gothic" w:hAnsi="Malgun Gothic" w:eastAsia="Malgun Gothic"/>
                <w:b w:val="0"/>
                <w:sz w:val="14"/>
              </w:rPr>
              <w:t>111.288</w:t>
            </w:r>
          </w:p>
        </w:tc>
        <w:tc>
          <w:tcPr>
            <w:tcW w:type="dxa" w:w="1409"/>
            <w:vAlign w:val="center"/>
          </w:tcPr>
          <w:p>
            <w:r/>
            <w:r>
              <w:rPr>
                <w:rFonts w:ascii="Malgun Gothic" w:hAnsi="Malgun Gothic" w:eastAsia="Malgun Gothic"/>
                <w:b w:val="0"/>
                <w:sz w:val="14"/>
              </w:rPr>
              <w:t>4.809</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111.524</w:t>
            </w:r>
          </w:p>
        </w:tc>
        <w:tc>
          <w:tcPr>
            <w:tcW w:type="dxa" w:w="1409"/>
            <w:vAlign w:val="center"/>
          </w:tcPr>
          <w:p>
            <w:r/>
            <w:r>
              <w:rPr>
                <w:rFonts w:ascii="Malgun Gothic" w:hAnsi="Malgun Gothic" w:eastAsia="Malgun Gothic"/>
                <w:b w:val="0"/>
                <w:sz w:val="14"/>
              </w:rPr>
              <w:t>116.485</w:t>
            </w:r>
          </w:p>
        </w:tc>
        <w:tc>
          <w:tcPr>
            <w:tcW w:type="dxa" w:w="1409"/>
            <w:vAlign w:val="center"/>
          </w:tcPr>
          <w:p>
            <w:r/>
            <w:r>
              <w:rPr>
                <w:rFonts w:ascii="Malgun Gothic" w:hAnsi="Malgun Gothic" w:eastAsia="Malgun Gothic"/>
                <w:b w:val="0"/>
                <w:sz w:val="14"/>
              </w:rPr>
              <w:t>4.961</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119.202</w:t>
            </w:r>
          </w:p>
        </w:tc>
        <w:tc>
          <w:tcPr>
            <w:tcW w:type="dxa" w:w="1409"/>
            <w:vAlign w:val="center"/>
          </w:tcPr>
          <w:p>
            <w:r/>
            <w:r>
              <w:rPr>
                <w:rFonts w:ascii="Malgun Gothic" w:hAnsi="Malgun Gothic" w:eastAsia="Malgun Gothic"/>
                <w:b w:val="0"/>
                <w:sz w:val="14"/>
              </w:rPr>
              <w:t>119.742</w:t>
            </w:r>
          </w:p>
        </w:tc>
        <w:tc>
          <w:tcPr>
            <w:tcW w:type="dxa" w:w="1409"/>
            <w:vAlign w:val="center"/>
          </w:tcPr>
          <w:p>
            <w:r/>
            <w:r>
              <w:rPr>
                <w:rFonts w:ascii="Malgun Gothic" w:hAnsi="Malgun Gothic" w:eastAsia="Malgun Gothic"/>
                <w:b w:val="0"/>
                <w:sz w:val="14"/>
              </w:rPr>
              <w:t>0.54</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122.932</w:t>
            </w:r>
          </w:p>
        </w:tc>
        <w:tc>
          <w:tcPr>
            <w:tcW w:type="dxa" w:w="1409"/>
            <w:vAlign w:val="center"/>
          </w:tcPr>
          <w:p>
            <w:r/>
            <w:r>
              <w:rPr>
                <w:rFonts w:ascii="Malgun Gothic" w:hAnsi="Malgun Gothic" w:eastAsia="Malgun Gothic"/>
                <w:b w:val="0"/>
                <w:sz w:val="14"/>
              </w:rPr>
              <w:t>124.18</w:t>
            </w:r>
          </w:p>
        </w:tc>
        <w:tc>
          <w:tcPr>
            <w:tcW w:type="dxa" w:w="1409"/>
            <w:vAlign w:val="center"/>
          </w:tcPr>
          <w:p>
            <w:r/>
            <w:r>
              <w:rPr>
                <w:rFonts w:ascii="Malgun Gothic" w:hAnsi="Malgun Gothic" w:eastAsia="Malgun Gothic"/>
                <w:b w:val="0"/>
                <w:sz w:val="14"/>
              </w:rPr>
              <w:t>1.249</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124.636</w:t>
            </w:r>
          </w:p>
        </w:tc>
        <w:tc>
          <w:tcPr>
            <w:tcW w:type="dxa" w:w="1409"/>
            <w:vAlign w:val="center"/>
          </w:tcPr>
          <w:p>
            <w:r/>
            <w:r>
              <w:rPr>
                <w:rFonts w:ascii="Malgun Gothic" w:hAnsi="Malgun Gothic" w:eastAsia="Malgun Gothic"/>
                <w:b w:val="0"/>
                <w:sz w:val="14"/>
              </w:rPr>
              <w:t>125.024</w:t>
            </w:r>
          </w:p>
        </w:tc>
        <w:tc>
          <w:tcPr>
            <w:tcW w:type="dxa" w:w="1409"/>
            <w:vAlign w:val="center"/>
          </w:tcPr>
          <w:p>
            <w:r/>
            <w:r>
              <w:rPr>
                <w:rFonts w:ascii="Malgun Gothic" w:hAnsi="Malgun Gothic" w:eastAsia="Malgun Gothic"/>
                <w:b w:val="0"/>
                <w:sz w:val="14"/>
              </w:rPr>
              <w:t>0.388</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130.39</w:t>
            </w:r>
          </w:p>
        </w:tc>
        <w:tc>
          <w:tcPr>
            <w:tcW w:type="dxa" w:w="1409"/>
            <w:vAlign w:val="center"/>
          </w:tcPr>
          <w:p>
            <w:r/>
            <w:r>
              <w:rPr>
                <w:rFonts w:ascii="Malgun Gothic" w:hAnsi="Malgun Gothic" w:eastAsia="Malgun Gothic"/>
                <w:b w:val="0"/>
                <w:sz w:val="14"/>
              </w:rPr>
              <w:t>131.251</w:t>
            </w:r>
          </w:p>
        </w:tc>
        <w:tc>
          <w:tcPr>
            <w:tcW w:type="dxa" w:w="1409"/>
            <w:vAlign w:val="center"/>
          </w:tcPr>
          <w:p>
            <w:r/>
            <w:r>
              <w:rPr>
                <w:rFonts w:ascii="Malgun Gothic" w:hAnsi="Malgun Gothic" w:eastAsia="Malgun Gothic"/>
                <w:b w:val="0"/>
                <w:sz w:val="14"/>
              </w:rPr>
              <w:t>0.861</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131.572</w:t>
            </w:r>
          </w:p>
        </w:tc>
        <w:tc>
          <w:tcPr>
            <w:tcW w:type="dxa" w:w="1409"/>
            <w:vAlign w:val="center"/>
          </w:tcPr>
          <w:p>
            <w:r/>
            <w:r>
              <w:rPr>
                <w:rFonts w:ascii="Malgun Gothic" w:hAnsi="Malgun Gothic" w:eastAsia="Malgun Gothic"/>
                <w:b w:val="0"/>
                <w:sz w:val="14"/>
              </w:rPr>
              <w:t>132.078</w:t>
            </w:r>
          </w:p>
        </w:tc>
        <w:tc>
          <w:tcPr>
            <w:tcW w:type="dxa" w:w="1409"/>
            <w:vAlign w:val="center"/>
          </w:tcPr>
          <w:p>
            <w:r/>
            <w:r>
              <w:rPr>
                <w:rFonts w:ascii="Malgun Gothic" w:hAnsi="Malgun Gothic" w:eastAsia="Malgun Gothic"/>
                <w:b w:val="0"/>
                <w:sz w:val="14"/>
              </w:rPr>
              <w:t>0.506</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136.955</w:t>
            </w:r>
          </w:p>
        </w:tc>
        <w:tc>
          <w:tcPr>
            <w:tcW w:type="dxa" w:w="1409"/>
            <w:vAlign w:val="center"/>
          </w:tcPr>
          <w:p>
            <w:r/>
            <w:r>
              <w:rPr>
                <w:rFonts w:ascii="Malgun Gothic" w:hAnsi="Malgun Gothic" w:eastAsia="Malgun Gothic"/>
                <w:b w:val="0"/>
                <w:sz w:val="14"/>
              </w:rPr>
              <w:t>139.081</w:t>
            </w:r>
          </w:p>
        </w:tc>
        <w:tc>
          <w:tcPr>
            <w:tcW w:type="dxa" w:w="1409"/>
            <w:vAlign w:val="center"/>
          </w:tcPr>
          <w:p>
            <w:r/>
            <w:r>
              <w:rPr>
                <w:rFonts w:ascii="Malgun Gothic" w:hAnsi="Malgun Gothic" w:eastAsia="Malgun Gothic"/>
                <w:b w:val="0"/>
                <w:sz w:val="14"/>
              </w:rPr>
              <w:t>2.126</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145.122</w:t>
            </w:r>
          </w:p>
        </w:tc>
        <w:tc>
          <w:tcPr>
            <w:tcW w:type="dxa" w:w="1409"/>
            <w:vAlign w:val="center"/>
          </w:tcPr>
          <w:p>
            <w:r/>
            <w:r>
              <w:rPr>
                <w:rFonts w:ascii="Malgun Gothic" w:hAnsi="Malgun Gothic" w:eastAsia="Malgun Gothic"/>
                <w:b w:val="0"/>
                <w:sz w:val="14"/>
              </w:rPr>
              <w:t>145.628</w:t>
            </w:r>
          </w:p>
        </w:tc>
        <w:tc>
          <w:tcPr>
            <w:tcW w:type="dxa" w:w="1409"/>
            <w:vAlign w:val="center"/>
          </w:tcPr>
          <w:p>
            <w:r/>
            <w:r>
              <w:rPr>
                <w:rFonts w:ascii="Malgun Gothic" w:hAnsi="Malgun Gothic" w:eastAsia="Malgun Gothic"/>
                <w:b w:val="0"/>
                <w:sz w:val="14"/>
              </w:rPr>
              <w:t>0.506</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00__350002022300000.wav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149.864</w:t>
            </w:r>
          </w:p>
        </w:tc>
        <w:tc>
          <w:tcPr>
            <w:tcW w:type="dxa" w:w="1409"/>
            <w:vAlign w:val="center"/>
          </w:tcPr>
          <w:p>
            <w:r/>
            <w:r>
              <w:rPr>
                <w:rFonts w:ascii="Malgun Gothic" w:hAnsi="Malgun Gothic" w:eastAsia="Malgun Gothic"/>
                <w:b w:val="0"/>
                <w:sz w:val="14"/>
              </w:rPr>
              <w:t>150.472</w:t>
            </w:r>
          </w:p>
        </w:tc>
        <w:tc>
          <w:tcPr>
            <w:tcW w:type="dxa" w:w="1409"/>
            <w:vAlign w:val="center"/>
          </w:tcPr>
          <w:p>
            <w:r/>
            <w:r>
              <w:rPr>
                <w:rFonts w:ascii="Malgun Gothic" w:hAnsi="Malgun Gothic" w:eastAsia="Malgun Gothic"/>
                <w:b w:val="0"/>
                <w:sz w:val="14"/>
              </w:rPr>
              <w:t>0.607</w:t>
            </w:r>
          </w:p>
        </w:tc>
        <w:tc>
          <w:tcPr>
            <w:tcW w:type="dxa" w:w="1409"/>
            <w:vAlign w:val="center"/>
          </w:tcPr>
          <w:p>
            <w:r/>
            <w:r>
              <w:rPr>
                <w:rFonts w:ascii="Malgun Gothic" w:hAnsi="Malgun Gothic" w:eastAsia="Malgun Gothic"/>
                <w:b w:val="0"/>
                <w:sz w:val="14"/>
              </w:rPr>
              <w:t>C:\jupyter_env\VOC_full\00__350002022300000.wav</w:t>
            </w:r>
          </w:p>
        </w:tc>
      </w:tr>
      <w:tr>
        <w:trPr>
          <w:cantSplit/>
        </w:trPr>
        <w:tc>
          <w:tcPr>
            <w:tcW w:type="dxa" w:w="1409"/>
            <w:vAlign w:val="center"/>
          </w:tcPr>
          <w:p>
            <w:r/>
            <w:r>
              <w:rPr>
                <w:rFonts w:ascii="Malgun Gothic" w:hAnsi="Malgun Gothic" w:eastAsia="Malgun Gothic"/>
                <w:b w:val="0"/>
                <w:sz w:val="14"/>
              </w:rPr>
              <w:t>... 중간 29,336행은 전체 데이터 부록 ZIP에 원본으로 포함 ...</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80.238</w:t>
            </w:r>
          </w:p>
        </w:tc>
        <w:tc>
          <w:tcPr>
            <w:tcW w:type="dxa" w:w="1409"/>
            <w:vAlign w:val="center"/>
          </w:tcPr>
          <w:p>
            <w:r/>
            <w:r>
              <w:rPr>
                <w:rFonts w:ascii="Malgun Gothic" w:hAnsi="Malgun Gothic" w:eastAsia="Malgun Gothic"/>
                <w:b w:val="0"/>
                <w:sz w:val="14"/>
              </w:rPr>
              <w:t>83.613</w:t>
            </w:r>
          </w:p>
        </w:tc>
        <w:tc>
          <w:tcPr>
            <w:tcW w:type="dxa" w:w="1409"/>
            <w:vAlign w:val="center"/>
          </w:tcPr>
          <w:p>
            <w:r/>
            <w:r>
              <w:rPr>
                <w:rFonts w:ascii="Malgun Gothic" w:hAnsi="Malgun Gothic" w:eastAsia="Malgun Gothic"/>
                <w:b w:val="0"/>
                <w:sz w:val="14"/>
              </w:rPr>
              <w:t>3.375</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86.549</w:t>
            </w:r>
          </w:p>
        </w:tc>
        <w:tc>
          <w:tcPr>
            <w:tcW w:type="dxa" w:w="1409"/>
            <w:vAlign w:val="center"/>
          </w:tcPr>
          <w:p>
            <w:r/>
            <w:r>
              <w:rPr>
                <w:rFonts w:ascii="Malgun Gothic" w:hAnsi="Malgun Gothic" w:eastAsia="Malgun Gothic"/>
                <w:b w:val="0"/>
                <w:sz w:val="14"/>
              </w:rPr>
              <w:t>87.983</w:t>
            </w:r>
          </w:p>
        </w:tc>
        <w:tc>
          <w:tcPr>
            <w:tcW w:type="dxa" w:w="1409"/>
            <w:vAlign w:val="center"/>
          </w:tcPr>
          <w:p>
            <w:r/>
            <w:r>
              <w:rPr>
                <w:rFonts w:ascii="Malgun Gothic" w:hAnsi="Malgun Gothic" w:eastAsia="Malgun Gothic"/>
                <w:b w:val="0"/>
                <w:sz w:val="14"/>
              </w:rPr>
              <w:t>1.434</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88.118</w:t>
            </w:r>
          </w:p>
        </w:tc>
        <w:tc>
          <w:tcPr>
            <w:tcW w:type="dxa" w:w="1409"/>
            <w:vAlign w:val="center"/>
          </w:tcPr>
          <w:p>
            <w:r/>
            <w:r>
              <w:rPr>
                <w:rFonts w:ascii="Malgun Gothic" w:hAnsi="Malgun Gothic" w:eastAsia="Malgun Gothic"/>
                <w:b w:val="0"/>
                <w:sz w:val="14"/>
              </w:rPr>
              <w:t>88.203</w:t>
            </w:r>
          </w:p>
        </w:tc>
        <w:tc>
          <w:tcPr>
            <w:tcW w:type="dxa" w:w="1409"/>
            <w:vAlign w:val="center"/>
          </w:tcPr>
          <w:p>
            <w:r/>
            <w:r>
              <w:rPr>
                <w:rFonts w:ascii="Malgun Gothic" w:hAnsi="Malgun Gothic" w:eastAsia="Malgun Gothic"/>
                <w:b w:val="0"/>
                <w:sz w:val="14"/>
              </w:rPr>
              <w:t>0.084</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88.388</w:t>
            </w:r>
          </w:p>
        </w:tc>
        <w:tc>
          <w:tcPr>
            <w:tcW w:type="dxa" w:w="1409"/>
            <w:vAlign w:val="center"/>
          </w:tcPr>
          <w:p>
            <w:r/>
            <w:r>
              <w:rPr>
                <w:rFonts w:ascii="Malgun Gothic" w:hAnsi="Malgun Gothic" w:eastAsia="Malgun Gothic"/>
                <w:b w:val="0"/>
                <w:sz w:val="14"/>
              </w:rPr>
              <w:t>88.422</w:t>
            </w:r>
          </w:p>
        </w:tc>
        <w:tc>
          <w:tcPr>
            <w:tcW w:type="dxa" w:w="1409"/>
            <w:vAlign w:val="center"/>
          </w:tcPr>
          <w:p>
            <w:r/>
            <w:r>
              <w:rPr>
                <w:rFonts w:ascii="Malgun Gothic" w:hAnsi="Malgun Gothic" w:eastAsia="Malgun Gothic"/>
                <w:b w:val="0"/>
                <w:sz w:val="14"/>
              </w:rPr>
              <w:t>0.034</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88.439</w:t>
            </w:r>
          </w:p>
        </w:tc>
        <w:tc>
          <w:tcPr>
            <w:tcW w:type="dxa" w:w="1409"/>
            <w:vAlign w:val="center"/>
          </w:tcPr>
          <w:p>
            <w:r/>
            <w:r>
              <w:rPr>
                <w:rFonts w:ascii="Malgun Gothic" w:hAnsi="Malgun Gothic" w:eastAsia="Malgun Gothic"/>
                <w:b w:val="0"/>
                <w:sz w:val="14"/>
              </w:rPr>
              <w:t>90.312</w:t>
            </w:r>
          </w:p>
        </w:tc>
        <w:tc>
          <w:tcPr>
            <w:tcW w:type="dxa" w:w="1409"/>
            <w:vAlign w:val="center"/>
          </w:tcPr>
          <w:p>
            <w:r/>
            <w:r>
              <w:rPr>
                <w:rFonts w:ascii="Malgun Gothic" w:hAnsi="Malgun Gothic" w:eastAsia="Malgun Gothic"/>
                <w:b w:val="0"/>
                <w:sz w:val="14"/>
              </w:rPr>
              <w:t>1.873</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91.51</w:t>
            </w:r>
          </w:p>
        </w:tc>
        <w:tc>
          <w:tcPr>
            <w:tcW w:type="dxa" w:w="1409"/>
            <w:vAlign w:val="center"/>
          </w:tcPr>
          <w:p>
            <w:r/>
            <w:r>
              <w:rPr>
                <w:rFonts w:ascii="Malgun Gothic" w:hAnsi="Malgun Gothic" w:eastAsia="Malgun Gothic"/>
                <w:b w:val="0"/>
                <w:sz w:val="14"/>
              </w:rPr>
              <w:t>92.253</w:t>
            </w:r>
          </w:p>
        </w:tc>
        <w:tc>
          <w:tcPr>
            <w:tcW w:type="dxa" w:w="1409"/>
            <w:vAlign w:val="center"/>
          </w:tcPr>
          <w:p>
            <w:r/>
            <w:r>
              <w:rPr>
                <w:rFonts w:ascii="Malgun Gothic" w:hAnsi="Malgun Gothic" w:eastAsia="Malgun Gothic"/>
                <w:b w:val="0"/>
                <w:sz w:val="14"/>
              </w:rPr>
              <w:t>0.743</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92.371</w:t>
            </w:r>
          </w:p>
        </w:tc>
        <w:tc>
          <w:tcPr>
            <w:tcW w:type="dxa" w:w="1409"/>
            <w:vAlign w:val="center"/>
          </w:tcPr>
          <w:p>
            <w:r/>
            <w:r>
              <w:rPr>
                <w:rFonts w:ascii="Malgun Gothic" w:hAnsi="Malgun Gothic" w:eastAsia="Malgun Gothic"/>
                <w:b w:val="0"/>
                <w:sz w:val="14"/>
              </w:rPr>
              <w:t>93.4</w:t>
            </w:r>
          </w:p>
        </w:tc>
        <w:tc>
          <w:tcPr>
            <w:tcW w:type="dxa" w:w="1409"/>
            <w:vAlign w:val="center"/>
          </w:tcPr>
          <w:p>
            <w:r/>
            <w:r>
              <w:rPr>
                <w:rFonts w:ascii="Malgun Gothic" w:hAnsi="Malgun Gothic" w:eastAsia="Malgun Gothic"/>
                <w:b w:val="0"/>
                <w:sz w:val="14"/>
              </w:rPr>
              <w:t>1.029</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95.02</w:t>
            </w:r>
          </w:p>
        </w:tc>
        <w:tc>
          <w:tcPr>
            <w:tcW w:type="dxa" w:w="1409"/>
            <w:vAlign w:val="center"/>
          </w:tcPr>
          <w:p>
            <w:r/>
            <w:r>
              <w:rPr>
                <w:rFonts w:ascii="Malgun Gothic" w:hAnsi="Malgun Gothic" w:eastAsia="Malgun Gothic"/>
                <w:b w:val="0"/>
                <w:sz w:val="14"/>
              </w:rPr>
              <w:t>95.78</w:t>
            </w:r>
          </w:p>
        </w:tc>
        <w:tc>
          <w:tcPr>
            <w:tcW w:type="dxa" w:w="1409"/>
            <w:vAlign w:val="center"/>
          </w:tcPr>
          <w:p>
            <w:r/>
            <w:r>
              <w:rPr>
                <w:rFonts w:ascii="Malgun Gothic" w:hAnsi="Malgun Gothic" w:eastAsia="Malgun Gothic"/>
                <w:b w:val="0"/>
                <w:sz w:val="14"/>
              </w:rPr>
              <w:t>0.759</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97.518</w:t>
            </w:r>
          </w:p>
        </w:tc>
        <w:tc>
          <w:tcPr>
            <w:tcW w:type="dxa" w:w="1409"/>
            <w:vAlign w:val="center"/>
          </w:tcPr>
          <w:p>
            <w:r/>
            <w:r>
              <w:rPr>
                <w:rFonts w:ascii="Malgun Gothic" w:hAnsi="Malgun Gothic" w:eastAsia="Malgun Gothic"/>
                <w:b w:val="0"/>
                <w:sz w:val="14"/>
              </w:rPr>
              <w:t>98.362</w:t>
            </w:r>
          </w:p>
        </w:tc>
        <w:tc>
          <w:tcPr>
            <w:tcW w:type="dxa" w:w="1409"/>
            <w:vAlign w:val="center"/>
          </w:tcPr>
          <w:p>
            <w:r/>
            <w:r>
              <w:rPr>
                <w:rFonts w:ascii="Malgun Gothic" w:hAnsi="Malgun Gothic" w:eastAsia="Malgun Gothic"/>
                <w:b w:val="0"/>
                <w:sz w:val="14"/>
              </w:rPr>
              <w:t>0.844</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99.003</w:t>
            </w:r>
          </w:p>
        </w:tc>
        <w:tc>
          <w:tcPr>
            <w:tcW w:type="dxa" w:w="1409"/>
            <w:vAlign w:val="center"/>
          </w:tcPr>
          <w:p>
            <w:r/>
            <w:r>
              <w:rPr>
                <w:rFonts w:ascii="Malgun Gothic" w:hAnsi="Malgun Gothic" w:eastAsia="Malgun Gothic"/>
                <w:b w:val="0"/>
                <w:sz w:val="14"/>
              </w:rPr>
              <w:t>100.555</w:t>
            </w:r>
          </w:p>
        </w:tc>
        <w:tc>
          <w:tcPr>
            <w:tcW w:type="dxa" w:w="1409"/>
            <w:vAlign w:val="center"/>
          </w:tcPr>
          <w:p>
            <w:r/>
            <w:r>
              <w:rPr>
                <w:rFonts w:ascii="Malgun Gothic" w:hAnsi="Malgun Gothic" w:eastAsia="Malgun Gothic"/>
                <w:b w:val="0"/>
                <w:sz w:val="14"/>
              </w:rPr>
              <w:t>1.552</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09__350002022300997.wav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101.686</w:t>
            </w:r>
          </w:p>
        </w:tc>
        <w:tc>
          <w:tcPr>
            <w:tcW w:type="dxa" w:w="1409"/>
            <w:vAlign w:val="center"/>
          </w:tcPr>
          <w:p>
            <w:r/>
            <w:r>
              <w:rPr>
                <w:rFonts w:ascii="Malgun Gothic" w:hAnsi="Malgun Gothic" w:eastAsia="Malgun Gothic"/>
                <w:b w:val="0"/>
                <w:sz w:val="14"/>
              </w:rPr>
              <w:t>103.053</w:t>
            </w:r>
          </w:p>
        </w:tc>
        <w:tc>
          <w:tcPr>
            <w:tcW w:type="dxa" w:w="1409"/>
            <w:vAlign w:val="center"/>
          </w:tcPr>
          <w:p>
            <w:r/>
            <w:r>
              <w:rPr>
                <w:rFonts w:ascii="Malgun Gothic" w:hAnsi="Malgun Gothic" w:eastAsia="Malgun Gothic"/>
                <w:b w:val="0"/>
                <w:sz w:val="14"/>
              </w:rPr>
              <w:t>1.367</w:t>
            </w:r>
          </w:p>
        </w:tc>
        <w:tc>
          <w:tcPr>
            <w:tcW w:type="dxa" w:w="1409"/>
            <w:vAlign w:val="center"/>
          </w:tcPr>
          <w:p>
            <w:r/>
            <w:r>
              <w:rPr>
                <w:rFonts w:ascii="Malgun Gothic" w:hAnsi="Malgun Gothic" w:eastAsia="Malgun Gothic"/>
                <w:b w:val="0"/>
                <w:sz w:val="14"/>
              </w:rPr>
              <w:t>C:\jupyter_env\VOC_full\09__350002022300997.wav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0.318</w:t>
            </w:r>
          </w:p>
        </w:tc>
        <w:tc>
          <w:tcPr>
            <w:tcW w:type="dxa" w:w="1409"/>
            <w:vAlign w:val="center"/>
          </w:tcPr>
          <w:p>
            <w:r/>
            <w:r>
              <w:rPr>
                <w:rFonts w:ascii="Malgun Gothic" w:hAnsi="Malgun Gothic" w:eastAsia="Malgun Gothic"/>
                <w:b w:val="0"/>
                <w:sz w:val="14"/>
              </w:rPr>
              <w:t>3.794</w:t>
            </w:r>
          </w:p>
        </w:tc>
        <w:tc>
          <w:tcPr>
            <w:tcW w:type="dxa" w:w="1409"/>
            <w:vAlign w:val="center"/>
          </w:tcPr>
          <w:p>
            <w:r/>
            <w:r>
              <w:rPr>
                <w:rFonts w:ascii="Malgun Gothic" w:hAnsi="Malgun Gothic" w:eastAsia="Malgun Gothic"/>
                <w:b w:val="0"/>
                <w:sz w:val="14"/>
              </w:rPr>
              <w:t>3.476</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4.351</w:t>
            </w:r>
          </w:p>
        </w:tc>
        <w:tc>
          <w:tcPr>
            <w:tcW w:type="dxa" w:w="1409"/>
            <w:vAlign w:val="center"/>
          </w:tcPr>
          <w:p>
            <w:r/>
            <w:r>
              <w:rPr>
                <w:rFonts w:ascii="Malgun Gothic" w:hAnsi="Malgun Gothic" w:eastAsia="Malgun Gothic"/>
                <w:b w:val="0"/>
                <w:sz w:val="14"/>
              </w:rPr>
              <w:t>7.034</w:t>
            </w:r>
          </w:p>
        </w:tc>
        <w:tc>
          <w:tcPr>
            <w:tcW w:type="dxa" w:w="1409"/>
            <w:vAlign w:val="center"/>
          </w:tcPr>
          <w:p>
            <w:r/>
            <w:r>
              <w:rPr>
                <w:rFonts w:ascii="Malgun Gothic" w:hAnsi="Malgun Gothic" w:eastAsia="Malgun Gothic"/>
                <w:b w:val="0"/>
                <w:sz w:val="14"/>
              </w:rPr>
              <w:t>2.683</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7.81</w:t>
            </w:r>
          </w:p>
        </w:tc>
        <w:tc>
          <w:tcPr>
            <w:tcW w:type="dxa" w:w="1409"/>
            <w:vAlign w:val="center"/>
          </w:tcPr>
          <w:p>
            <w:r/>
            <w:r>
              <w:rPr>
                <w:rFonts w:ascii="Malgun Gothic" w:hAnsi="Malgun Gothic" w:eastAsia="Malgun Gothic"/>
                <w:b w:val="0"/>
                <w:sz w:val="14"/>
              </w:rPr>
              <w:t>10.257</w:t>
            </w:r>
          </w:p>
        </w:tc>
        <w:tc>
          <w:tcPr>
            <w:tcW w:type="dxa" w:w="1409"/>
            <w:vAlign w:val="center"/>
          </w:tcPr>
          <w:p>
            <w:r/>
            <w:r>
              <w:rPr>
                <w:rFonts w:ascii="Malgun Gothic" w:hAnsi="Malgun Gothic" w:eastAsia="Malgun Gothic"/>
                <w:b w:val="0"/>
                <w:sz w:val="14"/>
              </w:rPr>
              <w:t>2.447</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10.882</w:t>
            </w:r>
          </w:p>
        </w:tc>
        <w:tc>
          <w:tcPr>
            <w:tcW w:type="dxa" w:w="1409"/>
            <w:vAlign w:val="center"/>
          </w:tcPr>
          <w:p>
            <w:r/>
            <w:r>
              <w:rPr>
                <w:rFonts w:ascii="Malgun Gothic" w:hAnsi="Malgun Gothic" w:eastAsia="Malgun Gothic"/>
                <w:b w:val="0"/>
                <w:sz w:val="14"/>
              </w:rPr>
              <w:t>12.299</w:t>
            </w:r>
          </w:p>
        </w:tc>
        <w:tc>
          <w:tcPr>
            <w:tcW w:type="dxa" w:w="1409"/>
            <w:vAlign w:val="center"/>
          </w:tcPr>
          <w:p>
            <w:r/>
            <w:r>
              <w:rPr>
                <w:rFonts w:ascii="Malgun Gothic" w:hAnsi="Malgun Gothic" w:eastAsia="Malgun Gothic"/>
                <w:b w:val="0"/>
                <w:sz w:val="14"/>
              </w:rPr>
              <w:t>1.418</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13.109</w:t>
            </w:r>
          </w:p>
        </w:tc>
        <w:tc>
          <w:tcPr>
            <w:tcW w:type="dxa" w:w="1409"/>
            <w:vAlign w:val="center"/>
          </w:tcPr>
          <w:p>
            <w:r/>
            <w:r>
              <w:rPr>
                <w:rFonts w:ascii="Malgun Gothic" w:hAnsi="Malgun Gothic" w:eastAsia="Malgun Gothic"/>
                <w:b w:val="0"/>
                <w:sz w:val="14"/>
              </w:rPr>
              <w:t>13.97</w:t>
            </w:r>
          </w:p>
        </w:tc>
        <w:tc>
          <w:tcPr>
            <w:tcW w:type="dxa" w:w="1409"/>
            <w:vAlign w:val="center"/>
          </w:tcPr>
          <w:p>
            <w:r/>
            <w:r>
              <w:rPr>
                <w:rFonts w:ascii="Malgun Gothic" w:hAnsi="Malgun Gothic" w:eastAsia="Malgun Gothic"/>
                <w:b w:val="0"/>
                <w:sz w:val="14"/>
              </w:rPr>
              <w:t>0.861</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15.657</w:t>
            </w:r>
          </w:p>
        </w:tc>
        <w:tc>
          <w:tcPr>
            <w:tcW w:type="dxa" w:w="1409"/>
            <w:vAlign w:val="center"/>
          </w:tcPr>
          <w:p>
            <w:r/>
            <w:r>
              <w:rPr>
                <w:rFonts w:ascii="Malgun Gothic" w:hAnsi="Malgun Gothic" w:eastAsia="Malgun Gothic"/>
                <w:b w:val="0"/>
                <w:sz w:val="14"/>
              </w:rPr>
              <w:t>16.298</w:t>
            </w:r>
          </w:p>
        </w:tc>
        <w:tc>
          <w:tcPr>
            <w:tcW w:type="dxa" w:w="1409"/>
            <w:vAlign w:val="center"/>
          </w:tcPr>
          <w:p>
            <w:r/>
            <w:r>
              <w:rPr>
                <w:rFonts w:ascii="Malgun Gothic" w:hAnsi="Malgun Gothic" w:eastAsia="Malgun Gothic"/>
                <w:b w:val="0"/>
                <w:sz w:val="14"/>
              </w:rPr>
              <w:t>0.641</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23.723</w:t>
            </w:r>
          </w:p>
        </w:tc>
        <w:tc>
          <w:tcPr>
            <w:tcW w:type="dxa" w:w="1409"/>
            <w:vAlign w:val="center"/>
          </w:tcPr>
          <w:p>
            <w:r/>
            <w:r>
              <w:rPr>
                <w:rFonts w:ascii="Malgun Gothic" w:hAnsi="Malgun Gothic" w:eastAsia="Malgun Gothic"/>
                <w:b w:val="0"/>
                <w:sz w:val="14"/>
              </w:rPr>
              <w:t>24.415</w:t>
            </w:r>
          </w:p>
        </w:tc>
        <w:tc>
          <w:tcPr>
            <w:tcW w:type="dxa" w:w="1409"/>
            <w:vAlign w:val="center"/>
          </w:tcPr>
          <w:p>
            <w:r/>
            <w:r>
              <w:rPr>
                <w:rFonts w:ascii="Malgun Gothic" w:hAnsi="Malgun Gothic" w:eastAsia="Malgun Gothic"/>
                <w:b w:val="0"/>
                <w:sz w:val="14"/>
              </w:rPr>
              <w:t>0.692</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09__350002022300998.wav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42.978</w:t>
            </w:r>
          </w:p>
        </w:tc>
        <w:tc>
          <w:tcPr>
            <w:tcW w:type="dxa" w:w="1409"/>
            <w:vAlign w:val="center"/>
          </w:tcPr>
          <w:p>
            <w:r/>
            <w:r>
              <w:rPr>
                <w:rFonts w:ascii="Malgun Gothic" w:hAnsi="Malgun Gothic" w:eastAsia="Malgun Gothic"/>
                <w:b w:val="0"/>
                <w:sz w:val="14"/>
              </w:rPr>
              <w:t>43.113</w:t>
            </w:r>
          </w:p>
        </w:tc>
        <w:tc>
          <w:tcPr>
            <w:tcW w:type="dxa" w:w="1409"/>
            <w:vAlign w:val="center"/>
          </w:tcPr>
          <w:p>
            <w:r/>
            <w:r>
              <w:rPr>
                <w:rFonts w:ascii="Malgun Gothic" w:hAnsi="Malgun Gothic" w:eastAsia="Malgun Gothic"/>
                <w:b w:val="0"/>
                <w:sz w:val="14"/>
              </w:rPr>
              <w:t>0.135</w:t>
            </w:r>
          </w:p>
        </w:tc>
        <w:tc>
          <w:tcPr>
            <w:tcW w:type="dxa" w:w="1409"/>
            <w:vAlign w:val="center"/>
          </w:tcPr>
          <w:p>
            <w:r/>
            <w:r>
              <w:rPr>
                <w:rFonts w:ascii="Malgun Gothic" w:hAnsi="Malgun Gothic" w:eastAsia="Malgun Gothic"/>
                <w:b w:val="0"/>
                <w:sz w:val="14"/>
              </w:rPr>
              <w:t>C:\jupyter_env\VOC_full\09__350002022300998.wav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0.773</w:t>
            </w:r>
          </w:p>
        </w:tc>
        <w:tc>
          <w:tcPr>
            <w:tcW w:type="dxa" w:w="1409"/>
            <w:vAlign w:val="center"/>
          </w:tcPr>
          <w:p>
            <w:r/>
            <w:r>
              <w:rPr>
                <w:rFonts w:ascii="Malgun Gothic" w:hAnsi="Malgun Gothic" w:eastAsia="Malgun Gothic"/>
                <w:b w:val="0"/>
                <w:sz w:val="14"/>
              </w:rPr>
              <w:t>1.195</w:t>
            </w:r>
          </w:p>
        </w:tc>
        <w:tc>
          <w:tcPr>
            <w:tcW w:type="dxa" w:w="1409"/>
            <w:vAlign w:val="center"/>
          </w:tcPr>
          <w:p>
            <w:r/>
            <w:r>
              <w:rPr>
                <w:rFonts w:ascii="Malgun Gothic" w:hAnsi="Malgun Gothic" w:eastAsia="Malgun Gothic"/>
                <w:b w:val="0"/>
                <w:sz w:val="14"/>
              </w:rPr>
              <w:t>0.422</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5.988</w:t>
            </w:r>
          </w:p>
        </w:tc>
        <w:tc>
          <w:tcPr>
            <w:tcW w:type="dxa" w:w="1409"/>
            <w:vAlign w:val="center"/>
          </w:tcPr>
          <w:p>
            <w:r/>
            <w:r>
              <w:rPr>
                <w:rFonts w:ascii="Malgun Gothic" w:hAnsi="Malgun Gothic" w:eastAsia="Malgun Gothic"/>
                <w:b w:val="0"/>
                <w:sz w:val="14"/>
              </w:rPr>
              <w:t>6.292</w:t>
            </w:r>
          </w:p>
        </w:tc>
        <w:tc>
          <w:tcPr>
            <w:tcW w:type="dxa" w:w="1409"/>
            <w:vAlign w:val="center"/>
          </w:tcPr>
          <w:p>
            <w:r/>
            <w:r>
              <w:rPr>
                <w:rFonts w:ascii="Malgun Gothic" w:hAnsi="Malgun Gothic" w:eastAsia="Malgun Gothic"/>
                <w:b w:val="0"/>
                <w:sz w:val="14"/>
              </w:rPr>
              <w:t>0.304</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20.365</w:t>
            </w:r>
          </w:p>
        </w:tc>
        <w:tc>
          <w:tcPr>
            <w:tcW w:type="dxa" w:w="1409"/>
            <w:vAlign w:val="center"/>
          </w:tcPr>
          <w:p>
            <w:r/>
            <w:r>
              <w:rPr>
                <w:rFonts w:ascii="Malgun Gothic" w:hAnsi="Malgun Gothic" w:eastAsia="Malgun Gothic"/>
                <w:b w:val="0"/>
                <w:sz w:val="14"/>
              </w:rPr>
              <w:t>20.635</w:t>
            </w:r>
          </w:p>
        </w:tc>
        <w:tc>
          <w:tcPr>
            <w:tcW w:type="dxa" w:w="1409"/>
            <w:vAlign w:val="center"/>
          </w:tcPr>
          <w:p>
            <w:r/>
            <w:r>
              <w:rPr>
                <w:rFonts w:ascii="Malgun Gothic" w:hAnsi="Malgun Gothic" w:eastAsia="Malgun Gothic"/>
                <w:b w:val="0"/>
                <w:sz w:val="14"/>
              </w:rPr>
              <w:t>0.27</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24.027</w:t>
            </w:r>
          </w:p>
        </w:tc>
        <w:tc>
          <w:tcPr>
            <w:tcW w:type="dxa" w:w="1409"/>
            <w:vAlign w:val="center"/>
          </w:tcPr>
          <w:p>
            <w:r/>
            <w:r>
              <w:rPr>
                <w:rFonts w:ascii="Malgun Gothic" w:hAnsi="Malgun Gothic" w:eastAsia="Malgun Gothic"/>
                <w:b w:val="0"/>
                <w:sz w:val="14"/>
              </w:rPr>
              <w:t>24.837</w:t>
            </w:r>
          </w:p>
        </w:tc>
        <w:tc>
          <w:tcPr>
            <w:tcW w:type="dxa" w:w="1409"/>
            <w:vAlign w:val="center"/>
          </w:tcPr>
          <w:p>
            <w:r/>
            <w:r>
              <w:rPr>
                <w:rFonts w:ascii="Malgun Gothic" w:hAnsi="Malgun Gothic" w:eastAsia="Malgun Gothic"/>
                <w:b w:val="0"/>
                <w:sz w:val="14"/>
              </w:rPr>
              <w:t>0.81</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25.225</w:t>
            </w:r>
          </w:p>
        </w:tc>
        <w:tc>
          <w:tcPr>
            <w:tcW w:type="dxa" w:w="1409"/>
            <w:vAlign w:val="center"/>
          </w:tcPr>
          <w:p>
            <w:r/>
            <w:r>
              <w:rPr>
                <w:rFonts w:ascii="Malgun Gothic" w:hAnsi="Malgun Gothic" w:eastAsia="Malgun Gothic"/>
                <w:b w:val="0"/>
                <w:sz w:val="14"/>
              </w:rPr>
              <w:t>31.165</w:t>
            </w:r>
          </w:p>
        </w:tc>
        <w:tc>
          <w:tcPr>
            <w:tcW w:type="dxa" w:w="1409"/>
            <w:vAlign w:val="center"/>
          </w:tcPr>
          <w:p>
            <w:r/>
            <w:r>
              <w:rPr>
                <w:rFonts w:ascii="Malgun Gothic" w:hAnsi="Malgun Gothic" w:eastAsia="Malgun Gothic"/>
                <w:b w:val="0"/>
                <w:sz w:val="14"/>
              </w:rPr>
              <w:t>5.94</w:t>
            </w:r>
          </w:p>
        </w:tc>
        <w:tc>
          <w:tcPr>
            <w:tcW w:type="dxa" w:w="1409"/>
            <w:vAlign w:val="center"/>
          </w:tcPr>
          <w:p>
            <w:r/>
            <w:r>
              <w:rPr>
                <w:rFonts w:ascii="Malgun Gothic" w:hAnsi="Malgun Gothic" w:eastAsia="Malgun Gothic"/>
                <w:b w:val="0"/>
                <w:sz w:val="14"/>
              </w:rPr>
              <w:t>C:\jupyter_env\VOC_full\09__350002022300999.wav</w:t>
            </w:r>
          </w:p>
        </w:tc>
      </w:tr>
      <w:tr>
        <w:trPr>
          <w:cantSplit/>
        </w:trPr>
        <w:tc>
          <w:tcPr>
            <w:tcW w:type="dxa" w:w="1409"/>
            <w:vAlign w:val="center"/>
          </w:tcPr>
          <w:p>
            <w:r/>
            <w:r>
              <w:rPr>
                <w:rFonts w:ascii="Malgun Gothic" w:hAnsi="Malgun Gothic" w:eastAsia="Malgun Gothic"/>
                <w:b w:val="0"/>
                <w:sz w:val="14"/>
              </w:rPr>
              <w:t>09__350002022300999.wav</w:t>
            </w:r>
          </w:p>
        </w:tc>
        <w:tc>
          <w:tcPr>
            <w:tcW w:type="dxa" w:w="1409"/>
            <w:vAlign w:val="center"/>
          </w:tcPr>
          <w:p>
            <w:r/>
            <w:r>
              <w:rPr>
                <w:rFonts w:ascii="Malgun Gothic" w:hAnsi="Malgun Gothic" w:eastAsia="Malgun Gothic"/>
                <w:b w:val="0"/>
                <w:sz w:val="14"/>
              </w:rPr>
              <w:t>SPEAKER_00</w:t>
            </w:r>
          </w:p>
        </w:tc>
        <w:tc>
          <w:tcPr>
            <w:tcW w:type="dxa" w:w="1409"/>
            <w:vAlign w:val="center"/>
          </w:tcPr>
          <w:p>
            <w:r/>
            <w:r>
              <w:rPr>
                <w:rFonts w:ascii="Malgun Gothic" w:hAnsi="Malgun Gothic" w:eastAsia="Malgun Gothic"/>
                <w:b w:val="0"/>
                <w:sz w:val="14"/>
              </w:rPr>
              <w:t>customer_candidate</w:t>
            </w:r>
          </w:p>
        </w:tc>
        <w:tc>
          <w:tcPr>
            <w:tcW w:type="dxa" w:w="1409"/>
            <w:vAlign w:val="center"/>
          </w:tcPr>
          <w:p>
            <w:r/>
            <w:r>
              <w:rPr>
                <w:rFonts w:ascii="Malgun Gothic" w:hAnsi="Malgun Gothic" w:eastAsia="Malgun Gothic"/>
                <w:b w:val="0"/>
                <w:sz w:val="14"/>
              </w:rPr>
              <w:t>32.887</w:t>
            </w:r>
          </w:p>
        </w:tc>
        <w:tc>
          <w:tcPr>
            <w:tcW w:type="dxa" w:w="1409"/>
            <w:vAlign w:val="center"/>
          </w:tcPr>
          <w:p>
            <w:r/>
            <w:r>
              <w:rPr>
                <w:rFonts w:ascii="Malgun Gothic" w:hAnsi="Malgun Gothic" w:eastAsia="Malgun Gothic"/>
                <w:b w:val="0"/>
                <w:sz w:val="14"/>
              </w:rPr>
              <w:t>34.405</w:t>
            </w:r>
          </w:p>
        </w:tc>
        <w:tc>
          <w:tcPr>
            <w:tcW w:type="dxa" w:w="1409"/>
            <w:vAlign w:val="center"/>
          </w:tcPr>
          <w:p>
            <w:r/>
            <w:r>
              <w:rPr>
                <w:rFonts w:ascii="Malgun Gothic" w:hAnsi="Malgun Gothic" w:eastAsia="Malgun Gothic"/>
                <w:b w:val="0"/>
                <w:sz w:val="14"/>
              </w:rPr>
              <w:t>1.519</w:t>
            </w:r>
          </w:p>
        </w:tc>
        <w:tc>
          <w:tcPr>
            <w:tcW w:type="dxa" w:w="1409"/>
            <w:vAlign w:val="center"/>
          </w:tcPr>
          <w:p>
            <w:r/>
            <w:r>
              <w:rPr>
                <w:rFonts w:ascii="Malgun Gothic" w:hAnsi="Malgun Gothic" w:eastAsia="Malgun Gothic"/>
                <w:b w:val="0"/>
                <w:sz w:val="14"/>
              </w:rPr>
              <w:t>C:\jupyter_env\VOC_full\09__350002022300999.wav</w:t>
            </w:r>
          </w:p>
        </w:tc>
      </w:tr>
    </w:tbl>
    <w:p/>
    <w:p>
      <w:r>
        <w:t>전체 행 포함</w:t>
      </w:r>
    </w:p>
    <w:p>
      <w:r>
        <w:rPr>
          <w:b/>
        </w:rPr>
        <w:t>산출물 CSV: research_continuity/25_customer_agent_interaction_v182/other_speaker_segments_v182.csv (행 0, 열 0)</w:t>
      </w:r>
    </w:p>
    <w:tbl>
      <w:tblPr>
        <w:tblStyle w:val="TableGrid"/>
        <w:tblW w:type="auto" w:w="0"/>
        <w:jc w:val="center"/>
        <w:tblLook w:firstColumn="1" w:firstRow="1" w:lastColumn="0" w:lastRow="0" w:noHBand="0" w:noVBand="1" w:val="04A0"/>
      </w:tblPr>
      <w:tblGrid>
  </w:tblGrid>
      <w:tr>
        <w:trPr>
          <w:tblHeader w:val="true"/>
          <w:cantSplit/>
        </w:trPr>
      </w:tr>
    </w:tbl>
    <w:p/>
    <w:p>
      <w:r>
        <w:t>대용량 표의 앞/뒤 표본 및 구조 포함; 원본 전수 행은 데이터 부록 ZIP 포함</w:t>
      </w:r>
    </w:p>
    <w:p>
      <w:r>
        <w:rPr>
          <w:b/>
        </w:rPr>
        <w:t>산출물 CSV: research_continuity/25_customer_agent_interaction_v182/speaker0_customer_candidate_call_records_1000_v194.csv (행 1,000,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audio_name</w:t>
            </w:r>
          </w:p>
        </w:tc>
        <w:tc>
          <w:tcPr>
            <w:tcW w:type="dxa" w:w="580"/>
          </w:tcPr>
          <w:p>
            <w:r/>
            <w:r>
              <w:rPr>
                <w:rFonts w:ascii="Malgun Gothic" w:hAnsi="Malgun Gothic" w:eastAsia="Malgun Gothic"/>
                <w:b/>
                <w:sz w:val="14"/>
              </w:rPr>
              <w:t>speaker</w:t>
            </w:r>
          </w:p>
        </w:tc>
        <w:tc>
          <w:tcPr>
            <w:tcW w:type="dxa" w:w="580"/>
          </w:tcPr>
          <w:p>
            <w:r/>
            <w:r>
              <w:rPr>
                <w:rFonts w:ascii="Malgun Gothic" w:hAnsi="Malgun Gothic" w:eastAsia="Malgun Gothic"/>
                <w:b/>
                <w:sz w:val="14"/>
              </w:rPr>
              <w:t>role_candidate</w:t>
            </w:r>
          </w:p>
        </w:tc>
        <w:tc>
          <w:tcPr>
            <w:tcW w:type="dxa" w:w="580"/>
          </w:tcPr>
          <w:p>
            <w:r/>
            <w:r>
              <w:rPr>
                <w:rFonts w:ascii="Malgun Gothic" w:hAnsi="Malgun Gothic" w:eastAsia="Malgun Gothic"/>
                <w:b/>
                <w:sz w:val="14"/>
              </w:rPr>
              <w:t>segment_count</w:t>
            </w:r>
          </w:p>
        </w:tc>
        <w:tc>
          <w:tcPr>
            <w:tcW w:type="dxa" w:w="580"/>
          </w:tcPr>
          <w:p>
            <w:r/>
            <w:r>
              <w:rPr>
                <w:rFonts w:ascii="Malgun Gothic" w:hAnsi="Malgun Gothic" w:eastAsia="Malgun Gothic"/>
                <w:b/>
                <w:sz w:val="14"/>
              </w:rPr>
              <w:t>total_speech_sec</w:t>
            </w:r>
          </w:p>
        </w:tc>
        <w:tc>
          <w:tcPr>
            <w:tcW w:type="dxa" w:w="580"/>
          </w:tcPr>
          <w:p>
            <w:r/>
            <w:r>
              <w:rPr>
                <w:rFonts w:ascii="Malgun Gothic" w:hAnsi="Malgun Gothic" w:eastAsia="Malgun Gothic"/>
                <w:b/>
                <w:sz w:val="14"/>
              </w:rPr>
              <w:t>speech_ratio_in_call</w:t>
            </w:r>
          </w:p>
        </w:tc>
        <w:tc>
          <w:tcPr>
            <w:tcW w:type="dxa" w:w="580"/>
          </w:tcPr>
          <w:p>
            <w:r/>
            <w:r>
              <w:rPr>
                <w:rFonts w:ascii="Malgun Gothic" w:hAnsi="Malgun Gothic" w:eastAsia="Malgun Gothic"/>
                <w:b/>
                <w:sz w:val="14"/>
              </w:rPr>
              <w:t>mean_segment_sec</w:t>
            </w:r>
          </w:p>
        </w:tc>
        <w:tc>
          <w:tcPr>
            <w:tcW w:type="dxa" w:w="580"/>
          </w:tcPr>
          <w:p>
            <w:r/>
            <w:r>
              <w:rPr>
                <w:rFonts w:ascii="Malgun Gothic" w:hAnsi="Malgun Gothic" w:eastAsia="Malgun Gothic"/>
                <w:b/>
                <w:sz w:val="14"/>
              </w:rPr>
              <w:t>median_segment_sec</w:t>
            </w:r>
          </w:p>
        </w:tc>
        <w:tc>
          <w:tcPr>
            <w:tcW w:type="dxa" w:w="580"/>
          </w:tcPr>
          <w:p>
            <w:r/>
            <w:r>
              <w:rPr>
                <w:rFonts w:ascii="Malgun Gothic" w:hAnsi="Malgun Gothic" w:eastAsia="Malgun Gothic"/>
                <w:b/>
                <w:sz w:val="14"/>
              </w:rPr>
              <w:t>first_start_sec</w:t>
            </w:r>
          </w:p>
        </w:tc>
        <w:tc>
          <w:tcPr>
            <w:tcW w:type="dxa" w:w="580"/>
          </w:tcPr>
          <w:p>
            <w:r/>
            <w:r>
              <w:rPr>
                <w:rFonts w:ascii="Malgun Gothic" w:hAnsi="Malgun Gothic" w:eastAsia="Malgun Gothic"/>
                <w:b/>
                <w:sz w:val="14"/>
              </w:rPr>
              <w:t>last_end_sec</w:t>
            </w:r>
          </w:p>
        </w:tc>
        <w:tc>
          <w:tcPr>
            <w:tcW w:type="dxa" w:w="580"/>
          </w:tcPr>
          <w:p>
            <w:r/>
            <w:r>
              <w:rPr>
                <w:rFonts w:ascii="Malgun Gothic" w:hAnsi="Malgun Gothic" w:eastAsia="Malgun Gothic"/>
                <w:b/>
                <w:sz w:val="14"/>
              </w:rPr>
              <w:t>side_status</w:t>
            </w:r>
          </w:p>
        </w:tc>
        <w:tc>
          <w:tcPr>
            <w:tcW w:type="dxa" w:w="580"/>
          </w:tcPr>
          <w:p>
            <w:r/>
            <w:r>
              <w:rPr>
                <w:rFonts w:ascii="Malgun Gothic" w:hAnsi="Malgun Gothic" w:eastAsia="Malgun Gothic"/>
                <w:b/>
                <w:sz w:val="14"/>
              </w:rPr>
              <w:t>detected_in_diarization</w:t>
            </w:r>
          </w:p>
        </w:tc>
        <w:tc>
          <w:tcPr>
            <w:tcW w:type="dxa" w:w="580"/>
          </w:tcPr>
          <w:p>
            <w:r/>
            <w:r>
              <w:rPr>
                <w:rFonts w:ascii="Malgun Gothic" w:hAnsi="Malgun Gothic" w:eastAsia="Malgun Gothic"/>
                <w:b/>
                <w:sz w:val="14"/>
              </w:rPr>
              <w:t>missing_reason</w:t>
            </w:r>
          </w:p>
        </w:tc>
        <w:tc>
          <w:tcPr>
            <w:tcW w:type="dxa" w:w="580"/>
          </w:tcPr>
          <w:p>
            <w:r/>
            <w:r>
              <w:rPr>
                <w:rFonts w:ascii="Malgun Gothic" w:hAnsi="Malgun Gothic" w:eastAsia="Malgun Gothic"/>
                <w:b/>
                <w:sz w:val="14"/>
              </w:rPr>
              <w:t>speaker_side_key</w:t>
            </w:r>
          </w:p>
        </w:tc>
        <w:tc>
          <w:tcPr>
            <w:tcW w:type="dxa" w:w="580"/>
          </w:tcPr>
          <w:p>
            <w:r/>
            <w:r>
              <w:rPr>
                <w:rFonts w:ascii="Malgun Gothic" w:hAnsi="Malgun Gothic" w:eastAsia="Malgun Gothic"/>
                <w:b/>
                <w:sz w:val="14"/>
              </w:rPr>
              <w:t>role_confirmed</w:t>
            </w:r>
          </w:p>
        </w:tc>
        <w:tc>
          <w:tcPr>
            <w:tcW w:type="dxa" w:w="580"/>
          </w:tcPr>
          <w:p>
            <w:r/>
            <w:r>
              <w:rPr>
                <w:rFonts w:ascii="Malgun Gothic" w:hAnsi="Malgun Gothic" w:eastAsia="Malgun Gothic"/>
                <w:b/>
                <w:sz w:val="14"/>
              </w:rPr>
              <w:t>claim_policy</w:t>
            </w:r>
          </w:p>
        </w:tc>
        <w:tc>
          <w:tcPr>
            <w:tcW w:type="dxa" w:w="580"/>
          </w:tcPr>
          <w:p>
            <w:r/>
            <w:r>
              <w:rPr>
                <w:rFonts w:ascii="Malgun Gothic" w:hAnsi="Malgun Gothic" w:eastAsia="Malgun Gothic"/>
                <w:b/>
                <w:sz w:val="14"/>
              </w:rPr>
              <w:t>unit_definition</w:t>
            </w:r>
          </w:p>
        </w:tc>
      </w:tr>
      <w:tr>
        <w:trPr>
          <w:cantSplit/>
        </w:trPr>
        <w:tc>
          <w:tcPr>
            <w:tcW w:type="dxa" w:w="580"/>
            <w:vAlign w:val="center"/>
          </w:tcPr>
          <w:p>
            <w:r/>
            <w:r>
              <w:rPr>
                <w:rFonts w:ascii="Malgun Gothic" w:hAnsi="Malgun Gothic" w:eastAsia="Malgun Gothic"/>
                <w:b w:val="0"/>
                <w:sz w:val="14"/>
              </w:rPr>
              <w:t>00__350002022300000.wav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89</w:t>
            </w:r>
          </w:p>
        </w:tc>
        <w:tc>
          <w:tcPr>
            <w:tcW w:type="dxa" w:w="580"/>
            <w:vAlign w:val="center"/>
          </w:tcPr>
          <w:p>
            <w:r/>
            <w:r>
              <w:rPr>
                <w:rFonts w:ascii="Malgun Gothic" w:hAnsi="Malgun Gothic" w:eastAsia="Malgun Gothic"/>
                <w:b w:val="0"/>
                <w:sz w:val="14"/>
              </w:rPr>
              <w:t>141.581</w:t>
            </w:r>
          </w:p>
        </w:tc>
        <w:tc>
          <w:tcPr>
            <w:tcW w:type="dxa" w:w="580"/>
            <w:vAlign w:val="center"/>
          </w:tcPr>
          <w:p>
            <w:r/>
            <w:r>
              <w:rPr>
                <w:rFonts w:ascii="Malgun Gothic" w:hAnsi="Malgun Gothic" w:eastAsia="Malgun Gothic"/>
                <w:b w:val="0"/>
                <w:sz w:val="14"/>
              </w:rPr>
              <w:t>0.270357</w:t>
            </w:r>
          </w:p>
        </w:tc>
        <w:tc>
          <w:tcPr>
            <w:tcW w:type="dxa" w:w="580"/>
            <w:vAlign w:val="center"/>
          </w:tcPr>
          <w:p>
            <w:r/>
            <w:r>
              <w:rPr>
                <w:rFonts w:ascii="Malgun Gothic" w:hAnsi="Malgun Gothic" w:eastAsia="Malgun Gothic"/>
                <w:b w:val="0"/>
                <w:sz w:val="14"/>
              </w:rPr>
              <w:t>1.590798</w:t>
            </w:r>
          </w:p>
        </w:tc>
        <w:tc>
          <w:tcPr>
            <w:tcW w:type="dxa" w:w="580"/>
            <w:vAlign w:val="center"/>
          </w:tcPr>
          <w:p>
            <w:r/>
            <w:r>
              <w:rPr>
                <w:rFonts w:ascii="Malgun Gothic" w:hAnsi="Malgun Gothic" w:eastAsia="Malgun Gothic"/>
                <w:b w:val="0"/>
                <w:sz w:val="14"/>
              </w:rPr>
              <w:t>1.063</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522.093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00__350002022300000.wav::SPEAKER_00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00__350002022300001.wav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29</w:t>
            </w:r>
          </w:p>
        </w:tc>
        <w:tc>
          <w:tcPr>
            <w:tcW w:type="dxa" w:w="580"/>
            <w:vAlign w:val="center"/>
          </w:tcPr>
          <w:p>
            <w:r/>
            <w:r>
              <w:rPr>
                <w:rFonts w:ascii="Malgun Gothic" w:hAnsi="Malgun Gothic" w:eastAsia="Malgun Gothic"/>
                <w:b w:val="0"/>
                <w:sz w:val="14"/>
              </w:rPr>
              <w:t>59.638</w:t>
            </w:r>
          </w:p>
        </w:tc>
        <w:tc>
          <w:tcPr>
            <w:tcW w:type="dxa" w:w="580"/>
            <w:vAlign w:val="center"/>
          </w:tcPr>
          <w:p>
            <w:r/>
            <w:r>
              <w:rPr>
                <w:rFonts w:ascii="Malgun Gothic" w:hAnsi="Malgun Gothic" w:eastAsia="Malgun Gothic"/>
                <w:b w:val="0"/>
                <w:sz w:val="14"/>
              </w:rPr>
              <w:t>0.411135</w:t>
            </w:r>
          </w:p>
        </w:tc>
        <w:tc>
          <w:tcPr>
            <w:tcW w:type="dxa" w:w="580"/>
            <w:vAlign w:val="center"/>
          </w:tcPr>
          <w:p>
            <w:r/>
            <w:r>
              <w:rPr>
                <w:rFonts w:ascii="Malgun Gothic" w:hAnsi="Malgun Gothic" w:eastAsia="Malgun Gothic"/>
                <w:b w:val="0"/>
                <w:sz w:val="14"/>
              </w:rPr>
              <w:t>2.056483</w:t>
            </w:r>
          </w:p>
        </w:tc>
        <w:tc>
          <w:tcPr>
            <w:tcW w:type="dxa" w:w="580"/>
            <w:vAlign w:val="center"/>
          </w:tcPr>
          <w:p>
            <w:r/>
            <w:r>
              <w:rPr>
                <w:rFonts w:ascii="Malgun Gothic" w:hAnsi="Malgun Gothic" w:eastAsia="Malgun Gothic"/>
                <w:b w:val="0"/>
                <w:sz w:val="14"/>
              </w:rPr>
              <w:t>1.401</w:t>
            </w:r>
          </w:p>
        </w:tc>
        <w:tc>
          <w:tcPr>
            <w:tcW w:type="dxa" w:w="580"/>
            <w:vAlign w:val="center"/>
          </w:tcPr>
          <w:p>
            <w:r/>
            <w:r>
              <w:rPr>
                <w:rFonts w:ascii="Malgun Gothic" w:hAnsi="Malgun Gothic" w:eastAsia="Malgun Gothic"/>
                <w:b w:val="0"/>
                <w:sz w:val="14"/>
              </w:rPr>
              <w:t>0.301</w:t>
            </w:r>
          </w:p>
        </w:tc>
        <w:tc>
          <w:tcPr>
            <w:tcW w:type="dxa" w:w="580"/>
            <w:vAlign w:val="center"/>
          </w:tcPr>
          <w:p>
            <w:r/>
            <w:r>
              <w:rPr>
                <w:rFonts w:ascii="Malgun Gothic" w:hAnsi="Malgun Gothic" w:eastAsia="Malgun Gothic"/>
                <w:b w:val="0"/>
                <w:sz w:val="14"/>
              </w:rPr>
              <w:t>145.358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00__350002022300001.wav::SPEAKER_00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00__350002022300002.wav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17</w:t>
            </w:r>
          </w:p>
        </w:tc>
        <w:tc>
          <w:tcPr>
            <w:tcW w:type="dxa" w:w="580"/>
            <w:vAlign w:val="center"/>
          </w:tcPr>
          <w:p>
            <w:r/>
            <w:r>
              <w:rPr>
                <w:rFonts w:ascii="Malgun Gothic" w:hAnsi="Malgun Gothic" w:eastAsia="Malgun Gothic"/>
                <w:b w:val="0"/>
                <w:sz w:val="14"/>
              </w:rPr>
              <w:t>33.024</w:t>
            </w:r>
          </w:p>
        </w:tc>
        <w:tc>
          <w:tcPr>
            <w:tcW w:type="dxa" w:w="580"/>
            <w:vAlign w:val="center"/>
          </w:tcPr>
          <w:p>
            <w:r/>
            <w:r>
              <w:rPr>
                <w:rFonts w:ascii="Malgun Gothic" w:hAnsi="Malgun Gothic" w:eastAsia="Malgun Gothic"/>
                <w:b w:val="0"/>
                <w:sz w:val="14"/>
              </w:rPr>
              <w:t>0.528485</w:t>
            </w:r>
          </w:p>
        </w:tc>
        <w:tc>
          <w:tcPr>
            <w:tcW w:type="dxa" w:w="580"/>
            <w:vAlign w:val="center"/>
          </w:tcPr>
          <w:p>
            <w:r/>
            <w:r>
              <w:rPr>
                <w:rFonts w:ascii="Malgun Gothic" w:hAnsi="Malgun Gothic" w:eastAsia="Malgun Gothic"/>
                <w:b w:val="0"/>
                <w:sz w:val="14"/>
              </w:rPr>
              <w:t>1.942588</w:t>
            </w:r>
          </w:p>
        </w:tc>
        <w:tc>
          <w:tcPr>
            <w:tcW w:type="dxa" w:w="580"/>
            <w:vAlign w:val="center"/>
          </w:tcPr>
          <w:p>
            <w:r/>
            <w:r>
              <w:rPr>
                <w:rFonts w:ascii="Malgun Gothic" w:hAnsi="Malgun Gothic" w:eastAsia="Malgun Gothic"/>
                <w:b w:val="0"/>
                <w:sz w:val="14"/>
              </w:rPr>
              <w:t>1.063</w:t>
            </w:r>
          </w:p>
        </w:tc>
        <w:tc>
          <w:tcPr>
            <w:tcW w:type="dxa" w:w="580"/>
            <w:vAlign w:val="center"/>
          </w:tcPr>
          <w:p>
            <w:r/>
            <w:r>
              <w:rPr>
                <w:rFonts w:ascii="Malgun Gothic" w:hAnsi="Malgun Gothic" w:eastAsia="Malgun Gothic"/>
                <w:b w:val="0"/>
                <w:sz w:val="14"/>
              </w:rPr>
              <w:t>3.001</w:t>
            </w:r>
          </w:p>
        </w:tc>
        <w:tc>
          <w:tcPr>
            <w:tcW w:type="dxa" w:w="580"/>
            <w:vAlign w:val="center"/>
          </w:tcPr>
          <w:p>
            <w:r/>
            <w:r>
              <w:rPr>
                <w:rFonts w:ascii="Malgun Gothic" w:hAnsi="Malgun Gothic" w:eastAsia="Malgun Gothic"/>
                <w:b w:val="0"/>
                <w:sz w:val="14"/>
              </w:rPr>
              <w:t>63.076</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00__350002022300002.wav::SPEAKER_00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00__350002022300003.wav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12</w:t>
            </w:r>
          </w:p>
        </w:tc>
        <w:tc>
          <w:tcPr>
            <w:tcW w:type="dxa" w:w="580"/>
            <w:vAlign w:val="center"/>
          </w:tcPr>
          <w:p>
            <w:r/>
            <w:r>
              <w:rPr>
                <w:rFonts w:ascii="Malgun Gothic" w:hAnsi="Malgun Gothic" w:eastAsia="Malgun Gothic"/>
                <w:b w:val="0"/>
                <w:sz w:val="14"/>
              </w:rPr>
              <w:t>24.081</w:t>
            </w:r>
          </w:p>
        </w:tc>
        <w:tc>
          <w:tcPr>
            <w:tcW w:type="dxa" w:w="580"/>
            <w:vAlign w:val="center"/>
          </w:tcPr>
          <w:p>
            <w:r/>
            <w:r>
              <w:rPr>
                <w:rFonts w:ascii="Malgun Gothic" w:hAnsi="Malgun Gothic" w:eastAsia="Malgun Gothic"/>
                <w:b w:val="0"/>
                <w:sz w:val="14"/>
              </w:rPr>
              <w:t>0.452446</w:t>
            </w:r>
          </w:p>
        </w:tc>
        <w:tc>
          <w:tcPr>
            <w:tcW w:type="dxa" w:w="580"/>
            <w:vAlign w:val="center"/>
          </w:tcPr>
          <w:p>
            <w:r/>
            <w:r>
              <w:rPr>
                <w:rFonts w:ascii="Malgun Gothic" w:hAnsi="Malgun Gothic" w:eastAsia="Malgun Gothic"/>
                <w:b w:val="0"/>
                <w:sz w:val="14"/>
              </w:rPr>
              <w:t>2.00675</w:t>
            </w:r>
          </w:p>
        </w:tc>
        <w:tc>
          <w:tcPr>
            <w:tcW w:type="dxa" w:w="580"/>
            <w:vAlign w:val="center"/>
          </w:tcPr>
          <w:p>
            <w:r/>
            <w:r>
              <w:rPr>
                <w:rFonts w:ascii="Malgun Gothic" w:hAnsi="Malgun Gothic" w:eastAsia="Malgun Gothic"/>
                <w:b w:val="0"/>
                <w:sz w:val="14"/>
              </w:rPr>
              <w:t>1.7385</w:t>
            </w:r>
          </w:p>
        </w:tc>
        <w:tc>
          <w:tcPr>
            <w:tcW w:type="dxa" w:w="580"/>
            <w:vAlign w:val="center"/>
          </w:tcPr>
          <w:p>
            <w:r/>
            <w:r>
              <w:rPr>
                <w:rFonts w:ascii="Malgun Gothic" w:hAnsi="Malgun Gothic" w:eastAsia="Malgun Gothic"/>
                <w:b w:val="0"/>
                <w:sz w:val="14"/>
              </w:rPr>
              <w:t>1.786</w:t>
            </w:r>
          </w:p>
        </w:tc>
        <w:tc>
          <w:tcPr>
            <w:tcW w:type="dxa" w:w="580"/>
            <w:vAlign w:val="center"/>
          </w:tcPr>
          <w:p>
            <w:r/>
            <w:r>
              <w:rPr>
                <w:rFonts w:ascii="Malgun Gothic" w:hAnsi="Malgun Gothic" w:eastAsia="Malgun Gothic"/>
                <w:b w:val="0"/>
                <w:sz w:val="14"/>
              </w:rPr>
              <w:t>54.082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00__350002022300003.wav::SPEAKER_00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00__350002022300004.wav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14</w:t>
            </w:r>
          </w:p>
        </w:tc>
        <w:tc>
          <w:tcPr>
            <w:tcW w:type="dxa" w:w="580"/>
            <w:vAlign w:val="center"/>
          </w:tcPr>
          <w:p>
            <w:r/>
            <w:r>
              <w:rPr>
                <w:rFonts w:ascii="Malgun Gothic" w:hAnsi="Malgun Gothic" w:eastAsia="Malgun Gothic"/>
                <w:b w:val="0"/>
                <w:sz w:val="14"/>
              </w:rPr>
              <w:t>35.707</w:t>
            </w:r>
          </w:p>
        </w:tc>
        <w:tc>
          <w:tcPr>
            <w:tcW w:type="dxa" w:w="580"/>
            <w:vAlign w:val="center"/>
          </w:tcPr>
          <w:p>
            <w:r/>
            <w:r>
              <w:rPr>
                <w:rFonts w:ascii="Malgun Gothic" w:hAnsi="Malgun Gothic" w:eastAsia="Malgun Gothic"/>
                <w:b w:val="0"/>
                <w:sz w:val="14"/>
              </w:rPr>
              <w:t>0.688792</w:t>
            </w:r>
          </w:p>
        </w:tc>
        <w:tc>
          <w:tcPr>
            <w:tcW w:type="dxa" w:w="580"/>
            <w:vAlign w:val="center"/>
          </w:tcPr>
          <w:p>
            <w:r/>
            <w:r>
              <w:rPr>
                <w:rFonts w:ascii="Malgun Gothic" w:hAnsi="Malgun Gothic" w:eastAsia="Malgun Gothic"/>
                <w:b w:val="0"/>
                <w:sz w:val="14"/>
              </w:rPr>
              <w:t>2.5505</w:t>
            </w:r>
          </w:p>
        </w:tc>
        <w:tc>
          <w:tcPr>
            <w:tcW w:type="dxa" w:w="580"/>
            <w:vAlign w:val="center"/>
          </w:tcPr>
          <w:p>
            <w:r/>
            <w:r>
              <w:rPr>
                <w:rFonts w:ascii="Malgun Gothic" w:hAnsi="Malgun Gothic" w:eastAsia="Malgun Gothic"/>
                <w:b w:val="0"/>
                <w:sz w:val="14"/>
              </w:rPr>
              <w:t>2.472</w:t>
            </w:r>
          </w:p>
        </w:tc>
        <w:tc>
          <w:tcPr>
            <w:tcW w:type="dxa" w:w="580"/>
            <w:vAlign w:val="center"/>
          </w:tcPr>
          <w:p>
            <w:r/>
            <w:r>
              <w:rPr>
                <w:rFonts w:ascii="Malgun Gothic" w:hAnsi="Malgun Gothic" w:eastAsia="Malgun Gothic"/>
                <w:b w:val="0"/>
                <w:sz w:val="14"/>
              </w:rPr>
              <w:t>1.313</w:t>
            </w:r>
          </w:p>
        </w:tc>
        <w:tc>
          <w:tcPr>
            <w:tcW w:type="dxa" w:w="580"/>
            <w:vAlign w:val="center"/>
          </w:tcPr>
          <w:p>
            <w:r/>
            <w:r>
              <w:rPr>
                <w:rFonts w:ascii="Malgun Gothic" w:hAnsi="Malgun Gothic" w:eastAsia="Malgun Gothic"/>
                <w:b w:val="0"/>
                <w:sz w:val="14"/>
              </w:rPr>
              <w:t>51.922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00__350002022300004.wav::SPEAKER_00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00__350002022300005.wav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7</w:t>
            </w:r>
          </w:p>
        </w:tc>
        <w:tc>
          <w:tcPr>
            <w:tcW w:type="dxa" w:w="580"/>
            <w:vAlign w:val="center"/>
          </w:tcPr>
          <w:p>
            <w:r/>
            <w:r>
              <w:rPr>
                <w:rFonts w:ascii="Malgun Gothic" w:hAnsi="Malgun Gothic" w:eastAsia="Malgun Gothic"/>
                <w:b w:val="0"/>
                <w:sz w:val="14"/>
              </w:rPr>
              <w:t>10.664</w:t>
            </w:r>
          </w:p>
        </w:tc>
        <w:tc>
          <w:tcPr>
            <w:tcW w:type="dxa" w:w="580"/>
            <w:vAlign w:val="center"/>
          </w:tcPr>
          <w:p>
            <w:r/>
            <w:r>
              <w:rPr>
                <w:rFonts w:ascii="Malgun Gothic" w:hAnsi="Malgun Gothic" w:eastAsia="Malgun Gothic"/>
                <w:b w:val="0"/>
                <w:sz w:val="14"/>
              </w:rPr>
              <w:t>0.393738</w:t>
            </w:r>
          </w:p>
        </w:tc>
        <w:tc>
          <w:tcPr>
            <w:tcW w:type="dxa" w:w="580"/>
            <w:vAlign w:val="center"/>
          </w:tcPr>
          <w:p>
            <w:r/>
            <w:r>
              <w:rPr>
                <w:rFonts w:ascii="Malgun Gothic" w:hAnsi="Malgun Gothic" w:eastAsia="Malgun Gothic"/>
                <w:b w:val="0"/>
                <w:sz w:val="14"/>
              </w:rPr>
              <w:t>1.523429</w:t>
            </w:r>
          </w:p>
        </w:tc>
        <w:tc>
          <w:tcPr>
            <w:tcW w:type="dxa" w:w="580"/>
            <w:vAlign w:val="center"/>
          </w:tcPr>
          <w:p>
            <w:r/>
            <w:r>
              <w:rPr>
                <w:rFonts w:ascii="Malgun Gothic" w:hAnsi="Malgun Gothic" w:eastAsia="Malgun Gothic"/>
                <w:b w:val="0"/>
                <w:sz w:val="14"/>
              </w:rPr>
              <w:t>1.755</w:t>
            </w:r>
          </w:p>
        </w:tc>
        <w:tc>
          <w:tcPr>
            <w:tcW w:type="dxa" w:w="580"/>
            <w:vAlign w:val="center"/>
          </w:tcPr>
          <w:p>
            <w:r/>
            <w:r>
              <w:rPr>
                <w:rFonts w:ascii="Malgun Gothic" w:hAnsi="Malgun Gothic" w:eastAsia="Malgun Gothic"/>
                <w:b w:val="0"/>
                <w:sz w:val="14"/>
              </w:rPr>
              <w:t>2.697</w:t>
            </w:r>
          </w:p>
        </w:tc>
        <w:tc>
          <w:tcPr>
            <w:tcW w:type="dxa" w:w="580"/>
            <w:vAlign w:val="center"/>
          </w:tcPr>
          <w:p>
            <w:r/>
            <w:r>
              <w:rPr>
                <w:rFonts w:ascii="Malgun Gothic" w:hAnsi="Malgun Gothic" w:eastAsia="Malgun Gothic"/>
                <w:b w:val="0"/>
                <w:sz w:val="14"/>
              </w:rPr>
              <w:t>29.275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00__350002022300005.wav::SPEAKER_00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00__350002022300006.wav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26</w:t>
            </w:r>
          </w:p>
        </w:tc>
        <w:tc>
          <w:tcPr>
            <w:tcW w:type="dxa" w:w="580"/>
            <w:vAlign w:val="center"/>
          </w:tcPr>
          <w:p>
            <w:r/>
            <w:r>
              <w:rPr>
                <w:rFonts w:ascii="Malgun Gothic" w:hAnsi="Malgun Gothic" w:eastAsia="Malgun Gothic"/>
                <w:b w:val="0"/>
                <w:sz w:val="14"/>
              </w:rPr>
              <w:t>37.276</w:t>
            </w:r>
          </w:p>
        </w:tc>
        <w:tc>
          <w:tcPr>
            <w:tcW w:type="dxa" w:w="580"/>
            <w:vAlign w:val="center"/>
          </w:tcPr>
          <w:p>
            <w:r/>
            <w:r>
              <w:rPr>
                <w:rFonts w:ascii="Malgun Gothic" w:hAnsi="Malgun Gothic" w:eastAsia="Malgun Gothic"/>
                <w:b w:val="0"/>
                <w:sz w:val="14"/>
              </w:rPr>
              <w:t>0.384431</w:t>
            </w:r>
          </w:p>
        </w:tc>
        <w:tc>
          <w:tcPr>
            <w:tcW w:type="dxa" w:w="580"/>
            <w:vAlign w:val="center"/>
          </w:tcPr>
          <w:p>
            <w:r/>
            <w:r>
              <w:rPr>
                <w:rFonts w:ascii="Malgun Gothic" w:hAnsi="Malgun Gothic" w:eastAsia="Malgun Gothic"/>
                <w:b w:val="0"/>
                <w:sz w:val="14"/>
              </w:rPr>
              <w:t>1.433692</w:t>
            </w:r>
          </w:p>
        </w:tc>
        <w:tc>
          <w:tcPr>
            <w:tcW w:type="dxa" w:w="580"/>
            <w:vAlign w:val="center"/>
          </w:tcPr>
          <w:p>
            <w:r/>
            <w:r>
              <w:rPr>
                <w:rFonts w:ascii="Malgun Gothic" w:hAnsi="Malgun Gothic" w:eastAsia="Malgun Gothic"/>
                <w:b w:val="0"/>
                <w:sz w:val="14"/>
              </w:rPr>
              <w:t>1.139</w:t>
            </w:r>
          </w:p>
        </w:tc>
        <w:tc>
          <w:tcPr>
            <w:tcW w:type="dxa" w:w="580"/>
            <w:vAlign w:val="center"/>
          </w:tcPr>
          <w:p>
            <w:r/>
            <w:r>
              <w:rPr>
                <w:rFonts w:ascii="Malgun Gothic" w:hAnsi="Malgun Gothic" w:eastAsia="Malgun Gothic"/>
                <w:b w:val="0"/>
                <w:sz w:val="14"/>
              </w:rPr>
              <w:t>0.79</w:t>
            </w:r>
          </w:p>
        </w:tc>
        <w:tc>
          <w:tcPr>
            <w:tcW w:type="dxa" w:w="580"/>
            <w:vAlign w:val="center"/>
          </w:tcPr>
          <w:p>
            <w:r/>
            <w:r>
              <w:rPr>
                <w:rFonts w:ascii="Malgun Gothic" w:hAnsi="Malgun Gothic" w:eastAsia="Malgun Gothic"/>
                <w:b w:val="0"/>
                <w:sz w:val="14"/>
              </w:rPr>
              <w:t>97.012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00__350002022300006.wav::SPEAKER_00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00__350002022300007.wav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32</w:t>
            </w:r>
          </w:p>
        </w:tc>
        <w:tc>
          <w:tcPr>
            <w:tcW w:type="dxa" w:w="580"/>
            <w:vAlign w:val="center"/>
          </w:tcPr>
          <w:p>
            <w:r/>
            <w:r>
              <w:rPr>
                <w:rFonts w:ascii="Malgun Gothic" w:hAnsi="Malgun Gothic" w:eastAsia="Malgun Gothic"/>
                <w:b w:val="0"/>
                <w:sz w:val="14"/>
              </w:rPr>
              <w:t>67.232</w:t>
            </w:r>
          </w:p>
        </w:tc>
        <w:tc>
          <w:tcPr>
            <w:tcW w:type="dxa" w:w="580"/>
            <w:vAlign w:val="center"/>
          </w:tcPr>
          <w:p>
            <w:r/>
            <w:r>
              <w:rPr>
                <w:rFonts w:ascii="Malgun Gothic" w:hAnsi="Malgun Gothic" w:eastAsia="Malgun Gothic"/>
                <w:b w:val="0"/>
                <w:sz w:val="14"/>
              </w:rPr>
              <w:t>0.305414</w:t>
            </w:r>
          </w:p>
        </w:tc>
        <w:tc>
          <w:tcPr>
            <w:tcW w:type="dxa" w:w="580"/>
            <w:vAlign w:val="center"/>
          </w:tcPr>
          <w:p>
            <w:r/>
            <w:r>
              <w:rPr>
                <w:rFonts w:ascii="Malgun Gothic" w:hAnsi="Malgun Gothic" w:eastAsia="Malgun Gothic"/>
                <w:b w:val="0"/>
                <w:sz w:val="14"/>
              </w:rPr>
              <w:t>2.101</w:t>
            </w:r>
          </w:p>
        </w:tc>
        <w:tc>
          <w:tcPr>
            <w:tcW w:type="dxa" w:w="580"/>
            <w:vAlign w:val="center"/>
          </w:tcPr>
          <w:p>
            <w:r/>
            <w:r>
              <w:rPr>
                <w:rFonts w:ascii="Malgun Gothic" w:hAnsi="Malgun Gothic" w:eastAsia="Malgun Gothic"/>
                <w:b w:val="0"/>
                <w:sz w:val="14"/>
              </w:rPr>
              <w:t>2.076</w:t>
            </w:r>
          </w:p>
        </w:tc>
        <w:tc>
          <w:tcPr>
            <w:tcW w:type="dxa" w:w="580"/>
            <w:vAlign w:val="center"/>
          </w:tcPr>
          <w:p>
            <w:r/>
            <w:r>
              <w:rPr>
                <w:rFonts w:ascii="Malgun Gothic" w:hAnsi="Malgun Gothic" w:eastAsia="Malgun Gothic"/>
                <w:b w:val="0"/>
                <w:sz w:val="14"/>
              </w:rPr>
              <w:t>4.199</w:t>
            </w:r>
          </w:p>
        </w:tc>
        <w:tc>
          <w:tcPr>
            <w:tcW w:type="dxa" w:w="580"/>
            <w:vAlign w:val="center"/>
          </w:tcPr>
          <w:p>
            <w:r/>
            <w:r>
              <w:rPr>
                <w:rFonts w:ascii="Malgun Gothic" w:hAnsi="Malgun Gothic" w:eastAsia="Malgun Gothic"/>
                <w:b w:val="0"/>
                <w:sz w:val="14"/>
              </w:rPr>
              <w:t>220.047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00__350002022300007.wav::SPEAKER_00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00__350002022300008.wav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12</w:t>
            </w:r>
          </w:p>
        </w:tc>
        <w:tc>
          <w:tcPr>
            <w:tcW w:type="dxa" w:w="580"/>
            <w:vAlign w:val="center"/>
          </w:tcPr>
          <w:p>
            <w:r/>
            <w:r>
              <w:rPr>
                <w:rFonts w:ascii="Malgun Gothic" w:hAnsi="Malgun Gothic" w:eastAsia="Malgun Gothic"/>
                <w:b w:val="0"/>
                <w:sz w:val="14"/>
              </w:rPr>
              <w:t>24.656</w:t>
            </w:r>
          </w:p>
        </w:tc>
        <w:tc>
          <w:tcPr>
            <w:tcW w:type="dxa" w:w="580"/>
            <w:vAlign w:val="center"/>
          </w:tcPr>
          <w:p>
            <w:r/>
            <w:r>
              <w:rPr>
                <w:rFonts w:ascii="Malgun Gothic" w:hAnsi="Malgun Gothic" w:eastAsia="Malgun Gothic"/>
                <w:b w:val="0"/>
                <w:sz w:val="14"/>
              </w:rPr>
              <w:t>0.324618</w:t>
            </w:r>
          </w:p>
        </w:tc>
        <w:tc>
          <w:tcPr>
            <w:tcW w:type="dxa" w:w="580"/>
            <w:vAlign w:val="center"/>
          </w:tcPr>
          <w:p>
            <w:r/>
            <w:r>
              <w:rPr>
                <w:rFonts w:ascii="Malgun Gothic" w:hAnsi="Malgun Gothic" w:eastAsia="Malgun Gothic"/>
                <w:b w:val="0"/>
                <w:sz w:val="14"/>
              </w:rPr>
              <w:t>2.054667</w:t>
            </w:r>
          </w:p>
        </w:tc>
        <w:tc>
          <w:tcPr>
            <w:tcW w:type="dxa" w:w="580"/>
            <w:vAlign w:val="center"/>
          </w:tcPr>
          <w:p>
            <w:r/>
            <w:r>
              <w:rPr>
                <w:rFonts w:ascii="Malgun Gothic" w:hAnsi="Malgun Gothic" w:eastAsia="Malgun Gothic"/>
                <w:b w:val="0"/>
                <w:sz w:val="14"/>
              </w:rPr>
              <w:t>1.6455</w:t>
            </w:r>
          </w:p>
        </w:tc>
        <w:tc>
          <w:tcPr>
            <w:tcW w:type="dxa" w:w="580"/>
            <w:vAlign w:val="center"/>
          </w:tcPr>
          <w:p>
            <w:r/>
            <w:r>
              <w:rPr>
                <w:rFonts w:ascii="Malgun Gothic" w:hAnsi="Malgun Gothic" w:eastAsia="Malgun Gothic"/>
                <w:b w:val="0"/>
                <w:sz w:val="14"/>
              </w:rPr>
              <w:t>2.393</w:t>
            </w:r>
          </w:p>
        </w:tc>
        <w:tc>
          <w:tcPr>
            <w:tcW w:type="dxa" w:w="580"/>
            <w:vAlign w:val="center"/>
          </w:tcPr>
          <w:p>
            <w:r/>
            <w:r>
              <w:rPr>
                <w:rFonts w:ascii="Malgun Gothic" w:hAnsi="Malgun Gothic" w:eastAsia="Malgun Gothic"/>
                <w:b w:val="0"/>
                <w:sz w:val="14"/>
              </w:rPr>
              <w:t>76.036</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00__350002022300008.wav::SPEAKER_00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00__350002022300009.wav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16</w:t>
            </w:r>
          </w:p>
        </w:tc>
        <w:tc>
          <w:tcPr>
            <w:tcW w:type="dxa" w:w="580"/>
            <w:vAlign w:val="center"/>
          </w:tcPr>
          <w:p>
            <w:r/>
            <w:r>
              <w:rPr>
                <w:rFonts w:ascii="Malgun Gothic" w:hAnsi="Malgun Gothic" w:eastAsia="Malgun Gothic"/>
                <w:b w:val="0"/>
                <w:sz w:val="14"/>
              </w:rPr>
              <w:t>25.819</w:t>
            </w:r>
          </w:p>
        </w:tc>
        <w:tc>
          <w:tcPr>
            <w:tcW w:type="dxa" w:w="580"/>
            <w:vAlign w:val="center"/>
          </w:tcPr>
          <w:p>
            <w:r/>
            <w:r>
              <w:rPr>
                <w:rFonts w:ascii="Malgun Gothic" w:hAnsi="Malgun Gothic" w:eastAsia="Malgun Gothic"/>
                <w:b w:val="0"/>
                <w:sz w:val="14"/>
              </w:rPr>
              <w:t>0.375833</w:t>
            </w:r>
          </w:p>
        </w:tc>
        <w:tc>
          <w:tcPr>
            <w:tcW w:type="dxa" w:w="580"/>
            <w:vAlign w:val="center"/>
          </w:tcPr>
          <w:p>
            <w:r/>
            <w:r>
              <w:rPr>
                <w:rFonts w:ascii="Malgun Gothic" w:hAnsi="Malgun Gothic" w:eastAsia="Malgun Gothic"/>
                <w:b w:val="0"/>
                <w:sz w:val="14"/>
              </w:rPr>
              <w:t>1.613687</w:t>
            </w:r>
          </w:p>
        </w:tc>
        <w:tc>
          <w:tcPr>
            <w:tcW w:type="dxa" w:w="580"/>
            <w:vAlign w:val="center"/>
          </w:tcPr>
          <w:p>
            <w:r/>
            <w:r>
              <w:rPr>
                <w:rFonts w:ascii="Malgun Gothic" w:hAnsi="Malgun Gothic" w:eastAsia="Malgun Gothic"/>
                <w:b w:val="0"/>
                <w:sz w:val="14"/>
              </w:rPr>
              <w:t>1.451</w:t>
            </w:r>
          </w:p>
        </w:tc>
        <w:tc>
          <w:tcPr>
            <w:tcW w:type="dxa" w:w="580"/>
            <w:vAlign w:val="center"/>
          </w:tcPr>
          <w:p>
            <w:r/>
            <w:r>
              <w:rPr>
                <w:rFonts w:ascii="Malgun Gothic" w:hAnsi="Malgun Gothic" w:eastAsia="Malgun Gothic"/>
                <w:b w:val="0"/>
                <w:sz w:val="14"/>
              </w:rPr>
              <w:t>0.824</w:t>
            </w:r>
          </w:p>
        </w:tc>
        <w:tc>
          <w:tcPr>
            <w:tcW w:type="dxa" w:w="580"/>
            <w:vAlign w:val="center"/>
          </w:tcPr>
          <w:p>
            <w:r/>
            <w:r>
              <w:rPr>
                <w:rFonts w:ascii="Malgun Gothic" w:hAnsi="Malgun Gothic" w:eastAsia="Malgun Gothic"/>
                <w:b w:val="0"/>
                <w:sz w:val="14"/>
              </w:rPr>
              <w:t>68.999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00__350002022300009.wav::SPEAKER_00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00__350002022300010.wav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w:t>
            </w:r>
          </w:p>
        </w:tc>
        <w:tc>
          <w:tcPr>
            <w:tcW w:type="dxa" w:w="580"/>
            <w:vAlign w:val="center"/>
          </w:tcPr>
          <w:p>
            <w:r/>
            <w:r>
              <w:rPr>
                <w:rFonts w:ascii="Malgun Gothic" w:hAnsi="Malgun Gothic" w:eastAsia="Malgun Gothic"/>
                <w:b w:val="0"/>
                <w:sz w:val="14"/>
              </w:rPr>
              <w:t>6.294</w:t>
            </w:r>
          </w:p>
        </w:tc>
        <w:tc>
          <w:tcPr>
            <w:tcW w:type="dxa" w:w="580"/>
            <w:vAlign w:val="center"/>
          </w:tcPr>
          <w:p>
            <w:r/>
            <w:r>
              <w:rPr>
                <w:rFonts w:ascii="Malgun Gothic" w:hAnsi="Malgun Gothic" w:eastAsia="Malgun Gothic"/>
                <w:b w:val="0"/>
                <w:sz w:val="14"/>
              </w:rPr>
              <w:t>0.958867</w:t>
            </w:r>
          </w:p>
        </w:tc>
        <w:tc>
          <w:tcPr>
            <w:tcW w:type="dxa" w:w="580"/>
            <w:vAlign w:val="center"/>
          </w:tcPr>
          <w:p>
            <w:r/>
            <w:r>
              <w:rPr>
                <w:rFonts w:ascii="Malgun Gothic" w:hAnsi="Malgun Gothic" w:eastAsia="Malgun Gothic"/>
                <w:b w:val="0"/>
                <w:sz w:val="14"/>
              </w:rPr>
              <w:t>3.147</w:t>
            </w:r>
          </w:p>
        </w:tc>
        <w:tc>
          <w:tcPr>
            <w:tcW w:type="dxa" w:w="580"/>
            <w:vAlign w:val="center"/>
          </w:tcPr>
          <w:p>
            <w:r/>
            <w:r>
              <w:rPr>
                <w:rFonts w:ascii="Malgun Gothic" w:hAnsi="Malgun Gothic" w:eastAsia="Malgun Gothic"/>
                <w:b w:val="0"/>
                <w:sz w:val="14"/>
              </w:rPr>
              <w:t>3.147</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6.595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00__350002022300010.wav::SPEAKER_00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00__350002022300011.wav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21</w:t>
            </w:r>
          </w:p>
        </w:tc>
        <w:tc>
          <w:tcPr>
            <w:tcW w:type="dxa" w:w="580"/>
            <w:vAlign w:val="center"/>
          </w:tcPr>
          <w:p>
            <w:r/>
            <w:r>
              <w:rPr>
                <w:rFonts w:ascii="Malgun Gothic" w:hAnsi="Malgun Gothic" w:eastAsia="Malgun Gothic"/>
                <w:b w:val="0"/>
                <w:sz w:val="14"/>
              </w:rPr>
              <w:t>35.894</w:t>
            </w:r>
          </w:p>
        </w:tc>
        <w:tc>
          <w:tcPr>
            <w:tcW w:type="dxa" w:w="580"/>
            <w:vAlign w:val="center"/>
          </w:tcPr>
          <w:p>
            <w:r/>
            <w:r>
              <w:rPr>
                <w:rFonts w:ascii="Malgun Gothic" w:hAnsi="Malgun Gothic" w:eastAsia="Malgun Gothic"/>
                <w:b w:val="0"/>
                <w:sz w:val="14"/>
              </w:rPr>
              <w:t>0.228741</w:t>
            </w:r>
          </w:p>
        </w:tc>
        <w:tc>
          <w:tcPr>
            <w:tcW w:type="dxa" w:w="580"/>
            <w:vAlign w:val="center"/>
          </w:tcPr>
          <w:p>
            <w:r/>
            <w:r>
              <w:rPr>
                <w:rFonts w:ascii="Malgun Gothic" w:hAnsi="Malgun Gothic" w:eastAsia="Malgun Gothic"/>
                <w:b w:val="0"/>
                <w:sz w:val="14"/>
              </w:rPr>
              <w:t>1.709238</w:t>
            </w:r>
          </w:p>
        </w:tc>
        <w:tc>
          <w:tcPr>
            <w:tcW w:type="dxa" w:w="580"/>
            <w:vAlign w:val="center"/>
          </w:tcPr>
          <w:p>
            <w:r/>
            <w:r>
              <w:rPr>
                <w:rFonts w:ascii="Malgun Gothic" w:hAnsi="Malgun Gothic" w:eastAsia="Malgun Gothic"/>
                <w:b w:val="0"/>
                <w:sz w:val="14"/>
              </w:rPr>
              <w:t>0.945</w:t>
            </w:r>
          </w:p>
        </w:tc>
        <w:tc>
          <w:tcPr>
            <w:tcW w:type="dxa" w:w="580"/>
            <w:vAlign w:val="center"/>
          </w:tcPr>
          <w:p>
            <w:r/>
            <w:r>
              <w:rPr>
                <w:rFonts w:ascii="Malgun Gothic" w:hAnsi="Malgun Gothic" w:eastAsia="Malgun Gothic"/>
                <w:b w:val="0"/>
                <w:sz w:val="14"/>
              </w:rPr>
              <w:t>4.199</w:t>
            </w:r>
          </w:p>
        </w:tc>
        <w:tc>
          <w:tcPr>
            <w:tcW w:type="dxa" w:w="580"/>
            <w:vAlign w:val="center"/>
          </w:tcPr>
          <w:p>
            <w:r/>
            <w:r>
              <w:rPr>
                <w:rFonts w:ascii="Malgun Gothic" w:hAnsi="Malgun Gothic" w:eastAsia="Malgun Gothic"/>
                <w:b w:val="0"/>
                <w:sz w:val="14"/>
              </w:rPr>
              <w:t>155.669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00__350002022300011.wav::SPEAKER_00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00__350002022300012.wav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64</w:t>
            </w:r>
          </w:p>
        </w:tc>
        <w:tc>
          <w:tcPr>
            <w:tcW w:type="dxa" w:w="580"/>
            <w:vAlign w:val="center"/>
          </w:tcPr>
          <w:p>
            <w:r/>
            <w:r>
              <w:rPr>
                <w:rFonts w:ascii="Malgun Gothic" w:hAnsi="Malgun Gothic" w:eastAsia="Malgun Gothic"/>
                <w:b w:val="0"/>
                <w:sz w:val="14"/>
              </w:rPr>
              <w:t>126.549</w:t>
            </w:r>
          </w:p>
        </w:tc>
        <w:tc>
          <w:tcPr>
            <w:tcW w:type="dxa" w:w="580"/>
            <w:vAlign w:val="center"/>
          </w:tcPr>
          <w:p>
            <w:r/>
            <w:r>
              <w:rPr>
                <w:rFonts w:ascii="Malgun Gothic" w:hAnsi="Malgun Gothic" w:eastAsia="Malgun Gothic"/>
                <w:b w:val="0"/>
                <w:sz w:val="14"/>
              </w:rPr>
              <w:t>0.544763</w:t>
            </w:r>
          </w:p>
        </w:tc>
        <w:tc>
          <w:tcPr>
            <w:tcW w:type="dxa" w:w="580"/>
            <w:vAlign w:val="center"/>
          </w:tcPr>
          <w:p>
            <w:r/>
            <w:r>
              <w:rPr>
                <w:rFonts w:ascii="Malgun Gothic" w:hAnsi="Malgun Gothic" w:eastAsia="Malgun Gothic"/>
                <w:b w:val="0"/>
                <w:sz w:val="14"/>
              </w:rPr>
              <w:t>1.977328</w:t>
            </w:r>
          </w:p>
        </w:tc>
        <w:tc>
          <w:tcPr>
            <w:tcW w:type="dxa" w:w="580"/>
            <w:vAlign w:val="center"/>
          </w:tcPr>
          <w:p>
            <w:r/>
            <w:r>
              <w:rPr>
                <w:rFonts w:ascii="Malgun Gothic" w:hAnsi="Malgun Gothic" w:eastAsia="Malgun Gothic"/>
                <w:b w:val="0"/>
                <w:sz w:val="14"/>
              </w:rPr>
              <w:t>1.7635</w:t>
            </w:r>
          </w:p>
        </w:tc>
        <w:tc>
          <w:tcPr>
            <w:tcW w:type="dxa" w:w="580"/>
            <w:vAlign w:val="center"/>
          </w:tcPr>
          <w:p>
            <w:r/>
            <w:r>
              <w:rPr>
                <w:rFonts w:ascii="Malgun Gothic" w:hAnsi="Malgun Gothic" w:eastAsia="Malgun Gothic"/>
                <w:b w:val="0"/>
                <w:sz w:val="14"/>
              </w:rPr>
              <w:t>1.229</w:t>
            </w:r>
          </w:p>
        </w:tc>
        <w:tc>
          <w:tcPr>
            <w:tcW w:type="dxa" w:w="580"/>
            <w:vAlign w:val="center"/>
          </w:tcPr>
          <w:p>
            <w:r/>
            <w:r>
              <w:rPr>
                <w:rFonts w:ascii="Malgun Gothic" w:hAnsi="Malgun Gothic" w:eastAsia="Malgun Gothic"/>
                <w:b w:val="0"/>
                <w:sz w:val="14"/>
              </w:rPr>
              <w:t>233.53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00__350002022300012.wav::SPEAKER_00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00__350002022300013.wav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58</w:t>
            </w:r>
          </w:p>
        </w:tc>
        <w:tc>
          <w:tcPr>
            <w:tcW w:type="dxa" w:w="580"/>
            <w:vAlign w:val="center"/>
          </w:tcPr>
          <w:p>
            <w:r/>
            <w:r>
              <w:rPr>
                <w:rFonts w:ascii="Malgun Gothic" w:hAnsi="Malgun Gothic" w:eastAsia="Malgun Gothic"/>
                <w:b w:val="0"/>
                <w:sz w:val="14"/>
              </w:rPr>
              <w:t>191.377</w:t>
            </w:r>
          </w:p>
        </w:tc>
        <w:tc>
          <w:tcPr>
            <w:tcW w:type="dxa" w:w="580"/>
            <w:vAlign w:val="center"/>
          </w:tcPr>
          <w:p>
            <w:r/>
            <w:r>
              <w:rPr>
                <w:rFonts w:ascii="Malgun Gothic" w:hAnsi="Malgun Gothic" w:eastAsia="Malgun Gothic"/>
                <w:b w:val="0"/>
                <w:sz w:val="14"/>
              </w:rPr>
              <w:t>0.597704</w:t>
            </w:r>
          </w:p>
        </w:tc>
        <w:tc>
          <w:tcPr>
            <w:tcW w:type="dxa" w:w="580"/>
            <w:vAlign w:val="center"/>
          </w:tcPr>
          <w:p>
            <w:r/>
            <w:r>
              <w:rPr>
                <w:rFonts w:ascii="Malgun Gothic" w:hAnsi="Malgun Gothic" w:eastAsia="Malgun Gothic"/>
                <w:b w:val="0"/>
                <w:sz w:val="14"/>
              </w:rPr>
              <w:t>3.299603</w:t>
            </w:r>
          </w:p>
        </w:tc>
        <w:tc>
          <w:tcPr>
            <w:tcW w:type="dxa" w:w="580"/>
            <w:vAlign w:val="center"/>
          </w:tcPr>
          <w:p>
            <w:r/>
            <w:r>
              <w:rPr>
                <w:rFonts w:ascii="Malgun Gothic" w:hAnsi="Malgun Gothic" w:eastAsia="Malgun Gothic"/>
                <w:b w:val="0"/>
                <w:sz w:val="14"/>
              </w:rPr>
              <w:t>2.143</w:t>
            </w:r>
          </w:p>
        </w:tc>
        <w:tc>
          <w:tcPr>
            <w:tcW w:type="dxa" w:w="580"/>
            <w:vAlign w:val="center"/>
          </w:tcPr>
          <w:p>
            <w:r/>
            <w:r>
              <w:rPr>
                <w:rFonts w:ascii="Malgun Gothic" w:hAnsi="Malgun Gothic" w:eastAsia="Malgun Gothic"/>
                <w:b w:val="0"/>
                <w:sz w:val="14"/>
              </w:rPr>
              <w:t>0.79</w:t>
            </w:r>
          </w:p>
        </w:tc>
        <w:tc>
          <w:tcPr>
            <w:tcW w:type="dxa" w:w="580"/>
            <w:vAlign w:val="center"/>
          </w:tcPr>
          <w:p>
            <w:r/>
            <w:r>
              <w:rPr>
                <w:rFonts w:ascii="Malgun Gothic" w:hAnsi="Malgun Gothic" w:eastAsia="Malgun Gothic"/>
                <w:b w:val="0"/>
                <w:sz w:val="14"/>
              </w:rPr>
              <w:t>320.977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00__350002022300013.wav::SPEAKER_00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00__350002022300014.wav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11</w:t>
            </w:r>
          </w:p>
        </w:tc>
        <w:tc>
          <w:tcPr>
            <w:tcW w:type="dxa" w:w="580"/>
            <w:vAlign w:val="center"/>
          </w:tcPr>
          <w:p>
            <w:r/>
            <w:r>
              <w:rPr>
                <w:rFonts w:ascii="Malgun Gothic" w:hAnsi="Malgun Gothic" w:eastAsia="Malgun Gothic"/>
                <w:b w:val="0"/>
                <w:sz w:val="14"/>
              </w:rPr>
              <w:t>19.811</w:t>
            </w:r>
          </w:p>
        </w:tc>
        <w:tc>
          <w:tcPr>
            <w:tcW w:type="dxa" w:w="580"/>
            <w:vAlign w:val="center"/>
          </w:tcPr>
          <w:p>
            <w:r/>
            <w:r>
              <w:rPr>
                <w:rFonts w:ascii="Malgun Gothic" w:hAnsi="Malgun Gothic" w:eastAsia="Malgun Gothic"/>
                <w:b w:val="0"/>
                <w:sz w:val="14"/>
              </w:rPr>
              <w:t>0.418979</w:t>
            </w:r>
          </w:p>
        </w:tc>
        <w:tc>
          <w:tcPr>
            <w:tcW w:type="dxa" w:w="580"/>
            <w:vAlign w:val="center"/>
          </w:tcPr>
          <w:p>
            <w:r/>
            <w:r>
              <w:rPr>
                <w:rFonts w:ascii="Malgun Gothic" w:hAnsi="Malgun Gothic" w:eastAsia="Malgun Gothic"/>
                <w:b w:val="0"/>
                <w:sz w:val="14"/>
              </w:rPr>
              <w:t>1.801</w:t>
            </w:r>
          </w:p>
        </w:tc>
        <w:tc>
          <w:tcPr>
            <w:tcW w:type="dxa" w:w="580"/>
            <w:vAlign w:val="center"/>
          </w:tcPr>
          <w:p>
            <w:r/>
            <w:r>
              <w:rPr>
                <w:rFonts w:ascii="Malgun Gothic" w:hAnsi="Malgun Gothic" w:eastAsia="Malgun Gothic"/>
                <w:b w:val="0"/>
                <w:sz w:val="14"/>
              </w:rPr>
              <w:t>1.755</w:t>
            </w:r>
          </w:p>
        </w:tc>
        <w:tc>
          <w:tcPr>
            <w:tcW w:type="dxa" w:w="580"/>
            <w:vAlign w:val="center"/>
          </w:tcPr>
          <w:p>
            <w:r/>
            <w:r>
              <w:rPr>
                <w:rFonts w:ascii="Malgun Gothic" w:hAnsi="Malgun Gothic" w:eastAsia="Malgun Gothic"/>
                <w:b w:val="0"/>
                <w:sz w:val="14"/>
              </w:rPr>
              <w:t>0.419</w:t>
            </w:r>
          </w:p>
        </w:tc>
        <w:tc>
          <w:tcPr>
            <w:tcW w:type="dxa" w:w="580"/>
            <w:vAlign w:val="center"/>
          </w:tcPr>
          <w:p>
            <w:r/>
            <w:r>
              <w:rPr>
                <w:rFonts w:ascii="Malgun Gothic" w:hAnsi="Malgun Gothic" w:eastAsia="Malgun Gothic"/>
                <w:b w:val="0"/>
                <w:sz w:val="14"/>
              </w:rPr>
              <w:t>47.703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00__350002022300014.wav::SPEAKER_00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00__350002022300015.wav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13</w:t>
            </w:r>
          </w:p>
        </w:tc>
        <w:tc>
          <w:tcPr>
            <w:tcW w:type="dxa" w:w="580"/>
            <w:vAlign w:val="center"/>
          </w:tcPr>
          <w:p>
            <w:r/>
            <w:r>
              <w:rPr>
                <w:rFonts w:ascii="Malgun Gothic" w:hAnsi="Malgun Gothic" w:eastAsia="Malgun Gothic"/>
                <w:b w:val="0"/>
                <w:sz w:val="14"/>
              </w:rPr>
              <w:t>31.0</w:t>
            </w:r>
          </w:p>
        </w:tc>
        <w:tc>
          <w:tcPr>
            <w:tcW w:type="dxa" w:w="580"/>
            <w:vAlign w:val="center"/>
          </w:tcPr>
          <w:p>
            <w:r/>
            <w:r>
              <w:rPr>
                <w:rFonts w:ascii="Malgun Gothic" w:hAnsi="Malgun Gothic" w:eastAsia="Malgun Gothic"/>
                <w:b w:val="0"/>
                <w:sz w:val="14"/>
              </w:rPr>
              <w:t>0.65914</w:t>
            </w:r>
          </w:p>
        </w:tc>
        <w:tc>
          <w:tcPr>
            <w:tcW w:type="dxa" w:w="580"/>
            <w:vAlign w:val="center"/>
          </w:tcPr>
          <w:p>
            <w:r/>
            <w:r>
              <w:rPr>
                <w:rFonts w:ascii="Malgun Gothic" w:hAnsi="Malgun Gothic" w:eastAsia="Malgun Gothic"/>
                <w:b w:val="0"/>
                <w:sz w:val="14"/>
              </w:rPr>
              <w:t>2.384615</w:t>
            </w:r>
          </w:p>
        </w:tc>
        <w:tc>
          <w:tcPr>
            <w:tcW w:type="dxa" w:w="580"/>
            <w:vAlign w:val="center"/>
          </w:tcPr>
          <w:p>
            <w:r/>
            <w:r>
              <w:rPr>
                <w:rFonts w:ascii="Malgun Gothic" w:hAnsi="Malgun Gothic" w:eastAsia="Malgun Gothic"/>
                <w:b w:val="0"/>
                <w:sz w:val="14"/>
              </w:rPr>
              <w:t>0.962</w:t>
            </w:r>
          </w:p>
        </w:tc>
        <w:tc>
          <w:tcPr>
            <w:tcW w:type="dxa" w:w="580"/>
            <w:vAlign w:val="center"/>
          </w:tcPr>
          <w:p>
            <w:r/>
            <w:r>
              <w:rPr>
                <w:rFonts w:ascii="Malgun Gothic" w:hAnsi="Malgun Gothic" w:eastAsia="Malgun Gothic"/>
                <w:b w:val="0"/>
                <w:sz w:val="14"/>
              </w:rPr>
              <w:t>1.077</w:t>
            </w:r>
          </w:p>
        </w:tc>
        <w:tc>
          <w:tcPr>
            <w:tcW w:type="dxa" w:w="580"/>
            <w:vAlign w:val="center"/>
          </w:tcPr>
          <w:p>
            <w:r/>
            <w:r>
              <w:rPr>
                <w:rFonts w:ascii="Malgun Gothic" w:hAnsi="Malgun Gothic" w:eastAsia="Malgun Gothic"/>
                <w:b w:val="0"/>
                <w:sz w:val="14"/>
              </w:rPr>
              <w:t>47.821</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00__350002022300015.wav::SPEAKER_00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00__350002022300016.wav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w:t>
            </w:r>
          </w:p>
        </w:tc>
        <w:tc>
          <w:tcPr>
            <w:tcW w:type="dxa" w:w="580"/>
            <w:vAlign w:val="center"/>
          </w:tcPr>
          <w:p>
            <w:r/>
            <w:r>
              <w:rPr>
                <w:rFonts w:ascii="Malgun Gothic" w:hAnsi="Malgun Gothic" w:eastAsia="Malgun Gothic"/>
                <w:b w:val="0"/>
                <w:sz w:val="14"/>
              </w:rPr>
              <w:t>7.121</w:t>
            </w:r>
          </w:p>
        </w:tc>
        <w:tc>
          <w:tcPr>
            <w:tcW w:type="dxa" w:w="580"/>
            <w:vAlign w:val="center"/>
          </w:tcPr>
          <w:p>
            <w:r/>
            <w:r>
              <w:rPr>
                <w:rFonts w:ascii="Malgun Gothic" w:hAnsi="Malgun Gothic" w:eastAsia="Malgun Gothic"/>
                <w:b w:val="0"/>
                <w:sz w:val="14"/>
              </w:rPr>
              <w:t>0.344193</w:t>
            </w:r>
          </w:p>
        </w:tc>
        <w:tc>
          <w:tcPr>
            <w:tcW w:type="dxa" w:w="580"/>
            <w:vAlign w:val="center"/>
          </w:tcPr>
          <w:p>
            <w:r/>
            <w:r>
              <w:rPr>
                <w:rFonts w:ascii="Malgun Gothic" w:hAnsi="Malgun Gothic" w:eastAsia="Malgun Gothic"/>
                <w:b w:val="0"/>
                <w:sz w:val="14"/>
              </w:rPr>
              <w:t>1.78025</w:t>
            </w:r>
          </w:p>
        </w:tc>
        <w:tc>
          <w:tcPr>
            <w:tcW w:type="dxa" w:w="580"/>
            <w:vAlign w:val="center"/>
          </w:tcPr>
          <w:p>
            <w:r/>
            <w:r>
              <w:rPr>
                <w:rFonts w:ascii="Malgun Gothic" w:hAnsi="Malgun Gothic" w:eastAsia="Malgun Gothic"/>
                <w:b w:val="0"/>
                <w:sz w:val="14"/>
              </w:rPr>
              <w:t>1.0885</w:t>
            </w:r>
          </w:p>
        </w:tc>
        <w:tc>
          <w:tcPr>
            <w:tcW w:type="dxa" w:w="580"/>
            <w:vAlign w:val="center"/>
          </w:tcPr>
          <w:p>
            <w:r/>
            <w:r>
              <w:rPr>
                <w:rFonts w:ascii="Malgun Gothic" w:hAnsi="Malgun Gothic" w:eastAsia="Malgun Gothic"/>
                <w:b w:val="0"/>
                <w:sz w:val="14"/>
              </w:rPr>
              <w:t>1.313</w:t>
            </w:r>
          </w:p>
        </w:tc>
        <w:tc>
          <w:tcPr>
            <w:tcW w:type="dxa" w:w="580"/>
            <w:vAlign w:val="center"/>
          </w:tcPr>
          <w:p>
            <w:r/>
            <w:r>
              <w:rPr>
                <w:rFonts w:ascii="Malgun Gothic" w:hAnsi="Malgun Gothic" w:eastAsia="Malgun Gothic"/>
                <w:b w:val="0"/>
                <w:sz w:val="14"/>
              </w:rPr>
              <w:t>16.484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00__350002022300016.wav::SPEAKER_00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00__350002022300017.wav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7</w:t>
            </w:r>
          </w:p>
        </w:tc>
        <w:tc>
          <w:tcPr>
            <w:tcW w:type="dxa" w:w="580"/>
            <w:vAlign w:val="center"/>
          </w:tcPr>
          <w:p>
            <w:r/>
            <w:r>
              <w:rPr>
                <w:rFonts w:ascii="Malgun Gothic" w:hAnsi="Malgun Gothic" w:eastAsia="Malgun Gothic"/>
                <w:b w:val="0"/>
                <w:sz w:val="14"/>
              </w:rPr>
              <w:t>7.948</w:t>
            </w:r>
          </w:p>
        </w:tc>
        <w:tc>
          <w:tcPr>
            <w:tcW w:type="dxa" w:w="580"/>
            <w:vAlign w:val="center"/>
          </w:tcPr>
          <w:p>
            <w:r/>
            <w:r>
              <w:rPr>
                <w:rFonts w:ascii="Malgun Gothic" w:hAnsi="Malgun Gothic" w:eastAsia="Malgun Gothic"/>
                <w:b w:val="0"/>
                <w:sz w:val="14"/>
              </w:rPr>
              <w:t>0.368253</w:t>
            </w:r>
          </w:p>
        </w:tc>
        <w:tc>
          <w:tcPr>
            <w:tcW w:type="dxa" w:w="580"/>
            <w:vAlign w:val="center"/>
          </w:tcPr>
          <w:p>
            <w:r/>
            <w:r>
              <w:rPr>
                <w:rFonts w:ascii="Malgun Gothic" w:hAnsi="Malgun Gothic" w:eastAsia="Malgun Gothic"/>
                <w:b w:val="0"/>
                <w:sz w:val="14"/>
              </w:rPr>
              <w:t>1.135429</w:t>
            </w:r>
          </w:p>
        </w:tc>
        <w:tc>
          <w:tcPr>
            <w:tcW w:type="dxa" w:w="580"/>
            <w:vAlign w:val="center"/>
          </w:tcPr>
          <w:p>
            <w:r/>
            <w:r>
              <w:rPr>
                <w:rFonts w:ascii="Malgun Gothic" w:hAnsi="Malgun Gothic" w:eastAsia="Malgun Gothic"/>
                <w:b w:val="0"/>
                <w:sz w:val="14"/>
              </w:rPr>
              <w:t>0.709</w:t>
            </w:r>
          </w:p>
        </w:tc>
        <w:tc>
          <w:tcPr>
            <w:tcW w:type="dxa" w:w="580"/>
            <w:vAlign w:val="center"/>
          </w:tcPr>
          <w:p>
            <w:r/>
            <w:r>
              <w:rPr>
                <w:rFonts w:ascii="Malgun Gothic" w:hAnsi="Malgun Gothic" w:eastAsia="Malgun Gothic"/>
                <w:b w:val="0"/>
                <w:sz w:val="14"/>
              </w:rPr>
              <w:t>1.229</w:t>
            </w:r>
          </w:p>
        </w:tc>
        <w:tc>
          <w:tcPr>
            <w:tcW w:type="dxa" w:w="580"/>
            <w:vAlign w:val="center"/>
          </w:tcPr>
          <w:p>
            <w:r/>
            <w:r>
              <w:rPr>
                <w:rFonts w:ascii="Malgun Gothic" w:hAnsi="Malgun Gothic" w:eastAsia="Malgun Gothic"/>
                <w:b w:val="0"/>
                <w:sz w:val="14"/>
              </w:rPr>
              <w:t>22.103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00__350002022300017.wav::SPEAKER_00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00__350002022300018.wav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119</w:t>
            </w:r>
          </w:p>
        </w:tc>
        <w:tc>
          <w:tcPr>
            <w:tcW w:type="dxa" w:w="580"/>
            <w:vAlign w:val="center"/>
          </w:tcPr>
          <w:p>
            <w:r/>
            <w:r>
              <w:rPr>
                <w:rFonts w:ascii="Malgun Gothic" w:hAnsi="Malgun Gothic" w:eastAsia="Malgun Gothic"/>
                <w:b w:val="0"/>
                <w:sz w:val="14"/>
              </w:rPr>
              <w:t>291.259</w:t>
            </w:r>
          </w:p>
        </w:tc>
        <w:tc>
          <w:tcPr>
            <w:tcW w:type="dxa" w:w="580"/>
            <w:vAlign w:val="center"/>
          </w:tcPr>
          <w:p>
            <w:r/>
            <w:r>
              <w:rPr>
                <w:rFonts w:ascii="Malgun Gothic" w:hAnsi="Malgun Gothic" w:eastAsia="Malgun Gothic"/>
                <w:b w:val="0"/>
                <w:sz w:val="14"/>
              </w:rPr>
              <w:t>0.560256</w:t>
            </w:r>
          </w:p>
        </w:tc>
        <w:tc>
          <w:tcPr>
            <w:tcW w:type="dxa" w:w="580"/>
            <w:vAlign w:val="center"/>
          </w:tcPr>
          <w:p>
            <w:r/>
            <w:r>
              <w:rPr>
                <w:rFonts w:ascii="Malgun Gothic" w:hAnsi="Malgun Gothic" w:eastAsia="Malgun Gothic"/>
                <w:b w:val="0"/>
                <w:sz w:val="14"/>
              </w:rPr>
              <w:t>2.447555</w:t>
            </w:r>
          </w:p>
        </w:tc>
        <w:tc>
          <w:tcPr>
            <w:tcW w:type="dxa" w:w="580"/>
            <w:vAlign w:val="center"/>
          </w:tcPr>
          <w:p>
            <w:r/>
            <w:r>
              <w:rPr>
                <w:rFonts w:ascii="Malgun Gothic" w:hAnsi="Malgun Gothic" w:eastAsia="Malgun Gothic"/>
                <w:b w:val="0"/>
                <w:sz w:val="14"/>
              </w:rPr>
              <w:t>1.924</w:t>
            </w:r>
          </w:p>
        </w:tc>
        <w:tc>
          <w:tcPr>
            <w:tcW w:type="dxa" w:w="580"/>
            <w:vAlign w:val="center"/>
          </w:tcPr>
          <w:p>
            <w:r/>
            <w:r>
              <w:rPr>
                <w:rFonts w:ascii="Malgun Gothic" w:hAnsi="Malgun Gothic" w:eastAsia="Malgun Gothic"/>
                <w:b w:val="0"/>
                <w:sz w:val="14"/>
              </w:rPr>
              <w:t>1.364</w:t>
            </w:r>
          </w:p>
        </w:tc>
        <w:tc>
          <w:tcPr>
            <w:tcW w:type="dxa" w:w="580"/>
            <w:vAlign w:val="center"/>
          </w:tcPr>
          <w:p>
            <w:r/>
            <w:r>
              <w:rPr>
                <w:rFonts w:ascii="Malgun Gothic" w:hAnsi="Malgun Gothic" w:eastAsia="Malgun Gothic"/>
                <w:b w:val="0"/>
                <w:sz w:val="14"/>
              </w:rPr>
              <w:t>520.642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00__350002022300018.wav::SPEAKER_00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00__350002022300019.wav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5</w:t>
            </w:r>
          </w:p>
        </w:tc>
        <w:tc>
          <w:tcPr>
            <w:tcW w:type="dxa" w:w="580"/>
            <w:vAlign w:val="center"/>
          </w:tcPr>
          <w:p>
            <w:r/>
            <w:r>
              <w:rPr>
                <w:rFonts w:ascii="Malgun Gothic" w:hAnsi="Malgun Gothic" w:eastAsia="Malgun Gothic"/>
                <w:b w:val="0"/>
                <w:sz w:val="14"/>
              </w:rPr>
              <w:t>8.269</w:t>
            </w:r>
          </w:p>
        </w:tc>
        <w:tc>
          <w:tcPr>
            <w:tcW w:type="dxa" w:w="580"/>
            <w:vAlign w:val="center"/>
          </w:tcPr>
          <w:p>
            <w:r/>
            <w:r>
              <w:rPr>
                <w:rFonts w:ascii="Malgun Gothic" w:hAnsi="Malgun Gothic" w:eastAsia="Malgun Gothic"/>
                <w:b w:val="0"/>
                <w:sz w:val="14"/>
              </w:rPr>
              <w:t>0.613291</w:t>
            </w:r>
          </w:p>
        </w:tc>
        <w:tc>
          <w:tcPr>
            <w:tcW w:type="dxa" w:w="580"/>
            <w:vAlign w:val="center"/>
          </w:tcPr>
          <w:p>
            <w:r/>
            <w:r>
              <w:rPr>
                <w:rFonts w:ascii="Malgun Gothic" w:hAnsi="Malgun Gothic" w:eastAsia="Malgun Gothic"/>
                <w:b w:val="0"/>
                <w:sz w:val="14"/>
              </w:rPr>
              <w:t>1.6538</w:t>
            </w:r>
          </w:p>
        </w:tc>
        <w:tc>
          <w:tcPr>
            <w:tcW w:type="dxa" w:w="580"/>
            <w:vAlign w:val="center"/>
          </w:tcPr>
          <w:p>
            <w:r/>
            <w:r>
              <w:rPr>
                <w:rFonts w:ascii="Malgun Gothic" w:hAnsi="Malgun Gothic" w:eastAsia="Malgun Gothic"/>
                <w:b w:val="0"/>
                <w:sz w:val="14"/>
              </w:rPr>
              <w:t>1.198</w:t>
            </w:r>
          </w:p>
        </w:tc>
        <w:tc>
          <w:tcPr>
            <w:tcW w:type="dxa" w:w="580"/>
            <w:vAlign w:val="center"/>
          </w:tcPr>
          <w:p>
            <w:r/>
            <w:r>
              <w:rPr>
                <w:rFonts w:ascii="Malgun Gothic" w:hAnsi="Malgun Gothic" w:eastAsia="Malgun Gothic"/>
                <w:b w:val="0"/>
                <w:sz w:val="14"/>
              </w:rPr>
              <w:t>1.027</w:t>
            </w:r>
          </w:p>
        </w:tc>
        <w:tc>
          <w:tcPr>
            <w:tcW w:type="dxa" w:w="580"/>
            <w:vAlign w:val="center"/>
          </w:tcPr>
          <w:p>
            <w:r/>
            <w:r>
              <w:rPr>
                <w:rFonts w:ascii="Malgun Gothic" w:hAnsi="Malgun Gothic" w:eastAsia="Malgun Gothic"/>
                <w:b w:val="0"/>
                <w:sz w:val="14"/>
              </w:rPr>
              <w:t>14.037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00__350002022300019.wav::SPEAKER_00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00__350002022300020.wav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162</w:t>
            </w:r>
          </w:p>
        </w:tc>
        <w:tc>
          <w:tcPr>
            <w:tcW w:type="dxa" w:w="580"/>
            <w:vAlign w:val="center"/>
          </w:tcPr>
          <w:p>
            <w:r/>
            <w:r>
              <w:rPr>
                <w:rFonts w:ascii="Malgun Gothic" w:hAnsi="Malgun Gothic" w:eastAsia="Malgun Gothic"/>
                <w:b w:val="0"/>
                <w:sz w:val="14"/>
              </w:rPr>
              <w:t>210.332</w:t>
            </w:r>
          </w:p>
        </w:tc>
        <w:tc>
          <w:tcPr>
            <w:tcW w:type="dxa" w:w="580"/>
            <w:vAlign w:val="center"/>
          </w:tcPr>
          <w:p>
            <w:r/>
            <w:r>
              <w:rPr>
                <w:rFonts w:ascii="Malgun Gothic" w:hAnsi="Malgun Gothic" w:eastAsia="Malgun Gothic"/>
                <w:b w:val="0"/>
                <w:sz w:val="14"/>
              </w:rPr>
              <w:t>0.203005</w:t>
            </w:r>
          </w:p>
        </w:tc>
        <w:tc>
          <w:tcPr>
            <w:tcW w:type="dxa" w:w="580"/>
            <w:vAlign w:val="center"/>
          </w:tcPr>
          <w:p>
            <w:r/>
            <w:r>
              <w:rPr>
                <w:rFonts w:ascii="Malgun Gothic" w:hAnsi="Malgun Gothic" w:eastAsia="Malgun Gothic"/>
                <w:b w:val="0"/>
                <w:sz w:val="14"/>
              </w:rPr>
              <w:t>1.298346</w:t>
            </w:r>
          </w:p>
        </w:tc>
        <w:tc>
          <w:tcPr>
            <w:tcW w:type="dxa" w:w="580"/>
            <w:vAlign w:val="center"/>
          </w:tcPr>
          <w:p>
            <w:r/>
            <w:r>
              <w:rPr>
                <w:rFonts w:ascii="Malgun Gothic" w:hAnsi="Malgun Gothic" w:eastAsia="Malgun Gothic"/>
                <w:b w:val="0"/>
                <w:sz w:val="14"/>
              </w:rPr>
              <w:t>0.861</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1036.122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00__350002022300020.wav::SPEAKER_00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00__350002022300021.wav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103</w:t>
            </w:r>
          </w:p>
        </w:tc>
        <w:tc>
          <w:tcPr>
            <w:tcW w:type="dxa" w:w="580"/>
            <w:vAlign w:val="center"/>
          </w:tcPr>
          <w:p>
            <w:r/>
            <w:r>
              <w:rPr>
                <w:rFonts w:ascii="Malgun Gothic" w:hAnsi="Malgun Gothic" w:eastAsia="Malgun Gothic"/>
                <w:b w:val="0"/>
                <w:sz w:val="14"/>
              </w:rPr>
              <w:t>417.253</w:t>
            </w:r>
          </w:p>
        </w:tc>
        <w:tc>
          <w:tcPr>
            <w:tcW w:type="dxa" w:w="580"/>
            <w:vAlign w:val="center"/>
          </w:tcPr>
          <w:p>
            <w:r/>
            <w:r>
              <w:rPr>
                <w:rFonts w:ascii="Malgun Gothic" w:hAnsi="Malgun Gothic" w:eastAsia="Malgun Gothic"/>
                <w:b w:val="0"/>
                <w:sz w:val="14"/>
              </w:rPr>
              <w:t>0.801651</w:t>
            </w:r>
          </w:p>
        </w:tc>
        <w:tc>
          <w:tcPr>
            <w:tcW w:type="dxa" w:w="580"/>
            <w:vAlign w:val="center"/>
          </w:tcPr>
          <w:p>
            <w:r/>
            <w:r>
              <w:rPr>
                <w:rFonts w:ascii="Malgun Gothic" w:hAnsi="Malgun Gothic" w:eastAsia="Malgun Gothic"/>
                <w:b w:val="0"/>
                <w:sz w:val="14"/>
              </w:rPr>
              <w:t>4.051</w:t>
            </w:r>
          </w:p>
        </w:tc>
        <w:tc>
          <w:tcPr>
            <w:tcW w:type="dxa" w:w="580"/>
            <w:vAlign w:val="center"/>
          </w:tcPr>
          <w:p>
            <w:r/>
            <w:r>
              <w:rPr>
                <w:rFonts w:ascii="Malgun Gothic" w:hAnsi="Malgun Gothic" w:eastAsia="Malgun Gothic"/>
                <w:b w:val="0"/>
                <w:sz w:val="14"/>
              </w:rPr>
              <w:t>3.392</w:t>
            </w:r>
          </w:p>
        </w:tc>
        <w:tc>
          <w:tcPr>
            <w:tcW w:type="dxa" w:w="580"/>
            <w:vAlign w:val="center"/>
          </w:tcPr>
          <w:p>
            <w:r/>
            <w:r>
              <w:rPr>
                <w:rFonts w:ascii="Malgun Gothic" w:hAnsi="Malgun Gothic" w:eastAsia="Malgun Gothic"/>
                <w:b w:val="0"/>
                <w:sz w:val="14"/>
              </w:rPr>
              <w:t>1.668</w:t>
            </w:r>
          </w:p>
        </w:tc>
        <w:tc>
          <w:tcPr>
            <w:tcW w:type="dxa" w:w="580"/>
            <w:vAlign w:val="center"/>
          </w:tcPr>
          <w:p>
            <w:r/>
            <w:r>
              <w:rPr>
                <w:rFonts w:ascii="Malgun Gothic" w:hAnsi="Malgun Gothic" w:eastAsia="Malgun Gothic"/>
                <w:b w:val="0"/>
                <w:sz w:val="14"/>
              </w:rPr>
              <w:t>521.097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00__350002022300021.wav::SPEAKER_00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00__350002022300022.wav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5</w:t>
            </w:r>
          </w:p>
        </w:tc>
        <w:tc>
          <w:tcPr>
            <w:tcW w:type="dxa" w:w="580"/>
            <w:vAlign w:val="center"/>
          </w:tcPr>
          <w:p>
            <w:r/>
            <w:r>
              <w:rPr>
                <w:rFonts w:ascii="Malgun Gothic" w:hAnsi="Malgun Gothic" w:eastAsia="Malgun Gothic"/>
                <w:b w:val="0"/>
                <w:sz w:val="14"/>
              </w:rPr>
              <w:t>13.787</w:t>
            </w:r>
          </w:p>
        </w:tc>
        <w:tc>
          <w:tcPr>
            <w:tcW w:type="dxa" w:w="580"/>
            <w:vAlign w:val="center"/>
          </w:tcPr>
          <w:p>
            <w:r/>
            <w:r>
              <w:rPr>
                <w:rFonts w:ascii="Malgun Gothic" w:hAnsi="Malgun Gothic" w:eastAsia="Malgun Gothic"/>
                <w:b w:val="0"/>
                <w:sz w:val="14"/>
              </w:rPr>
              <w:t>0.555032</w:t>
            </w:r>
          </w:p>
        </w:tc>
        <w:tc>
          <w:tcPr>
            <w:tcW w:type="dxa" w:w="580"/>
            <w:vAlign w:val="center"/>
          </w:tcPr>
          <w:p>
            <w:r/>
            <w:r>
              <w:rPr>
                <w:rFonts w:ascii="Malgun Gothic" w:hAnsi="Malgun Gothic" w:eastAsia="Malgun Gothic"/>
                <w:b w:val="0"/>
                <w:sz w:val="14"/>
              </w:rPr>
              <w:t>2.7574</w:t>
            </w:r>
          </w:p>
        </w:tc>
        <w:tc>
          <w:tcPr>
            <w:tcW w:type="dxa" w:w="580"/>
            <w:vAlign w:val="center"/>
          </w:tcPr>
          <w:p>
            <w:r/>
            <w:r>
              <w:rPr>
                <w:rFonts w:ascii="Malgun Gothic" w:hAnsi="Malgun Gothic" w:eastAsia="Malgun Gothic"/>
                <w:b w:val="0"/>
                <w:sz w:val="14"/>
              </w:rPr>
              <w:t>0.878</w:t>
            </w:r>
          </w:p>
        </w:tc>
        <w:tc>
          <w:tcPr>
            <w:tcW w:type="dxa" w:w="580"/>
            <w:vAlign w:val="center"/>
          </w:tcPr>
          <w:p>
            <w:r/>
            <w:r>
              <w:rPr>
                <w:rFonts w:ascii="Malgun Gothic" w:hAnsi="Malgun Gothic" w:eastAsia="Malgun Gothic"/>
                <w:b w:val="0"/>
                <w:sz w:val="14"/>
              </w:rPr>
              <w:t>2.326</w:t>
            </w:r>
          </w:p>
        </w:tc>
        <w:tc>
          <w:tcPr>
            <w:tcW w:type="dxa" w:w="580"/>
            <w:vAlign w:val="center"/>
          </w:tcPr>
          <w:p>
            <w:r/>
            <w:r>
              <w:rPr>
                <w:rFonts w:ascii="Malgun Gothic" w:hAnsi="Malgun Gothic" w:eastAsia="Malgun Gothic"/>
                <w:b w:val="0"/>
                <w:sz w:val="14"/>
              </w:rPr>
              <w:t>26.693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00__350002022300022.wav::SPEAKER_00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00__350002022300023.wav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68</w:t>
            </w:r>
          </w:p>
        </w:tc>
        <w:tc>
          <w:tcPr>
            <w:tcW w:type="dxa" w:w="580"/>
            <w:vAlign w:val="center"/>
          </w:tcPr>
          <w:p>
            <w:r/>
            <w:r>
              <w:rPr>
                <w:rFonts w:ascii="Malgun Gothic" w:hAnsi="Malgun Gothic" w:eastAsia="Malgun Gothic"/>
                <w:b w:val="0"/>
                <w:sz w:val="14"/>
              </w:rPr>
              <w:t>215.477</w:t>
            </w:r>
          </w:p>
        </w:tc>
        <w:tc>
          <w:tcPr>
            <w:tcW w:type="dxa" w:w="580"/>
            <w:vAlign w:val="center"/>
          </w:tcPr>
          <w:p>
            <w:r/>
            <w:r>
              <w:rPr>
                <w:rFonts w:ascii="Malgun Gothic" w:hAnsi="Malgun Gothic" w:eastAsia="Malgun Gothic"/>
                <w:b w:val="0"/>
                <w:sz w:val="14"/>
              </w:rPr>
              <w:t>0.72003</w:t>
            </w:r>
          </w:p>
        </w:tc>
        <w:tc>
          <w:tcPr>
            <w:tcW w:type="dxa" w:w="580"/>
            <w:vAlign w:val="center"/>
          </w:tcPr>
          <w:p>
            <w:r/>
            <w:r>
              <w:rPr>
                <w:rFonts w:ascii="Malgun Gothic" w:hAnsi="Malgun Gothic" w:eastAsia="Malgun Gothic"/>
                <w:b w:val="0"/>
                <w:sz w:val="14"/>
              </w:rPr>
              <w:t>3.168779</w:t>
            </w:r>
          </w:p>
        </w:tc>
        <w:tc>
          <w:tcPr>
            <w:tcW w:type="dxa" w:w="580"/>
            <w:vAlign w:val="center"/>
          </w:tcPr>
          <w:p>
            <w:r/>
            <w:r>
              <w:rPr>
                <w:rFonts w:ascii="Malgun Gothic" w:hAnsi="Malgun Gothic" w:eastAsia="Malgun Gothic"/>
                <w:b w:val="0"/>
                <w:sz w:val="14"/>
              </w:rPr>
              <w:t>2.6495</w:t>
            </w:r>
          </w:p>
        </w:tc>
        <w:tc>
          <w:tcPr>
            <w:tcW w:type="dxa" w:w="580"/>
            <w:vAlign w:val="center"/>
          </w:tcPr>
          <w:p>
            <w:r/>
            <w:r>
              <w:rPr>
                <w:rFonts w:ascii="Malgun Gothic" w:hAnsi="Malgun Gothic" w:eastAsia="Malgun Gothic"/>
                <w:b w:val="0"/>
                <w:sz w:val="14"/>
              </w:rPr>
              <w:t>1.465</w:t>
            </w:r>
          </w:p>
        </w:tc>
        <w:tc>
          <w:tcPr>
            <w:tcW w:type="dxa" w:w="580"/>
            <w:vAlign w:val="center"/>
          </w:tcPr>
          <w:p>
            <w:r/>
            <w:r>
              <w:rPr>
                <w:rFonts w:ascii="Malgun Gothic" w:hAnsi="Malgun Gothic" w:eastAsia="Malgun Gothic"/>
                <w:b w:val="0"/>
                <w:sz w:val="14"/>
              </w:rPr>
              <w:t>298.938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00__350002022300023.wav::SPEAKER_00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00__350002022300024.wav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6.717</w:t>
            </w:r>
          </w:p>
        </w:tc>
        <w:tc>
          <w:tcPr>
            <w:tcW w:type="dxa" w:w="580"/>
            <w:vAlign w:val="center"/>
          </w:tcPr>
          <w:p>
            <w:r/>
            <w:r>
              <w:rPr>
                <w:rFonts w:ascii="Malgun Gothic" w:hAnsi="Malgun Gothic" w:eastAsia="Malgun Gothic"/>
                <w:b w:val="0"/>
                <w:sz w:val="14"/>
              </w:rPr>
              <w:t>0.220035</w:t>
            </w:r>
          </w:p>
        </w:tc>
        <w:tc>
          <w:tcPr>
            <w:tcW w:type="dxa" w:w="580"/>
            <w:vAlign w:val="center"/>
          </w:tcPr>
          <w:p>
            <w:r/>
            <w:r>
              <w:rPr>
                <w:rFonts w:ascii="Malgun Gothic" w:hAnsi="Malgun Gothic" w:eastAsia="Malgun Gothic"/>
                <w:b w:val="0"/>
                <w:sz w:val="14"/>
              </w:rPr>
              <w:t>0.6717</w:t>
            </w:r>
          </w:p>
        </w:tc>
        <w:tc>
          <w:tcPr>
            <w:tcW w:type="dxa" w:w="580"/>
            <w:vAlign w:val="center"/>
          </w:tcPr>
          <w:p>
            <w:r/>
            <w:r>
              <w:rPr>
                <w:rFonts w:ascii="Malgun Gothic" w:hAnsi="Malgun Gothic" w:eastAsia="Malgun Gothic"/>
                <w:b w:val="0"/>
                <w:sz w:val="14"/>
              </w:rPr>
              <w:t>0.599</w:t>
            </w:r>
          </w:p>
        </w:tc>
        <w:tc>
          <w:tcPr>
            <w:tcW w:type="dxa" w:w="580"/>
            <w:vAlign w:val="center"/>
          </w:tcPr>
          <w:p>
            <w:r/>
            <w:r>
              <w:rPr>
                <w:rFonts w:ascii="Malgun Gothic" w:hAnsi="Malgun Gothic" w:eastAsia="Malgun Gothic"/>
                <w:b w:val="0"/>
                <w:sz w:val="14"/>
              </w:rPr>
              <w:t>0.368</w:t>
            </w:r>
          </w:p>
        </w:tc>
        <w:tc>
          <w:tcPr>
            <w:tcW w:type="dxa" w:w="580"/>
            <w:vAlign w:val="center"/>
          </w:tcPr>
          <w:p>
            <w:r/>
            <w:r>
              <w:rPr>
                <w:rFonts w:ascii="Malgun Gothic" w:hAnsi="Malgun Gothic" w:eastAsia="Malgun Gothic"/>
                <w:b w:val="0"/>
                <w:sz w:val="14"/>
              </w:rPr>
              <w:t>29.495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00__350002022300024.wav::SPEAKER_00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 중간 950행은 전체 데이터 부록 ZIP에 원본으로 포함 ...</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09__350002022300975.wav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15.846</w:t>
            </w:r>
          </w:p>
        </w:tc>
        <w:tc>
          <w:tcPr>
            <w:tcW w:type="dxa" w:w="580"/>
            <w:vAlign w:val="center"/>
          </w:tcPr>
          <w:p>
            <w:r/>
            <w:r>
              <w:rPr>
                <w:rFonts w:ascii="Malgun Gothic" w:hAnsi="Malgun Gothic" w:eastAsia="Malgun Gothic"/>
                <w:b w:val="0"/>
                <w:sz w:val="14"/>
              </w:rPr>
              <w:t>0.61942</w:t>
            </w:r>
          </w:p>
        </w:tc>
        <w:tc>
          <w:tcPr>
            <w:tcW w:type="dxa" w:w="580"/>
            <w:vAlign w:val="center"/>
          </w:tcPr>
          <w:p>
            <w:r/>
            <w:r>
              <w:rPr>
                <w:rFonts w:ascii="Malgun Gothic" w:hAnsi="Malgun Gothic" w:eastAsia="Malgun Gothic"/>
                <w:b w:val="0"/>
                <w:sz w:val="14"/>
              </w:rPr>
              <w:t>2.641</w:t>
            </w:r>
          </w:p>
        </w:tc>
        <w:tc>
          <w:tcPr>
            <w:tcW w:type="dxa" w:w="580"/>
            <w:vAlign w:val="center"/>
          </w:tcPr>
          <w:p>
            <w:r/>
            <w:r>
              <w:rPr>
                <w:rFonts w:ascii="Malgun Gothic" w:hAnsi="Malgun Gothic" w:eastAsia="Malgun Gothic"/>
                <w:b w:val="0"/>
                <w:sz w:val="14"/>
              </w:rPr>
              <w:t>1.3585</w:t>
            </w:r>
          </w:p>
        </w:tc>
        <w:tc>
          <w:tcPr>
            <w:tcW w:type="dxa" w:w="580"/>
            <w:vAlign w:val="center"/>
          </w:tcPr>
          <w:p>
            <w:r/>
            <w:r>
              <w:rPr>
                <w:rFonts w:ascii="Malgun Gothic" w:hAnsi="Malgun Gothic" w:eastAsia="Malgun Gothic"/>
                <w:b w:val="0"/>
                <w:sz w:val="14"/>
              </w:rPr>
              <w:t>6.916</w:t>
            </w:r>
          </w:p>
        </w:tc>
        <w:tc>
          <w:tcPr>
            <w:tcW w:type="dxa" w:w="580"/>
            <w:vAlign w:val="center"/>
          </w:tcPr>
          <w:p>
            <w:r/>
            <w:r>
              <w:rPr>
                <w:rFonts w:ascii="Malgun Gothic" w:hAnsi="Malgun Gothic" w:eastAsia="Malgun Gothic"/>
                <w:b w:val="0"/>
                <w:sz w:val="14"/>
              </w:rPr>
              <w:t>26.018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09__350002022300975.wav::SPEAKER_00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09__350002022300976.wav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34</w:t>
            </w:r>
          </w:p>
        </w:tc>
        <w:tc>
          <w:tcPr>
            <w:tcW w:type="dxa" w:w="580"/>
            <w:vAlign w:val="center"/>
          </w:tcPr>
          <w:p>
            <w:r/>
            <w:r>
              <w:rPr>
                <w:rFonts w:ascii="Malgun Gothic" w:hAnsi="Malgun Gothic" w:eastAsia="Malgun Gothic"/>
                <w:b w:val="0"/>
                <w:sz w:val="14"/>
              </w:rPr>
              <w:t>65.137</w:t>
            </w:r>
          </w:p>
        </w:tc>
        <w:tc>
          <w:tcPr>
            <w:tcW w:type="dxa" w:w="580"/>
            <w:vAlign w:val="center"/>
          </w:tcPr>
          <w:p>
            <w:r/>
            <w:r>
              <w:rPr>
                <w:rFonts w:ascii="Malgun Gothic" w:hAnsi="Malgun Gothic" w:eastAsia="Malgun Gothic"/>
                <w:b w:val="0"/>
                <w:sz w:val="14"/>
              </w:rPr>
              <w:t>0.54274</w:t>
            </w:r>
          </w:p>
        </w:tc>
        <w:tc>
          <w:tcPr>
            <w:tcW w:type="dxa" w:w="580"/>
            <w:vAlign w:val="center"/>
          </w:tcPr>
          <w:p>
            <w:r/>
            <w:r>
              <w:rPr>
                <w:rFonts w:ascii="Malgun Gothic" w:hAnsi="Malgun Gothic" w:eastAsia="Malgun Gothic"/>
                <w:b w:val="0"/>
                <w:sz w:val="14"/>
              </w:rPr>
              <w:t>1.915794</w:t>
            </w:r>
          </w:p>
        </w:tc>
        <w:tc>
          <w:tcPr>
            <w:tcW w:type="dxa" w:w="580"/>
            <w:vAlign w:val="center"/>
          </w:tcPr>
          <w:p>
            <w:r/>
            <w:r>
              <w:rPr>
                <w:rFonts w:ascii="Malgun Gothic" w:hAnsi="Malgun Gothic" w:eastAsia="Malgun Gothic"/>
                <w:b w:val="0"/>
                <w:sz w:val="14"/>
              </w:rPr>
              <w:t>1.7385</w:t>
            </w:r>
          </w:p>
        </w:tc>
        <w:tc>
          <w:tcPr>
            <w:tcW w:type="dxa" w:w="580"/>
            <w:vAlign w:val="center"/>
          </w:tcPr>
          <w:p>
            <w:r/>
            <w:r>
              <w:rPr>
                <w:rFonts w:ascii="Malgun Gothic" w:hAnsi="Malgun Gothic" w:eastAsia="Malgun Gothic"/>
                <w:b w:val="0"/>
                <w:sz w:val="14"/>
              </w:rPr>
              <w:t>0.875</w:t>
            </w:r>
          </w:p>
        </w:tc>
        <w:tc>
          <w:tcPr>
            <w:tcW w:type="dxa" w:w="580"/>
            <w:vAlign w:val="center"/>
          </w:tcPr>
          <w:p>
            <w:r/>
            <w:r>
              <w:rPr>
                <w:rFonts w:ascii="Malgun Gothic" w:hAnsi="Malgun Gothic" w:eastAsia="Malgun Gothic"/>
                <w:b w:val="0"/>
                <w:sz w:val="14"/>
              </w:rPr>
              <w:t>120.89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09__350002022300976.wav::SPEAKER_00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09__350002022300977.wav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26</w:t>
            </w:r>
          </w:p>
        </w:tc>
        <w:tc>
          <w:tcPr>
            <w:tcW w:type="dxa" w:w="580"/>
            <w:vAlign w:val="center"/>
          </w:tcPr>
          <w:p>
            <w:r/>
            <w:r>
              <w:rPr>
                <w:rFonts w:ascii="Malgun Gothic" w:hAnsi="Malgun Gothic" w:eastAsia="Malgun Gothic"/>
                <w:b w:val="0"/>
                <w:sz w:val="14"/>
              </w:rPr>
              <w:t>61.074</w:t>
            </w:r>
          </w:p>
        </w:tc>
        <w:tc>
          <w:tcPr>
            <w:tcW w:type="dxa" w:w="580"/>
            <w:vAlign w:val="center"/>
          </w:tcPr>
          <w:p>
            <w:r/>
            <w:r>
              <w:rPr>
                <w:rFonts w:ascii="Malgun Gothic" w:hAnsi="Malgun Gothic" w:eastAsia="Malgun Gothic"/>
                <w:b w:val="0"/>
                <w:sz w:val="14"/>
              </w:rPr>
              <w:t>0.510034</w:t>
            </w:r>
          </w:p>
        </w:tc>
        <w:tc>
          <w:tcPr>
            <w:tcW w:type="dxa" w:w="580"/>
            <w:vAlign w:val="center"/>
          </w:tcPr>
          <w:p>
            <w:r/>
            <w:r>
              <w:rPr>
                <w:rFonts w:ascii="Malgun Gothic" w:hAnsi="Malgun Gothic" w:eastAsia="Malgun Gothic"/>
                <w:b w:val="0"/>
                <w:sz w:val="14"/>
              </w:rPr>
              <w:t>2.349</w:t>
            </w:r>
          </w:p>
        </w:tc>
        <w:tc>
          <w:tcPr>
            <w:tcW w:type="dxa" w:w="580"/>
            <w:vAlign w:val="center"/>
          </w:tcPr>
          <w:p>
            <w:r/>
            <w:r>
              <w:rPr>
                <w:rFonts w:ascii="Malgun Gothic" w:hAnsi="Malgun Gothic" w:eastAsia="Malgun Gothic"/>
                <w:b w:val="0"/>
                <w:sz w:val="14"/>
              </w:rPr>
              <w:t>2.4555</w:t>
            </w:r>
          </w:p>
        </w:tc>
        <w:tc>
          <w:tcPr>
            <w:tcW w:type="dxa" w:w="580"/>
            <w:vAlign w:val="center"/>
          </w:tcPr>
          <w:p>
            <w:r/>
            <w:r>
              <w:rPr>
                <w:rFonts w:ascii="Malgun Gothic" w:hAnsi="Malgun Gothic" w:eastAsia="Malgun Gothic"/>
                <w:b w:val="0"/>
                <w:sz w:val="14"/>
              </w:rPr>
              <w:t>0.25</w:t>
            </w:r>
          </w:p>
        </w:tc>
        <w:tc>
          <w:tcPr>
            <w:tcW w:type="dxa" w:w="580"/>
            <w:vAlign w:val="center"/>
          </w:tcPr>
          <w:p>
            <w:r/>
            <w:r>
              <w:rPr>
                <w:rFonts w:ascii="Malgun Gothic" w:hAnsi="Malgun Gothic" w:eastAsia="Malgun Gothic"/>
                <w:b w:val="0"/>
                <w:sz w:val="14"/>
              </w:rPr>
              <w:t>119.995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09__350002022300977.wav::SPEAKER_00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09__350002022300978.wav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16</w:t>
            </w:r>
          </w:p>
        </w:tc>
        <w:tc>
          <w:tcPr>
            <w:tcW w:type="dxa" w:w="580"/>
            <w:vAlign w:val="center"/>
          </w:tcPr>
          <w:p>
            <w:r/>
            <w:r>
              <w:rPr>
                <w:rFonts w:ascii="Malgun Gothic" w:hAnsi="Malgun Gothic" w:eastAsia="Malgun Gothic"/>
                <w:b w:val="0"/>
                <w:sz w:val="14"/>
              </w:rPr>
              <w:t>35.268</w:t>
            </w:r>
          </w:p>
        </w:tc>
        <w:tc>
          <w:tcPr>
            <w:tcW w:type="dxa" w:w="580"/>
            <w:vAlign w:val="center"/>
          </w:tcPr>
          <w:p>
            <w:r/>
            <w:r>
              <w:rPr>
                <w:rFonts w:ascii="Malgun Gothic" w:hAnsi="Malgun Gothic" w:eastAsia="Malgun Gothic"/>
                <w:b w:val="0"/>
                <w:sz w:val="14"/>
              </w:rPr>
              <w:t>0.493266</w:t>
            </w:r>
          </w:p>
        </w:tc>
        <w:tc>
          <w:tcPr>
            <w:tcW w:type="dxa" w:w="580"/>
            <w:vAlign w:val="center"/>
          </w:tcPr>
          <w:p>
            <w:r/>
            <w:r>
              <w:rPr>
                <w:rFonts w:ascii="Malgun Gothic" w:hAnsi="Malgun Gothic" w:eastAsia="Malgun Gothic"/>
                <w:b w:val="0"/>
                <w:sz w:val="14"/>
              </w:rPr>
              <w:t>2.20425</w:t>
            </w:r>
          </w:p>
        </w:tc>
        <w:tc>
          <w:tcPr>
            <w:tcW w:type="dxa" w:w="580"/>
            <w:vAlign w:val="center"/>
          </w:tcPr>
          <w:p>
            <w:r/>
            <w:r>
              <w:rPr>
                <w:rFonts w:ascii="Malgun Gothic" w:hAnsi="Malgun Gothic" w:eastAsia="Malgun Gothic"/>
                <w:b w:val="0"/>
                <w:sz w:val="14"/>
              </w:rPr>
              <w:t>2.0505</w:t>
            </w:r>
          </w:p>
        </w:tc>
        <w:tc>
          <w:tcPr>
            <w:tcW w:type="dxa" w:w="580"/>
            <w:vAlign w:val="center"/>
          </w:tcPr>
          <w:p>
            <w:r/>
            <w:r>
              <w:rPr>
                <w:rFonts w:ascii="Malgun Gothic" w:hAnsi="Malgun Gothic" w:eastAsia="Malgun Gothic"/>
                <w:b w:val="0"/>
                <w:sz w:val="14"/>
              </w:rPr>
              <w:t>0.605</w:t>
            </w:r>
          </w:p>
        </w:tc>
        <w:tc>
          <w:tcPr>
            <w:tcW w:type="dxa" w:w="580"/>
            <w:vAlign w:val="center"/>
          </w:tcPr>
          <w:p>
            <w:r/>
            <w:r>
              <w:rPr>
                <w:rFonts w:ascii="Malgun Gothic" w:hAnsi="Malgun Gothic" w:eastAsia="Malgun Gothic"/>
                <w:b w:val="0"/>
                <w:sz w:val="14"/>
              </w:rPr>
              <w:t>72.104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09__350002022300978.wav::SPEAKER_00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09__350002022300979.wav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w:t>
            </w:r>
          </w:p>
        </w:tc>
        <w:tc>
          <w:tcPr>
            <w:tcW w:type="dxa" w:w="580"/>
            <w:vAlign w:val="center"/>
          </w:tcPr>
          <w:p>
            <w:r/>
            <w:r>
              <w:rPr>
                <w:rFonts w:ascii="Malgun Gothic" w:hAnsi="Malgun Gothic" w:eastAsia="Malgun Gothic"/>
                <w:b w:val="0"/>
                <w:sz w:val="14"/>
              </w:rPr>
              <w:t>4.911</w:t>
            </w:r>
          </w:p>
        </w:tc>
        <w:tc>
          <w:tcPr>
            <w:tcW w:type="dxa" w:w="580"/>
            <w:vAlign w:val="center"/>
          </w:tcPr>
          <w:p>
            <w:r/>
            <w:r>
              <w:rPr>
                <w:rFonts w:ascii="Malgun Gothic" w:hAnsi="Malgun Gothic" w:eastAsia="Malgun Gothic"/>
                <w:b w:val="0"/>
                <w:sz w:val="14"/>
              </w:rPr>
              <w:t>0.941887</w:t>
            </w:r>
          </w:p>
        </w:tc>
        <w:tc>
          <w:tcPr>
            <w:tcW w:type="dxa" w:w="580"/>
            <w:vAlign w:val="center"/>
          </w:tcPr>
          <w:p>
            <w:r/>
            <w:r>
              <w:rPr>
                <w:rFonts w:ascii="Malgun Gothic" w:hAnsi="Malgun Gothic" w:eastAsia="Malgun Gothic"/>
                <w:b w:val="0"/>
                <w:sz w:val="14"/>
              </w:rPr>
              <w:t>2.4555</w:t>
            </w:r>
          </w:p>
        </w:tc>
        <w:tc>
          <w:tcPr>
            <w:tcW w:type="dxa" w:w="580"/>
            <w:vAlign w:val="center"/>
          </w:tcPr>
          <w:p>
            <w:r/>
            <w:r>
              <w:rPr>
                <w:rFonts w:ascii="Malgun Gothic" w:hAnsi="Malgun Gothic" w:eastAsia="Malgun Gothic"/>
                <w:b w:val="0"/>
                <w:sz w:val="14"/>
              </w:rPr>
              <w:t>2.4555</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5.245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09__350002022300979.wav::SPEAKER_00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09__350002022300980.wav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13</w:t>
            </w:r>
          </w:p>
        </w:tc>
        <w:tc>
          <w:tcPr>
            <w:tcW w:type="dxa" w:w="580"/>
            <w:vAlign w:val="center"/>
          </w:tcPr>
          <w:p>
            <w:r/>
            <w:r>
              <w:rPr>
                <w:rFonts w:ascii="Malgun Gothic" w:hAnsi="Malgun Gothic" w:eastAsia="Malgun Gothic"/>
                <w:b w:val="0"/>
                <w:sz w:val="14"/>
              </w:rPr>
              <w:t>14.766</w:t>
            </w:r>
          </w:p>
        </w:tc>
        <w:tc>
          <w:tcPr>
            <w:tcW w:type="dxa" w:w="580"/>
            <w:vAlign w:val="center"/>
          </w:tcPr>
          <w:p>
            <w:r/>
            <w:r>
              <w:rPr>
                <w:rFonts w:ascii="Malgun Gothic" w:hAnsi="Malgun Gothic" w:eastAsia="Malgun Gothic"/>
                <w:b w:val="0"/>
                <w:sz w:val="14"/>
              </w:rPr>
              <w:t>0.328586</w:t>
            </w:r>
          </w:p>
        </w:tc>
        <w:tc>
          <w:tcPr>
            <w:tcW w:type="dxa" w:w="580"/>
            <w:vAlign w:val="center"/>
          </w:tcPr>
          <w:p>
            <w:r/>
            <w:r>
              <w:rPr>
                <w:rFonts w:ascii="Malgun Gothic" w:hAnsi="Malgun Gothic" w:eastAsia="Malgun Gothic"/>
                <w:b w:val="0"/>
                <w:sz w:val="14"/>
              </w:rPr>
              <w:t>1.135846</w:t>
            </w:r>
          </w:p>
        </w:tc>
        <w:tc>
          <w:tcPr>
            <w:tcW w:type="dxa" w:w="580"/>
            <w:vAlign w:val="center"/>
          </w:tcPr>
          <w:p>
            <w:r/>
            <w:r>
              <w:rPr>
                <w:rFonts w:ascii="Malgun Gothic" w:hAnsi="Malgun Gothic" w:eastAsia="Malgun Gothic"/>
                <w:b w:val="0"/>
                <w:sz w:val="14"/>
              </w:rPr>
              <w:t>1.401</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44.969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09__350002022300980.wav::SPEAKER_00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09__350002022300981.wav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27</w:t>
            </w:r>
          </w:p>
        </w:tc>
        <w:tc>
          <w:tcPr>
            <w:tcW w:type="dxa" w:w="580"/>
            <w:vAlign w:val="center"/>
          </w:tcPr>
          <w:p>
            <w:r/>
            <w:r>
              <w:rPr>
                <w:rFonts w:ascii="Malgun Gothic" w:hAnsi="Malgun Gothic" w:eastAsia="Malgun Gothic"/>
                <w:b w:val="0"/>
                <w:sz w:val="14"/>
              </w:rPr>
              <w:t>55.959</w:t>
            </w:r>
          </w:p>
        </w:tc>
        <w:tc>
          <w:tcPr>
            <w:tcW w:type="dxa" w:w="580"/>
            <w:vAlign w:val="center"/>
          </w:tcPr>
          <w:p>
            <w:r/>
            <w:r>
              <w:rPr>
                <w:rFonts w:ascii="Malgun Gothic" w:hAnsi="Malgun Gothic" w:eastAsia="Malgun Gothic"/>
                <w:b w:val="0"/>
                <w:sz w:val="14"/>
              </w:rPr>
              <w:t>0.400013</w:t>
            </w:r>
          </w:p>
        </w:tc>
        <w:tc>
          <w:tcPr>
            <w:tcW w:type="dxa" w:w="580"/>
            <w:vAlign w:val="center"/>
          </w:tcPr>
          <w:p>
            <w:r/>
            <w:r>
              <w:rPr>
                <w:rFonts w:ascii="Malgun Gothic" w:hAnsi="Malgun Gothic" w:eastAsia="Malgun Gothic"/>
                <w:b w:val="0"/>
                <w:sz w:val="14"/>
              </w:rPr>
              <w:t>2.072556</w:t>
            </w:r>
          </w:p>
        </w:tc>
        <w:tc>
          <w:tcPr>
            <w:tcW w:type="dxa" w:w="580"/>
            <w:vAlign w:val="center"/>
          </w:tcPr>
          <w:p>
            <w:r/>
            <w:r>
              <w:rPr>
                <w:rFonts w:ascii="Malgun Gothic" w:hAnsi="Malgun Gothic" w:eastAsia="Malgun Gothic"/>
                <w:b w:val="0"/>
                <w:sz w:val="14"/>
              </w:rPr>
              <w:t>1.282</w:t>
            </w:r>
          </w:p>
        </w:tc>
        <w:tc>
          <w:tcPr>
            <w:tcW w:type="dxa" w:w="580"/>
            <w:vAlign w:val="center"/>
          </w:tcPr>
          <w:p>
            <w:r/>
            <w:r>
              <w:rPr>
                <w:rFonts w:ascii="Malgun Gothic" w:hAnsi="Malgun Gothic" w:eastAsia="Malgun Gothic"/>
                <w:b w:val="0"/>
                <w:sz w:val="14"/>
              </w:rPr>
              <w:t>0.335</w:t>
            </w:r>
          </w:p>
        </w:tc>
        <w:tc>
          <w:tcPr>
            <w:tcW w:type="dxa" w:w="580"/>
            <w:vAlign w:val="center"/>
          </w:tcPr>
          <w:p>
            <w:r/>
            <w:r>
              <w:rPr>
                <w:rFonts w:ascii="Malgun Gothic" w:hAnsi="Malgun Gothic" w:eastAsia="Malgun Gothic"/>
                <w:b w:val="0"/>
                <w:sz w:val="14"/>
              </w:rPr>
              <w:t>139.03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09__350002022300981.wav::SPEAKER_00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09__350002022300982.wav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w:t>
            </w:r>
          </w:p>
        </w:tc>
        <w:tc>
          <w:tcPr>
            <w:tcW w:type="dxa" w:w="580"/>
            <w:vAlign w:val="center"/>
          </w:tcPr>
          <w:p>
            <w:r/>
            <w:r>
              <w:rPr>
                <w:rFonts w:ascii="Malgun Gothic" w:hAnsi="Malgun Gothic" w:eastAsia="Malgun Gothic"/>
                <w:b w:val="0"/>
                <w:sz w:val="14"/>
              </w:rPr>
              <w:t>5.586</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5.586</w:t>
            </w:r>
          </w:p>
        </w:tc>
        <w:tc>
          <w:tcPr>
            <w:tcW w:type="dxa" w:w="580"/>
            <w:vAlign w:val="center"/>
          </w:tcPr>
          <w:p>
            <w:r/>
            <w:r>
              <w:rPr>
                <w:rFonts w:ascii="Malgun Gothic" w:hAnsi="Malgun Gothic" w:eastAsia="Malgun Gothic"/>
                <w:b w:val="0"/>
                <w:sz w:val="14"/>
              </w:rPr>
              <w:t>5.586</w:t>
            </w:r>
          </w:p>
        </w:tc>
        <w:tc>
          <w:tcPr>
            <w:tcW w:type="dxa" w:w="580"/>
            <w:vAlign w:val="center"/>
          </w:tcPr>
          <w:p>
            <w:r/>
            <w:r>
              <w:rPr>
                <w:rFonts w:ascii="Malgun Gothic" w:hAnsi="Malgun Gothic" w:eastAsia="Malgun Gothic"/>
                <w:b w:val="0"/>
                <w:sz w:val="14"/>
              </w:rPr>
              <w:t>0.841</w:t>
            </w:r>
          </w:p>
        </w:tc>
        <w:tc>
          <w:tcPr>
            <w:tcW w:type="dxa" w:w="580"/>
            <w:vAlign w:val="center"/>
          </w:tcPr>
          <w:p>
            <w:r/>
            <w:r>
              <w:rPr>
                <w:rFonts w:ascii="Malgun Gothic" w:hAnsi="Malgun Gothic" w:eastAsia="Malgun Gothic"/>
                <w:b w:val="0"/>
                <w:sz w:val="14"/>
              </w:rPr>
              <w:t>6.427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09__350002022300982.wav::SPEAKER_00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09__350002022300983.wav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54</w:t>
            </w:r>
          </w:p>
        </w:tc>
        <w:tc>
          <w:tcPr>
            <w:tcW w:type="dxa" w:w="580"/>
            <w:vAlign w:val="center"/>
          </w:tcPr>
          <w:p>
            <w:r/>
            <w:r>
              <w:rPr>
                <w:rFonts w:ascii="Malgun Gothic" w:hAnsi="Malgun Gothic" w:eastAsia="Malgun Gothic"/>
                <w:b w:val="0"/>
                <w:sz w:val="14"/>
              </w:rPr>
              <w:t>95.141</w:t>
            </w:r>
          </w:p>
        </w:tc>
        <w:tc>
          <w:tcPr>
            <w:tcW w:type="dxa" w:w="580"/>
            <w:vAlign w:val="center"/>
          </w:tcPr>
          <w:p>
            <w:r/>
            <w:r>
              <w:rPr>
                <w:rFonts w:ascii="Malgun Gothic" w:hAnsi="Malgun Gothic" w:eastAsia="Malgun Gothic"/>
                <w:b w:val="0"/>
                <w:sz w:val="14"/>
              </w:rPr>
              <w:t>0.471759</w:t>
            </w:r>
          </w:p>
        </w:tc>
        <w:tc>
          <w:tcPr>
            <w:tcW w:type="dxa" w:w="580"/>
            <w:vAlign w:val="center"/>
          </w:tcPr>
          <w:p>
            <w:r/>
            <w:r>
              <w:rPr>
                <w:rFonts w:ascii="Malgun Gothic" w:hAnsi="Malgun Gothic" w:eastAsia="Malgun Gothic"/>
                <w:b w:val="0"/>
                <w:sz w:val="14"/>
              </w:rPr>
              <w:t>1.76187</w:t>
            </w:r>
          </w:p>
        </w:tc>
        <w:tc>
          <w:tcPr>
            <w:tcW w:type="dxa" w:w="580"/>
            <w:vAlign w:val="center"/>
          </w:tcPr>
          <w:p>
            <w:r/>
            <w:r>
              <w:rPr>
                <w:rFonts w:ascii="Malgun Gothic" w:hAnsi="Malgun Gothic" w:eastAsia="Malgun Gothic"/>
                <w:b w:val="0"/>
                <w:sz w:val="14"/>
              </w:rPr>
              <w:t>1.0715</w:t>
            </w:r>
          </w:p>
        </w:tc>
        <w:tc>
          <w:tcPr>
            <w:tcW w:type="dxa" w:w="580"/>
            <w:vAlign w:val="center"/>
          </w:tcPr>
          <w:p>
            <w:r/>
            <w:r>
              <w:rPr>
                <w:rFonts w:ascii="Malgun Gothic" w:hAnsi="Malgun Gothic" w:eastAsia="Malgun Gothic"/>
                <w:b w:val="0"/>
                <w:sz w:val="14"/>
              </w:rPr>
              <w:t>0.588</w:t>
            </w:r>
          </w:p>
        </w:tc>
        <w:tc>
          <w:tcPr>
            <w:tcW w:type="dxa" w:w="580"/>
            <w:vAlign w:val="center"/>
          </w:tcPr>
          <w:p>
            <w:r/>
            <w:r>
              <w:rPr>
                <w:rFonts w:ascii="Malgun Gothic" w:hAnsi="Malgun Gothic" w:eastAsia="Malgun Gothic"/>
                <w:b w:val="0"/>
                <w:sz w:val="14"/>
              </w:rPr>
              <w:t>202.261</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09__350002022300983.wav::SPEAKER_00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09__350002022300984.wav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w:t>
            </w:r>
          </w:p>
        </w:tc>
        <w:tc>
          <w:tcPr>
            <w:tcW w:type="dxa" w:w="580"/>
            <w:vAlign w:val="center"/>
          </w:tcPr>
          <w:p>
            <w:r/>
            <w:r>
              <w:rPr>
                <w:rFonts w:ascii="Malgun Gothic" w:hAnsi="Malgun Gothic" w:eastAsia="Malgun Gothic"/>
                <w:b w:val="0"/>
                <w:sz w:val="14"/>
              </w:rPr>
              <w:t>5.602</w:t>
            </w:r>
          </w:p>
        </w:tc>
        <w:tc>
          <w:tcPr>
            <w:tcW w:type="dxa" w:w="580"/>
            <w:vAlign w:val="center"/>
          </w:tcPr>
          <w:p>
            <w:r/>
            <w:r>
              <w:rPr>
                <w:rFonts w:ascii="Malgun Gothic" w:hAnsi="Malgun Gothic" w:eastAsia="Malgun Gothic"/>
                <w:b w:val="0"/>
                <w:sz w:val="14"/>
              </w:rPr>
              <w:t>1.0</w:t>
            </w:r>
          </w:p>
        </w:tc>
        <w:tc>
          <w:tcPr>
            <w:tcW w:type="dxa" w:w="580"/>
            <w:vAlign w:val="center"/>
          </w:tcPr>
          <w:p>
            <w:r/>
            <w:r>
              <w:rPr>
                <w:rFonts w:ascii="Malgun Gothic" w:hAnsi="Malgun Gothic" w:eastAsia="Malgun Gothic"/>
                <w:b w:val="0"/>
                <w:sz w:val="14"/>
              </w:rPr>
              <w:t>5.602</w:t>
            </w:r>
          </w:p>
        </w:tc>
        <w:tc>
          <w:tcPr>
            <w:tcW w:type="dxa" w:w="580"/>
            <w:vAlign w:val="center"/>
          </w:tcPr>
          <w:p>
            <w:r/>
            <w:r>
              <w:rPr>
                <w:rFonts w:ascii="Malgun Gothic" w:hAnsi="Malgun Gothic" w:eastAsia="Malgun Gothic"/>
                <w:b w:val="0"/>
                <w:sz w:val="14"/>
              </w:rPr>
              <w:t>5.602</w:t>
            </w:r>
          </w:p>
        </w:tc>
        <w:tc>
          <w:tcPr>
            <w:tcW w:type="dxa" w:w="580"/>
            <w:vAlign w:val="center"/>
          </w:tcPr>
          <w:p>
            <w:r/>
            <w:r>
              <w:rPr>
                <w:rFonts w:ascii="Malgun Gothic" w:hAnsi="Malgun Gothic" w:eastAsia="Malgun Gothic"/>
                <w:b w:val="0"/>
                <w:sz w:val="14"/>
              </w:rPr>
              <w:t>0.993</w:t>
            </w:r>
          </w:p>
        </w:tc>
        <w:tc>
          <w:tcPr>
            <w:tcW w:type="dxa" w:w="580"/>
            <w:vAlign w:val="center"/>
          </w:tcPr>
          <w:p>
            <w:r/>
            <w:r>
              <w:rPr>
                <w:rFonts w:ascii="Malgun Gothic" w:hAnsi="Malgun Gothic" w:eastAsia="Malgun Gothic"/>
                <w:b w:val="0"/>
                <w:sz w:val="14"/>
              </w:rPr>
              <w:t>6.595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09__350002022300984.wav::SPEAKER_00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09__350002022300985.wav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7</w:t>
            </w:r>
          </w:p>
        </w:tc>
        <w:tc>
          <w:tcPr>
            <w:tcW w:type="dxa" w:w="580"/>
            <w:vAlign w:val="center"/>
          </w:tcPr>
          <w:p>
            <w:r/>
            <w:r>
              <w:rPr>
                <w:rFonts w:ascii="Malgun Gothic" w:hAnsi="Malgun Gothic" w:eastAsia="Malgun Gothic"/>
                <w:b w:val="0"/>
                <w:sz w:val="14"/>
              </w:rPr>
              <w:t>9.247</w:t>
            </w:r>
          </w:p>
        </w:tc>
        <w:tc>
          <w:tcPr>
            <w:tcW w:type="dxa" w:w="580"/>
            <w:vAlign w:val="center"/>
          </w:tcPr>
          <w:p>
            <w:r/>
            <w:r>
              <w:rPr>
                <w:rFonts w:ascii="Malgun Gothic" w:hAnsi="Malgun Gothic" w:eastAsia="Malgun Gothic"/>
                <w:b w:val="0"/>
                <w:sz w:val="14"/>
              </w:rPr>
              <w:t>0.205544</w:t>
            </w:r>
          </w:p>
        </w:tc>
        <w:tc>
          <w:tcPr>
            <w:tcW w:type="dxa" w:w="580"/>
            <w:vAlign w:val="center"/>
          </w:tcPr>
          <w:p>
            <w:r/>
            <w:r>
              <w:rPr>
                <w:rFonts w:ascii="Malgun Gothic" w:hAnsi="Malgun Gothic" w:eastAsia="Malgun Gothic"/>
                <w:b w:val="0"/>
                <w:sz w:val="14"/>
              </w:rPr>
              <w:t>1.321</w:t>
            </w:r>
          </w:p>
        </w:tc>
        <w:tc>
          <w:tcPr>
            <w:tcW w:type="dxa" w:w="580"/>
            <w:vAlign w:val="center"/>
          </w:tcPr>
          <w:p>
            <w:r/>
            <w:r>
              <w:rPr>
                <w:rFonts w:ascii="Malgun Gothic" w:hAnsi="Malgun Gothic" w:eastAsia="Malgun Gothic"/>
                <w:b w:val="0"/>
                <w:sz w:val="14"/>
              </w:rPr>
              <w:t>0.675</w:t>
            </w:r>
          </w:p>
        </w:tc>
        <w:tc>
          <w:tcPr>
            <w:tcW w:type="dxa" w:w="580"/>
            <w:vAlign w:val="center"/>
          </w:tcPr>
          <w:p>
            <w:r/>
            <w:r>
              <w:rPr>
                <w:rFonts w:ascii="Malgun Gothic" w:hAnsi="Malgun Gothic" w:eastAsia="Malgun Gothic"/>
                <w:b w:val="0"/>
                <w:sz w:val="14"/>
              </w:rPr>
              <w:t>6.055</w:t>
            </w:r>
          </w:p>
        </w:tc>
        <w:tc>
          <w:tcPr>
            <w:tcW w:type="dxa" w:w="580"/>
            <w:vAlign w:val="center"/>
          </w:tcPr>
          <w:p>
            <w:r/>
            <w:r>
              <w:rPr>
                <w:rFonts w:ascii="Malgun Gothic" w:hAnsi="Malgun Gothic" w:eastAsia="Malgun Gothic"/>
                <w:b w:val="0"/>
                <w:sz w:val="14"/>
              </w:rPr>
              <w:t>46.538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09__350002022300985.wav::SPEAKER_00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09__350002022300986.wav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47</w:t>
            </w:r>
          </w:p>
        </w:tc>
        <w:tc>
          <w:tcPr>
            <w:tcW w:type="dxa" w:w="580"/>
            <w:vAlign w:val="center"/>
          </w:tcPr>
          <w:p>
            <w:r/>
            <w:r>
              <w:rPr>
                <w:rFonts w:ascii="Malgun Gothic" w:hAnsi="Malgun Gothic" w:eastAsia="Malgun Gothic"/>
                <w:b w:val="0"/>
                <w:sz w:val="14"/>
              </w:rPr>
              <w:t>78.671</w:t>
            </w:r>
          </w:p>
        </w:tc>
        <w:tc>
          <w:tcPr>
            <w:tcW w:type="dxa" w:w="580"/>
            <w:vAlign w:val="center"/>
          </w:tcPr>
          <w:p>
            <w:r/>
            <w:r>
              <w:rPr>
                <w:rFonts w:ascii="Malgun Gothic" w:hAnsi="Malgun Gothic" w:eastAsia="Malgun Gothic"/>
                <w:b w:val="0"/>
                <w:sz w:val="14"/>
              </w:rPr>
              <w:t>0.457597</w:t>
            </w:r>
          </w:p>
        </w:tc>
        <w:tc>
          <w:tcPr>
            <w:tcW w:type="dxa" w:w="580"/>
            <w:vAlign w:val="center"/>
          </w:tcPr>
          <w:p>
            <w:r/>
            <w:r>
              <w:rPr>
                <w:rFonts w:ascii="Malgun Gothic" w:hAnsi="Malgun Gothic" w:eastAsia="Malgun Gothic"/>
                <w:b w:val="0"/>
                <w:sz w:val="14"/>
              </w:rPr>
              <w:t>1.673851</w:t>
            </w:r>
          </w:p>
        </w:tc>
        <w:tc>
          <w:tcPr>
            <w:tcW w:type="dxa" w:w="580"/>
            <w:vAlign w:val="center"/>
          </w:tcPr>
          <w:p>
            <w:r/>
            <w:r>
              <w:rPr>
                <w:rFonts w:ascii="Malgun Gothic" w:hAnsi="Malgun Gothic" w:eastAsia="Malgun Gothic"/>
                <w:b w:val="0"/>
                <w:sz w:val="14"/>
              </w:rPr>
              <w:t>0.928</w:t>
            </w:r>
          </w:p>
        </w:tc>
        <w:tc>
          <w:tcPr>
            <w:tcW w:type="dxa" w:w="580"/>
            <w:vAlign w:val="center"/>
          </w:tcPr>
          <w:p>
            <w:r/>
            <w:r>
              <w:rPr>
                <w:rFonts w:ascii="Malgun Gothic" w:hAnsi="Malgun Gothic" w:eastAsia="Malgun Gothic"/>
                <w:b w:val="0"/>
                <w:sz w:val="14"/>
              </w:rPr>
              <w:t>2.967</w:t>
            </w:r>
          </w:p>
        </w:tc>
        <w:tc>
          <w:tcPr>
            <w:tcW w:type="dxa" w:w="580"/>
            <w:vAlign w:val="center"/>
          </w:tcPr>
          <w:p>
            <w:r/>
            <w:r>
              <w:rPr>
                <w:rFonts w:ascii="Malgun Gothic" w:hAnsi="Malgun Gothic" w:eastAsia="Malgun Gothic"/>
                <w:b w:val="0"/>
                <w:sz w:val="14"/>
              </w:rPr>
              <w:t>172.493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09__350002022300986.wav::SPEAKER_00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09__350002022300987.wav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40</w:t>
            </w:r>
          </w:p>
        </w:tc>
        <w:tc>
          <w:tcPr>
            <w:tcW w:type="dxa" w:w="580"/>
            <w:vAlign w:val="center"/>
          </w:tcPr>
          <w:p>
            <w:r/>
            <w:r>
              <w:rPr>
                <w:rFonts w:ascii="Malgun Gothic" w:hAnsi="Malgun Gothic" w:eastAsia="Malgun Gothic"/>
                <w:b w:val="0"/>
                <w:sz w:val="14"/>
              </w:rPr>
              <w:t>96.525</w:t>
            </w:r>
          </w:p>
        </w:tc>
        <w:tc>
          <w:tcPr>
            <w:tcW w:type="dxa" w:w="580"/>
            <w:vAlign w:val="center"/>
          </w:tcPr>
          <w:p>
            <w:r/>
            <w:r>
              <w:rPr>
                <w:rFonts w:ascii="Malgun Gothic" w:hAnsi="Malgun Gothic" w:eastAsia="Malgun Gothic"/>
                <w:b w:val="0"/>
                <w:sz w:val="14"/>
              </w:rPr>
              <w:t>0.565943</w:t>
            </w:r>
          </w:p>
        </w:tc>
        <w:tc>
          <w:tcPr>
            <w:tcW w:type="dxa" w:w="580"/>
            <w:vAlign w:val="center"/>
          </w:tcPr>
          <w:p>
            <w:r/>
            <w:r>
              <w:rPr>
                <w:rFonts w:ascii="Malgun Gothic" w:hAnsi="Malgun Gothic" w:eastAsia="Malgun Gothic"/>
                <w:b w:val="0"/>
                <w:sz w:val="14"/>
              </w:rPr>
              <w:t>2.413125</w:t>
            </w:r>
          </w:p>
        </w:tc>
        <w:tc>
          <w:tcPr>
            <w:tcW w:type="dxa" w:w="580"/>
            <w:vAlign w:val="center"/>
          </w:tcPr>
          <w:p>
            <w:r/>
            <w:r>
              <w:rPr>
                <w:rFonts w:ascii="Malgun Gothic" w:hAnsi="Malgun Gothic" w:eastAsia="Malgun Gothic"/>
                <w:b w:val="0"/>
                <w:sz w:val="14"/>
              </w:rPr>
              <w:t>2.3795</w:t>
            </w:r>
          </w:p>
        </w:tc>
        <w:tc>
          <w:tcPr>
            <w:tcW w:type="dxa" w:w="580"/>
            <w:vAlign w:val="center"/>
          </w:tcPr>
          <w:p>
            <w:r/>
            <w:r>
              <w:rPr>
                <w:rFonts w:ascii="Malgun Gothic" w:hAnsi="Malgun Gothic" w:eastAsia="Malgun Gothic"/>
                <w:b w:val="0"/>
                <w:sz w:val="14"/>
              </w:rPr>
              <w:t>0.672</w:t>
            </w:r>
          </w:p>
        </w:tc>
        <w:tc>
          <w:tcPr>
            <w:tcW w:type="dxa" w:w="580"/>
            <w:vAlign w:val="center"/>
          </w:tcPr>
          <w:p>
            <w:r/>
            <w:r>
              <w:rPr>
                <w:rFonts w:ascii="Malgun Gothic" w:hAnsi="Malgun Gothic" w:eastAsia="Malgun Gothic"/>
                <w:b w:val="0"/>
                <w:sz w:val="14"/>
              </w:rPr>
              <w:t>171.228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09__350002022300987.wav::SPEAKER_00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09__350002022300988.wav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9</w:t>
            </w:r>
          </w:p>
        </w:tc>
        <w:tc>
          <w:tcPr>
            <w:tcW w:type="dxa" w:w="580"/>
            <w:vAlign w:val="center"/>
          </w:tcPr>
          <w:p>
            <w:r/>
            <w:r>
              <w:rPr>
                <w:rFonts w:ascii="Malgun Gothic" w:hAnsi="Malgun Gothic" w:eastAsia="Malgun Gothic"/>
                <w:b w:val="0"/>
                <w:sz w:val="14"/>
              </w:rPr>
              <w:t>22.46</w:t>
            </w:r>
          </w:p>
        </w:tc>
        <w:tc>
          <w:tcPr>
            <w:tcW w:type="dxa" w:w="580"/>
            <w:vAlign w:val="center"/>
          </w:tcPr>
          <w:p>
            <w:r/>
            <w:r>
              <w:rPr>
                <w:rFonts w:ascii="Malgun Gothic" w:hAnsi="Malgun Gothic" w:eastAsia="Malgun Gothic"/>
                <w:b w:val="0"/>
                <w:sz w:val="14"/>
              </w:rPr>
              <w:t>0.138354</w:t>
            </w:r>
          </w:p>
        </w:tc>
        <w:tc>
          <w:tcPr>
            <w:tcW w:type="dxa" w:w="580"/>
            <w:vAlign w:val="center"/>
          </w:tcPr>
          <w:p>
            <w:r/>
            <w:r>
              <w:rPr>
                <w:rFonts w:ascii="Malgun Gothic" w:hAnsi="Malgun Gothic" w:eastAsia="Malgun Gothic"/>
                <w:b w:val="0"/>
                <w:sz w:val="14"/>
              </w:rPr>
              <w:t>2.495556</w:t>
            </w:r>
          </w:p>
        </w:tc>
        <w:tc>
          <w:tcPr>
            <w:tcW w:type="dxa" w:w="580"/>
            <w:vAlign w:val="center"/>
          </w:tcPr>
          <w:p>
            <w:r/>
            <w:r>
              <w:rPr>
                <w:rFonts w:ascii="Malgun Gothic" w:hAnsi="Malgun Gothic" w:eastAsia="Malgun Gothic"/>
                <w:b w:val="0"/>
                <w:sz w:val="14"/>
              </w:rPr>
              <w:t>0.641</w:t>
            </w:r>
          </w:p>
        </w:tc>
        <w:tc>
          <w:tcPr>
            <w:tcW w:type="dxa" w:w="580"/>
            <w:vAlign w:val="center"/>
          </w:tcPr>
          <w:p>
            <w:r/>
            <w:r>
              <w:rPr>
                <w:rFonts w:ascii="Malgun Gothic" w:hAnsi="Malgun Gothic" w:eastAsia="Malgun Gothic"/>
                <w:b w:val="0"/>
                <w:sz w:val="14"/>
              </w:rPr>
              <w:t>26.204</w:t>
            </w:r>
          </w:p>
        </w:tc>
        <w:tc>
          <w:tcPr>
            <w:tcW w:type="dxa" w:w="580"/>
            <w:vAlign w:val="center"/>
          </w:tcPr>
          <w:p>
            <w:r/>
            <w:r>
              <w:rPr>
                <w:rFonts w:ascii="Malgun Gothic" w:hAnsi="Malgun Gothic" w:eastAsia="Malgun Gothic"/>
                <w:b w:val="0"/>
                <w:sz w:val="14"/>
              </w:rPr>
              <w:t>163.752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09__350002022300988.wav::SPEAKER_00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09__350002022300989.wav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111</w:t>
            </w:r>
          </w:p>
        </w:tc>
        <w:tc>
          <w:tcPr>
            <w:tcW w:type="dxa" w:w="580"/>
            <w:vAlign w:val="center"/>
          </w:tcPr>
          <w:p>
            <w:r/>
            <w:r>
              <w:rPr>
                <w:rFonts w:ascii="Malgun Gothic" w:hAnsi="Malgun Gothic" w:eastAsia="Malgun Gothic"/>
                <w:b w:val="0"/>
                <w:sz w:val="14"/>
              </w:rPr>
              <w:t>217.061</w:t>
            </w:r>
          </w:p>
        </w:tc>
        <w:tc>
          <w:tcPr>
            <w:tcW w:type="dxa" w:w="580"/>
            <w:vAlign w:val="center"/>
          </w:tcPr>
          <w:p>
            <w:r/>
            <w:r>
              <w:rPr>
                <w:rFonts w:ascii="Malgun Gothic" w:hAnsi="Malgun Gothic" w:eastAsia="Malgun Gothic"/>
                <w:b w:val="0"/>
                <w:sz w:val="14"/>
              </w:rPr>
              <w:t>0.416207</w:t>
            </w:r>
          </w:p>
        </w:tc>
        <w:tc>
          <w:tcPr>
            <w:tcW w:type="dxa" w:w="580"/>
            <w:vAlign w:val="center"/>
          </w:tcPr>
          <w:p>
            <w:r/>
            <w:r>
              <w:rPr>
                <w:rFonts w:ascii="Malgun Gothic" w:hAnsi="Malgun Gothic" w:eastAsia="Malgun Gothic"/>
                <w:b w:val="0"/>
                <w:sz w:val="14"/>
              </w:rPr>
              <w:t>1.955505</w:t>
            </w:r>
          </w:p>
        </w:tc>
        <w:tc>
          <w:tcPr>
            <w:tcW w:type="dxa" w:w="580"/>
            <w:vAlign w:val="center"/>
          </w:tcPr>
          <w:p>
            <w:r/>
            <w:r>
              <w:rPr>
                <w:rFonts w:ascii="Malgun Gothic" w:hAnsi="Malgun Gothic" w:eastAsia="Malgun Gothic"/>
                <w:b w:val="0"/>
                <w:sz w:val="14"/>
              </w:rPr>
              <w:t>1.401</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521.452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09__350002022300989.wav::SPEAKER_00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09__350002022300990.wav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39</w:t>
            </w:r>
          </w:p>
        </w:tc>
        <w:tc>
          <w:tcPr>
            <w:tcW w:type="dxa" w:w="580"/>
            <w:vAlign w:val="center"/>
          </w:tcPr>
          <w:p>
            <w:r/>
            <w:r>
              <w:rPr>
                <w:rFonts w:ascii="Malgun Gothic" w:hAnsi="Malgun Gothic" w:eastAsia="Malgun Gothic"/>
                <w:b w:val="0"/>
                <w:sz w:val="14"/>
              </w:rPr>
              <w:t>95.46</w:t>
            </w:r>
          </w:p>
        </w:tc>
        <w:tc>
          <w:tcPr>
            <w:tcW w:type="dxa" w:w="580"/>
            <w:vAlign w:val="center"/>
          </w:tcPr>
          <w:p>
            <w:r/>
            <w:r>
              <w:rPr>
                <w:rFonts w:ascii="Malgun Gothic" w:hAnsi="Malgun Gothic" w:eastAsia="Malgun Gothic"/>
                <w:b w:val="0"/>
                <w:sz w:val="14"/>
              </w:rPr>
              <w:t>0.554923</w:t>
            </w:r>
          </w:p>
        </w:tc>
        <w:tc>
          <w:tcPr>
            <w:tcW w:type="dxa" w:w="580"/>
            <w:vAlign w:val="center"/>
          </w:tcPr>
          <w:p>
            <w:r/>
            <w:r>
              <w:rPr>
                <w:rFonts w:ascii="Malgun Gothic" w:hAnsi="Malgun Gothic" w:eastAsia="Malgun Gothic"/>
                <w:b w:val="0"/>
                <w:sz w:val="14"/>
              </w:rPr>
              <w:t>2.447692</w:t>
            </w:r>
          </w:p>
        </w:tc>
        <w:tc>
          <w:tcPr>
            <w:tcW w:type="dxa" w:w="580"/>
            <w:vAlign w:val="center"/>
          </w:tcPr>
          <w:p>
            <w:r/>
            <w:r>
              <w:rPr>
                <w:rFonts w:ascii="Malgun Gothic" w:hAnsi="Malgun Gothic" w:eastAsia="Malgun Gothic"/>
                <w:b w:val="0"/>
                <w:sz w:val="14"/>
              </w:rPr>
              <w:t>1.654</w:t>
            </w:r>
          </w:p>
        </w:tc>
        <w:tc>
          <w:tcPr>
            <w:tcW w:type="dxa" w:w="580"/>
            <w:vAlign w:val="center"/>
          </w:tcPr>
          <w:p>
            <w:r/>
            <w:r>
              <w:rPr>
                <w:rFonts w:ascii="Malgun Gothic" w:hAnsi="Malgun Gothic" w:eastAsia="Malgun Gothic"/>
                <w:b w:val="0"/>
                <w:sz w:val="14"/>
              </w:rPr>
              <w:t>0.655</w:t>
            </w:r>
          </w:p>
        </w:tc>
        <w:tc>
          <w:tcPr>
            <w:tcW w:type="dxa" w:w="580"/>
            <w:vAlign w:val="center"/>
          </w:tcPr>
          <w:p>
            <w:r/>
            <w:r>
              <w:rPr>
                <w:rFonts w:ascii="Malgun Gothic" w:hAnsi="Malgun Gothic" w:eastAsia="Malgun Gothic"/>
                <w:b w:val="0"/>
                <w:sz w:val="14"/>
              </w:rPr>
              <w:t>172.679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09__350002022300990.wav::SPEAKER_00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09__350002022300991.wav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44</w:t>
            </w:r>
          </w:p>
        </w:tc>
        <w:tc>
          <w:tcPr>
            <w:tcW w:type="dxa" w:w="580"/>
            <w:vAlign w:val="center"/>
          </w:tcPr>
          <w:p>
            <w:r/>
            <w:r>
              <w:rPr>
                <w:rFonts w:ascii="Malgun Gothic" w:hAnsi="Malgun Gothic" w:eastAsia="Malgun Gothic"/>
                <w:b w:val="0"/>
                <w:sz w:val="14"/>
              </w:rPr>
              <w:t>110.209</w:t>
            </w:r>
          </w:p>
        </w:tc>
        <w:tc>
          <w:tcPr>
            <w:tcW w:type="dxa" w:w="580"/>
            <w:vAlign w:val="center"/>
          </w:tcPr>
          <w:p>
            <w:r/>
            <w:r>
              <w:rPr>
                <w:rFonts w:ascii="Malgun Gothic" w:hAnsi="Malgun Gothic" w:eastAsia="Malgun Gothic"/>
                <w:b w:val="0"/>
                <w:sz w:val="14"/>
              </w:rPr>
              <w:t>0.739712</w:t>
            </w:r>
          </w:p>
        </w:tc>
        <w:tc>
          <w:tcPr>
            <w:tcW w:type="dxa" w:w="580"/>
            <w:vAlign w:val="center"/>
          </w:tcPr>
          <w:p>
            <w:r/>
            <w:r>
              <w:rPr>
                <w:rFonts w:ascii="Malgun Gothic" w:hAnsi="Malgun Gothic" w:eastAsia="Malgun Gothic"/>
                <w:b w:val="0"/>
                <w:sz w:val="14"/>
              </w:rPr>
              <w:t>2.50475</w:t>
            </w:r>
          </w:p>
        </w:tc>
        <w:tc>
          <w:tcPr>
            <w:tcW w:type="dxa" w:w="580"/>
            <w:vAlign w:val="center"/>
          </w:tcPr>
          <w:p>
            <w:r/>
            <w:r>
              <w:rPr>
                <w:rFonts w:ascii="Malgun Gothic" w:hAnsi="Malgun Gothic" w:eastAsia="Malgun Gothic"/>
                <w:b w:val="0"/>
                <w:sz w:val="14"/>
              </w:rPr>
              <w:t>2.371</w:t>
            </w:r>
          </w:p>
        </w:tc>
        <w:tc>
          <w:tcPr>
            <w:tcW w:type="dxa" w:w="580"/>
            <w:vAlign w:val="center"/>
          </w:tcPr>
          <w:p>
            <w:r/>
            <w:r>
              <w:rPr>
                <w:rFonts w:ascii="Malgun Gothic" w:hAnsi="Malgun Gothic" w:eastAsia="Malgun Gothic"/>
                <w:b w:val="0"/>
                <w:sz w:val="14"/>
              </w:rPr>
              <w:t>0.622</w:t>
            </w:r>
          </w:p>
        </w:tc>
        <w:tc>
          <w:tcPr>
            <w:tcW w:type="dxa" w:w="580"/>
            <w:vAlign w:val="center"/>
          </w:tcPr>
          <w:p>
            <w:r/>
            <w:r>
              <w:rPr>
                <w:rFonts w:ascii="Malgun Gothic" w:hAnsi="Malgun Gothic" w:eastAsia="Malgun Gothic"/>
                <w:b w:val="0"/>
                <w:sz w:val="14"/>
              </w:rPr>
              <w:t>149.611</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09__350002022300991.wav::SPEAKER_00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09__350002022300992.wav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11</w:t>
            </w:r>
          </w:p>
        </w:tc>
        <w:tc>
          <w:tcPr>
            <w:tcW w:type="dxa" w:w="580"/>
            <w:vAlign w:val="center"/>
          </w:tcPr>
          <w:p>
            <w:r/>
            <w:r>
              <w:rPr>
                <w:rFonts w:ascii="Malgun Gothic" w:hAnsi="Malgun Gothic" w:eastAsia="Malgun Gothic"/>
                <w:b w:val="0"/>
                <w:sz w:val="14"/>
              </w:rPr>
              <w:t>19.862</w:t>
            </w:r>
          </w:p>
        </w:tc>
        <w:tc>
          <w:tcPr>
            <w:tcW w:type="dxa" w:w="580"/>
            <w:vAlign w:val="center"/>
          </w:tcPr>
          <w:p>
            <w:r/>
            <w:r>
              <w:rPr>
                <w:rFonts w:ascii="Malgun Gothic" w:hAnsi="Malgun Gothic" w:eastAsia="Malgun Gothic"/>
                <w:b w:val="0"/>
                <w:sz w:val="14"/>
              </w:rPr>
              <w:t>0.325228</w:t>
            </w:r>
          </w:p>
        </w:tc>
        <w:tc>
          <w:tcPr>
            <w:tcW w:type="dxa" w:w="580"/>
            <w:vAlign w:val="center"/>
          </w:tcPr>
          <w:p>
            <w:r/>
            <w:r>
              <w:rPr>
                <w:rFonts w:ascii="Malgun Gothic" w:hAnsi="Malgun Gothic" w:eastAsia="Malgun Gothic"/>
                <w:b w:val="0"/>
                <w:sz w:val="14"/>
              </w:rPr>
              <w:t>1.805636</w:t>
            </w:r>
          </w:p>
        </w:tc>
        <w:tc>
          <w:tcPr>
            <w:tcW w:type="dxa" w:w="580"/>
            <w:vAlign w:val="center"/>
          </w:tcPr>
          <w:p>
            <w:r/>
            <w:r>
              <w:rPr>
                <w:rFonts w:ascii="Malgun Gothic" w:hAnsi="Malgun Gothic" w:eastAsia="Malgun Gothic"/>
                <w:b w:val="0"/>
                <w:sz w:val="14"/>
              </w:rPr>
              <w:t>1.89</w:t>
            </w:r>
          </w:p>
        </w:tc>
        <w:tc>
          <w:tcPr>
            <w:tcW w:type="dxa" w:w="580"/>
            <w:vAlign w:val="center"/>
          </w:tcPr>
          <w:p>
            <w:r/>
            <w:r>
              <w:rPr>
                <w:rFonts w:ascii="Malgun Gothic" w:hAnsi="Malgun Gothic" w:eastAsia="Malgun Gothic"/>
                <w:b w:val="0"/>
                <w:sz w:val="14"/>
              </w:rPr>
              <w:t>0.554</w:t>
            </w:r>
          </w:p>
        </w:tc>
        <w:tc>
          <w:tcPr>
            <w:tcW w:type="dxa" w:w="580"/>
            <w:vAlign w:val="center"/>
          </w:tcPr>
          <w:p>
            <w:r/>
            <w:r>
              <w:rPr>
                <w:rFonts w:ascii="Malgun Gothic" w:hAnsi="Malgun Gothic" w:eastAsia="Malgun Gothic"/>
                <w:b w:val="0"/>
                <w:sz w:val="14"/>
              </w:rPr>
              <w:t>60.899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09__350002022300992.wav::SPEAKER_00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09__350002022300993.wav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w:t>
            </w:r>
          </w:p>
        </w:tc>
        <w:tc>
          <w:tcPr>
            <w:tcW w:type="dxa" w:w="580"/>
            <w:vAlign w:val="center"/>
          </w:tcPr>
          <w:p>
            <w:r/>
            <w:r>
              <w:rPr>
                <w:rFonts w:ascii="Malgun Gothic" w:hAnsi="Malgun Gothic" w:eastAsia="Malgun Gothic"/>
                <w:b w:val="0"/>
                <w:sz w:val="14"/>
              </w:rPr>
              <w:t>14.26</w:t>
            </w:r>
          </w:p>
        </w:tc>
        <w:tc>
          <w:tcPr>
            <w:tcW w:type="dxa" w:w="580"/>
            <w:vAlign w:val="center"/>
          </w:tcPr>
          <w:p>
            <w:r/>
            <w:r>
              <w:rPr>
                <w:rFonts w:ascii="Malgun Gothic" w:hAnsi="Malgun Gothic" w:eastAsia="Malgun Gothic"/>
                <w:b w:val="0"/>
                <w:sz w:val="14"/>
              </w:rPr>
              <w:t>0.48041</w:t>
            </w:r>
          </w:p>
        </w:tc>
        <w:tc>
          <w:tcPr>
            <w:tcW w:type="dxa" w:w="580"/>
            <w:vAlign w:val="center"/>
          </w:tcPr>
          <w:p>
            <w:r/>
            <w:r>
              <w:rPr>
                <w:rFonts w:ascii="Malgun Gothic" w:hAnsi="Malgun Gothic" w:eastAsia="Malgun Gothic"/>
                <w:b w:val="0"/>
                <w:sz w:val="14"/>
              </w:rPr>
              <w:t>3.565</w:t>
            </w:r>
          </w:p>
        </w:tc>
        <w:tc>
          <w:tcPr>
            <w:tcW w:type="dxa" w:w="580"/>
            <w:vAlign w:val="center"/>
          </w:tcPr>
          <w:p>
            <w:r/>
            <w:r>
              <w:rPr>
                <w:rFonts w:ascii="Malgun Gothic" w:hAnsi="Malgun Gothic" w:eastAsia="Malgun Gothic"/>
                <w:b w:val="0"/>
                <w:sz w:val="14"/>
              </w:rPr>
              <w:t>4.219</w:t>
            </w:r>
          </w:p>
        </w:tc>
        <w:tc>
          <w:tcPr>
            <w:tcW w:type="dxa" w:w="580"/>
            <w:vAlign w:val="center"/>
          </w:tcPr>
          <w:p>
            <w:r/>
            <w:r>
              <w:rPr>
                <w:rFonts w:ascii="Malgun Gothic" w:hAnsi="Malgun Gothic" w:eastAsia="Malgun Gothic"/>
                <w:b w:val="0"/>
                <w:sz w:val="14"/>
              </w:rPr>
              <w:t>0.925</w:t>
            </w:r>
          </w:p>
        </w:tc>
        <w:tc>
          <w:tcPr>
            <w:tcW w:type="dxa" w:w="580"/>
            <w:vAlign w:val="center"/>
          </w:tcPr>
          <w:p>
            <w:r/>
            <w:r>
              <w:rPr>
                <w:rFonts w:ascii="Malgun Gothic" w:hAnsi="Malgun Gothic" w:eastAsia="Malgun Gothic"/>
                <w:b w:val="0"/>
                <w:sz w:val="14"/>
              </w:rPr>
              <w:t>15.742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09__350002022300993.wav::SPEAKER_00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09__350002022300994.wav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w:t>
            </w:r>
          </w:p>
        </w:tc>
        <w:tc>
          <w:tcPr>
            <w:tcW w:type="dxa" w:w="580"/>
            <w:vAlign w:val="center"/>
          </w:tcPr>
          <w:p>
            <w:r/>
            <w:r>
              <w:rPr>
                <w:rFonts w:ascii="Malgun Gothic" w:hAnsi="Malgun Gothic" w:eastAsia="Malgun Gothic"/>
                <w:b w:val="0"/>
                <w:sz w:val="14"/>
              </w:rPr>
              <w:t>8.168</w:t>
            </w:r>
          </w:p>
        </w:tc>
        <w:tc>
          <w:tcPr>
            <w:tcW w:type="dxa" w:w="580"/>
            <w:vAlign w:val="center"/>
          </w:tcPr>
          <w:p>
            <w:r/>
            <w:r>
              <w:rPr>
                <w:rFonts w:ascii="Malgun Gothic" w:hAnsi="Malgun Gothic" w:eastAsia="Malgun Gothic"/>
                <w:b w:val="0"/>
                <w:sz w:val="14"/>
              </w:rPr>
              <w:t>0.596814</w:t>
            </w:r>
          </w:p>
        </w:tc>
        <w:tc>
          <w:tcPr>
            <w:tcW w:type="dxa" w:w="580"/>
            <w:vAlign w:val="center"/>
          </w:tcPr>
          <w:p>
            <w:r/>
            <w:r>
              <w:rPr>
                <w:rFonts w:ascii="Malgun Gothic" w:hAnsi="Malgun Gothic" w:eastAsia="Malgun Gothic"/>
                <w:b w:val="0"/>
                <w:sz w:val="14"/>
              </w:rPr>
              <w:t>2.042</w:t>
            </w:r>
          </w:p>
        </w:tc>
        <w:tc>
          <w:tcPr>
            <w:tcW w:type="dxa" w:w="580"/>
            <w:vAlign w:val="center"/>
          </w:tcPr>
          <w:p>
            <w:r/>
            <w:r>
              <w:rPr>
                <w:rFonts w:ascii="Malgun Gothic" w:hAnsi="Malgun Gothic" w:eastAsia="Malgun Gothic"/>
                <w:b w:val="0"/>
                <w:sz w:val="14"/>
              </w:rPr>
              <w:t>1.0885</w:t>
            </w:r>
          </w:p>
        </w:tc>
        <w:tc>
          <w:tcPr>
            <w:tcW w:type="dxa" w:w="580"/>
            <w:vAlign w:val="center"/>
          </w:tcPr>
          <w:p>
            <w:r/>
            <w:r>
              <w:rPr>
                <w:rFonts w:ascii="Malgun Gothic" w:hAnsi="Malgun Gothic" w:eastAsia="Malgun Gothic"/>
                <w:b w:val="0"/>
                <w:sz w:val="14"/>
              </w:rPr>
              <w:t>1.077</w:t>
            </w:r>
          </w:p>
        </w:tc>
        <w:tc>
          <w:tcPr>
            <w:tcW w:type="dxa" w:w="580"/>
            <w:vAlign w:val="center"/>
          </w:tcPr>
          <w:p>
            <w:r/>
            <w:r>
              <w:rPr>
                <w:rFonts w:ascii="Malgun Gothic" w:hAnsi="Malgun Gothic" w:eastAsia="Malgun Gothic"/>
                <w:b w:val="0"/>
                <w:sz w:val="14"/>
              </w:rPr>
              <w:t>13.514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09__350002022300994.wav::SPEAKER_00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09__350002022300995.wav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45</w:t>
            </w:r>
          </w:p>
        </w:tc>
        <w:tc>
          <w:tcPr>
            <w:tcW w:type="dxa" w:w="580"/>
            <w:vAlign w:val="center"/>
          </w:tcPr>
          <w:p>
            <w:r/>
            <w:r>
              <w:rPr>
                <w:rFonts w:ascii="Malgun Gothic" w:hAnsi="Malgun Gothic" w:eastAsia="Malgun Gothic"/>
                <w:b w:val="0"/>
                <w:sz w:val="14"/>
              </w:rPr>
              <w:t>89.491</w:t>
            </w:r>
          </w:p>
        </w:tc>
        <w:tc>
          <w:tcPr>
            <w:tcW w:type="dxa" w:w="580"/>
            <w:vAlign w:val="center"/>
          </w:tcPr>
          <w:p>
            <w:r/>
            <w:r>
              <w:rPr>
                <w:rFonts w:ascii="Malgun Gothic" w:hAnsi="Malgun Gothic" w:eastAsia="Malgun Gothic"/>
                <w:b w:val="0"/>
                <w:sz w:val="14"/>
              </w:rPr>
              <w:t>0.585337</w:t>
            </w:r>
          </w:p>
        </w:tc>
        <w:tc>
          <w:tcPr>
            <w:tcW w:type="dxa" w:w="580"/>
            <w:vAlign w:val="center"/>
          </w:tcPr>
          <w:p>
            <w:r/>
            <w:r>
              <w:rPr>
                <w:rFonts w:ascii="Malgun Gothic" w:hAnsi="Malgun Gothic" w:eastAsia="Malgun Gothic"/>
                <w:b w:val="0"/>
                <w:sz w:val="14"/>
              </w:rPr>
              <w:t>1.988689</w:t>
            </w:r>
          </w:p>
        </w:tc>
        <w:tc>
          <w:tcPr>
            <w:tcW w:type="dxa" w:w="580"/>
            <w:vAlign w:val="center"/>
          </w:tcPr>
          <w:p>
            <w:r/>
            <w:r>
              <w:rPr>
                <w:rFonts w:ascii="Malgun Gothic" w:hAnsi="Malgun Gothic" w:eastAsia="Malgun Gothic"/>
                <w:b w:val="0"/>
                <w:sz w:val="14"/>
              </w:rPr>
              <w:t>1.384</w:t>
            </w:r>
          </w:p>
        </w:tc>
        <w:tc>
          <w:tcPr>
            <w:tcW w:type="dxa" w:w="580"/>
            <w:vAlign w:val="center"/>
          </w:tcPr>
          <w:p>
            <w:r/>
            <w:r>
              <w:rPr>
                <w:rFonts w:ascii="Malgun Gothic" w:hAnsi="Malgun Gothic" w:eastAsia="Malgun Gothic"/>
                <w:b w:val="0"/>
                <w:sz w:val="14"/>
              </w:rPr>
              <w:t>1.87</w:t>
            </w:r>
          </w:p>
        </w:tc>
        <w:tc>
          <w:tcPr>
            <w:tcW w:type="dxa" w:w="580"/>
            <w:vAlign w:val="center"/>
          </w:tcPr>
          <w:p>
            <w:r/>
            <w:r>
              <w:rPr>
                <w:rFonts w:ascii="Malgun Gothic" w:hAnsi="Malgun Gothic" w:eastAsia="Malgun Gothic"/>
                <w:b w:val="0"/>
                <w:sz w:val="14"/>
              </w:rPr>
              <w:t>153.83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09__350002022300995.wav::SPEAKER_00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09__350002022300996.wav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22</w:t>
            </w:r>
          </w:p>
        </w:tc>
        <w:tc>
          <w:tcPr>
            <w:tcW w:type="dxa" w:w="580"/>
            <w:vAlign w:val="center"/>
          </w:tcPr>
          <w:p>
            <w:r/>
            <w:r>
              <w:rPr>
                <w:rFonts w:ascii="Malgun Gothic" w:hAnsi="Malgun Gothic" w:eastAsia="Malgun Gothic"/>
                <w:b w:val="0"/>
                <w:sz w:val="14"/>
              </w:rPr>
              <w:t>41.901</w:t>
            </w:r>
          </w:p>
        </w:tc>
        <w:tc>
          <w:tcPr>
            <w:tcW w:type="dxa" w:w="580"/>
            <w:vAlign w:val="center"/>
          </w:tcPr>
          <w:p>
            <w:r/>
            <w:r>
              <w:rPr>
                <w:rFonts w:ascii="Malgun Gothic" w:hAnsi="Malgun Gothic" w:eastAsia="Malgun Gothic"/>
                <w:b w:val="0"/>
                <w:sz w:val="14"/>
              </w:rPr>
              <w:t>0.699644</w:t>
            </w:r>
          </w:p>
        </w:tc>
        <w:tc>
          <w:tcPr>
            <w:tcW w:type="dxa" w:w="580"/>
            <w:vAlign w:val="center"/>
          </w:tcPr>
          <w:p>
            <w:r/>
            <w:r>
              <w:rPr>
                <w:rFonts w:ascii="Malgun Gothic" w:hAnsi="Malgun Gothic" w:eastAsia="Malgun Gothic"/>
                <w:b w:val="0"/>
                <w:sz w:val="14"/>
              </w:rPr>
              <w:t>1.904591</w:t>
            </w:r>
          </w:p>
        </w:tc>
        <w:tc>
          <w:tcPr>
            <w:tcW w:type="dxa" w:w="580"/>
            <w:vAlign w:val="center"/>
          </w:tcPr>
          <w:p>
            <w:r/>
            <w:r>
              <w:rPr>
                <w:rFonts w:ascii="Malgun Gothic" w:hAnsi="Malgun Gothic" w:eastAsia="Malgun Gothic"/>
                <w:b w:val="0"/>
                <w:sz w:val="14"/>
              </w:rPr>
              <w:t>0.8355</w:t>
            </w:r>
          </w:p>
        </w:tc>
        <w:tc>
          <w:tcPr>
            <w:tcW w:type="dxa" w:w="580"/>
            <w:vAlign w:val="center"/>
          </w:tcPr>
          <w:p>
            <w:r/>
            <w:r>
              <w:rPr>
                <w:rFonts w:ascii="Malgun Gothic" w:hAnsi="Malgun Gothic" w:eastAsia="Malgun Gothic"/>
                <w:b w:val="0"/>
                <w:sz w:val="14"/>
              </w:rPr>
              <w:t>0.368</w:t>
            </w:r>
          </w:p>
        </w:tc>
        <w:tc>
          <w:tcPr>
            <w:tcW w:type="dxa" w:w="580"/>
            <w:vAlign w:val="center"/>
          </w:tcPr>
          <w:p>
            <w:r/>
            <w:r>
              <w:rPr>
                <w:rFonts w:ascii="Malgun Gothic" w:hAnsi="Malgun Gothic" w:eastAsia="Malgun Gothic"/>
                <w:b w:val="0"/>
                <w:sz w:val="14"/>
              </w:rPr>
              <w:t>59.92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09__350002022300996.wav::SPEAKER_00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09__350002022300997.wav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30.391</w:t>
            </w:r>
          </w:p>
        </w:tc>
        <w:tc>
          <w:tcPr>
            <w:tcW w:type="dxa" w:w="580"/>
            <w:vAlign w:val="center"/>
          </w:tcPr>
          <w:p>
            <w:r/>
            <w:r>
              <w:rPr>
                <w:rFonts w:ascii="Malgun Gothic" w:hAnsi="Malgun Gothic" w:eastAsia="Malgun Gothic"/>
                <w:b w:val="0"/>
                <w:sz w:val="14"/>
              </w:rPr>
              <w:t>0.296891</w:t>
            </w:r>
          </w:p>
        </w:tc>
        <w:tc>
          <w:tcPr>
            <w:tcW w:type="dxa" w:w="580"/>
            <w:vAlign w:val="center"/>
          </w:tcPr>
          <w:p>
            <w:r/>
            <w:r>
              <w:rPr>
                <w:rFonts w:ascii="Malgun Gothic" w:hAnsi="Malgun Gothic" w:eastAsia="Malgun Gothic"/>
                <w:b w:val="0"/>
                <w:sz w:val="14"/>
              </w:rPr>
              <w:t>1.013033</w:t>
            </w:r>
          </w:p>
        </w:tc>
        <w:tc>
          <w:tcPr>
            <w:tcW w:type="dxa" w:w="580"/>
            <w:vAlign w:val="center"/>
          </w:tcPr>
          <w:p>
            <w:r/>
            <w:r>
              <w:rPr>
                <w:rFonts w:ascii="Malgun Gothic" w:hAnsi="Malgun Gothic" w:eastAsia="Malgun Gothic"/>
                <w:b w:val="0"/>
                <w:sz w:val="14"/>
              </w:rPr>
              <w:t>0.8015</w:t>
            </w:r>
          </w:p>
        </w:tc>
        <w:tc>
          <w:tcPr>
            <w:tcW w:type="dxa" w:w="580"/>
            <w:vAlign w:val="center"/>
          </w:tcPr>
          <w:p>
            <w:r/>
            <w:r>
              <w:rPr>
                <w:rFonts w:ascii="Malgun Gothic" w:hAnsi="Malgun Gothic" w:eastAsia="Malgun Gothic"/>
                <w:b w:val="0"/>
                <w:sz w:val="14"/>
              </w:rPr>
              <w:t>0.79</w:t>
            </w:r>
          </w:p>
        </w:tc>
        <w:tc>
          <w:tcPr>
            <w:tcW w:type="dxa" w:w="580"/>
            <w:vAlign w:val="center"/>
          </w:tcPr>
          <w:p>
            <w:r/>
            <w:r>
              <w:rPr>
                <w:rFonts w:ascii="Malgun Gothic" w:hAnsi="Malgun Gothic" w:eastAsia="Malgun Gothic"/>
                <w:b w:val="0"/>
                <w:sz w:val="14"/>
              </w:rPr>
              <w:t>103.053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09__350002022300997.wav::SPEAKER_00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09__350002022300998.wav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8</w:t>
            </w:r>
          </w:p>
        </w:tc>
        <w:tc>
          <w:tcPr>
            <w:tcW w:type="dxa" w:w="580"/>
            <w:vAlign w:val="center"/>
          </w:tcPr>
          <w:p>
            <w:r/>
            <w:r>
              <w:rPr>
                <w:rFonts w:ascii="Malgun Gothic" w:hAnsi="Malgun Gothic" w:eastAsia="Malgun Gothic"/>
                <w:b w:val="0"/>
                <w:sz w:val="14"/>
              </w:rPr>
              <w:t>12.353</w:t>
            </w:r>
          </w:p>
        </w:tc>
        <w:tc>
          <w:tcPr>
            <w:tcW w:type="dxa" w:w="580"/>
            <w:vAlign w:val="center"/>
          </w:tcPr>
          <w:p>
            <w:r/>
            <w:r>
              <w:rPr>
                <w:rFonts w:ascii="Malgun Gothic" w:hAnsi="Malgun Gothic" w:eastAsia="Malgun Gothic"/>
                <w:b w:val="0"/>
                <w:sz w:val="14"/>
              </w:rPr>
              <w:t>0.277914</w:t>
            </w:r>
          </w:p>
        </w:tc>
        <w:tc>
          <w:tcPr>
            <w:tcW w:type="dxa" w:w="580"/>
            <w:vAlign w:val="center"/>
          </w:tcPr>
          <w:p>
            <w:r/>
            <w:r>
              <w:rPr>
                <w:rFonts w:ascii="Malgun Gothic" w:hAnsi="Malgun Gothic" w:eastAsia="Malgun Gothic"/>
                <w:b w:val="0"/>
                <w:sz w:val="14"/>
              </w:rPr>
              <w:t>1.544125</w:t>
            </w:r>
          </w:p>
        </w:tc>
        <w:tc>
          <w:tcPr>
            <w:tcW w:type="dxa" w:w="580"/>
            <w:vAlign w:val="center"/>
          </w:tcPr>
          <w:p>
            <w:r/>
            <w:r>
              <w:rPr>
                <w:rFonts w:ascii="Malgun Gothic" w:hAnsi="Malgun Gothic" w:eastAsia="Malgun Gothic"/>
                <w:b w:val="0"/>
                <w:sz w:val="14"/>
              </w:rPr>
              <w:t>1.1395</w:t>
            </w:r>
          </w:p>
        </w:tc>
        <w:tc>
          <w:tcPr>
            <w:tcW w:type="dxa" w:w="580"/>
            <w:vAlign w:val="center"/>
          </w:tcPr>
          <w:p>
            <w:r/>
            <w:r>
              <w:rPr>
                <w:rFonts w:ascii="Malgun Gothic" w:hAnsi="Malgun Gothic" w:eastAsia="Malgun Gothic"/>
                <w:b w:val="0"/>
                <w:sz w:val="14"/>
              </w:rPr>
              <w:t>0.318</w:t>
            </w:r>
          </w:p>
        </w:tc>
        <w:tc>
          <w:tcPr>
            <w:tcW w:type="dxa" w:w="580"/>
            <w:vAlign w:val="center"/>
          </w:tcPr>
          <w:p>
            <w:r/>
            <w:r>
              <w:rPr>
                <w:rFonts w:ascii="Malgun Gothic" w:hAnsi="Malgun Gothic" w:eastAsia="Malgun Gothic"/>
                <w:b w:val="0"/>
                <w:sz w:val="14"/>
              </w:rPr>
              <w:t>43.113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09__350002022300998.wav::SPEAKER_00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09__350002022300999.wav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9.265</w:t>
            </w:r>
          </w:p>
        </w:tc>
        <w:tc>
          <w:tcPr>
            <w:tcW w:type="dxa" w:w="580"/>
            <w:vAlign w:val="center"/>
          </w:tcPr>
          <w:p>
            <w:r/>
            <w:r>
              <w:rPr>
                <w:rFonts w:ascii="Malgun Gothic" w:hAnsi="Malgun Gothic" w:eastAsia="Malgun Gothic"/>
                <w:b w:val="0"/>
                <w:sz w:val="14"/>
              </w:rPr>
              <w:t>0.275482</w:t>
            </w:r>
          </w:p>
        </w:tc>
        <w:tc>
          <w:tcPr>
            <w:tcW w:type="dxa" w:w="580"/>
            <w:vAlign w:val="center"/>
          </w:tcPr>
          <w:p>
            <w:r/>
            <w:r>
              <w:rPr>
                <w:rFonts w:ascii="Malgun Gothic" w:hAnsi="Malgun Gothic" w:eastAsia="Malgun Gothic"/>
                <w:b w:val="0"/>
                <w:sz w:val="14"/>
              </w:rPr>
              <w:t>1.544167</w:t>
            </w:r>
          </w:p>
        </w:tc>
        <w:tc>
          <w:tcPr>
            <w:tcW w:type="dxa" w:w="580"/>
            <w:vAlign w:val="center"/>
          </w:tcPr>
          <w:p>
            <w:r/>
            <w:r>
              <w:rPr>
                <w:rFonts w:ascii="Malgun Gothic" w:hAnsi="Malgun Gothic" w:eastAsia="Malgun Gothic"/>
                <w:b w:val="0"/>
                <w:sz w:val="14"/>
              </w:rPr>
              <w:t>0.616</w:t>
            </w:r>
          </w:p>
        </w:tc>
        <w:tc>
          <w:tcPr>
            <w:tcW w:type="dxa" w:w="580"/>
            <w:vAlign w:val="center"/>
          </w:tcPr>
          <w:p>
            <w:r/>
            <w:r>
              <w:rPr>
                <w:rFonts w:ascii="Malgun Gothic" w:hAnsi="Malgun Gothic" w:eastAsia="Malgun Gothic"/>
                <w:b w:val="0"/>
                <w:sz w:val="14"/>
              </w:rPr>
              <w:t>0.773</w:t>
            </w:r>
          </w:p>
        </w:tc>
        <w:tc>
          <w:tcPr>
            <w:tcW w:type="dxa" w:w="580"/>
            <w:vAlign w:val="center"/>
          </w:tcPr>
          <w:p>
            <w:r/>
            <w:r>
              <w:rPr>
                <w:rFonts w:ascii="Malgun Gothic" w:hAnsi="Malgun Gothic" w:eastAsia="Malgun Gothic"/>
                <w:b w:val="0"/>
                <w:sz w:val="14"/>
              </w:rPr>
              <w:t>34.405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09__350002022300999.wav::SPEAKER_00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bl>
    <w:p/>
    <w:p>
      <w:r>
        <w:t>대용량 표의 앞/뒤 표본 및 구조 포함; 원본 전수 행은 데이터 부록 ZIP 포함</w:t>
      </w:r>
    </w:p>
    <w:p>
      <w:r>
        <w:rPr>
          <w:b/>
        </w:rPr>
        <w:t>산출물 CSV: research_continuity/25_customer_agent_interaction_v182/speaker0_to_speaker1_response_pairs_v182.csv (행 28,149, 열 13)</w:t>
      </w:r>
    </w:p>
    <w:tbl>
      <w:tblPr>
        <w:tblStyle w:val="TableGrid"/>
        <w:tblW w:type="auto" w:w="0"/>
        <w:jc w:val="center"/>
        <w:tblLook w:firstColumn="1" w:firstRow="1" w:lastColumn="0" w:lastRow="0" w:noHBand="0" w:noVBand="1" w:val="04A0"/>
      </w:tblPr>
      <w:tblGrid>
        <w:gridCol w:w="759"/>
        <w:gridCol w:w="759"/>
        <w:gridCol w:w="759"/>
        <w:gridCol w:w="759"/>
        <w:gridCol w:w="759"/>
        <w:gridCol w:w="759"/>
        <w:gridCol w:w="759"/>
        <w:gridCol w:w="759"/>
        <w:gridCol w:w="759"/>
        <w:gridCol w:w="759"/>
        <w:gridCol w:w="759"/>
        <w:gridCol w:w="759"/>
        <w:gridCol w:w="759"/>
      </w:tblGrid>
      <w:tr>
        <w:trPr>
          <w:tblHeader w:val="true"/>
          <w:cantSplit/>
        </w:trPr>
        <w:tc>
          <w:tcPr>
            <w:tcW w:type="dxa" w:w="759"/>
          </w:tcPr>
          <w:p>
            <w:r/>
            <w:r>
              <w:rPr>
                <w:rFonts w:ascii="Malgun Gothic" w:hAnsi="Malgun Gothic" w:eastAsia="Malgun Gothic"/>
                <w:b/>
                <w:sz w:val="14"/>
              </w:rPr>
              <w:t>audio_name</w:t>
            </w:r>
          </w:p>
        </w:tc>
        <w:tc>
          <w:tcPr>
            <w:tcW w:type="dxa" w:w="759"/>
          </w:tcPr>
          <w:p>
            <w:r/>
            <w:r>
              <w:rPr>
                <w:rFonts w:ascii="Malgun Gothic" w:hAnsi="Malgun Gothic" w:eastAsia="Malgun Gothic"/>
                <w:b/>
                <w:sz w:val="14"/>
              </w:rPr>
              <w:t>source_speaker</w:t>
            </w:r>
          </w:p>
        </w:tc>
        <w:tc>
          <w:tcPr>
            <w:tcW w:type="dxa" w:w="759"/>
          </w:tcPr>
          <w:p>
            <w:r/>
            <w:r>
              <w:rPr>
                <w:rFonts w:ascii="Malgun Gothic" w:hAnsi="Malgun Gothic" w:eastAsia="Malgun Gothic"/>
                <w:b/>
                <w:sz w:val="14"/>
              </w:rPr>
              <w:t>target_speaker</w:t>
            </w:r>
          </w:p>
        </w:tc>
        <w:tc>
          <w:tcPr>
            <w:tcW w:type="dxa" w:w="759"/>
          </w:tcPr>
          <w:p>
            <w:r/>
            <w:r>
              <w:rPr>
                <w:rFonts w:ascii="Malgun Gothic" w:hAnsi="Malgun Gothic" w:eastAsia="Malgun Gothic"/>
                <w:b/>
                <w:sz w:val="14"/>
              </w:rPr>
              <w:t>source_role_candidate</w:t>
            </w:r>
          </w:p>
        </w:tc>
        <w:tc>
          <w:tcPr>
            <w:tcW w:type="dxa" w:w="759"/>
          </w:tcPr>
          <w:p>
            <w:r/>
            <w:r>
              <w:rPr>
                <w:rFonts w:ascii="Malgun Gothic" w:hAnsi="Malgun Gothic" w:eastAsia="Malgun Gothic"/>
                <w:b/>
                <w:sz w:val="14"/>
              </w:rPr>
              <w:t>target_role_candidate</w:t>
            </w:r>
          </w:p>
        </w:tc>
        <w:tc>
          <w:tcPr>
            <w:tcW w:type="dxa" w:w="759"/>
          </w:tcPr>
          <w:p>
            <w:r/>
            <w:r>
              <w:rPr>
                <w:rFonts w:ascii="Malgun Gothic" w:hAnsi="Malgun Gothic" w:eastAsia="Malgun Gothic"/>
                <w:b/>
                <w:sz w:val="14"/>
              </w:rPr>
              <w:t>source_turn_no</w:t>
            </w:r>
          </w:p>
        </w:tc>
        <w:tc>
          <w:tcPr>
            <w:tcW w:type="dxa" w:w="759"/>
          </w:tcPr>
          <w:p>
            <w:r/>
            <w:r>
              <w:rPr>
                <w:rFonts w:ascii="Malgun Gothic" w:hAnsi="Malgun Gothic" w:eastAsia="Malgun Gothic"/>
                <w:b/>
                <w:sz w:val="14"/>
              </w:rPr>
              <w:t>source_start_sec</w:t>
            </w:r>
          </w:p>
        </w:tc>
        <w:tc>
          <w:tcPr>
            <w:tcW w:type="dxa" w:w="759"/>
          </w:tcPr>
          <w:p>
            <w:r/>
            <w:r>
              <w:rPr>
                <w:rFonts w:ascii="Malgun Gothic" w:hAnsi="Malgun Gothic" w:eastAsia="Malgun Gothic"/>
                <w:b/>
                <w:sz w:val="14"/>
              </w:rPr>
              <w:t>source_end_sec</w:t>
            </w:r>
          </w:p>
        </w:tc>
        <w:tc>
          <w:tcPr>
            <w:tcW w:type="dxa" w:w="759"/>
          </w:tcPr>
          <w:p>
            <w:r/>
            <w:r>
              <w:rPr>
                <w:rFonts w:ascii="Malgun Gothic" w:hAnsi="Malgun Gothic" w:eastAsia="Malgun Gothic"/>
                <w:b/>
                <w:sz w:val="14"/>
              </w:rPr>
              <w:t>source_duration_sec</w:t>
            </w:r>
          </w:p>
        </w:tc>
        <w:tc>
          <w:tcPr>
            <w:tcW w:type="dxa" w:w="759"/>
          </w:tcPr>
          <w:p>
            <w:r/>
            <w:r>
              <w:rPr>
                <w:rFonts w:ascii="Malgun Gothic" w:hAnsi="Malgun Gothic" w:eastAsia="Malgun Gothic"/>
                <w:b/>
                <w:sz w:val="14"/>
              </w:rPr>
              <w:t>target_start_sec</w:t>
            </w:r>
          </w:p>
        </w:tc>
        <w:tc>
          <w:tcPr>
            <w:tcW w:type="dxa" w:w="759"/>
          </w:tcPr>
          <w:p>
            <w:r/>
            <w:r>
              <w:rPr>
                <w:rFonts w:ascii="Malgun Gothic" w:hAnsi="Malgun Gothic" w:eastAsia="Malgun Gothic"/>
                <w:b/>
                <w:sz w:val="14"/>
              </w:rPr>
              <w:t>target_end_sec</w:t>
            </w:r>
          </w:p>
        </w:tc>
        <w:tc>
          <w:tcPr>
            <w:tcW w:type="dxa" w:w="759"/>
          </w:tcPr>
          <w:p>
            <w:r/>
            <w:r>
              <w:rPr>
                <w:rFonts w:ascii="Malgun Gothic" w:hAnsi="Malgun Gothic" w:eastAsia="Malgun Gothic"/>
                <w:b/>
                <w:sz w:val="14"/>
              </w:rPr>
              <w:t>target_duration_sec</w:t>
            </w:r>
          </w:p>
        </w:tc>
        <w:tc>
          <w:tcPr>
            <w:tcW w:type="dxa" w:w="759"/>
          </w:tcPr>
          <w:p>
            <w:r/>
            <w:r>
              <w:rPr>
                <w:rFonts w:ascii="Malgun Gothic" w:hAnsi="Malgun Gothic" w:eastAsia="Malgun Gothic"/>
                <w:b/>
                <w:sz w:val="14"/>
              </w:rPr>
              <w:t>response_delay_sec</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3.119</w:t>
            </w:r>
          </w:p>
        </w:tc>
        <w:tc>
          <w:tcPr>
            <w:tcW w:type="dxa" w:w="759"/>
            <w:vAlign w:val="center"/>
          </w:tcPr>
          <w:p>
            <w:r/>
            <w:r>
              <w:rPr>
                <w:rFonts w:ascii="Malgun Gothic" w:hAnsi="Malgun Gothic" w:eastAsia="Malgun Gothic"/>
                <w:b w:val="0"/>
                <w:sz w:val="14"/>
              </w:rPr>
              <w:t>3.088</w:t>
            </w:r>
          </w:p>
        </w:tc>
        <w:tc>
          <w:tcPr>
            <w:tcW w:type="dxa" w:w="759"/>
            <w:vAlign w:val="center"/>
          </w:tcPr>
          <w:p>
            <w:r/>
            <w:r>
              <w:rPr>
                <w:rFonts w:ascii="Malgun Gothic" w:hAnsi="Malgun Gothic" w:eastAsia="Malgun Gothic"/>
                <w:b w:val="0"/>
                <w:sz w:val="14"/>
              </w:rPr>
              <w:t>4.267</w:t>
            </w:r>
          </w:p>
        </w:tc>
        <w:tc>
          <w:tcPr>
            <w:tcW w:type="dxa" w:w="759"/>
            <w:vAlign w:val="center"/>
          </w:tcPr>
          <w:p>
            <w:r/>
            <w:r>
              <w:rPr>
                <w:rFonts w:ascii="Malgun Gothic" w:hAnsi="Malgun Gothic" w:eastAsia="Malgun Gothic"/>
                <w:b w:val="0"/>
                <w:sz w:val="14"/>
              </w:rPr>
              <w:t>7.439</w:t>
            </w:r>
          </w:p>
        </w:tc>
        <w:tc>
          <w:tcPr>
            <w:tcW w:type="dxa" w:w="759"/>
            <w:vAlign w:val="center"/>
          </w:tcPr>
          <w:p>
            <w:r/>
            <w:r>
              <w:rPr>
                <w:rFonts w:ascii="Malgun Gothic" w:hAnsi="Malgun Gothic" w:eastAsia="Malgun Gothic"/>
                <w:b w:val="0"/>
                <w:sz w:val="14"/>
              </w:rPr>
              <w:t>3.172</w:t>
            </w:r>
          </w:p>
        </w:tc>
        <w:tc>
          <w:tcPr>
            <w:tcW w:type="dxa" w:w="759"/>
            <w:vAlign w:val="center"/>
          </w:tcPr>
          <w:p>
            <w:r/>
            <w:r>
              <w:rPr>
                <w:rFonts w:ascii="Malgun Gothic" w:hAnsi="Malgun Gothic" w:eastAsia="Malgun Gothic"/>
                <w:b w:val="0"/>
                <w:sz w:val="14"/>
              </w:rPr>
              <w:t>1.148</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4.283</w:t>
            </w:r>
          </w:p>
        </w:tc>
        <w:tc>
          <w:tcPr>
            <w:tcW w:type="dxa" w:w="759"/>
            <w:vAlign w:val="center"/>
          </w:tcPr>
          <w:p>
            <w:r/>
            <w:r>
              <w:rPr>
                <w:rFonts w:ascii="Malgun Gothic" w:hAnsi="Malgun Gothic" w:eastAsia="Malgun Gothic"/>
                <w:b w:val="0"/>
                <w:sz w:val="14"/>
              </w:rPr>
              <w:t>4.57</w:t>
            </w:r>
          </w:p>
        </w:tc>
        <w:tc>
          <w:tcPr>
            <w:tcW w:type="dxa" w:w="759"/>
            <w:vAlign w:val="center"/>
          </w:tcPr>
          <w:p>
            <w:r/>
            <w:r>
              <w:rPr>
                <w:rFonts w:ascii="Malgun Gothic" w:hAnsi="Malgun Gothic" w:eastAsia="Malgun Gothic"/>
                <w:b w:val="0"/>
                <w:sz w:val="14"/>
              </w:rPr>
              <w:t>0.287</w:t>
            </w:r>
          </w:p>
        </w:tc>
        <w:tc>
          <w:tcPr>
            <w:tcW w:type="dxa" w:w="759"/>
            <w:vAlign w:val="center"/>
          </w:tcPr>
          <w:p>
            <w:r/>
            <w:r>
              <w:rPr>
                <w:rFonts w:ascii="Malgun Gothic" w:hAnsi="Malgun Gothic" w:eastAsia="Malgun Gothic"/>
                <w:b w:val="0"/>
                <w:sz w:val="14"/>
              </w:rPr>
              <w:t>7.76</w:t>
            </w:r>
          </w:p>
        </w:tc>
        <w:tc>
          <w:tcPr>
            <w:tcW w:type="dxa" w:w="759"/>
            <w:vAlign w:val="center"/>
          </w:tcPr>
          <w:p>
            <w:r/>
            <w:r>
              <w:rPr>
                <w:rFonts w:ascii="Malgun Gothic" w:hAnsi="Malgun Gothic" w:eastAsia="Malgun Gothic"/>
                <w:b w:val="0"/>
                <w:sz w:val="14"/>
              </w:rPr>
              <w:t>10.679</w:t>
            </w:r>
          </w:p>
        </w:tc>
        <w:tc>
          <w:tcPr>
            <w:tcW w:type="dxa" w:w="759"/>
            <w:vAlign w:val="center"/>
          </w:tcPr>
          <w:p>
            <w:r/>
            <w:r>
              <w:rPr>
                <w:rFonts w:ascii="Malgun Gothic" w:hAnsi="Malgun Gothic" w:eastAsia="Malgun Gothic"/>
                <w:b w:val="0"/>
                <w:sz w:val="14"/>
              </w:rPr>
              <w:t>2.919</w:t>
            </w:r>
          </w:p>
        </w:tc>
        <w:tc>
          <w:tcPr>
            <w:tcW w:type="dxa" w:w="759"/>
            <w:vAlign w:val="center"/>
          </w:tcPr>
          <w:p>
            <w:r/>
            <w:r>
              <w:rPr>
                <w:rFonts w:ascii="Malgun Gothic" w:hAnsi="Malgun Gothic" w:eastAsia="Malgun Gothic"/>
                <w:b w:val="0"/>
                <w:sz w:val="14"/>
              </w:rPr>
              <w:t>3.19</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3</w:t>
            </w:r>
          </w:p>
        </w:tc>
        <w:tc>
          <w:tcPr>
            <w:tcW w:type="dxa" w:w="759"/>
            <w:vAlign w:val="center"/>
          </w:tcPr>
          <w:p>
            <w:r/>
            <w:r>
              <w:rPr>
                <w:rFonts w:ascii="Malgun Gothic" w:hAnsi="Malgun Gothic" w:eastAsia="Malgun Gothic"/>
                <w:b w:val="0"/>
                <w:sz w:val="14"/>
              </w:rPr>
              <w:t>5.768</w:t>
            </w:r>
          </w:p>
        </w:tc>
        <w:tc>
          <w:tcPr>
            <w:tcW w:type="dxa" w:w="759"/>
            <w:vAlign w:val="center"/>
          </w:tcPr>
          <w:p>
            <w:r/>
            <w:r>
              <w:rPr>
                <w:rFonts w:ascii="Malgun Gothic" w:hAnsi="Malgun Gothic" w:eastAsia="Malgun Gothic"/>
                <w:b w:val="0"/>
                <w:sz w:val="14"/>
              </w:rPr>
              <w:t>6.832</w:t>
            </w:r>
          </w:p>
        </w:tc>
        <w:tc>
          <w:tcPr>
            <w:tcW w:type="dxa" w:w="759"/>
            <w:vAlign w:val="center"/>
          </w:tcPr>
          <w:p>
            <w:r/>
            <w:r>
              <w:rPr>
                <w:rFonts w:ascii="Malgun Gothic" w:hAnsi="Malgun Gothic" w:eastAsia="Malgun Gothic"/>
                <w:b w:val="0"/>
                <w:sz w:val="14"/>
              </w:rPr>
              <w:t>1.063</w:t>
            </w:r>
          </w:p>
        </w:tc>
        <w:tc>
          <w:tcPr>
            <w:tcW w:type="dxa" w:w="759"/>
            <w:vAlign w:val="center"/>
          </w:tcPr>
          <w:p>
            <w:r/>
            <w:r>
              <w:rPr>
                <w:rFonts w:ascii="Malgun Gothic" w:hAnsi="Malgun Gothic" w:eastAsia="Malgun Gothic"/>
                <w:b w:val="0"/>
                <w:sz w:val="14"/>
              </w:rPr>
              <w:t>7.76</w:t>
            </w:r>
          </w:p>
        </w:tc>
        <w:tc>
          <w:tcPr>
            <w:tcW w:type="dxa" w:w="759"/>
            <w:vAlign w:val="center"/>
          </w:tcPr>
          <w:p>
            <w:r/>
            <w:r>
              <w:rPr>
                <w:rFonts w:ascii="Malgun Gothic" w:hAnsi="Malgun Gothic" w:eastAsia="Malgun Gothic"/>
                <w:b w:val="0"/>
                <w:sz w:val="14"/>
              </w:rPr>
              <w:t>10.679</w:t>
            </w:r>
          </w:p>
        </w:tc>
        <w:tc>
          <w:tcPr>
            <w:tcW w:type="dxa" w:w="759"/>
            <w:vAlign w:val="center"/>
          </w:tcPr>
          <w:p>
            <w:r/>
            <w:r>
              <w:rPr>
                <w:rFonts w:ascii="Malgun Gothic" w:hAnsi="Malgun Gothic" w:eastAsia="Malgun Gothic"/>
                <w:b w:val="0"/>
                <w:sz w:val="14"/>
              </w:rPr>
              <w:t>2.919</w:t>
            </w:r>
          </w:p>
        </w:tc>
        <w:tc>
          <w:tcPr>
            <w:tcW w:type="dxa" w:w="759"/>
            <w:vAlign w:val="center"/>
          </w:tcPr>
          <w:p>
            <w:r/>
            <w:r>
              <w:rPr>
                <w:rFonts w:ascii="Malgun Gothic" w:hAnsi="Malgun Gothic" w:eastAsia="Malgun Gothic"/>
                <w:b w:val="0"/>
                <w:sz w:val="14"/>
              </w:rPr>
              <w:t>0.928</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4</w:t>
            </w:r>
          </w:p>
        </w:tc>
        <w:tc>
          <w:tcPr>
            <w:tcW w:type="dxa" w:w="759"/>
            <w:vAlign w:val="center"/>
          </w:tcPr>
          <w:p>
            <w:r/>
            <w:r>
              <w:rPr>
                <w:rFonts w:ascii="Malgun Gothic" w:hAnsi="Malgun Gothic" w:eastAsia="Malgun Gothic"/>
                <w:b w:val="0"/>
                <w:sz w:val="14"/>
              </w:rPr>
              <w:t>10.679</w:t>
            </w:r>
          </w:p>
        </w:tc>
        <w:tc>
          <w:tcPr>
            <w:tcW w:type="dxa" w:w="759"/>
            <w:vAlign w:val="center"/>
          </w:tcPr>
          <w:p>
            <w:r/>
            <w:r>
              <w:rPr>
                <w:rFonts w:ascii="Malgun Gothic" w:hAnsi="Malgun Gothic" w:eastAsia="Malgun Gothic"/>
                <w:b w:val="0"/>
                <w:sz w:val="14"/>
              </w:rPr>
              <w:t>10.797</w:t>
            </w:r>
          </w:p>
        </w:tc>
        <w:tc>
          <w:tcPr>
            <w:tcW w:type="dxa" w:w="759"/>
            <w:vAlign w:val="center"/>
          </w:tcPr>
          <w:p>
            <w:r/>
            <w:r>
              <w:rPr>
                <w:rFonts w:ascii="Malgun Gothic" w:hAnsi="Malgun Gothic" w:eastAsia="Malgun Gothic"/>
                <w:b w:val="0"/>
                <w:sz w:val="14"/>
              </w:rPr>
              <w:t>0.118</w:t>
            </w:r>
          </w:p>
        </w:tc>
        <w:tc>
          <w:tcPr>
            <w:tcW w:type="dxa" w:w="759"/>
            <w:vAlign w:val="center"/>
          </w:tcPr>
          <w:p>
            <w:r/>
            <w:r>
              <w:rPr>
                <w:rFonts w:ascii="Malgun Gothic" w:hAnsi="Malgun Gothic" w:eastAsia="Malgun Gothic"/>
                <w:b w:val="0"/>
                <w:sz w:val="14"/>
              </w:rPr>
              <w:t>10.797</w:t>
            </w:r>
          </w:p>
        </w:tc>
        <w:tc>
          <w:tcPr>
            <w:tcW w:type="dxa" w:w="759"/>
            <w:vAlign w:val="center"/>
          </w:tcPr>
          <w:p>
            <w:r/>
            <w:r>
              <w:rPr>
                <w:rFonts w:ascii="Malgun Gothic" w:hAnsi="Malgun Gothic" w:eastAsia="Malgun Gothic"/>
                <w:b w:val="0"/>
                <w:sz w:val="14"/>
              </w:rPr>
              <w:t>10.932</w:t>
            </w:r>
          </w:p>
        </w:tc>
        <w:tc>
          <w:tcPr>
            <w:tcW w:type="dxa" w:w="759"/>
            <w:vAlign w:val="center"/>
          </w:tcPr>
          <w:p>
            <w:r/>
            <w:r>
              <w:rPr>
                <w:rFonts w:ascii="Malgun Gothic" w:hAnsi="Malgun Gothic" w:eastAsia="Malgun Gothic"/>
                <w:b w:val="0"/>
                <w:sz w:val="14"/>
              </w:rPr>
              <w:t>0.135</w:t>
            </w:r>
          </w:p>
        </w:tc>
        <w:tc>
          <w:tcPr>
            <w:tcW w:type="dxa" w:w="759"/>
            <w:vAlign w:val="center"/>
          </w:tcPr>
          <w:p>
            <w:r/>
            <w:r>
              <w:rPr>
                <w:rFonts w:ascii="Malgun Gothic" w:hAnsi="Malgun Gothic" w:eastAsia="Malgun Gothic"/>
                <w:b w:val="0"/>
                <w:sz w:val="14"/>
              </w:rPr>
              <w:t>0.0</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5</w:t>
            </w:r>
          </w:p>
        </w:tc>
        <w:tc>
          <w:tcPr>
            <w:tcW w:type="dxa" w:w="759"/>
            <w:vAlign w:val="center"/>
          </w:tcPr>
          <w:p>
            <w:r/>
            <w:r>
              <w:rPr>
                <w:rFonts w:ascii="Malgun Gothic" w:hAnsi="Malgun Gothic" w:eastAsia="Malgun Gothic"/>
                <w:b w:val="0"/>
                <w:sz w:val="14"/>
              </w:rPr>
              <w:t>19.69</w:t>
            </w:r>
          </w:p>
        </w:tc>
        <w:tc>
          <w:tcPr>
            <w:tcW w:type="dxa" w:w="759"/>
            <w:vAlign w:val="center"/>
          </w:tcPr>
          <w:p>
            <w:r/>
            <w:r>
              <w:rPr>
                <w:rFonts w:ascii="Malgun Gothic" w:hAnsi="Malgun Gothic" w:eastAsia="Malgun Gothic"/>
                <w:b w:val="0"/>
                <w:sz w:val="14"/>
              </w:rPr>
              <w:t>19.977</w:t>
            </w:r>
          </w:p>
        </w:tc>
        <w:tc>
          <w:tcPr>
            <w:tcW w:type="dxa" w:w="759"/>
            <w:vAlign w:val="center"/>
          </w:tcPr>
          <w:p>
            <w:r/>
            <w:r>
              <w:rPr>
                <w:rFonts w:ascii="Malgun Gothic" w:hAnsi="Malgun Gothic" w:eastAsia="Malgun Gothic"/>
                <w:b w:val="0"/>
                <w:sz w:val="14"/>
              </w:rPr>
              <w:t>0.287</w:t>
            </w:r>
          </w:p>
        </w:tc>
        <w:tc>
          <w:tcPr>
            <w:tcW w:type="dxa" w:w="759"/>
            <w:vAlign w:val="center"/>
          </w:tcPr>
          <w:p>
            <w:r/>
            <w:r>
              <w:rPr>
                <w:rFonts w:ascii="Malgun Gothic" w:hAnsi="Malgun Gothic" w:eastAsia="Malgun Gothic"/>
                <w:b w:val="0"/>
                <w:sz w:val="14"/>
              </w:rPr>
              <w:t>19.977</w:t>
            </w:r>
          </w:p>
        </w:tc>
        <w:tc>
          <w:tcPr>
            <w:tcW w:type="dxa" w:w="759"/>
            <w:vAlign w:val="center"/>
          </w:tcPr>
          <w:p>
            <w:r/>
            <w:r>
              <w:rPr>
                <w:rFonts w:ascii="Malgun Gothic" w:hAnsi="Malgun Gothic" w:eastAsia="Malgun Gothic"/>
                <w:b w:val="0"/>
                <w:sz w:val="14"/>
              </w:rPr>
              <w:t>20.281</w:t>
            </w:r>
          </w:p>
        </w:tc>
        <w:tc>
          <w:tcPr>
            <w:tcW w:type="dxa" w:w="759"/>
            <w:vAlign w:val="center"/>
          </w:tcPr>
          <w:p>
            <w:r/>
            <w:r>
              <w:rPr>
                <w:rFonts w:ascii="Malgun Gothic" w:hAnsi="Malgun Gothic" w:eastAsia="Malgun Gothic"/>
                <w:b w:val="0"/>
                <w:sz w:val="14"/>
              </w:rPr>
              <w:t>0.304</w:t>
            </w:r>
          </w:p>
        </w:tc>
        <w:tc>
          <w:tcPr>
            <w:tcW w:type="dxa" w:w="759"/>
            <w:vAlign w:val="center"/>
          </w:tcPr>
          <w:p>
            <w:r/>
            <w:r>
              <w:rPr>
                <w:rFonts w:ascii="Malgun Gothic" w:hAnsi="Malgun Gothic" w:eastAsia="Malgun Gothic"/>
                <w:b w:val="0"/>
                <w:sz w:val="14"/>
              </w:rPr>
              <w:t>0.0</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28.313</w:t>
            </w:r>
          </w:p>
        </w:tc>
        <w:tc>
          <w:tcPr>
            <w:tcW w:type="dxa" w:w="759"/>
            <w:vAlign w:val="center"/>
          </w:tcPr>
          <w:p>
            <w:r/>
            <w:r>
              <w:rPr>
                <w:rFonts w:ascii="Malgun Gothic" w:hAnsi="Malgun Gothic" w:eastAsia="Malgun Gothic"/>
                <w:b w:val="0"/>
                <w:sz w:val="14"/>
              </w:rPr>
              <w:t>28.347</w:t>
            </w:r>
          </w:p>
        </w:tc>
        <w:tc>
          <w:tcPr>
            <w:tcW w:type="dxa" w:w="759"/>
            <w:vAlign w:val="center"/>
          </w:tcPr>
          <w:p>
            <w:r/>
            <w:r>
              <w:rPr>
                <w:rFonts w:ascii="Malgun Gothic" w:hAnsi="Malgun Gothic" w:eastAsia="Malgun Gothic"/>
                <w:b w:val="0"/>
                <w:sz w:val="14"/>
              </w:rPr>
              <w:t>0.034</w:t>
            </w:r>
          </w:p>
        </w:tc>
        <w:tc>
          <w:tcPr>
            <w:tcW w:type="dxa" w:w="759"/>
            <w:vAlign w:val="center"/>
          </w:tcPr>
          <w:p>
            <w:r/>
            <w:r>
              <w:rPr>
                <w:rFonts w:ascii="Malgun Gothic" w:hAnsi="Malgun Gothic" w:eastAsia="Malgun Gothic"/>
                <w:b w:val="0"/>
                <w:sz w:val="14"/>
              </w:rPr>
              <w:t>29.123</w:t>
            </w:r>
          </w:p>
        </w:tc>
        <w:tc>
          <w:tcPr>
            <w:tcW w:type="dxa" w:w="759"/>
            <w:vAlign w:val="center"/>
          </w:tcPr>
          <w:p>
            <w:r/>
            <w:r>
              <w:rPr>
                <w:rFonts w:ascii="Malgun Gothic" w:hAnsi="Malgun Gothic" w:eastAsia="Malgun Gothic"/>
                <w:b w:val="0"/>
                <w:sz w:val="14"/>
              </w:rPr>
              <w:t>32.718</w:t>
            </w:r>
          </w:p>
        </w:tc>
        <w:tc>
          <w:tcPr>
            <w:tcW w:type="dxa" w:w="759"/>
            <w:vAlign w:val="center"/>
          </w:tcPr>
          <w:p>
            <w:r/>
            <w:r>
              <w:rPr>
                <w:rFonts w:ascii="Malgun Gothic" w:hAnsi="Malgun Gothic" w:eastAsia="Malgun Gothic"/>
                <w:b w:val="0"/>
                <w:sz w:val="14"/>
              </w:rPr>
              <w:t>3.594</w:t>
            </w:r>
          </w:p>
        </w:tc>
        <w:tc>
          <w:tcPr>
            <w:tcW w:type="dxa" w:w="759"/>
            <w:vAlign w:val="center"/>
          </w:tcPr>
          <w:p>
            <w:r/>
            <w:r>
              <w:rPr>
                <w:rFonts w:ascii="Malgun Gothic" w:hAnsi="Malgun Gothic" w:eastAsia="Malgun Gothic"/>
                <w:b w:val="0"/>
                <w:sz w:val="14"/>
              </w:rPr>
              <w:t>0.776</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7</w:t>
            </w:r>
          </w:p>
        </w:tc>
        <w:tc>
          <w:tcPr>
            <w:tcW w:type="dxa" w:w="759"/>
            <w:vAlign w:val="center"/>
          </w:tcPr>
          <w:p>
            <w:r/>
            <w:r>
              <w:rPr>
                <w:rFonts w:ascii="Malgun Gothic" w:hAnsi="Malgun Gothic" w:eastAsia="Malgun Gothic"/>
                <w:b w:val="0"/>
                <w:sz w:val="14"/>
              </w:rPr>
              <w:t>35.367</w:t>
            </w:r>
          </w:p>
        </w:tc>
        <w:tc>
          <w:tcPr>
            <w:tcW w:type="dxa" w:w="759"/>
            <w:vAlign w:val="center"/>
          </w:tcPr>
          <w:p>
            <w:r/>
            <w:r>
              <w:rPr>
                <w:rFonts w:ascii="Malgun Gothic" w:hAnsi="Malgun Gothic" w:eastAsia="Malgun Gothic"/>
                <w:b w:val="0"/>
                <w:sz w:val="14"/>
              </w:rPr>
              <w:t>36.903</w:t>
            </w:r>
          </w:p>
        </w:tc>
        <w:tc>
          <w:tcPr>
            <w:tcW w:type="dxa" w:w="759"/>
            <w:vAlign w:val="center"/>
          </w:tcPr>
          <w:p>
            <w:r/>
            <w:r>
              <w:rPr>
                <w:rFonts w:ascii="Malgun Gothic" w:hAnsi="Malgun Gothic" w:eastAsia="Malgun Gothic"/>
                <w:b w:val="0"/>
                <w:sz w:val="14"/>
              </w:rPr>
              <w:t>1.536</w:t>
            </w:r>
          </w:p>
        </w:tc>
        <w:tc>
          <w:tcPr>
            <w:tcW w:type="dxa" w:w="759"/>
            <w:vAlign w:val="center"/>
          </w:tcPr>
          <w:p>
            <w:r/>
            <w:r>
              <w:rPr>
                <w:rFonts w:ascii="Malgun Gothic" w:hAnsi="Malgun Gothic" w:eastAsia="Malgun Gothic"/>
                <w:b w:val="0"/>
                <w:sz w:val="14"/>
              </w:rPr>
              <w:t>38.354</w:t>
            </w:r>
          </w:p>
        </w:tc>
        <w:tc>
          <w:tcPr>
            <w:tcW w:type="dxa" w:w="759"/>
            <w:vAlign w:val="center"/>
          </w:tcPr>
          <w:p>
            <w:r/>
            <w:r>
              <w:rPr>
                <w:rFonts w:ascii="Malgun Gothic" w:hAnsi="Malgun Gothic" w:eastAsia="Malgun Gothic"/>
                <w:b w:val="0"/>
                <w:sz w:val="14"/>
              </w:rPr>
              <w:t>38.405</w:t>
            </w:r>
          </w:p>
        </w:tc>
        <w:tc>
          <w:tcPr>
            <w:tcW w:type="dxa" w:w="759"/>
            <w:vAlign w:val="center"/>
          </w:tcPr>
          <w:p>
            <w:r/>
            <w:r>
              <w:rPr>
                <w:rFonts w:ascii="Malgun Gothic" w:hAnsi="Malgun Gothic" w:eastAsia="Malgun Gothic"/>
                <w:b w:val="0"/>
                <w:sz w:val="14"/>
              </w:rPr>
              <w:t>0.051</w:t>
            </w:r>
          </w:p>
        </w:tc>
        <w:tc>
          <w:tcPr>
            <w:tcW w:type="dxa" w:w="759"/>
            <w:vAlign w:val="center"/>
          </w:tcPr>
          <w:p>
            <w:r/>
            <w:r>
              <w:rPr>
                <w:rFonts w:ascii="Malgun Gothic" w:hAnsi="Malgun Gothic" w:eastAsia="Malgun Gothic"/>
                <w:b w:val="0"/>
                <w:sz w:val="14"/>
              </w:rPr>
              <w:t>1.451</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8</w:t>
            </w:r>
          </w:p>
        </w:tc>
        <w:tc>
          <w:tcPr>
            <w:tcW w:type="dxa" w:w="759"/>
            <w:vAlign w:val="center"/>
          </w:tcPr>
          <w:p>
            <w:r/>
            <w:r>
              <w:rPr>
                <w:rFonts w:ascii="Malgun Gothic" w:hAnsi="Malgun Gothic" w:eastAsia="Malgun Gothic"/>
                <w:b w:val="0"/>
                <w:sz w:val="14"/>
              </w:rPr>
              <w:t>40.193</w:t>
            </w:r>
          </w:p>
        </w:tc>
        <w:tc>
          <w:tcPr>
            <w:tcW w:type="dxa" w:w="759"/>
            <w:vAlign w:val="center"/>
          </w:tcPr>
          <w:p>
            <w:r/>
            <w:r>
              <w:rPr>
                <w:rFonts w:ascii="Malgun Gothic" w:hAnsi="Malgun Gothic" w:eastAsia="Malgun Gothic"/>
                <w:b w:val="0"/>
                <w:sz w:val="14"/>
              </w:rPr>
              <w:t>40.936</w:t>
            </w:r>
          </w:p>
        </w:tc>
        <w:tc>
          <w:tcPr>
            <w:tcW w:type="dxa" w:w="759"/>
            <w:vAlign w:val="center"/>
          </w:tcPr>
          <w:p>
            <w:r/>
            <w:r>
              <w:rPr>
                <w:rFonts w:ascii="Malgun Gothic" w:hAnsi="Malgun Gothic" w:eastAsia="Malgun Gothic"/>
                <w:b w:val="0"/>
                <w:sz w:val="14"/>
              </w:rPr>
              <w:t>0.742</w:t>
            </w:r>
          </w:p>
        </w:tc>
        <w:tc>
          <w:tcPr>
            <w:tcW w:type="dxa" w:w="759"/>
            <w:vAlign w:val="center"/>
          </w:tcPr>
          <w:p>
            <w:r/>
            <w:r>
              <w:rPr>
                <w:rFonts w:ascii="Malgun Gothic" w:hAnsi="Malgun Gothic" w:eastAsia="Malgun Gothic"/>
                <w:b w:val="0"/>
                <w:sz w:val="14"/>
              </w:rPr>
              <w:t>45.627</w:t>
            </w:r>
          </w:p>
        </w:tc>
        <w:tc>
          <w:tcPr>
            <w:tcW w:type="dxa" w:w="759"/>
            <w:vAlign w:val="center"/>
          </w:tcPr>
          <w:p>
            <w:r/>
            <w:r>
              <w:rPr>
                <w:rFonts w:ascii="Malgun Gothic" w:hAnsi="Malgun Gothic" w:eastAsia="Malgun Gothic"/>
                <w:b w:val="0"/>
                <w:sz w:val="14"/>
              </w:rPr>
              <w:t>48.04</w:t>
            </w:r>
          </w:p>
        </w:tc>
        <w:tc>
          <w:tcPr>
            <w:tcW w:type="dxa" w:w="759"/>
            <w:vAlign w:val="center"/>
          </w:tcPr>
          <w:p>
            <w:r/>
            <w:r>
              <w:rPr>
                <w:rFonts w:ascii="Malgun Gothic" w:hAnsi="Malgun Gothic" w:eastAsia="Malgun Gothic"/>
                <w:b w:val="0"/>
                <w:sz w:val="14"/>
              </w:rPr>
              <w:t>2.413</w:t>
            </w:r>
          </w:p>
        </w:tc>
        <w:tc>
          <w:tcPr>
            <w:tcW w:type="dxa" w:w="759"/>
            <w:vAlign w:val="center"/>
          </w:tcPr>
          <w:p>
            <w:r/>
            <w:r>
              <w:rPr>
                <w:rFonts w:ascii="Malgun Gothic" w:hAnsi="Malgun Gothic" w:eastAsia="Malgun Gothic"/>
                <w:b w:val="0"/>
                <w:sz w:val="14"/>
              </w:rPr>
              <w:t>4.691</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9</w:t>
            </w:r>
          </w:p>
        </w:tc>
        <w:tc>
          <w:tcPr>
            <w:tcW w:type="dxa" w:w="759"/>
            <w:vAlign w:val="center"/>
          </w:tcPr>
          <w:p>
            <w:r/>
            <w:r>
              <w:rPr>
                <w:rFonts w:ascii="Malgun Gothic" w:hAnsi="Malgun Gothic" w:eastAsia="Malgun Gothic"/>
                <w:b w:val="0"/>
                <w:sz w:val="14"/>
              </w:rPr>
              <w:t>45.779</w:t>
            </w:r>
          </w:p>
        </w:tc>
        <w:tc>
          <w:tcPr>
            <w:tcW w:type="dxa" w:w="759"/>
            <w:vAlign w:val="center"/>
          </w:tcPr>
          <w:p>
            <w:r/>
            <w:r>
              <w:rPr>
                <w:rFonts w:ascii="Malgun Gothic" w:hAnsi="Malgun Gothic" w:eastAsia="Malgun Gothic"/>
                <w:b w:val="0"/>
                <w:sz w:val="14"/>
              </w:rPr>
              <w:t>46.133</w:t>
            </w:r>
          </w:p>
        </w:tc>
        <w:tc>
          <w:tcPr>
            <w:tcW w:type="dxa" w:w="759"/>
            <w:vAlign w:val="center"/>
          </w:tcPr>
          <w:p>
            <w:r/>
            <w:r>
              <w:rPr>
                <w:rFonts w:ascii="Malgun Gothic" w:hAnsi="Malgun Gothic" w:eastAsia="Malgun Gothic"/>
                <w:b w:val="0"/>
                <w:sz w:val="14"/>
              </w:rPr>
              <w:t>0.354</w:t>
            </w:r>
          </w:p>
        </w:tc>
        <w:tc>
          <w:tcPr>
            <w:tcW w:type="dxa" w:w="759"/>
            <w:vAlign w:val="center"/>
          </w:tcPr>
          <w:p>
            <w:r/>
            <w:r>
              <w:rPr>
                <w:rFonts w:ascii="Malgun Gothic" w:hAnsi="Malgun Gothic" w:eastAsia="Malgun Gothic"/>
                <w:b w:val="0"/>
                <w:sz w:val="14"/>
              </w:rPr>
              <w:t>49.593</w:t>
            </w:r>
          </w:p>
        </w:tc>
        <w:tc>
          <w:tcPr>
            <w:tcW w:type="dxa" w:w="759"/>
            <w:vAlign w:val="center"/>
          </w:tcPr>
          <w:p>
            <w:r/>
            <w:r>
              <w:rPr>
                <w:rFonts w:ascii="Malgun Gothic" w:hAnsi="Malgun Gothic" w:eastAsia="Malgun Gothic"/>
                <w:b w:val="0"/>
                <w:sz w:val="14"/>
              </w:rPr>
              <w:t>54.487</w:t>
            </w:r>
          </w:p>
        </w:tc>
        <w:tc>
          <w:tcPr>
            <w:tcW w:type="dxa" w:w="759"/>
            <w:vAlign w:val="center"/>
          </w:tcPr>
          <w:p>
            <w:r/>
            <w:r>
              <w:rPr>
                <w:rFonts w:ascii="Malgun Gothic" w:hAnsi="Malgun Gothic" w:eastAsia="Malgun Gothic"/>
                <w:b w:val="0"/>
                <w:sz w:val="14"/>
              </w:rPr>
              <w:t>4.894</w:t>
            </w:r>
          </w:p>
        </w:tc>
        <w:tc>
          <w:tcPr>
            <w:tcW w:type="dxa" w:w="759"/>
            <w:vAlign w:val="center"/>
          </w:tcPr>
          <w:p>
            <w:r/>
            <w:r>
              <w:rPr>
                <w:rFonts w:ascii="Malgun Gothic" w:hAnsi="Malgun Gothic" w:eastAsia="Malgun Gothic"/>
                <w:b w:val="0"/>
                <w:sz w:val="14"/>
              </w:rPr>
              <w:t>3.46</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10</w:t>
            </w:r>
          </w:p>
        </w:tc>
        <w:tc>
          <w:tcPr>
            <w:tcW w:type="dxa" w:w="759"/>
            <w:vAlign w:val="center"/>
          </w:tcPr>
          <w:p>
            <w:r/>
            <w:r>
              <w:rPr>
                <w:rFonts w:ascii="Malgun Gothic" w:hAnsi="Malgun Gothic" w:eastAsia="Malgun Gothic"/>
                <w:b w:val="0"/>
                <w:sz w:val="14"/>
              </w:rPr>
              <w:t>54.25</w:t>
            </w:r>
          </w:p>
        </w:tc>
        <w:tc>
          <w:tcPr>
            <w:tcW w:type="dxa" w:w="759"/>
            <w:vAlign w:val="center"/>
          </w:tcPr>
          <w:p>
            <w:r/>
            <w:r>
              <w:rPr>
                <w:rFonts w:ascii="Malgun Gothic" w:hAnsi="Malgun Gothic" w:eastAsia="Malgun Gothic"/>
                <w:b w:val="0"/>
                <w:sz w:val="14"/>
              </w:rPr>
              <w:t>54.47</w:t>
            </w:r>
          </w:p>
        </w:tc>
        <w:tc>
          <w:tcPr>
            <w:tcW w:type="dxa" w:w="759"/>
            <w:vAlign w:val="center"/>
          </w:tcPr>
          <w:p>
            <w:r/>
            <w:r>
              <w:rPr>
                <w:rFonts w:ascii="Malgun Gothic" w:hAnsi="Malgun Gothic" w:eastAsia="Malgun Gothic"/>
                <w:b w:val="0"/>
                <w:sz w:val="14"/>
              </w:rPr>
              <w:t>0.219</w:t>
            </w:r>
          </w:p>
        </w:tc>
        <w:tc>
          <w:tcPr>
            <w:tcW w:type="dxa" w:w="759"/>
            <w:vAlign w:val="center"/>
          </w:tcPr>
          <w:p>
            <w:r/>
            <w:r>
              <w:rPr>
                <w:rFonts w:ascii="Malgun Gothic" w:hAnsi="Malgun Gothic" w:eastAsia="Malgun Gothic"/>
                <w:b w:val="0"/>
                <w:sz w:val="14"/>
              </w:rPr>
              <w:t>54.959</w:t>
            </w:r>
          </w:p>
        </w:tc>
        <w:tc>
          <w:tcPr>
            <w:tcW w:type="dxa" w:w="759"/>
            <w:vAlign w:val="center"/>
          </w:tcPr>
          <w:p>
            <w:r/>
            <w:r>
              <w:rPr>
                <w:rFonts w:ascii="Malgun Gothic" w:hAnsi="Malgun Gothic" w:eastAsia="Malgun Gothic"/>
                <w:b w:val="0"/>
                <w:sz w:val="14"/>
              </w:rPr>
              <w:t>56.714</w:t>
            </w:r>
          </w:p>
        </w:tc>
        <w:tc>
          <w:tcPr>
            <w:tcW w:type="dxa" w:w="759"/>
            <w:vAlign w:val="center"/>
          </w:tcPr>
          <w:p>
            <w:r/>
            <w:r>
              <w:rPr>
                <w:rFonts w:ascii="Malgun Gothic" w:hAnsi="Malgun Gothic" w:eastAsia="Malgun Gothic"/>
                <w:b w:val="0"/>
                <w:sz w:val="14"/>
              </w:rPr>
              <w:t>1.755</w:t>
            </w:r>
          </w:p>
        </w:tc>
        <w:tc>
          <w:tcPr>
            <w:tcW w:type="dxa" w:w="759"/>
            <w:vAlign w:val="center"/>
          </w:tcPr>
          <w:p>
            <w:r/>
            <w:r>
              <w:rPr>
                <w:rFonts w:ascii="Malgun Gothic" w:hAnsi="Malgun Gothic" w:eastAsia="Malgun Gothic"/>
                <w:b w:val="0"/>
                <w:sz w:val="14"/>
              </w:rPr>
              <w:t>0.489</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11</w:t>
            </w:r>
          </w:p>
        </w:tc>
        <w:tc>
          <w:tcPr>
            <w:tcW w:type="dxa" w:w="759"/>
            <w:vAlign w:val="center"/>
          </w:tcPr>
          <w:p>
            <w:r/>
            <w:r>
              <w:rPr>
                <w:rFonts w:ascii="Malgun Gothic" w:hAnsi="Malgun Gothic" w:eastAsia="Malgun Gothic"/>
                <w:b w:val="0"/>
                <w:sz w:val="14"/>
              </w:rPr>
              <w:t>54.487</w:t>
            </w:r>
          </w:p>
        </w:tc>
        <w:tc>
          <w:tcPr>
            <w:tcW w:type="dxa" w:w="759"/>
            <w:vAlign w:val="center"/>
          </w:tcPr>
          <w:p>
            <w:r/>
            <w:r>
              <w:rPr>
                <w:rFonts w:ascii="Malgun Gothic" w:hAnsi="Malgun Gothic" w:eastAsia="Malgun Gothic"/>
                <w:b w:val="0"/>
                <w:sz w:val="14"/>
              </w:rPr>
              <w:t>54.773</w:t>
            </w:r>
          </w:p>
        </w:tc>
        <w:tc>
          <w:tcPr>
            <w:tcW w:type="dxa" w:w="759"/>
            <w:vAlign w:val="center"/>
          </w:tcPr>
          <w:p>
            <w:r/>
            <w:r>
              <w:rPr>
                <w:rFonts w:ascii="Malgun Gothic" w:hAnsi="Malgun Gothic" w:eastAsia="Malgun Gothic"/>
                <w:b w:val="0"/>
                <w:sz w:val="14"/>
              </w:rPr>
              <w:t>0.287</w:t>
            </w:r>
          </w:p>
        </w:tc>
        <w:tc>
          <w:tcPr>
            <w:tcW w:type="dxa" w:w="759"/>
            <w:vAlign w:val="center"/>
          </w:tcPr>
          <w:p>
            <w:r/>
            <w:r>
              <w:rPr>
                <w:rFonts w:ascii="Malgun Gothic" w:hAnsi="Malgun Gothic" w:eastAsia="Malgun Gothic"/>
                <w:b w:val="0"/>
                <w:sz w:val="14"/>
              </w:rPr>
              <w:t>54.959</w:t>
            </w:r>
          </w:p>
        </w:tc>
        <w:tc>
          <w:tcPr>
            <w:tcW w:type="dxa" w:w="759"/>
            <w:vAlign w:val="center"/>
          </w:tcPr>
          <w:p>
            <w:r/>
            <w:r>
              <w:rPr>
                <w:rFonts w:ascii="Malgun Gothic" w:hAnsi="Malgun Gothic" w:eastAsia="Malgun Gothic"/>
                <w:b w:val="0"/>
                <w:sz w:val="14"/>
              </w:rPr>
              <w:t>56.714</w:t>
            </w:r>
          </w:p>
        </w:tc>
        <w:tc>
          <w:tcPr>
            <w:tcW w:type="dxa" w:w="759"/>
            <w:vAlign w:val="center"/>
          </w:tcPr>
          <w:p>
            <w:r/>
            <w:r>
              <w:rPr>
                <w:rFonts w:ascii="Malgun Gothic" w:hAnsi="Malgun Gothic" w:eastAsia="Malgun Gothic"/>
                <w:b w:val="0"/>
                <w:sz w:val="14"/>
              </w:rPr>
              <w:t>1.755</w:t>
            </w:r>
          </w:p>
        </w:tc>
        <w:tc>
          <w:tcPr>
            <w:tcW w:type="dxa" w:w="759"/>
            <w:vAlign w:val="center"/>
          </w:tcPr>
          <w:p>
            <w:r/>
            <w:r>
              <w:rPr>
                <w:rFonts w:ascii="Malgun Gothic" w:hAnsi="Malgun Gothic" w:eastAsia="Malgun Gothic"/>
                <w:b w:val="0"/>
                <w:sz w:val="14"/>
              </w:rPr>
              <w:t>0.186</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12</w:t>
            </w:r>
          </w:p>
        </w:tc>
        <w:tc>
          <w:tcPr>
            <w:tcW w:type="dxa" w:w="759"/>
            <w:vAlign w:val="center"/>
          </w:tcPr>
          <w:p>
            <w:r/>
            <w:r>
              <w:rPr>
                <w:rFonts w:ascii="Malgun Gothic" w:hAnsi="Malgun Gothic" w:eastAsia="Malgun Gothic"/>
                <w:b w:val="0"/>
                <w:sz w:val="14"/>
              </w:rPr>
              <w:t>78.601</w:t>
            </w:r>
          </w:p>
        </w:tc>
        <w:tc>
          <w:tcPr>
            <w:tcW w:type="dxa" w:w="759"/>
            <w:vAlign w:val="center"/>
          </w:tcPr>
          <w:p>
            <w:r/>
            <w:r>
              <w:rPr>
                <w:rFonts w:ascii="Malgun Gothic" w:hAnsi="Malgun Gothic" w:eastAsia="Malgun Gothic"/>
                <w:b w:val="0"/>
                <w:sz w:val="14"/>
              </w:rPr>
              <w:t>80.896</w:t>
            </w:r>
          </w:p>
        </w:tc>
        <w:tc>
          <w:tcPr>
            <w:tcW w:type="dxa" w:w="759"/>
            <w:vAlign w:val="center"/>
          </w:tcPr>
          <w:p>
            <w:r/>
            <w:r>
              <w:rPr>
                <w:rFonts w:ascii="Malgun Gothic" w:hAnsi="Malgun Gothic" w:eastAsia="Malgun Gothic"/>
                <w:b w:val="0"/>
                <w:sz w:val="14"/>
              </w:rPr>
              <w:t>2.295</w:t>
            </w:r>
          </w:p>
        </w:tc>
        <w:tc>
          <w:tcPr>
            <w:tcW w:type="dxa" w:w="759"/>
            <w:vAlign w:val="center"/>
          </w:tcPr>
          <w:p>
            <w:r/>
            <w:r>
              <w:rPr>
                <w:rFonts w:ascii="Malgun Gothic" w:hAnsi="Malgun Gothic" w:eastAsia="Malgun Gothic"/>
                <w:b w:val="0"/>
                <w:sz w:val="14"/>
              </w:rPr>
              <w:t>82.297</w:t>
            </w:r>
          </w:p>
        </w:tc>
        <w:tc>
          <w:tcPr>
            <w:tcW w:type="dxa" w:w="759"/>
            <w:vAlign w:val="center"/>
          </w:tcPr>
          <w:p>
            <w:r/>
            <w:r>
              <w:rPr>
                <w:rFonts w:ascii="Malgun Gothic" w:hAnsi="Malgun Gothic" w:eastAsia="Malgun Gothic"/>
                <w:b w:val="0"/>
                <w:sz w:val="14"/>
              </w:rPr>
              <w:t>82.668</w:t>
            </w:r>
          </w:p>
        </w:tc>
        <w:tc>
          <w:tcPr>
            <w:tcW w:type="dxa" w:w="759"/>
            <w:vAlign w:val="center"/>
          </w:tcPr>
          <w:p>
            <w:r/>
            <w:r>
              <w:rPr>
                <w:rFonts w:ascii="Malgun Gothic" w:hAnsi="Malgun Gothic" w:eastAsia="Malgun Gothic"/>
                <w:b w:val="0"/>
                <w:sz w:val="14"/>
              </w:rPr>
              <w:t>0.371</w:t>
            </w:r>
          </w:p>
        </w:tc>
        <w:tc>
          <w:tcPr>
            <w:tcW w:type="dxa" w:w="759"/>
            <w:vAlign w:val="center"/>
          </w:tcPr>
          <w:p>
            <w:r/>
            <w:r>
              <w:rPr>
                <w:rFonts w:ascii="Malgun Gothic" w:hAnsi="Malgun Gothic" w:eastAsia="Malgun Gothic"/>
                <w:b w:val="0"/>
                <w:sz w:val="14"/>
              </w:rPr>
              <w:t>1.401</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13</w:t>
            </w:r>
          </w:p>
        </w:tc>
        <w:tc>
          <w:tcPr>
            <w:tcW w:type="dxa" w:w="759"/>
            <w:vAlign w:val="center"/>
          </w:tcPr>
          <w:p>
            <w:r/>
            <w:r>
              <w:rPr>
                <w:rFonts w:ascii="Malgun Gothic" w:hAnsi="Malgun Gothic" w:eastAsia="Malgun Gothic"/>
                <w:b w:val="0"/>
                <w:sz w:val="14"/>
              </w:rPr>
              <w:t>81.402</w:t>
            </w:r>
          </w:p>
        </w:tc>
        <w:tc>
          <w:tcPr>
            <w:tcW w:type="dxa" w:w="759"/>
            <w:vAlign w:val="center"/>
          </w:tcPr>
          <w:p>
            <w:r/>
            <w:r>
              <w:rPr>
                <w:rFonts w:ascii="Malgun Gothic" w:hAnsi="Malgun Gothic" w:eastAsia="Malgun Gothic"/>
                <w:b w:val="0"/>
                <w:sz w:val="14"/>
              </w:rPr>
              <w:t>84.102</w:t>
            </w:r>
          </w:p>
        </w:tc>
        <w:tc>
          <w:tcPr>
            <w:tcW w:type="dxa" w:w="759"/>
            <w:vAlign w:val="center"/>
          </w:tcPr>
          <w:p>
            <w:r/>
            <w:r>
              <w:rPr>
                <w:rFonts w:ascii="Malgun Gothic" w:hAnsi="Malgun Gothic" w:eastAsia="Malgun Gothic"/>
                <w:b w:val="0"/>
                <w:sz w:val="14"/>
              </w:rPr>
              <w:t>2.7</w:t>
            </w:r>
          </w:p>
        </w:tc>
        <w:tc>
          <w:tcPr>
            <w:tcW w:type="dxa" w:w="759"/>
            <w:vAlign w:val="center"/>
          </w:tcPr>
          <w:p>
            <w:r/>
            <w:r>
              <w:rPr>
                <w:rFonts w:ascii="Malgun Gothic" w:hAnsi="Malgun Gothic" w:eastAsia="Malgun Gothic"/>
                <w:b w:val="0"/>
                <w:sz w:val="14"/>
              </w:rPr>
              <w:t>86.887</w:t>
            </w:r>
          </w:p>
        </w:tc>
        <w:tc>
          <w:tcPr>
            <w:tcW w:type="dxa" w:w="759"/>
            <w:vAlign w:val="center"/>
          </w:tcPr>
          <w:p>
            <w:r/>
            <w:r>
              <w:rPr>
                <w:rFonts w:ascii="Malgun Gothic" w:hAnsi="Malgun Gothic" w:eastAsia="Malgun Gothic"/>
                <w:b w:val="0"/>
                <w:sz w:val="14"/>
              </w:rPr>
              <w:t>88.203</w:t>
            </w:r>
          </w:p>
        </w:tc>
        <w:tc>
          <w:tcPr>
            <w:tcW w:type="dxa" w:w="759"/>
            <w:vAlign w:val="center"/>
          </w:tcPr>
          <w:p>
            <w:r/>
            <w:r>
              <w:rPr>
                <w:rFonts w:ascii="Malgun Gothic" w:hAnsi="Malgun Gothic" w:eastAsia="Malgun Gothic"/>
                <w:b w:val="0"/>
                <w:sz w:val="14"/>
              </w:rPr>
              <w:t>1.316</w:t>
            </w:r>
          </w:p>
        </w:tc>
        <w:tc>
          <w:tcPr>
            <w:tcW w:type="dxa" w:w="759"/>
            <w:vAlign w:val="center"/>
          </w:tcPr>
          <w:p>
            <w:r/>
            <w:r>
              <w:rPr>
                <w:rFonts w:ascii="Malgun Gothic" w:hAnsi="Malgun Gothic" w:eastAsia="Malgun Gothic"/>
                <w:b w:val="0"/>
                <w:sz w:val="14"/>
              </w:rPr>
              <w:t>2.785</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14</w:t>
            </w:r>
          </w:p>
        </w:tc>
        <w:tc>
          <w:tcPr>
            <w:tcW w:type="dxa" w:w="759"/>
            <w:vAlign w:val="center"/>
          </w:tcPr>
          <w:p>
            <w:r/>
            <w:r>
              <w:rPr>
                <w:rFonts w:ascii="Malgun Gothic" w:hAnsi="Malgun Gothic" w:eastAsia="Malgun Gothic"/>
                <w:b w:val="0"/>
                <w:sz w:val="14"/>
              </w:rPr>
              <w:t>88.203</w:t>
            </w:r>
          </w:p>
        </w:tc>
        <w:tc>
          <w:tcPr>
            <w:tcW w:type="dxa" w:w="759"/>
            <w:vAlign w:val="center"/>
          </w:tcPr>
          <w:p>
            <w:r/>
            <w:r>
              <w:rPr>
                <w:rFonts w:ascii="Malgun Gothic" w:hAnsi="Malgun Gothic" w:eastAsia="Malgun Gothic"/>
                <w:b w:val="0"/>
                <w:sz w:val="14"/>
              </w:rPr>
              <w:t>89.789</w:t>
            </w:r>
          </w:p>
        </w:tc>
        <w:tc>
          <w:tcPr>
            <w:tcW w:type="dxa" w:w="759"/>
            <w:vAlign w:val="center"/>
          </w:tcPr>
          <w:p>
            <w:r/>
            <w:r>
              <w:rPr>
                <w:rFonts w:ascii="Malgun Gothic" w:hAnsi="Malgun Gothic" w:eastAsia="Malgun Gothic"/>
                <w:b w:val="0"/>
                <w:sz w:val="14"/>
              </w:rPr>
              <w:t>1.586</w:t>
            </w:r>
          </w:p>
        </w:tc>
        <w:tc>
          <w:tcPr>
            <w:tcW w:type="dxa" w:w="759"/>
            <w:vAlign w:val="center"/>
          </w:tcPr>
          <w:p>
            <w:r/>
            <w:r>
              <w:rPr>
                <w:rFonts w:ascii="Malgun Gothic" w:hAnsi="Malgun Gothic" w:eastAsia="Malgun Gothic"/>
                <w:b w:val="0"/>
                <w:sz w:val="14"/>
              </w:rPr>
              <w:t>89.789</w:t>
            </w:r>
          </w:p>
        </w:tc>
        <w:tc>
          <w:tcPr>
            <w:tcW w:type="dxa" w:w="759"/>
            <w:vAlign w:val="center"/>
          </w:tcPr>
          <w:p>
            <w:r/>
            <w:r>
              <w:rPr>
                <w:rFonts w:ascii="Malgun Gothic" w:hAnsi="Malgun Gothic" w:eastAsia="Malgun Gothic"/>
                <w:b w:val="0"/>
                <w:sz w:val="14"/>
              </w:rPr>
              <w:t>90.059</w:t>
            </w:r>
          </w:p>
        </w:tc>
        <w:tc>
          <w:tcPr>
            <w:tcW w:type="dxa" w:w="759"/>
            <w:vAlign w:val="center"/>
          </w:tcPr>
          <w:p>
            <w:r/>
            <w:r>
              <w:rPr>
                <w:rFonts w:ascii="Malgun Gothic" w:hAnsi="Malgun Gothic" w:eastAsia="Malgun Gothic"/>
                <w:b w:val="0"/>
                <w:sz w:val="14"/>
              </w:rPr>
              <w:t>0.27</w:t>
            </w:r>
          </w:p>
        </w:tc>
        <w:tc>
          <w:tcPr>
            <w:tcW w:type="dxa" w:w="759"/>
            <w:vAlign w:val="center"/>
          </w:tcPr>
          <w:p>
            <w:r/>
            <w:r>
              <w:rPr>
                <w:rFonts w:ascii="Malgun Gothic" w:hAnsi="Malgun Gothic" w:eastAsia="Malgun Gothic"/>
                <w:b w:val="0"/>
                <w:sz w:val="14"/>
              </w:rPr>
              <w:t>0.0</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15</w:t>
            </w:r>
          </w:p>
        </w:tc>
        <w:tc>
          <w:tcPr>
            <w:tcW w:type="dxa" w:w="759"/>
            <w:vAlign w:val="center"/>
          </w:tcPr>
          <w:p>
            <w:r/>
            <w:r>
              <w:rPr>
                <w:rFonts w:ascii="Malgun Gothic" w:hAnsi="Malgun Gothic" w:eastAsia="Malgun Gothic"/>
                <w:b w:val="0"/>
                <w:sz w:val="14"/>
              </w:rPr>
              <w:t>90.059</w:t>
            </w:r>
          </w:p>
        </w:tc>
        <w:tc>
          <w:tcPr>
            <w:tcW w:type="dxa" w:w="759"/>
            <w:vAlign w:val="center"/>
          </w:tcPr>
          <w:p>
            <w:r/>
            <w:r>
              <w:rPr>
                <w:rFonts w:ascii="Malgun Gothic" w:hAnsi="Malgun Gothic" w:eastAsia="Malgun Gothic"/>
                <w:b w:val="0"/>
                <w:sz w:val="14"/>
              </w:rPr>
              <w:t>90.515</w:t>
            </w:r>
          </w:p>
        </w:tc>
        <w:tc>
          <w:tcPr>
            <w:tcW w:type="dxa" w:w="759"/>
            <w:vAlign w:val="center"/>
          </w:tcPr>
          <w:p>
            <w:r/>
            <w:r>
              <w:rPr>
                <w:rFonts w:ascii="Malgun Gothic" w:hAnsi="Malgun Gothic" w:eastAsia="Malgun Gothic"/>
                <w:b w:val="0"/>
                <w:sz w:val="14"/>
              </w:rPr>
              <w:t>0.456</w:t>
            </w:r>
          </w:p>
        </w:tc>
        <w:tc>
          <w:tcPr>
            <w:tcW w:type="dxa" w:w="759"/>
            <w:vAlign w:val="center"/>
          </w:tcPr>
          <w:p>
            <w:r/>
            <w:r>
              <w:rPr>
                <w:rFonts w:ascii="Malgun Gothic" w:hAnsi="Malgun Gothic" w:eastAsia="Malgun Gothic"/>
                <w:b w:val="0"/>
                <w:sz w:val="14"/>
              </w:rPr>
              <w:t>92.573</w:t>
            </w:r>
          </w:p>
        </w:tc>
        <w:tc>
          <w:tcPr>
            <w:tcW w:type="dxa" w:w="759"/>
            <w:vAlign w:val="center"/>
          </w:tcPr>
          <w:p>
            <w:r/>
            <w:r>
              <w:rPr>
                <w:rFonts w:ascii="Malgun Gothic" w:hAnsi="Malgun Gothic" w:eastAsia="Malgun Gothic"/>
                <w:b w:val="0"/>
                <w:sz w:val="14"/>
              </w:rPr>
              <w:t>98.362</w:t>
            </w:r>
          </w:p>
        </w:tc>
        <w:tc>
          <w:tcPr>
            <w:tcW w:type="dxa" w:w="759"/>
            <w:vAlign w:val="center"/>
          </w:tcPr>
          <w:p>
            <w:r/>
            <w:r>
              <w:rPr>
                <w:rFonts w:ascii="Malgun Gothic" w:hAnsi="Malgun Gothic" w:eastAsia="Malgun Gothic"/>
                <w:b w:val="0"/>
                <w:sz w:val="14"/>
              </w:rPr>
              <w:t>5.788</w:t>
            </w:r>
          </w:p>
        </w:tc>
        <w:tc>
          <w:tcPr>
            <w:tcW w:type="dxa" w:w="759"/>
            <w:vAlign w:val="center"/>
          </w:tcPr>
          <w:p>
            <w:r/>
            <w:r>
              <w:rPr>
                <w:rFonts w:ascii="Malgun Gothic" w:hAnsi="Malgun Gothic" w:eastAsia="Malgun Gothic"/>
                <w:b w:val="0"/>
                <w:sz w:val="14"/>
              </w:rPr>
              <w:t>2.058</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16</w:t>
            </w:r>
          </w:p>
        </w:tc>
        <w:tc>
          <w:tcPr>
            <w:tcW w:type="dxa" w:w="759"/>
            <w:vAlign w:val="center"/>
          </w:tcPr>
          <w:p>
            <w:r/>
            <w:r>
              <w:rPr>
                <w:rFonts w:ascii="Malgun Gothic" w:hAnsi="Malgun Gothic" w:eastAsia="Malgun Gothic"/>
                <w:b w:val="0"/>
                <w:sz w:val="14"/>
              </w:rPr>
              <w:t>106.478</w:t>
            </w:r>
          </w:p>
        </w:tc>
        <w:tc>
          <w:tcPr>
            <w:tcW w:type="dxa" w:w="759"/>
            <w:vAlign w:val="center"/>
          </w:tcPr>
          <w:p>
            <w:r/>
            <w:r>
              <w:rPr>
                <w:rFonts w:ascii="Malgun Gothic" w:hAnsi="Malgun Gothic" w:eastAsia="Malgun Gothic"/>
                <w:b w:val="0"/>
                <w:sz w:val="14"/>
              </w:rPr>
              <w:t>111.288</w:t>
            </w:r>
          </w:p>
        </w:tc>
        <w:tc>
          <w:tcPr>
            <w:tcW w:type="dxa" w:w="759"/>
            <w:vAlign w:val="center"/>
          </w:tcPr>
          <w:p>
            <w:r/>
            <w:r>
              <w:rPr>
                <w:rFonts w:ascii="Malgun Gothic" w:hAnsi="Malgun Gothic" w:eastAsia="Malgun Gothic"/>
                <w:b w:val="0"/>
                <w:sz w:val="14"/>
              </w:rPr>
              <w:t>4.809</w:t>
            </w:r>
          </w:p>
        </w:tc>
        <w:tc>
          <w:tcPr>
            <w:tcW w:type="dxa" w:w="759"/>
            <w:vAlign w:val="center"/>
          </w:tcPr>
          <w:p>
            <w:r/>
            <w:r>
              <w:rPr>
                <w:rFonts w:ascii="Malgun Gothic" w:hAnsi="Malgun Gothic" w:eastAsia="Malgun Gothic"/>
                <w:b w:val="0"/>
                <w:sz w:val="14"/>
              </w:rPr>
              <w:t>117.97</w:t>
            </w:r>
          </w:p>
        </w:tc>
        <w:tc>
          <w:tcPr>
            <w:tcW w:type="dxa" w:w="759"/>
            <w:vAlign w:val="center"/>
          </w:tcPr>
          <w:p>
            <w:r/>
            <w:r>
              <w:rPr>
                <w:rFonts w:ascii="Malgun Gothic" w:hAnsi="Malgun Gothic" w:eastAsia="Malgun Gothic"/>
                <w:b w:val="0"/>
                <w:sz w:val="14"/>
              </w:rPr>
              <w:t>120.957</w:t>
            </w:r>
          </w:p>
        </w:tc>
        <w:tc>
          <w:tcPr>
            <w:tcW w:type="dxa" w:w="759"/>
            <w:vAlign w:val="center"/>
          </w:tcPr>
          <w:p>
            <w:r/>
            <w:r>
              <w:rPr>
                <w:rFonts w:ascii="Malgun Gothic" w:hAnsi="Malgun Gothic" w:eastAsia="Malgun Gothic"/>
                <w:b w:val="0"/>
                <w:sz w:val="14"/>
              </w:rPr>
              <w:t>2.987</w:t>
            </w:r>
          </w:p>
        </w:tc>
        <w:tc>
          <w:tcPr>
            <w:tcW w:type="dxa" w:w="759"/>
            <w:vAlign w:val="center"/>
          </w:tcPr>
          <w:p>
            <w:r/>
            <w:r>
              <w:rPr>
                <w:rFonts w:ascii="Malgun Gothic" w:hAnsi="Malgun Gothic" w:eastAsia="Malgun Gothic"/>
                <w:b w:val="0"/>
                <w:sz w:val="14"/>
              </w:rPr>
              <w:t>6.682</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17</w:t>
            </w:r>
          </w:p>
        </w:tc>
        <w:tc>
          <w:tcPr>
            <w:tcW w:type="dxa" w:w="759"/>
            <w:vAlign w:val="center"/>
          </w:tcPr>
          <w:p>
            <w:r/>
            <w:r>
              <w:rPr>
                <w:rFonts w:ascii="Malgun Gothic" w:hAnsi="Malgun Gothic" w:eastAsia="Malgun Gothic"/>
                <w:b w:val="0"/>
                <w:sz w:val="14"/>
              </w:rPr>
              <w:t>111.524</w:t>
            </w:r>
          </w:p>
        </w:tc>
        <w:tc>
          <w:tcPr>
            <w:tcW w:type="dxa" w:w="759"/>
            <w:vAlign w:val="center"/>
          </w:tcPr>
          <w:p>
            <w:r/>
            <w:r>
              <w:rPr>
                <w:rFonts w:ascii="Malgun Gothic" w:hAnsi="Malgun Gothic" w:eastAsia="Malgun Gothic"/>
                <w:b w:val="0"/>
                <w:sz w:val="14"/>
              </w:rPr>
              <w:t>116.485</w:t>
            </w:r>
          </w:p>
        </w:tc>
        <w:tc>
          <w:tcPr>
            <w:tcW w:type="dxa" w:w="759"/>
            <w:vAlign w:val="center"/>
          </w:tcPr>
          <w:p>
            <w:r/>
            <w:r>
              <w:rPr>
                <w:rFonts w:ascii="Malgun Gothic" w:hAnsi="Malgun Gothic" w:eastAsia="Malgun Gothic"/>
                <w:b w:val="0"/>
                <w:sz w:val="14"/>
              </w:rPr>
              <w:t>4.961</w:t>
            </w:r>
          </w:p>
        </w:tc>
        <w:tc>
          <w:tcPr>
            <w:tcW w:type="dxa" w:w="759"/>
            <w:vAlign w:val="center"/>
          </w:tcPr>
          <w:p>
            <w:r/>
            <w:r>
              <w:rPr>
                <w:rFonts w:ascii="Malgun Gothic" w:hAnsi="Malgun Gothic" w:eastAsia="Malgun Gothic"/>
                <w:b w:val="0"/>
                <w:sz w:val="14"/>
              </w:rPr>
              <w:t>117.97</w:t>
            </w:r>
          </w:p>
        </w:tc>
        <w:tc>
          <w:tcPr>
            <w:tcW w:type="dxa" w:w="759"/>
            <w:vAlign w:val="center"/>
          </w:tcPr>
          <w:p>
            <w:r/>
            <w:r>
              <w:rPr>
                <w:rFonts w:ascii="Malgun Gothic" w:hAnsi="Malgun Gothic" w:eastAsia="Malgun Gothic"/>
                <w:b w:val="0"/>
                <w:sz w:val="14"/>
              </w:rPr>
              <w:t>120.957</w:t>
            </w:r>
          </w:p>
        </w:tc>
        <w:tc>
          <w:tcPr>
            <w:tcW w:type="dxa" w:w="759"/>
            <w:vAlign w:val="center"/>
          </w:tcPr>
          <w:p>
            <w:r/>
            <w:r>
              <w:rPr>
                <w:rFonts w:ascii="Malgun Gothic" w:hAnsi="Malgun Gothic" w:eastAsia="Malgun Gothic"/>
                <w:b w:val="0"/>
                <w:sz w:val="14"/>
              </w:rPr>
              <w:t>2.987</w:t>
            </w:r>
          </w:p>
        </w:tc>
        <w:tc>
          <w:tcPr>
            <w:tcW w:type="dxa" w:w="759"/>
            <w:vAlign w:val="center"/>
          </w:tcPr>
          <w:p>
            <w:r/>
            <w:r>
              <w:rPr>
                <w:rFonts w:ascii="Malgun Gothic" w:hAnsi="Malgun Gothic" w:eastAsia="Malgun Gothic"/>
                <w:b w:val="0"/>
                <w:sz w:val="14"/>
              </w:rPr>
              <w:t>1.485</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18</w:t>
            </w:r>
          </w:p>
        </w:tc>
        <w:tc>
          <w:tcPr>
            <w:tcW w:type="dxa" w:w="759"/>
            <w:vAlign w:val="center"/>
          </w:tcPr>
          <w:p>
            <w:r/>
            <w:r>
              <w:rPr>
                <w:rFonts w:ascii="Malgun Gothic" w:hAnsi="Malgun Gothic" w:eastAsia="Malgun Gothic"/>
                <w:b w:val="0"/>
                <w:sz w:val="14"/>
              </w:rPr>
              <w:t>119.202</w:t>
            </w:r>
          </w:p>
        </w:tc>
        <w:tc>
          <w:tcPr>
            <w:tcW w:type="dxa" w:w="759"/>
            <w:vAlign w:val="center"/>
          </w:tcPr>
          <w:p>
            <w:r/>
            <w:r>
              <w:rPr>
                <w:rFonts w:ascii="Malgun Gothic" w:hAnsi="Malgun Gothic" w:eastAsia="Malgun Gothic"/>
                <w:b w:val="0"/>
                <w:sz w:val="14"/>
              </w:rPr>
              <w:t>119.742</w:t>
            </w:r>
          </w:p>
        </w:tc>
        <w:tc>
          <w:tcPr>
            <w:tcW w:type="dxa" w:w="759"/>
            <w:vAlign w:val="center"/>
          </w:tcPr>
          <w:p>
            <w:r/>
            <w:r>
              <w:rPr>
                <w:rFonts w:ascii="Malgun Gothic" w:hAnsi="Malgun Gothic" w:eastAsia="Malgun Gothic"/>
                <w:b w:val="0"/>
                <w:sz w:val="14"/>
              </w:rPr>
              <w:t>0.54</w:t>
            </w:r>
          </w:p>
        </w:tc>
        <w:tc>
          <w:tcPr>
            <w:tcW w:type="dxa" w:w="759"/>
            <w:vAlign w:val="center"/>
          </w:tcPr>
          <w:p>
            <w:r/>
            <w:r>
              <w:rPr>
                <w:rFonts w:ascii="Malgun Gothic" w:hAnsi="Malgun Gothic" w:eastAsia="Malgun Gothic"/>
                <w:b w:val="0"/>
                <w:sz w:val="14"/>
              </w:rPr>
              <w:t>121.16</w:t>
            </w:r>
          </w:p>
        </w:tc>
        <w:tc>
          <w:tcPr>
            <w:tcW w:type="dxa" w:w="759"/>
            <w:vAlign w:val="center"/>
          </w:tcPr>
          <w:p>
            <w:r/>
            <w:r>
              <w:rPr>
                <w:rFonts w:ascii="Malgun Gothic" w:hAnsi="Malgun Gothic" w:eastAsia="Malgun Gothic"/>
                <w:b w:val="0"/>
                <w:sz w:val="14"/>
              </w:rPr>
              <w:t>125.21</w:t>
            </w:r>
          </w:p>
        </w:tc>
        <w:tc>
          <w:tcPr>
            <w:tcW w:type="dxa" w:w="759"/>
            <w:vAlign w:val="center"/>
          </w:tcPr>
          <w:p>
            <w:r/>
            <w:r>
              <w:rPr>
                <w:rFonts w:ascii="Malgun Gothic" w:hAnsi="Malgun Gothic" w:eastAsia="Malgun Gothic"/>
                <w:b w:val="0"/>
                <w:sz w:val="14"/>
              </w:rPr>
              <w:t>4.05</w:t>
            </w:r>
          </w:p>
        </w:tc>
        <w:tc>
          <w:tcPr>
            <w:tcW w:type="dxa" w:w="759"/>
            <w:vAlign w:val="center"/>
          </w:tcPr>
          <w:p>
            <w:r/>
            <w:r>
              <w:rPr>
                <w:rFonts w:ascii="Malgun Gothic" w:hAnsi="Malgun Gothic" w:eastAsia="Malgun Gothic"/>
                <w:b w:val="0"/>
                <w:sz w:val="14"/>
              </w:rPr>
              <w:t>1.418</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19</w:t>
            </w:r>
          </w:p>
        </w:tc>
        <w:tc>
          <w:tcPr>
            <w:tcW w:type="dxa" w:w="759"/>
            <w:vAlign w:val="center"/>
          </w:tcPr>
          <w:p>
            <w:r/>
            <w:r>
              <w:rPr>
                <w:rFonts w:ascii="Malgun Gothic" w:hAnsi="Malgun Gothic" w:eastAsia="Malgun Gothic"/>
                <w:b w:val="0"/>
                <w:sz w:val="14"/>
              </w:rPr>
              <w:t>122.932</w:t>
            </w:r>
          </w:p>
        </w:tc>
        <w:tc>
          <w:tcPr>
            <w:tcW w:type="dxa" w:w="759"/>
            <w:vAlign w:val="center"/>
          </w:tcPr>
          <w:p>
            <w:r/>
            <w:r>
              <w:rPr>
                <w:rFonts w:ascii="Malgun Gothic" w:hAnsi="Malgun Gothic" w:eastAsia="Malgun Gothic"/>
                <w:b w:val="0"/>
                <w:sz w:val="14"/>
              </w:rPr>
              <w:t>124.18</w:t>
            </w:r>
          </w:p>
        </w:tc>
        <w:tc>
          <w:tcPr>
            <w:tcW w:type="dxa" w:w="759"/>
            <w:vAlign w:val="center"/>
          </w:tcPr>
          <w:p>
            <w:r/>
            <w:r>
              <w:rPr>
                <w:rFonts w:ascii="Malgun Gothic" w:hAnsi="Malgun Gothic" w:eastAsia="Malgun Gothic"/>
                <w:b w:val="0"/>
                <w:sz w:val="14"/>
              </w:rPr>
              <w:t>1.249</w:t>
            </w:r>
          </w:p>
        </w:tc>
        <w:tc>
          <w:tcPr>
            <w:tcW w:type="dxa" w:w="759"/>
            <w:vAlign w:val="center"/>
          </w:tcPr>
          <w:p>
            <w:r/>
            <w:r>
              <w:rPr>
                <w:rFonts w:ascii="Malgun Gothic" w:hAnsi="Malgun Gothic" w:eastAsia="Malgun Gothic"/>
                <w:b w:val="0"/>
                <w:sz w:val="14"/>
              </w:rPr>
              <w:t>125.345</w:t>
            </w:r>
          </w:p>
        </w:tc>
        <w:tc>
          <w:tcPr>
            <w:tcW w:type="dxa" w:w="759"/>
            <w:vAlign w:val="center"/>
          </w:tcPr>
          <w:p>
            <w:r/>
            <w:r>
              <w:rPr>
                <w:rFonts w:ascii="Malgun Gothic" w:hAnsi="Malgun Gothic" w:eastAsia="Malgun Gothic"/>
                <w:b w:val="0"/>
                <w:sz w:val="14"/>
              </w:rPr>
              <w:t>129.547</w:t>
            </w:r>
          </w:p>
        </w:tc>
        <w:tc>
          <w:tcPr>
            <w:tcW w:type="dxa" w:w="759"/>
            <w:vAlign w:val="center"/>
          </w:tcPr>
          <w:p>
            <w:r/>
            <w:r>
              <w:rPr>
                <w:rFonts w:ascii="Malgun Gothic" w:hAnsi="Malgun Gothic" w:eastAsia="Malgun Gothic"/>
                <w:b w:val="0"/>
                <w:sz w:val="14"/>
              </w:rPr>
              <w:t>4.202</w:t>
            </w:r>
          </w:p>
        </w:tc>
        <w:tc>
          <w:tcPr>
            <w:tcW w:type="dxa" w:w="759"/>
            <w:vAlign w:val="center"/>
          </w:tcPr>
          <w:p>
            <w:r/>
            <w:r>
              <w:rPr>
                <w:rFonts w:ascii="Malgun Gothic" w:hAnsi="Malgun Gothic" w:eastAsia="Malgun Gothic"/>
                <w:b w:val="0"/>
                <w:sz w:val="14"/>
              </w:rPr>
              <w:t>1.165</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20</w:t>
            </w:r>
          </w:p>
        </w:tc>
        <w:tc>
          <w:tcPr>
            <w:tcW w:type="dxa" w:w="759"/>
            <w:vAlign w:val="center"/>
          </w:tcPr>
          <w:p>
            <w:r/>
            <w:r>
              <w:rPr>
                <w:rFonts w:ascii="Malgun Gothic" w:hAnsi="Malgun Gothic" w:eastAsia="Malgun Gothic"/>
                <w:b w:val="0"/>
                <w:sz w:val="14"/>
              </w:rPr>
              <w:t>124.636</w:t>
            </w:r>
          </w:p>
        </w:tc>
        <w:tc>
          <w:tcPr>
            <w:tcW w:type="dxa" w:w="759"/>
            <w:vAlign w:val="center"/>
          </w:tcPr>
          <w:p>
            <w:r/>
            <w:r>
              <w:rPr>
                <w:rFonts w:ascii="Malgun Gothic" w:hAnsi="Malgun Gothic" w:eastAsia="Malgun Gothic"/>
                <w:b w:val="0"/>
                <w:sz w:val="14"/>
              </w:rPr>
              <w:t>125.024</w:t>
            </w:r>
          </w:p>
        </w:tc>
        <w:tc>
          <w:tcPr>
            <w:tcW w:type="dxa" w:w="759"/>
            <w:vAlign w:val="center"/>
          </w:tcPr>
          <w:p>
            <w:r/>
            <w:r>
              <w:rPr>
                <w:rFonts w:ascii="Malgun Gothic" w:hAnsi="Malgun Gothic" w:eastAsia="Malgun Gothic"/>
                <w:b w:val="0"/>
                <w:sz w:val="14"/>
              </w:rPr>
              <w:t>0.388</w:t>
            </w:r>
          </w:p>
        </w:tc>
        <w:tc>
          <w:tcPr>
            <w:tcW w:type="dxa" w:w="759"/>
            <w:vAlign w:val="center"/>
          </w:tcPr>
          <w:p>
            <w:r/>
            <w:r>
              <w:rPr>
                <w:rFonts w:ascii="Malgun Gothic" w:hAnsi="Malgun Gothic" w:eastAsia="Malgun Gothic"/>
                <w:b w:val="0"/>
                <w:sz w:val="14"/>
              </w:rPr>
              <w:t>125.345</w:t>
            </w:r>
          </w:p>
        </w:tc>
        <w:tc>
          <w:tcPr>
            <w:tcW w:type="dxa" w:w="759"/>
            <w:vAlign w:val="center"/>
          </w:tcPr>
          <w:p>
            <w:r/>
            <w:r>
              <w:rPr>
                <w:rFonts w:ascii="Malgun Gothic" w:hAnsi="Malgun Gothic" w:eastAsia="Malgun Gothic"/>
                <w:b w:val="0"/>
                <w:sz w:val="14"/>
              </w:rPr>
              <w:t>129.547</w:t>
            </w:r>
          </w:p>
        </w:tc>
        <w:tc>
          <w:tcPr>
            <w:tcW w:type="dxa" w:w="759"/>
            <w:vAlign w:val="center"/>
          </w:tcPr>
          <w:p>
            <w:r/>
            <w:r>
              <w:rPr>
                <w:rFonts w:ascii="Malgun Gothic" w:hAnsi="Malgun Gothic" w:eastAsia="Malgun Gothic"/>
                <w:b w:val="0"/>
                <w:sz w:val="14"/>
              </w:rPr>
              <w:t>4.202</w:t>
            </w:r>
          </w:p>
        </w:tc>
        <w:tc>
          <w:tcPr>
            <w:tcW w:type="dxa" w:w="759"/>
            <w:vAlign w:val="center"/>
          </w:tcPr>
          <w:p>
            <w:r/>
            <w:r>
              <w:rPr>
                <w:rFonts w:ascii="Malgun Gothic" w:hAnsi="Malgun Gothic" w:eastAsia="Malgun Gothic"/>
                <w:b w:val="0"/>
                <w:sz w:val="14"/>
              </w:rPr>
              <w:t>0.321</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21</w:t>
            </w:r>
          </w:p>
        </w:tc>
        <w:tc>
          <w:tcPr>
            <w:tcW w:type="dxa" w:w="759"/>
            <w:vAlign w:val="center"/>
          </w:tcPr>
          <w:p>
            <w:r/>
            <w:r>
              <w:rPr>
                <w:rFonts w:ascii="Malgun Gothic" w:hAnsi="Malgun Gothic" w:eastAsia="Malgun Gothic"/>
                <w:b w:val="0"/>
                <w:sz w:val="14"/>
              </w:rPr>
              <w:t>130.39</w:t>
            </w:r>
          </w:p>
        </w:tc>
        <w:tc>
          <w:tcPr>
            <w:tcW w:type="dxa" w:w="759"/>
            <w:vAlign w:val="center"/>
          </w:tcPr>
          <w:p>
            <w:r/>
            <w:r>
              <w:rPr>
                <w:rFonts w:ascii="Malgun Gothic" w:hAnsi="Malgun Gothic" w:eastAsia="Malgun Gothic"/>
                <w:b w:val="0"/>
                <w:sz w:val="14"/>
              </w:rPr>
              <w:t>131.251</w:t>
            </w:r>
          </w:p>
        </w:tc>
        <w:tc>
          <w:tcPr>
            <w:tcW w:type="dxa" w:w="759"/>
            <w:vAlign w:val="center"/>
          </w:tcPr>
          <w:p>
            <w:r/>
            <w:r>
              <w:rPr>
                <w:rFonts w:ascii="Malgun Gothic" w:hAnsi="Malgun Gothic" w:eastAsia="Malgun Gothic"/>
                <w:b w:val="0"/>
                <w:sz w:val="14"/>
              </w:rPr>
              <w:t>0.861</w:t>
            </w:r>
          </w:p>
        </w:tc>
        <w:tc>
          <w:tcPr>
            <w:tcW w:type="dxa" w:w="759"/>
            <w:vAlign w:val="center"/>
          </w:tcPr>
          <w:p>
            <w:r/>
            <w:r>
              <w:rPr>
                <w:rFonts w:ascii="Malgun Gothic" w:hAnsi="Malgun Gothic" w:eastAsia="Malgun Gothic"/>
                <w:b w:val="0"/>
                <w:sz w:val="14"/>
              </w:rPr>
              <w:t>134.305</w:t>
            </w:r>
          </w:p>
        </w:tc>
        <w:tc>
          <w:tcPr>
            <w:tcW w:type="dxa" w:w="759"/>
            <w:vAlign w:val="center"/>
          </w:tcPr>
          <w:p>
            <w:r/>
            <w:r>
              <w:rPr>
                <w:rFonts w:ascii="Malgun Gothic" w:hAnsi="Malgun Gothic" w:eastAsia="Malgun Gothic"/>
                <w:b w:val="0"/>
                <w:sz w:val="14"/>
              </w:rPr>
              <w:t>136.955</w:t>
            </w:r>
          </w:p>
        </w:tc>
        <w:tc>
          <w:tcPr>
            <w:tcW w:type="dxa" w:w="759"/>
            <w:vAlign w:val="center"/>
          </w:tcPr>
          <w:p>
            <w:r/>
            <w:r>
              <w:rPr>
                <w:rFonts w:ascii="Malgun Gothic" w:hAnsi="Malgun Gothic" w:eastAsia="Malgun Gothic"/>
                <w:b w:val="0"/>
                <w:sz w:val="14"/>
              </w:rPr>
              <w:t>2.649</w:t>
            </w:r>
          </w:p>
        </w:tc>
        <w:tc>
          <w:tcPr>
            <w:tcW w:type="dxa" w:w="759"/>
            <w:vAlign w:val="center"/>
          </w:tcPr>
          <w:p>
            <w:r/>
            <w:r>
              <w:rPr>
                <w:rFonts w:ascii="Malgun Gothic" w:hAnsi="Malgun Gothic" w:eastAsia="Malgun Gothic"/>
                <w:b w:val="0"/>
                <w:sz w:val="14"/>
              </w:rPr>
              <w:t>3.054</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22</w:t>
            </w:r>
          </w:p>
        </w:tc>
        <w:tc>
          <w:tcPr>
            <w:tcW w:type="dxa" w:w="759"/>
            <w:vAlign w:val="center"/>
          </w:tcPr>
          <w:p>
            <w:r/>
            <w:r>
              <w:rPr>
                <w:rFonts w:ascii="Malgun Gothic" w:hAnsi="Malgun Gothic" w:eastAsia="Malgun Gothic"/>
                <w:b w:val="0"/>
                <w:sz w:val="14"/>
              </w:rPr>
              <w:t>131.572</w:t>
            </w:r>
          </w:p>
        </w:tc>
        <w:tc>
          <w:tcPr>
            <w:tcW w:type="dxa" w:w="759"/>
            <w:vAlign w:val="center"/>
          </w:tcPr>
          <w:p>
            <w:r/>
            <w:r>
              <w:rPr>
                <w:rFonts w:ascii="Malgun Gothic" w:hAnsi="Malgun Gothic" w:eastAsia="Malgun Gothic"/>
                <w:b w:val="0"/>
                <w:sz w:val="14"/>
              </w:rPr>
              <w:t>132.078</w:t>
            </w:r>
          </w:p>
        </w:tc>
        <w:tc>
          <w:tcPr>
            <w:tcW w:type="dxa" w:w="759"/>
            <w:vAlign w:val="center"/>
          </w:tcPr>
          <w:p>
            <w:r/>
            <w:r>
              <w:rPr>
                <w:rFonts w:ascii="Malgun Gothic" w:hAnsi="Malgun Gothic" w:eastAsia="Malgun Gothic"/>
                <w:b w:val="0"/>
                <w:sz w:val="14"/>
              </w:rPr>
              <w:t>0.506</w:t>
            </w:r>
          </w:p>
        </w:tc>
        <w:tc>
          <w:tcPr>
            <w:tcW w:type="dxa" w:w="759"/>
            <w:vAlign w:val="center"/>
          </w:tcPr>
          <w:p>
            <w:r/>
            <w:r>
              <w:rPr>
                <w:rFonts w:ascii="Malgun Gothic" w:hAnsi="Malgun Gothic" w:eastAsia="Malgun Gothic"/>
                <w:b w:val="0"/>
                <w:sz w:val="14"/>
              </w:rPr>
              <w:t>134.305</w:t>
            </w:r>
          </w:p>
        </w:tc>
        <w:tc>
          <w:tcPr>
            <w:tcW w:type="dxa" w:w="759"/>
            <w:vAlign w:val="center"/>
          </w:tcPr>
          <w:p>
            <w:r/>
            <w:r>
              <w:rPr>
                <w:rFonts w:ascii="Malgun Gothic" w:hAnsi="Malgun Gothic" w:eastAsia="Malgun Gothic"/>
                <w:b w:val="0"/>
                <w:sz w:val="14"/>
              </w:rPr>
              <w:t>136.955</w:t>
            </w:r>
          </w:p>
        </w:tc>
        <w:tc>
          <w:tcPr>
            <w:tcW w:type="dxa" w:w="759"/>
            <w:vAlign w:val="center"/>
          </w:tcPr>
          <w:p>
            <w:r/>
            <w:r>
              <w:rPr>
                <w:rFonts w:ascii="Malgun Gothic" w:hAnsi="Malgun Gothic" w:eastAsia="Malgun Gothic"/>
                <w:b w:val="0"/>
                <w:sz w:val="14"/>
              </w:rPr>
              <w:t>2.649</w:t>
            </w:r>
          </w:p>
        </w:tc>
        <w:tc>
          <w:tcPr>
            <w:tcW w:type="dxa" w:w="759"/>
            <w:vAlign w:val="center"/>
          </w:tcPr>
          <w:p>
            <w:r/>
            <w:r>
              <w:rPr>
                <w:rFonts w:ascii="Malgun Gothic" w:hAnsi="Malgun Gothic" w:eastAsia="Malgun Gothic"/>
                <w:b w:val="0"/>
                <w:sz w:val="14"/>
              </w:rPr>
              <w:t>2.227</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23</w:t>
            </w:r>
          </w:p>
        </w:tc>
        <w:tc>
          <w:tcPr>
            <w:tcW w:type="dxa" w:w="759"/>
            <w:vAlign w:val="center"/>
          </w:tcPr>
          <w:p>
            <w:r/>
            <w:r>
              <w:rPr>
                <w:rFonts w:ascii="Malgun Gothic" w:hAnsi="Malgun Gothic" w:eastAsia="Malgun Gothic"/>
                <w:b w:val="0"/>
                <w:sz w:val="14"/>
              </w:rPr>
              <w:t>136.955</w:t>
            </w:r>
          </w:p>
        </w:tc>
        <w:tc>
          <w:tcPr>
            <w:tcW w:type="dxa" w:w="759"/>
            <w:vAlign w:val="center"/>
          </w:tcPr>
          <w:p>
            <w:r/>
            <w:r>
              <w:rPr>
                <w:rFonts w:ascii="Malgun Gothic" w:hAnsi="Malgun Gothic" w:eastAsia="Malgun Gothic"/>
                <w:b w:val="0"/>
                <w:sz w:val="14"/>
              </w:rPr>
              <w:t>139.081</w:t>
            </w:r>
          </w:p>
        </w:tc>
        <w:tc>
          <w:tcPr>
            <w:tcW w:type="dxa" w:w="759"/>
            <w:vAlign w:val="center"/>
          </w:tcPr>
          <w:p>
            <w:r/>
            <w:r>
              <w:rPr>
                <w:rFonts w:ascii="Malgun Gothic" w:hAnsi="Malgun Gothic" w:eastAsia="Malgun Gothic"/>
                <w:b w:val="0"/>
                <w:sz w:val="14"/>
              </w:rPr>
              <w:t>2.126</w:t>
            </w:r>
          </w:p>
        </w:tc>
        <w:tc>
          <w:tcPr>
            <w:tcW w:type="dxa" w:w="759"/>
            <w:vAlign w:val="center"/>
          </w:tcPr>
          <w:p>
            <w:r/>
            <w:r>
              <w:rPr>
                <w:rFonts w:ascii="Malgun Gothic" w:hAnsi="Malgun Gothic" w:eastAsia="Malgun Gothic"/>
                <w:b w:val="0"/>
                <w:sz w:val="14"/>
              </w:rPr>
              <w:t>140.566</w:t>
            </w:r>
          </w:p>
        </w:tc>
        <w:tc>
          <w:tcPr>
            <w:tcW w:type="dxa" w:w="759"/>
            <w:vAlign w:val="center"/>
          </w:tcPr>
          <w:p>
            <w:r/>
            <w:r>
              <w:rPr>
                <w:rFonts w:ascii="Malgun Gothic" w:hAnsi="Malgun Gothic" w:eastAsia="Malgun Gothic"/>
                <w:b w:val="0"/>
                <w:sz w:val="14"/>
              </w:rPr>
              <w:t>143.013</w:t>
            </w:r>
          </w:p>
        </w:tc>
        <w:tc>
          <w:tcPr>
            <w:tcW w:type="dxa" w:w="759"/>
            <w:vAlign w:val="center"/>
          </w:tcPr>
          <w:p>
            <w:r/>
            <w:r>
              <w:rPr>
                <w:rFonts w:ascii="Malgun Gothic" w:hAnsi="Malgun Gothic" w:eastAsia="Malgun Gothic"/>
                <w:b w:val="0"/>
                <w:sz w:val="14"/>
              </w:rPr>
              <w:t>2.447</w:t>
            </w:r>
          </w:p>
        </w:tc>
        <w:tc>
          <w:tcPr>
            <w:tcW w:type="dxa" w:w="759"/>
            <w:vAlign w:val="center"/>
          </w:tcPr>
          <w:p>
            <w:r/>
            <w:r>
              <w:rPr>
                <w:rFonts w:ascii="Malgun Gothic" w:hAnsi="Malgun Gothic" w:eastAsia="Malgun Gothic"/>
                <w:b w:val="0"/>
                <w:sz w:val="14"/>
              </w:rPr>
              <w:t>1.485</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24</w:t>
            </w:r>
          </w:p>
        </w:tc>
        <w:tc>
          <w:tcPr>
            <w:tcW w:type="dxa" w:w="759"/>
            <w:vAlign w:val="center"/>
          </w:tcPr>
          <w:p>
            <w:r/>
            <w:r>
              <w:rPr>
                <w:rFonts w:ascii="Malgun Gothic" w:hAnsi="Malgun Gothic" w:eastAsia="Malgun Gothic"/>
                <w:b w:val="0"/>
                <w:sz w:val="14"/>
              </w:rPr>
              <w:t>145.122</w:t>
            </w:r>
          </w:p>
        </w:tc>
        <w:tc>
          <w:tcPr>
            <w:tcW w:type="dxa" w:w="759"/>
            <w:vAlign w:val="center"/>
          </w:tcPr>
          <w:p>
            <w:r/>
            <w:r>
              <w:rPr>
                <w:rFonts w:ascii="Malgun Gothic" w:hAnsi="Malgun Gothic" w:eastAsia="Malgun Gothic"/>
                <w:b w:val="0"/>
                <w:sz w:val="14"/>
              </w:rPr>
              <w:t>145.628</w:t>
            </w:r>
          </w:p>
        </w:tc>
        <w:tc>
          <w:tcPr>
            <w:tcW w:type="dxa" w:w="759"/>
            <w:vAlign w:val="center"/>
          </w:tcPr>
          <w:p>
            <w:r/>
            <w:r>
              <w:rPr>
                <w:rFonts w:ascii="Malgun Gothic" w:hAnsi="Malgun Gothic" w:eastAsia="Malgun Gothic"/>
                <w:b w:val="0"/>
                <w:sz w:val="14"/>
              </w:rPr>
              <w:t>0.506</w:t>
            </w:r>
          </w:p>
        </w:tc>
        <w:tc>
          <w:tcPr>
            <w:tcW w:type="dxa" w:w="759"/>
            <w:vAlign w:val="center"/>
          </w:tcPr>
          <w:p>
            <w:r/>
            <w:r>
              <w:rPr>
                <w:rFonts w:ascii="Malgun Gothic" w:hAnsi="Malgun Gothic" w:eastAsia="Malgun Gothic"/>
                <w:b w:val="0"/>
                <w:sz w:val="14"/>
              </w:rPr>
              <w:t>147.08</w:t>
            </w:r>
          </w:p>
        </w:tc>
        <w:tc>
          <w:tcPr>
            <w:tcW w:type="dxa" w:w="759"/>
            <w:vAlign w:val="center"/>
          </w:tcPr>
          <w:p>
            <w:r/>
            <w:r>
              <w:rPr>
                <w:rFonts w:ascii="Malgun Gothic" w:hAnsi="Malgun Gothic" w:eastAsia="Malgun Gothic"/>
                <w:b w:val="0"/>
                <w:sz w:val="14"/>
              </w:rPr>
              <w:t>149.746</w:t>
            </w:r>
          </w:p>
        </w:tc>
        <w:tc>
          <w:tcPr>
            <w:tcW w:type="dxa" w:w="759"/>
            <w:vAlign w:val="center"/>
          </w:tcPr>
          <w:p>
            <w:r/>
            <w:r>
              <w:rPr>
                <w:rFonts w:ascii="Malgun Gothic" w:hAnsi="Malgun Gothic" w:eastAsia="Malgun Gothic"/>
                <w:b w:val="0"/>
                <w:sz w:val="14"/>
              </w:rPr>
              <w:t>2.666</w:t>
            </w:r>
          </w:p>
        </w:tc>
        <w:tc>
          <w:tcPr>
            <w:tcW w:type="dxa" w:w="759"/>
            <w:vAlign w:val="center"/>
          </w:tcPr>
          <w:p>
            <w:r/>
            <w:r>
              <w:rPr>
                <w:rFonts w:ascii="Malgun Gothic" w:hAnsi="Malgun Gothic" w:eastAsia="Malgun Gothic"/>
                <w:b w:val="0"/>
                <w:sz w:val="14"/>
              </w:rPr>
              <w:t>1.452</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25</w:t>
            </w:r>
          </w:p>
        </w:tc>
        <w:tc>
          <w:tcPr>
            <w:tcW w:type="dxa" w:w="759"/>
            <w:vAlign w:val="center"/>
          </w:tcPr>
          <w:p>
            <w:r/>
            <w:r>
              <w:rPr>
                <w:rFonts w:ascii="Malgun Gothic" w:hAnsi="Malgun Gothic" w:eastAsia="Malgun Gothic"/>
                <w:b w:val="0"/>
                <w:sz w:val="14"/>
              </w:rPr>
              <w:t>149.864</w:t>
            </w:r>
          </w:p>
        </w:tc>
        <w:tc>
          <w:tcPr>
            <w:tcW w:type="dxa" w:w="759"/>
            <w:vAlign w:val="center"/>
          </w:tcPr>
          <w:p>
            <w:r/>
            <w:r>
              <w:rPr>
                <w:rFonts w:ascii="Malgun Gothic" w:hAnsi="Malgun Gothic" w:eastAsia="Malgun Gothic"/>
                <w:b w:val="0"/>
                <w:sz w:val="14"/>
              </w:rPr>
              <w:t>150.472</w:t>
            </w:r>
          </w:p>
        </w:tc>
        <w:tc>
          <w:tcPr>
            <w:tcW w:type="dxa" w:w="759"/>
            <w:vAlign w:val="center"/>
          </w:tcPr>
          <w:p>
            <w:r/>
            <w:r>
              <w:rPr>
                <w:rFonts w:ascii="Malgun Gothic" w:hAnsi="Malgun Gothic" w:eastAsia="Malgun Gothic"/>
                <w:b w:val="0"/>
                <w:sz w:val="14"/>
              </w:rPr>
              <w:t>0.607</w:t>
            </w:r>
          </w:p>
        </w:tc>
        <w:tc>
          <w:tcPr>
            <w:tcW w:type="dxa" w:w="759"/>
            <w:vAlign w:val="center"/>
          </w:tcPr>
          <w:p>
            <w:r/>
            <w:r>
              <w:rPr>
                <w:rFonts w:ascii="Malgun Gothic" w:hAnsi="Malgun Gothic" w:eastAsia="Malgun Gothic"/>
                <w:b w:val="0"/>
                <w:sz w:val="14"/>
              </w:rPr>
              <w:t>151.94</w:t>
            </w:r>
          </w:p>
        </w:tc>
        <w:tc>
          <w:tcPr>
            <w:tcW w:type="dxa" w:w="759"/>
            <w:vAlign w:val="center"/>
          </w:tcPr>
          <w:p>
            <w:r/>
            <w:r>
              <w:rPr>
                <w:rFonts w:ascii="Malgun Gothic" w:hAnsi="Malgun Gothic" w:eastAsia="Malgun Gothic"/>
                <w:b w:val="0"/>
                <w:sz w:val="14"/>
              </w:rPr>
              <w:t>153.998</w:t>
            </w:r>
          </w:p>
        </w:tc>
        <w:tc>
          <w:tcPr>
            <w:tcW w:type="dxa" w:w="759"/>
            <w:vAlign w:val="center"/>
          </w:tcPr>
          <w:p>
            <w:r/>
            <w:r>
              <w:rPr>
                <w:rFonts w:ascii="Malgun Gothic" w:hAnsi="Malgun Gothic" w:eastAsia="Malgun Gothic"/>
                <w:b w:val="0"/>
                <w:sz w:val="14"/>
              </w:rPr>
              <w:t>2.059</w:t>
            </w:r>
          </w:p>
        </w:tc>
        <w:tc>
          <w:tcPr>
            <w:tcW w:type="dxa" w:w="759"/>
            <w:vAlign w:val="center"/>
          </w:tcPr>
          <w:p>
            <w:r/>
            <w:r>
              <w:rPr>
                <w:rFonts w:ascii="Malgun Gothic" w:hAnsi="Malgun Gothic" w:eastAsia="Malgun Gothic"/>
                <w:b w:val="0"/>
                <w:sz w:val="14"/>
              </w:rPr>
              <w:t>1.468</w:t>
            </w:r>
          </w:p>
        </w:tc>
      </w:tr>
      <w:tr>
        <w:trPr>
          <w:cantSplit/>
        </w:trPr>
        <w:tc>
          <w:tcPr>
            <w:tcW w:type="dxa" w:w="759"/>
            <w:vAlign w:val="center"/>
          </w:tcPr>
          <w:p>
            <w:r/>
            <w:r>
              <w:rPr>
                <w:rFonts w:ascii="Malgun Gothic" w:hAnsi="Malgun Gothic" w:eastAsia="Malgun Gothic"/>
                <w:b w:val="0"/>
                <w:sz w:val="14"/>
              </w:rPr>
              <w:t>... 중간 28,099행은 전체 데이터 부록 ZIP에 원본으로 포함 ...</w:t>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19</w:t>
            </w:r>
          </w:p>
        </w:tc>
        <w:tc>
          <w:tcPr>
            <w:tcW w:type="dxa" w:w="759"/>
            <w:vAlign w:val="center"/>
          </w:tcPr>
          <w:p>
            <w:r/>
            <w:r>
              <w:rPr>
                <w:rFonts w:ascii="Malgun Gothic" w:hAnsi="Malgun Gothic" w:eastAsia="Malgun Gothic"/>
                <w:b w:val="0"/>
                <w:sz w:val="14"/>
              </w:rPr>
              <w:t>70.99</w:t>
            </w:r>
          </w:p>
        </w:tc>
        <w:tc>
          <w:tcPr>
            <w:tcW w:type="dxa" w:w="759"/>
            <w:vAlign w:val="center"/>
          </w:tcPr>
          <w:p>
            <w:r/>
            <w:r>
              <w:rPr>
                <w:rFonts w:ascii="Malgun Gothic" w:hAnsi="Malgun Gothic" w:eastAsia="Malgun Gothic"/>
                <w:b w:val="0"/>
                <w:sz w:val="14"/>
              </w:rPr>
              <w:t>71.497</w:t>
            </w:r>
          </w:p>
        </w:tc>
        <w:tc>
          <w:tcPr>
            <w:tcW w:type="dxa" w:w="759"/>
            <w:vAlign w:val="center"/>
          </w:tcPr>
          <w:p>
            <w:r/>
            <w:r>
              <w:rPr>
                <w:rFonts w:ascii="Malgun Gothic" w:hAnsi="Malgun Gothic" w:eastAsia="Malgun Gothic"/>
                <w:b w:val="0"/>
                <w:sz w:val="14"/>
              </w:rPr>
              <w:t>0.506</w:t>
            </w:r>
          </w:p>
        </w:tc>
        <w:tc>
          <w:tcPr>
            <w:tcW w:type="dxa" w:w="759"/>
            <w:vAlign w:val="center"/>
          </w:tcPr>
          <w:p>
            <w:r/>
            <w:r>
              <w:rPr>
                <w:rFonts w:ascii="Malgun Gothic" w:hAnsi="Malgun Gothic" w:eastAsia="Malgun Gothic"/>
                <w:b w:val="0"/>
                <w:sz w:val="14"/>
              </w:rPr>
              <w:t>72.61</w:t>
            </w:r>
          </w:p>
        </w:tc>
        <w:tc>
          <w:tcPr>
            <w:tcW w:type="dxa" w:w="759"/>
            <w:vAlign w:val="center"/>
          </w:tcPr>
          <w:p>
            <w:r/>
            <w:r>
              <w:rPr>
                <w:rFonts w:ascii="Malgun Gothic" w:hAnsi="Malgun Gothic" w:eastAsia="Malgun Gothic"/>
                <w:b w:val="0"/>
                <w:sz w:val="14"/>
              </w:rPr>
              <w:t>78.415</w:t>
            </w:r>
          </w:p>
        </w:tc>
        <w:tc>
          <w:tcPr>
            <w:tcW w:type="dxa" w:w="759"/>
            <w:vAlign w:val="center"/>
          </w:tcPr>
          <w:p>
            <w:r/>
            <w:r>
              <w:rPr>
                <w:rFonts w:ascii="Malgun Gothic" w:hAnsi="Malgun Gothic" w:eastAsia="Malgun Gothic"/>
                <w:b w:val="0"/>
                <w:sz w:val="14"/>
              </w:rPr>
              <w:t>5.805</w:t>
            </w:r>
          </w:p>
        </w:tc>
        <w:tc>
          <w:tcPr>
            <w:tcW w:type="dxa" w:w="759"/>
            <w:vAlign w:val="center"/>
          </w:tcPr>
          <w:p>
            <w:r/>
            <w:r>
              <w:rPr>
                <w:rFonts w:ascii="Malgun Gothic" w:hAnsi="Malgun Gothic" w:eastAsia="Malgun Gothic"/>
                <w:b w:val="0"/>
                <w:sz w:val="14"/>
              </w:rPr>
              <w:t>1.113</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20</w:t>
            </w:r>
          </w:p>
        </w:tc>
        <w:tc>
          <w:tcPr>
            <w:tcW w:type="dxa" w:w="759"/>
            <w:vAlign w:val="center"/>
          </w:tcPr>
          <w:p>
            <w:r/>
            <w:r>
              <w:rPr>
                <w:rFonts w:ascii="Malgun Gothic" w:hAnsi="Malgun Gothic" w:eastAsia="Malgun Gothic"/>
                <w:b w:val="0"/>
                <w:sz w:val="14"/>
              </w:rPr>
              <w:t>80.238</w:t>
            </w:r>
          </w:p>
        </w:tc>
        <w:tc>
          <w:tcPr>
            <w:tcW w:type="dxa" w:w="759"/>
            <w:vAlign w:val="center"/>
          </w:tcPr>
          <w:p>
            <w:r/>
            <w:r>
              <w:rPr>
                <w:rFonts w:ascii="Malgun Gothic" w:hAnsi="Malgun Gothic" w:eastAsia="Malgun Gothic"/>
                <w:b w:val="0"/>
                <w:sz w:val="14"/>
              </w:rPr>
              <w:t>83.613</w:t>
            </w:r>
          </w:p>
        </w:tc>
        <w:tc>
          <w:tcPr>
            <w:tcW w:type="dxa" w:w="759"/>
            <w:vAlign w:val="center"/>
          </w:tcPr>
          <w:p>
            <w:r/>
            <w:r>
              <w:rPr>
                <w:rFonts w:ascii="Malgun Gothic" w:hAnsi="Malgun Gothic" w:eastAsia="Malgun Gothic"/>
                <w:b w:val="0"/>
                <w:sz w:val="14"/>
              </w:rPr>
              <w:t>3.375</w:t>
            </w:r>
          </w:p>
        </w:tc>
        <w:tc>
          <w:tcPr>
            <w:tcW w:type="dxa" w:w="759"/>
            <w:vAlign w:val="center"/>
          </w:tcPr>
          <w:p>
            <w:r/>
            <w:r>
              <w:rPr>
                <w:rFonts w:ascii="Malgun Gothic" w:hAnsi="Malgun Gothic" w:eastAsia="Malgun Gothic"/>
                <w:b w:val="0"/>
                <w:sz w:val="14"/>
              </w:rPr>
              <w:t>88.422</w:t>
            </w:r>
          </w:p>
        </w:tc>
        <w:tc>
          <w:tcPr>
            <w:tcW w:type="dxa" w:w="759"/>
            <w:vAlign w:val="center"/>
          </w:tcPr>
          <w:p>
            <w:r/>
            <w:r>
              <w:rPr>
                <w:rFonts w:ascii="Malgun Gothic" w:hAnsi="Malgun Gothic" w:eastAsia="Malgun Gothic"/>
                <w:b w:val="0"/>
                <w:sz w:val="14"/>
              </w:rPr>
              <w:t>88.439</w:t>
            </w:r>
          </w:p>
        </w:tc>
        <w:tc>
          <w:tcPr>
            <w:tcW w:type="dxa" w:w="759"/>
            <w:vAlign w:val="center"/>
          </w:tcPr>
          <w:p>
            <w:r/>
            <w:r>
              <w:rPr>
                <w:rFonts w:ascii="Malgun Gothic" w:hAnsi="Malgun Gothic" w:eastAsia="Malgun Gothic"/>
                <w:b w:val="0"/>
                <w:sz w:val="14"/>
              </w:rPr>
              <w:t>0.017</w:t>
            </w:r>
          </w:p>
        </w:tc>
        <w:tc>
          <w:tcPr>
            <w:tcW w:type="dxa" w:w="759"/>
            <w:vAlign w:val="center"/>
          </w:tcPr>
          <w:p>
            <w:r/>
            <w:r>
              <w:rPr>
                <w:rFonts w:ascii="Malgun Gothic" w:hAnsi="Malgun Gothic" w:eastAsia="Malgun Gothic"/>
                <w:b w:val="0"/>
                <w:sz w:val="14"/>
              </w:rPr>
              <w:t>4.809</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21</w:t>
            </w:r>
          </w:p>
        </w:tc>
        <w:tc>
          <w:tcPr>
            <w:tcW w:type="dxa" w:w="759"/>
            <w:vAlign w:val="center"/>
          </w:tcPr>
          <w:p>
            <w:r/>
            <w:r>
              <w:rPr>
                <w:rFonts w:ascii="Malgun Gothic" w:hAnsi="Malgun Gothic" w:eastAsia="Malgun Gothic"/>
                <w:b w:val="0"/>
                <w:sz w:val="14"/>
              </w:rPr>
              <w:t>86.549</w:t>
            </w:r>
          </w:p>
        </w:tc>
        <w:tc>
          <w:tcPr>
            <w:tcW w:type="dxa" w:w="759"/>
            <w:vAlign w:val="center"/>
          </w:tcPr>
          <w:p>
            <w:r/>
            <w:r>
              <w:rPr>
                <w:rFonts w:ascii="Malgun Gothic" w:hAnsi="Malgun Gothic" w:eastAsia="Malgun Gothic"/>
                <w:b w:val="0"/>
                <w:sz w:val="14"/>
              </w:rPr>
              <w:t>87.983</w:t>
            </w:r>
          </w:p>
        </w:tc>
        <w:tc>
          <w:tcPr>
            <w:tcW w:type="dxa" w:w="759"/>
            <w:vAlign w:val="center"/>
          </w:tcPr>
          <w:p>
            <w:r/>
            <w:r>
              <w:rPr>
                <w:rFonts w:ascii="Malgun Gothic" w:hAnsi="Malgun Gothic" w:eastAsia="Malgun Gothic"/>
                <w:b w:val="0"/>
                <w:sz w:val="14"/>
              </w:rPr>
              <w:t>1.434</w:t>
            </w:r>
          </w:p>
        </w:tc>
        <w:tc>
          <w:tcPr>
            <w:tcW w:type="dxa" w:w="759"/>
            <w:vAlign w:val="center"/>
          </w:tcPr>
          <w:p>
            <w:r/>
            <w:r>
              <w:rPr>
                <w:rFonts w:ascii="Malgun Gothic" w:hAnsi="Malgun Gothic" w:eastAsia="Malgun Gothic"/>
                <w:b w:val="0"/>
                <w:sz w:val="14"/>
              </w:rPr>
              <w:t>88.422</w:t>
            </w:r>
          </w:p>
        </w:tc>
        <w:tc>
          <w:tcPr>
            <w:tcW w:type="dxa" w:w="759"/>
            <w:vAlign w:val="center"/>
          </w:tcPr>
          <w:p>
            <w:r/>
            <w:r>
              <w:rPr>
                <w:rFonts w:ascii="Malgun Gothic" w:hAnsi="Malgun Gothic" w:eastAsia="Malgun Gothic"/>
                <w:b w:val="0"/>
                <w:sz w:val="14"/>
              </w:rPr>
              <w:t>88.439</w:t>
            </w:r>
          </w:p>
        </w:tc>
        <w:tc>
          <w:tcPr>
            <w:tcW w:type="dxa" w:w="759"/>
            <w:vAlign w:val="center"/>
          </w:tcPr>
          <w:p>
            <w:r/>
            <w:r>
              <w:rPr>
                <w:rFonts w:ascii="Malgun Gothic" w:hAnsi="Malgun Gothic" w:eastAsia="Malgun Gothic"/>
                <w:b w:val="0"/>
                <w:sz w:val="14"/>
              </w:rPr>
              <w:t>0.017</w:t>
            </w:r>
          </w:p>
        </w:tc>
        <w:tc>
          <w:tcPr>
            <w:tcW w:type="dxa" w:w="759"/>
            <w:vAlign w:val="center"/>
          </w:tcPr>
          <w:p>
            <w:r/>
            <w:r>
              <w:rPr>
                <w:rFonts w:ascii="Malgun Gothic" w:hAnsi="Malgun Gothic" w:eastAsia="Malgun Gothic"/>
                <w:b w:val="0"/>
                <w:sz w:val="14"/>
              </w:rPr>
              <w:t>0.439</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22</w:t>
            </w:r>
          </w:p>
        </w:tc>
        <w:tc>
          <w:tcPr>
            <w:tcW w:type="dxa" w:w="759"/>
            <w:vAlign w:val="center"/>
          </w:tcPr>
          <w:p>
            <w:r/>
            <w:r>
              <w:rPr>
                <w:rFonts w:ascii="Malgun Gothic" w:hAnsi="Malgun Gothic" w:eastAsia="Malgun Gothic"/>
                <w:b w:val="0"/>
                <w:sz w:val="14"/>
              </w:rPr>
              <w:t>88.118</w:t>
            </w:r>
          </w:p>
        </w:tc>
        <w:tc>
          <w:tcPr>
            <w:tcW w:type="dxa" w:w="759"/>
            <w:vAlign w:val="center"/>
          </w:tcPr>
          <w:p>
            <w:r/>
            <w:r>
              <w:rPr>
                <w:rFonts w:ascii="Malgun Gothic" w:hAnsi="Malgun Gothic" w:eastAsia="Malgun Gothic"/>
                <w:b w:val="0"/>
                <w:sz w:val="14"/>
              </w:rPr>
              <w:t>88.203</w:t>
            </w:r>
          </w:p>
        </w:tc>
        <w:tc>
          <w:tcPr>
            <w:tcW w:type="dxa" w:w="759"/>
            <w:vAlign w:val="center"/>
          </w:tcPr>
          <w:p>
            <w:r/>
            <w:r>
              <w:rPr>
                <w:rFonts w:ascii="Malgun Gothic" w:hAnsi="Malgun Gothic" w:eastAsia="Malgun Gothic"/>
                <w:b w:val="0"/>
                <w:sz w:val="14"/>
              </w:rPr>
              <w:t>0.084</w:t>
            </w:r>
          </w:p>
        </w:tc>
        <w:tc>
          <w:tcPr>
            <w:tcW w:type="dxa" w:w="759"/>
            <w:vAlign w:val="center"/>
          </w:tcPr>
          <w:p>
            <w:r/>
            <w:r>
              <w:rPr>
                <w:rFonts w:ascii="Malgun Gothic" w:hAnsi="Malgun Gothic" w:eastAsia="Malgun Gothic"/>
                <w:b w:val="0"/>
                <w:sz w:val="14"/>
              </w:rPr>
              <w:t>88.422</w:t>
            </w:r>
          </w:p>
        </w:tc>
        <w:tc>
          <w:tcPr>
            <w:tcW w:type="dxa" w:w="759"/>
            <w:vAlign w:val="center"/>
          </w:tcPr>
          <w:p>
            <w:r/>
            <w:r>
              <w:rPr>
                <w:rFonts w:ascii="Malgun Gothic" w:hAnsi="Malgun Gothic" w:eastAsia="Malgun Gothic"/>
                <w:b w:val="0"/>
                <w:sz w:val="14"/>
              </w:rPr>
              <w:t>88.439</w:t>
            </w:r>
          </w:p>
        </w:tc>
        <w:tc>
          <w:tcPr>
            <w:tcW w:type="dxa" w:w="759"/>
            <w:vAlign w:val="center"/>
          </w:tcPr>
          <w:p>
            <w:r/>
            <w:r>
              <w:rPr>
                <w:rFonts w:ascii="Malgun Gothic" w:hAnsi="Malgun Gothic" w:eastAsia="Malgun Gothic"/>
                <w:b w:val="0"/>
                <w:sz w:val="14"/>
              </w:rPr>
              <w:t>0.017</w:t>
            </w:r>
          </w:p>
        </w:tc>
        <w:tc>
          <w:tcPr>
            <w:tcW w:type="dxa" w:w="759"/>
            <w:vAlign w:val="center"/>
          </w:tcPr>
          <w:p>
            <w:r/>
            <w:r>
              <w:rPr>
                <w:rFonts w:ascii="Malgun Gothic" w:hAnsi="Malgun Gothic" w:eastAsia="Malgun Gothic"/>
                <w:b w:val="0"/>
                <w:sz w:val="14"/>
              </w:rPr>
              <w:t>0.219</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23</w:t>
            </w:r>
          </w:p>
        </w:tc>
        <w:tc>
          <w:tcPr>
            <w:tcW w:type="dxa" w:w="759"/>
            <w:vAlign w:val="center"/>
          </w:tcPr>
          <w:p>
            <w:r/>
            <w:r>
              <w:rPr>
                <w:rFonts w:ascii="Malgun Gothic" w:hAnsi="Malgun Gothic" w:eastAsia="Malgun Gothic"/>
                <w:b w:val="0"/>
                <w:sz w:val="14"/>
              </w:rPr>
              <w:t>88.388</w:t>
            </w:r>
          </w:p>
        </w:tc>
        <w:tc>
          <w:tcPr>
            <w:tcW w:type="dxa" w:w="759"/>
            <w:vAlign w:val="center"/>
          </w:tcPr>
          <w:p>
            <w:r/>
            <w:r>
              <w:rPr>
                <w:rFonts w:ascii="Malgun Gothic" w:hAnsi="Malgun Gothic" w:eastAsia="Malgun Gothic"/>
                <w:b w:val="0"/>
                <w:sz w:val="14"/>
              </w:rPr>
              <w:t>88.422</w:t>
            </w:r>
          </w:p>
        </w:tc>
        <w:tc>
          <w:tcPr>
            <w:tcW w:type="dxa" w:w="759"/>
            <w:vAlign w:val="center"/>
          </w:tcPr>
          <w:p>
            <w:r/>
            <w:r>
              <w:rPr>
                <w:rFonts w:ascii="Malgun Gothic" w:hAnsi="Malgun Gothic" w:eastAsia="Malgun Gothic"/>
                <w:b w:val="0"/>
                <w:sz w:val="14"/>
              </w:rPr>
              <w:t>0.034</w:t>
            </w:r>
          </w:p>
        </w:tc>
        <w:tc>
          <w:tcPr>
            <w:tcW w:type="dxa" w:w="759"/>
            <w:vAlign w:val="center"/>
          </w:tcPr>
          <w:p>
            <w:r/>
            <w:r>
              <w:rPr>
                <w:rFonts w:ascii="Malgun Gothic" w:hAnsi="Malgun Gothic" w:eastAsia="Malgun Gothic"/>
                <w:b w:val="0"/>
                <w:sz w:val="14"/>
              </w:rPr>
              <w:t>88.422</w:t>
            </w:r>
          </w:p>
        </w:tc>
        <w:tc>
          <w:tcPr>
            <w:tcW w:type="dxa" w:w="759"/>
            <w:vAlign w:val="center"/>
          </w:tcPr>
          <w:p>
            <w:r/>
            <w:r>
              <w:rPr>
                <w:rFonts w:ascii="Malgun Gothic" w:hAnsi="Malgun Gothic" w:eastAsia="Malgun Gothic"/>
                <w:b w:val="0"/>
                <w:sz w:val="14"/>
              </w:rPr>
              <w:t>88.439</w:t>
            </w:r>
          </w:p>
        </w:tc>
        <w:tc>
          <w:tcPr>
            <w:tcW w:type="dxa" w:w="759"/>
            <w:vAlign w:val="center"/>
          </w:tcPr>
          <w:p>
            <w:r/>
            <w:r>
              <w:rPr>
                <w:rFonts w:ascii="Malgun Gothic" w:hAnsi="Malgun Gothic" w:eastAsia="Malgun Gothic"/>
                <w:b w:val="0"/>
                <w:sz w:val="14"/>
              </w:rPr>
              <w:t>0.017</w:t>
            </w:r>
          </w:p>
        </w:tc>
        <w:tc>
          <w:tcPr>
            <w:tcW w:type="dxa" w:w="759"/>
            <w:vAlign w:val="center"/>
          </w:tcPr>
          <w:p>
            <w:r/>
            <w:r>
              <w:rPr>
                <w:rFonts w:ascii="Malgun Gothic" w:hAnsi="Malgun Gothic" w:eastAsia="Malgun Gothic"/>
                <w:b w:val="0"/>
                <w:sz w:val="14"/>
              </w:rPr>
              <w:t>0.0</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24</w:t>
            </w:r>
          </w:p>
        </w:tc>
        <w:tc>
          <w:tcPr>
            <w:tcW w:type="dxa" w:w="759"/>
            <w:vAlign w:val="center"/>
          </w:tcPr>
          <w:p>
            <w:r/>
            <w:r>
              <w:rPr>
                <w:rFonts w:ascii="Malgun Gothic" w:hAnsi="Malgun Gothic" w:eastAsia="Malgun Gothic"/>
                <w:b w:val="0"/>
                <w:sz w:val="14"/>
              </w:rPr>
              <w:t>88.439</w:t>
            </w:r>
          </w:p>
        </w:tc>
        <w:tc>
          <w:tcPr>
            <w:tcW w:type="dxa" w:w="759"/>
            <w:vAlign w:val="center"/>
          </w:tcPr>
          <w:p>
            <w:r/>
            <w:r>
              <w:rPr>
                <w:rFonts w:ascii="Malgun Gothic" w:hAnsi="Malgun Gothic" w:eastAsia="Malgun Gothic"/>
                <w:b w:val="0"/>
                <w:sz w:val="14"/>
              </w:rPr>
              <w:t>90.312</w:t>
            </w:r>
          </w:p>
        </w:tc>
        <w:tc>
          <w:tcPr>
            <w:tcW w:type="dxa" w:w="759"/>
            <w:vAlign w:val="center"/>
          </w:tcPr>
          <w:p>
            <w:r/>
            <w:r>
              <w:rPr>
                <w:rFonts w:ascii="Malgun Gothic" w:hAnsi="Malgun Gothic" w:eastAsia="Malgun Gothic"/>
                <w:b w:val="0"/>
                <w:sz w:val="14"/>
              </w:rPr>
              <w:t>1.873</w:t>
            </w:r>
          </w:p>
        </w:tc>
        <w:tc>
          <w:tcPr>
            <w:tcW w:type="dxa" w:w="759"/>
            <w:vAlign w:val="center"/>
          </w:tcPr>
          <w:p>
            <w:r/>
            <w:r>
              <w:rPr>
                <w:rFonts w:ascii="Malgun Gothic" w:hAnsi="Malgun Gothic" w:eastAsia="Malgun Gothic"/>
                <w:b w:val="0"/>
                <w:sz w:val="14"/>
              </w:rPr>
              <w:t>92.422</w:t>
            </w:r>
          </w:p>
        </w:tc>
        <w:tc>
          <w:tcPr>
            <w:tcW w:type="dxa" w:w="759"/>
            <w:vAlign w:val="center"/>
          </w:tcPr>
          <w:p>
            <w:r/>
            <w:r>
              <w:rPr>
                <w:rFonts w:ascii="Malgun Gothic" w:hAnsi="Malgun Gothic" w:eastAsia="Malgun Gothic"/>
                <w:b w:val="0"/>
                <w:sz w:val="14"/>
              </w:rPr>
              <w:t>92.776</w:t>
            </w:r>
          </w:p>
        </w:tc>
        <w:tc>
          <w:tcPr>
            <w:tcW w:type="dxa" w:w="759"/>
            <w:vAlign w:val="center"/>
          </w:tcPr>
          <w:p>
            <w:r/>
            <w:r>
              <w:rPr>
                <w:rFonts w:ascii="Malgun Gothic" w:hAnsi="Malgun Gothic" w:eastAsia="Malgun Gothic"/>
                <w:b w:val="0"/>
                <w:sz w:val="14"/>
              </w:rPr>
              <w:t>0.354</w:t>
            </w:r>
          </w:p>
        </w:tc>
        <w:tc>
          <w:tcPr>
            <w:tcW w:type="dxa" w:w="759"/>
            <w:vAlign w:val="center"/>
          </w:tcPr>
          <w:p>
            <w:r/>
            <w:r>
              <w:rPr>
                <w:rFonts w:ascii="Malgun Gothic" w:hAnsi="Malgun Gothic" w:eastAsia="Malgun Gothic"/>
                <w:b w:val="0"/>
                <w:sz w:val="14"/>
              </w:rPr>
              <w:t>2.11</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25</w:t>
            </w:r>
          </w:p>
        </w:tc>
        <w:tc>
          <w:tcPr>
            <w:tcW w:type="dxa" w:w="759"/>
            <w:vAlign w:val="center"/>
          </w:tcPr>
          <w:p>
            <w:r/>
            <w:r>
              <w:rPr>
                <w:rFonts w:ascii="Malgun Gothic" w:hAnsi="Malgun Gothic" w:eastAsia="Malgun Gothic"/>
                <w:b w:val="0"/>
                <w:sz w:val="14"/>
              </w:rPr>
              <w:t>91.51</w:t>
            </w:r>
          </w:p>
        </w:tc>
        <w:tc>
          <w:tcPr>
            <w:tcW w:type="dxa" w:w="759"/>
            <w:vAlign w:val="center"/>
          </w:tcPr>
          <w:p>
            <w:r/>
            <w:r>
              <w:rPr>
                <w:rFonts w:ascii="Malgun Gothic" w:hAnsi="Malgun Gothic" w:eastAsia="Malgun Gothic"/>
                <w:b w:val="0"/>
                <w:sz w:val="14"/>
              </w:rPr>
              <w:t>92.253</w:t>
            </w:r>
          </w:p>
        </w:tc>
        <w:tc>
          <w:tcPr>
            <w:tcW w:type="dxa" w:w="759"/>
            <w:vAlign w:val="center"/>
          </w:tcPr>
          <w:p>
            <w:r/>
            <w:r>
              <w:rPr>
                <w:rFonts w:ascii="Malgun Gothic" w:hAnsi="Malgun Gothic" w:eastAsia="Malgun Gothic"/>
                <w:b w:val="0"/>
                <w:sz w:val="14"/>
              </w:rPr>
              <w:t>0.743</w:t>
            </w:r>
          </w:p>
        </w:tc>
        <w:tc>
          <w:tcPr>
            <w:tcW w:type="dxa" w:w="759"/>
            <w:vAlign w:val="center"/>
          </w:tcPr>
          <w:p>
            <w:r/>
            <w:r>
              <w:rPr>
                <w:rFonts w:ascii="Malgun Gothic" w:hAnsi="Malgun Gothic" w:eastAsia="Malgun Gothic"/>
                <w:b w:val="0"/>
                <w:sz w:val="14"/>
              </w:rPr>
              <w:t>92.422</w:t>
            </w:r>
          </w:p>
        </w:tc>
        <w:tc>
          <w:tcPr>
            <w:tcW w:type="dxa" w:w="759"/>
            <w:vAlign w:val="center"/>
          </w:tcPr>
          <w:p>
            <w:r/>
            <w:r>
              <w:rPr>
                <w:rFonts w:ascii="Malgun Gothic" w:hAnsi="Malgun Gothic" w:eastAsia="Malgun Gothic"/>
                <w:b w:val="0"/>
                <w:sz w:val="14"/>
              </w:rPr>
              <w:t>92.776</w:t>
            </w:r>
          </w:p>
        </w:tc>
        <w:tc>
          <w:tcPr>
            <w:tcW w:type="dxa" w:w="759"/>
            <w:vAlign w:val="center"/>
          </w:tcPr>
          <w:p>
            <w:r/>
            <w:r>
              <w:rPr>
                <w:rFonts w:ascii="Malgun Gothic" w:hAnsi="Malgun Gothic" w:eastAsia="Malgun Gothic"/>
                <w:b w:val="0"/>
                <w:sz w:val="14"/>
              </w:rPr>
              <w:t>0.354</w:t>
            </w:r>
          </w:p>
        </w:tc>
        <w:tc>
          <w:tcPr>
            <w:tcW w:type="dxa" w:w="759"/>
            <w:vAlign w:val="center"/>
          </w:tcPr>
          <w:p>
            <w:r/>
            <w:r>
              <w:rPr>
                <w:rFonts w:ascii="Malgun Gothic" w:hAnsi="Malgun Gothic" w:eastAsia="Malgun Gothic"/>
                <w:b w:val="0"/>
                <w:sz w:val="14"/>
              </w:rPr>
              <w:t>0.169</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26</w:t>
            </w:r>
          </w:p>
        </w:tc>
        <w:tc>
          <w:tcPr>
            <w:tcW w:type="dxa" w:w="759"/>
            <w:vAlign w:val="center"/>
          </w:tcPr>
          <w:p>
            <w:r/>
            <w:r>
              <w:rPr>
                <w:rFonts w:ascii="Malgun Gothic" w:hAnsi="Malgun Gothic" w:eastAsia="Malgun Gothic"/>
                <w:b w:val="0"/>
                <w:sz w:val="14"/>
              </w:rPr>
              <w:t>92.371</w:t>
            </w:r>
          </w:p>
        </w:tc>
        <w:tc>
          <w:tcPr>
            <w:tcW w:type="dxa" w:w="759"/>
            <w:vAlign w:val="center"/>
          </w:tcPr>
          <w:p>
            <w:r/>
            <w:r>
              <w:rPr>
                <w:rFonts w:ascii="Malgun Gothic" w:hAnsi="Malgun Gothic" w:eastAsia="Malgun Gothic"/>
                <w:b w:val="0"/>
                <w:sz w:val="14"/>
              </w:rPr>
              <w:t>93.4</w:t>
            </w:r>
          </w:p>
        </w:tc>
        <w:tc>
          <w:tcPr>
            <w:tcW w:type="dxa" w:w="759"/>
            <w:vAlign w:val="center"/>
          </w:tcPr>
          <w:p>
            <w:r/>
            <w:r>
              <w:rPr>
                <w:rFonts w:ascii="Malgun Gothic" w:hAnsi="Malgun Gothic" w:eastAsia="Malgun Gothic"/>
                <w:b w:val="0"/>
                <w:sz w:val="14"/>
              </w:rPr>
              <w:t>1.029</w:t>
            </w:r>
          </w:p>
        </w:tc>
        <w:tc>
          <w:tcPr>
            <w:tcW w:type="dxa" w:w="759"/>
            <w:vAlign w:val="center"/>
          </w:tcPr>
          <w:p>
            <w:r/>
            <w:r>
              <w:rPr>
                <w:rFonts w:ascii="Malgun Gothic" w:hAnsi="Malgun Gothic" w:eastAsia="Malgun Gothic"/>
                <w:b w:val="0"/>
                <w:sz w:val="14"/>
              </w:rPr>
              <w:t>93.89</w:t>
            </w:r>
          </w:p>
        </w:tc>
        <w:tc>
          <w:tcPr>
            <w:tcW w:type="dxa" w:w="759"/>
            <w:vAlign w:val="center"/>
          </w:tcPr>
          <w:p>
            <w:r/>
            <w:r>
              <w:rPr>
                <w:rFonts w:ascii="Malgun Gothic" w:hAnsi="Malgun Gothic" w:eastAsia="Malgun Gothic"/>
                <w:b w:val="0"/>
                <w:sz w:val="14"/>
              </w:rPr>
              <w:t>94.092</w:t>
            </w:r>
          </w:p>
        </w:tc>
        <w:tc>
          <w:tcPr>
            <w:tcW w:type="dxa" w:w="759"/>
            <w:vAlign w:val="center"/>
          </w:tcPr>
          <w:p>
            <w:r/>
            <w:r>
              <w:rPr>
                <w:rFonts w:ascii="Malgun Gothic" w:hAnsi="Malgun Gothic" w:eastAsia="Malgun Gothic"/>
                <w:b w:val="0"/>
                <w:sz w:val="14"/>
              </w:rPr>
              <w:t>0.203</w:t>
            </w:r>
          </w:p>
        </w:tc>
        <w:tc>
          <w:tcPr>
            <w:tcW w:type="dxa" w:w="759"/>
            <w:vAlign w:val="center"/>
          </w:tcPr>
          <w:p>
            <w:r/>
            <w:r>
              <w:rPr>
                <w:rFonts w:ascii="Malgun Gothic" w:hAnsi="Malgun Gothic" w:eastAsia="Malgun Gothic"/>
                <w:b w:val="0"/>
                <w:sz w:val="14"/>
              </w:rPr>
              <w:t>0.49</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27</w:t>
            </w:r>
          </w:p>
        </w:tc>
        <w:tc>
          <w:tcPr>
            <w:tcW w:type="dxa" w:w="759"/>
            <w:vAlign w:val="center"/>
          </w:tcPr>
          <w:p>
            <w:r/>
            <w:r>
              <w:rPr>
                <w:rFonts w:ascii="Malgun Gothic" w:hAnsi="Malgun Gothic" w:eastAsia="Malgun Gothic"/>
                <w:b w:val="0"/>
                <w:sz w:val="14"/>
              </w:rPr>
              <w:t>95.02</w:t>
            </w:r>
          </w:p>
        </w:tc>
        <w:tc>
          <w:tcPr>
            <w:tcW w:type="dxa" w:w="759"/>
            <w:vAlign w:val="center"/>
          </w:tcPr>
          <w:p>
            <w:r/>
            <w:r>
              <w:rPr>
                <w:rFonts w:ascii="Malgun Gothic" w:hAnsi="Malgun Gothic" w:eastAsia="Malgun Gothic"/>
                <w:b w:val="0"/>
                <w:sz w:val="14"/>
              </w:rPr>
              <w:t>95.78</w:t>
            </w:r>
          </w:p>
        </w:tc>
        <w:tc>
          <w:tcPr>
            <w:tcW w:type="dxa" w:w="759"/>
            <w:vAlign w:val="center"/>
          </w:tcPr>
          <w:p>
            <w:r/>
            <w:r>
              <w:rPr>
                <w:rFonts w:ascii="Malgun Gothic" w:hAnsi="Malgun Gothic" w:eastAsia="Malgun Gothic"/>
                <w:b w:val="0"/>
                <w:sz w:val="14"/>
              </w:rPr>
              <w:t>0.759</w:t>
            </w:r>
          </w:p>
        </w:tc>
        <w:tc>
          <w:tcPr>
            <w:tcW w:type="dxa" w:w="759"/>
            <w:vAlign w:val="center"/>
          </w:tcPr>
          <w:p>
            <w:r/>
            <w:r>
              <w:rPr>
                <w:rFonts w:ascii="Malgun Gothic" w:hAnsi="Malgun Gothic" w:eastAsia="Malgun Gothic"/>
                <w:b w:val="0"/>
                <w:sz w:val="14"/>
              </w:rPr>
              <w:t>98.463</w:t>
            </w:r>
          </w:p>
        </w:tc>
        <w:tc>
          <w:tcPr>
            <w:tcW w:type="dxa" w:w="759"/>
            <w:vAlign w:val="center"/>
          </w:tcPr>
          <w:p>
            <w:r/>
            <w:r>
              <w:rPr>
                <w:rFonts w:ascii="Malgun Gothic" w:hAnsi="Malgun Gothic" w:eastAsia="Malgun Gothic"/>
                <w:b w:val="0"/>
                <w:sz w:val="14"/>
              </w:rPr>
              <w:t>99.003</w:t>
            </w:r>
          </w:p>
        </w:tc>
        <w:tc>
          <w:tcPr>
            <w:tcW w:type="dxa" w:w="759"/>
            <w:vAlign w:val="center"/>
          </w:tcPr>
          <w:p>
            <w:r/>
            <w:r>
              <w:rPr>
                <w:rFonts w:ascii="Malgun Gothic" w:hAnsi="Malgun Gothic" w:eastAsia="Malgun Gothic"/>
                <w:b w:val="0"/>
                <w:sz w:val="14"/>
              </w:rPr>
              <w:t>0.54</w:t>
            </w:r>
          </w:p>
        </w:tc>
        <w:tc>
          <w:tcPr>
            <w:tcW w:type="dxa" w:w="759"/>
            <w:vAlign w:val="center"/>
          </w:tcPr>
          <w:p>
            <w:r/>
            <w:r>
              <w:rPr>
                <w:rFonts w:ascii="Malgun Gothic" w:hAnsi="Malgun Gothic" w:eastAsia="Malgun Gothic"/>
                <w:b w:val="0"/>
                <w:sz w:val="14"/>
              </w:rPr>
              <w:t>2.683</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28</w:t>
            </w:r>
          </w:p>
        </w:tc>
        <w:tc>
          <w:tcPr>
            <w:tcW w:type="dxa" w:w="759"/>
            <w:vAlign w:val="center"/>
          </w:tcPr>
          <w:p>
            <w:r/>
            <w:r>
              <w:rPr>
                <w:rFonts w:ascii="Malgun Gothic" w:hAnsi="Malgun Gothic" w:eastAsia="Malgun Gothic"/>
                <w:b w:val="0"/>
                <w:sz w:val="14"/>
              </w:rPr>
              <w:t>97.518</w:t>
            </w:r>
          </w:p>
        </w:tc>
        <w:tc>
          <w:tcPr>
            <w:tcW w:type="dxa" w:w="759"/>
            <w:vAlign w:val="center"/>
          </w:tcPr>
          <w:p>
            <w:r/>
            <w:r>
              <w:rPr>
                <w:rFonts w:ascii="Malgun Gothic" w:hAnsi="Malgun Gothic" w:eastAsia="Malgun Gothic"/>
                <w:b w:val="0"/>
                <w:sz w:val="14"/>
              </w:rPr>
              <w:t>98.362</w:t>
            </w:r>
          </w:p>
        </w:tc>
        <w:tc>
          <w:tcPr>
            <w:tcW w:type="dxa" w:w="759"/>
            <w:vAlign w:val="center"/>
          </w:tcPr>
          <w:p>
            <w:r/>
            <w:r>
              <w:rPr>
                <w:rFonts w:ascii="Malgun Gothic" w:hAnsi="Malgun Gothic" w:eastAsia="Malgun Gothic"/>
                <w:b w:val="0"/>
                <w:sz w:val="14"/>
              </w:rPr>
              <w:t>0.844</w:t>
            </w:r>
          </w:p>
        </w:tc>
        <w:tc>
          <w:tcPr>
            <w:tcW w:type="dxa" w:w="759"/>
            <w:vAlign w:val="center"/>
          </w:tcPr>
          <w:p>
            <w:r/>
            <w:r>
              <w:rPr>
                <w:rFonts w:ascii="Malgun Gothic" w:hAnsi="Malgun Gothic" w:eastAsia="Malgun Gothic"/>
                <w:b w:val="0"/>
                <w:sz w:val="14"/>
              </w:rPr>
              <w:t>98.463</w:t>
            </w:r>
          </w:p>
        </w:tc>
        <w:tc>
          <w:tcPr>
            <w:tcW w:type="dxa" w:w="759"/>
            <w:vAlign w:val="center"/>
          </w:tcPr>
          <w:p>
            <w:r/>
            <w:r>
              <w:rPr>
                <w:rFonts w:ascii="Malgun Gothic" w:hAnsi="Malgun Gothic" w:eastAsia="Malgun Gothic"/>
                <w:b w:val="0"/>
                <w:sz w:val="14"/>
              </w:rPr>
              <w:t>99.003</w:t>
            </w:r>
          </w:p>
        </w:tc>
        <w:tc>
          <w:tcPr>
            <w:tcW w:type="dxa" w:w="759"/>
            <w:vAlign w:val="center"/>
          </w:tcPr>
          <w:p>
            <w:r/>
            <w:r>
              <w:rPr>
                <w:rFonts w:ascii="Malgun Gothic" w:hAnsi="Malgun Gothic" w:eastAsia="Malgun Gothic"/>
                <w:b w:val="0"/>
                <w:sz w:val="14"/>
              </w:rPr>
              <w:t>0.54</w:t>
            </w:r>
          </w:p>
        </w:tc>
        <w:tc>
          <w:tcPr>
            <w:tcW w:type="dxa" w:w="759"/>
            <w:vAlign w:val="center"/>
          </w:tcPr>
          <w:p>
            <w:r/>
            <w:r>
              <w:rPr>
                <w:rFonts w:ascii="Malgun Gothic" w:hAnsi="Malgun Gothic" w:eastAsia="Malgun Gothic"/>
                <w:b w:val="0"/>
                <w:sz w:val="14"/>
              </w:rPr>
              <w:t>0.101</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29</w:t>
            </w:r>
          </w:p>
        </w:tc>
        <w:tc>
          <w:tcPr>
            <w:tcW w:type="dxa" w:w="759"/>
            <w:vAlign w:val="center"/>
          </w:tcPr>
          <w:p>
            <w:r/>
            <w:r>
              <w:rPr>
                <w:rFonts w:ascii="Malgun Gothic" w:hAnsi="Malgun Gothic" w:eastAsia="Malgun Gothic"/>
                <w:b w:val="0"/>
                <w:sz w:val="14"/>
              </w:rPr>
              <w:t>99.003</w:t>
            </w:r>
          </w:p>
        </w:tc>
        <w:tc>
          <w:tcPr>
            <w:tcW w:type="dxa" w:w="759"/>
            <w:vAlign w:val="center"/>
          </w:tcPr>
          <w:p>
            <w:r/>
            <w:r>
              <w:rPr>
                <w:rFonts w:ascii="Malgun Gothic" w:hAnsi="Malgun Gothic" w:eastAsia="Malgun Gothic"/>
                <w:b w:val="0"/>
                <w:sz w:val="14"/>
              </w:rPr>
              <w:t>100.555</w:t>
            </w:r>
          </w:p>
        </w:tc>
        <w:tc>
          <w:tcPr>
            <w:tcW w:type="dxa" w:w="759"/>
            <w:vAlign w:val="center"/>
          </w:tcPr>
          <w:p>
            <w:r/>
            <w:r>
              <w:rPr>
                <w:rFonts w:ascii="Malgun Gothic" w:hAnsi="Malgun Gothic" w:eastAsia="Malgun Gothic"/>
                <w:b w:val="0"/>
                <w:sz w:val="14"/>
              </w:rPr>
              <w:t>1.552</w:t>
            </w:r>
          </w:p>
        </w:tc>
        <w:tc>
          <w:tcPr>
            <w:tcW w:type="dxa" w:w="759"/>
            <w:vAlign w:val="center"/>
          </w:tcPr>
          <w:p>
            <w:r/>
            <w:r>
              <w:rPr>
                <w:rFonts w:ascii="Malgun Gothic" w:hAnsi="Malgun Gothic" w:eastAsia="Malgun Gothic"/>
                <w:b w:val="0"/>
                <w:sz w:val="14"/>
              </w:rPr>
              <w:t>100.673</w:t>
            </w:r>
          </w:p>
        </w:tc>
        <w:tc>
          <w:tcPr>
            <w:tcW w:type="dxa" w:w="759"/>
            <w:vAlign w:val="center"/>
          </w:tcPr>
          <w:p>
            <w:r/>
            <w:r>
              <w:rPr>
                <w:rFonts w:ascii="Malgun Gothic" w:hAnsi="Malgun Gothic" w:eastAsia="Malgun Gothic"/>
                <w:b w:val="0"/>
                <w:sz w:val="14"/>
              </w:rPr>
              <w:t>102.58</w:t>
            </w:r>
          </w:p>
        </w:tc>
        <w:tc>
          <w:tcPr>
            <w:tcW w:type="dxa" w:w="759"/>
            <w:vAlign w:val="center"/>
          </w:tcPr>
          <w:p>
            <w:r/>
            <w:r>
              <w:rPr>
                <w:rFonts w:ascii="Malgun Gothic" w:hAnsi="Malgun Gothic" w:eastAsia="Malgun Gothic"/>
                <w:b w:val="0"/>
                <w:sz w:val="14"/>
              </w:rPr>
              <w:t>1.907</w:t>
            </w:r>
          </w:p>
        </w:tc>
        <w:tc>
          <w:tcPr>
            <w:tcW w:type="dxa" w:w="759"/>
            <w:vAlign w:val="center"/>
          </w:tcPr>
          <w:p>
            <w:r/>
            <w:r>
              <w:rPr>
                <w:rFonts w:ascii="Malgun Gothic" w:hAnsi="Malgun Gothic" w:eastAsia="Malgun Gothic"/>
                <w:b w:val="0"/>
                <w:sz w:val="14"/>
              </w:rPr>
              <w:t>0.118</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30</w:t>
            </w:r>
          </w:p>
        </w:tc>
        <w:tc>
          <w:tcPr>
            <w:tcW w:type="dxa" w:w="759"/>
            <w:vAlign w:val="center"/>
          </w:tcPr>
          <w:p>
            <w:r/>
            <w:r>
              <w:rPr>
                <w:rFonts w:ascii="Malgun Gothic" w:hAnsi="Malgun Gothic" w:eastAsia="Malgun Gothic"/>
                <w:b w:val="0"/>
                <w:sz w:val="14"/>
              </w:rPr>
              <w:t>101.686</w:t>
            </w:r>
          </w:p>
        </w:tc>
        <w:tc>
          <w:tcPr>
            <w:tcW w:type="dxa" w:w="759"/>
            <w:vAlign w:val="center"/>
          </w:tcPr>
          <w:p>
            <w:r/>
            <w:r>
              <w:rPr>
                <w:rFonts w:ascii="Malgun Gothic" w:hAnsi="Malgun Gothic" w:eastAsia="Malgun Gothic"/>
                <w:b w:val="0"/>
                <w:sz w:val="14"/>
              </w:rPr>
              <w:t>103.053</w:t>
            </w:r>
          </w:p>
        </w:tc>
        <w:tc>
          <w:tcPr>
            <w:tcW w:type="dxa" w:w="759"/>
            <w:vAlign w:val="center"/>
          </w:tcPr>
          <w:p>
            <w:r/>
            <w:r>
              <w:rPr>
                <w:rFonts w:ascii="Malgun Gothic" w:hAnsi="Malgun Gothic" w:eastAsia="Malgun Gothic"/>
                <w:b w:val="0"/>
                <w:sz w:val="14"/>
              </w:rPr>
              <w:t>1.367</w:t>
            </w:r>
          </w:p>
        </w:tc>
        <w:tc>
          <w:tcPr>
            <w:tcW w:type="dxa" w:w="759"/>
            <w:vAlign w:val="center"/>
          </w:tcPr>
          <w:p>
            <w:r/>
            <w:r>
              <w:rPr>
                <w:rFonts w:ascii="Malgun Gothic" w:hAnsi="Malgun Gothic" w:eastAsia="Malgun Gothic"/>
                <w:b w:val="0"/>
                <w:sz w:val="14"/>
              </w:rPr>
              <w:t>103.053</w:t>
            </w:r>
          </w:p>
        </w:tc>
        <w:tc>
          <w:tcPr>
            <w:tcW w:type="dxa" w:w="759"/>
            <w:vAlign w:val="center"/>
          </w:tcPr>
          <w:p>
            <w:r/>
            <w:r>
              <w:rPr>
                <w:rFonts w:ascii="Malgun Gothic" w:hAnsi="Malgun Gothic" w:eastAsia="Malgun Gothic"/>
                <w:b w:val="0"/>
                <w:sz w:val="14"/>
              </w:rPr>
              <w:t>103.154</w:t>
            </w:r>
          </w:p>
        </w:tc>
        <w:tc>
          <w:tcPr>
            <w:tcW w:type="dxa" w:w="759"/>
            <w:vAlign w:val="center"/>
          </w:tcPr>
          <w:p>
            <w:r/>
            <w:r>
              <w:rPr>
                <w:rFonts w:ascii="Malgun Gothic" w:hAnsi="Malgun Gothic" w:eastAsia="Malgun Gothic"/>
                <w:b w:val="0"/>
                <w:sz w:val="14"/>
              </w:rPr>
              <w:t>0.101</w:t>
            </w:r>
          </w:p>
        </w:tc>
        <w:tc>
          <w:tcPr>
            <w:tcW w:type="dxa" w:w="759"/>
            <w:vAlign w:val="center"/>
          </w:tcPr>
          <w:p>
            <w:r/>
            <w:r>
              <w:rPr>
                <w:rFonts w:ascii="Malgun Gothic" w:hAnsi="Malgun Gothic" w:eastAsia="Malgun Gothic"/>
                <w:b w:val="0"/>
                <w:sz w:val="14"/>
              </w:rPr>
              <w:t>0.0</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0.318</w:t>
            </w:r>
          </w:p>
        </w:tc>
        <w:tc>
          <w:tcPr>
            <w:tcW w:type="dxa" w:w="759"/>
            <w:vAlign w:val="center"/>
          </w:tcPr>
          <w:p>
            <w:r/>
            <w:r>
              <w:rPr>
                <w:rFonts w:ascii="Malgun Gothic" w:hAnsi="Malgun Gothic" w:eastAsia="Malgun Gothic"/>
                <w:b w:val="0"/>
                <w:sz w:val="14"/>
              </w:rPr>
              <w:t>3.794</w:t>
            </w:r>
          </w:p>
        </w:tc>
        <w:tc>
          <w:tcPr>
            <w:tcW w:type="dxa" w:w="759"/>
            <w:vAlign w:val="center"/>
          </w:tcPr>
          <w:p>
            <w:r/>
            <w:r>
              <w:rPr>
                <w:rFonts w:ascii="Malgun Gothic" w:hAnsi="Malgun Gothic" w:eastAsia="Malgun Gothic"/>
                <w:b w:val="0"/>
                <w:sz w:val="14"/>
              </w:rPr>
              <w:t>3.476</w:t>
            </w:r>
          </w:p>
        </w:tc>
        <w:tc>
          <w:tcPr>
            <w:tcW w:type="dxa" w:w="759"/>
            <w:vAlign w:val="center"/>
          </w:tcPr>
          <w:p>
            <w:r/>
            <w:r>
              <w:rPr>
                <w:rFonts w:ascii="Malgun Gothic" w:hAnsi="Malgun Gothic" w:eastAsia="Malgun Gothic"/>
                <w:b w:val="0"/>
                <w:sz w:val="14"/>
              </w:rPr>
              <w:t>5.954</w:t>
            </w:r>
          </w:p>
        </w:tc>
        <w:tc>
          <w:tcPr>
            <w:tcW w:type="dxa" w:w="759"/>
            <w:vAlign w:val="center"/>
          </w:tcPr>
          <w:p>
            <w:r/>
            <w:r>
              <w:rPr>
                <w:rFonts w:ascii="Malgun Gothic" w:hAnsi="Malgun Gothic" w:eastAsia="Malgun Gothic"/>
                <w:b w:val="0"/>
                <w:sz w:val="14"/>
              </w:rPr>
              <w:t>6.022</w:t>
            </w:r>
          </w:p>
        </w:tc>
        <w:tc>
          <w:tcPr>
            <w:tcW w:type="dxa" w:w="759"/>
            <w:vAlign w:val="center"/>
          </w:tcPr>
          <w:p>
            <w:r/>
            <w:r>
              <w:rPr>
                <w:rFonts w:ascii="Malgun Gothic" w:hAnsi="Malgun Gothic" w:eastAsia="Malgun Gothic"/>
                <w:b w:val="0"/>
                <w:sz w:val="14"/>
              </w:rPr>
              <w:t>0.068</w:t>
            </w:r>
          </w:p>
        </w:tc>
        <w:tc>
          <w:tcPr>
            <w:tcW w:type="dxa" w:w="759"/>
            <w:vAlign w:val="center"/>
          </w:tcPr>
          <w:p>
            <w:r/>
            <w:r>
              <w:rPr>
                <w:rFonts w:ascii="Malgun Gothic" w:hAnsi="Malgun Gothic" w:eastAsia="Malgun Gothic"/>
                <w:b w:val="0"/>
                <w:sz w:val="14"/>
              </w:rPr>
              <w:t>2.16</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4.351</w:t>
            </w:r>
          </w:p>
        </w:tc>
        <w:tc>
          <w:tcPr>
            <w:tcW w:type="dxa" w:w="759"/>
            <w:vAlign w:val="center"/>
          </w:tcPr>
          <w:p>
            <w:r/>
            <w:r>
              <w:rPr>
                <w:rFonts w:ascii="Malgun Gothic" w:hAnsi="Malgun Gothic" w:eastAsia="Malgun Gothic"/>
                <w:b w:val="0"/>
                <w:sz w:val="14"/>
              </w:rPr>
              <w:t>7.034</w:t>
            </w:r>
          </w:p>
        </w:tc>
        <w:tc>
          <w:tcPr>
            <w:tcW w:type="dxa" w:w="759"/>
            <w:vAlign w:val="center"/>
          </w:tcPr>
          <w:p>
            <w:r/>
            <w:r>
              <w:rPr>
                <w:rFonts w:ascii="Malgun Gothic" w:hAnsi="Malgun Gothic" w:eastAsia="Malgun Gothic"/>
                <w:b w:val="0"/>
                <w:sz w:val="14"/>
              </w:rPr>
              <w:t>2.683</w:t>
            </w:r>
          </w:p>
        </w:tc>
        <w:tc>
          <w:tcPr>
            <w:tcW w:type="dxa" w:w="759"/>
            <w:vAlign w:val="center"/>
          </w:tcPr>
          <w:p>
            <w:r/>
            <w:r>
              <w:rPr>
                <w:rFonts w:ascii="Malgun Gothic" w:hAnsi="Malgun Gothic" w:eastAsia="Malgun Gothic"/>
                <w:b w:val="0"/>
                <w:sz w:val="14"/>
              </w:rPr>
              <w:t>13.97</w:t>
            </w:r>
          </w:p>
        </w:tc>
        <w:tc>
          <w:tcPr>
            <w:tcW w:type="dxa" w:w="759"/>
            <w:vAlign w:val="center"/>
          </w:tcPr>
          <w:p>
            <w:r/>
            <w:r>
              <w:rPr>
                <w:rFonts w:ascii="Malgun Gothic" w:hAnsi="Malgun Gothic" w:eastAsia="Malgun Gothic"/>
                <w:b w:val="0"/>
                <w:sz w:val="14"/>
              </w:rPr>
              <w:t>15.286</w:t>
            </w:r>
          </w:p>
        </w:tc>
        <w:tc>
          <w:tcPr>
            <w:tcW w:type="dxa" w:w="759"/>
            <w:vAlign w:val="center"/>
          </w:tcPr>
          <w:p>
            <w:r/>
            <w:r>
              <w:rPr>
                <w:rFonts w:ascii="Malgun Gothic" w:hAnsi="Malgun Gothic" w:eastAsia="Malgun Gothic"/>
                <w:b w:val="0"/>
                <w:sz w:val="14"/>
              </w:rPr>
              <w:t>1.316</w:t>
            </w:r>
          </w:p>
        </w:tc>
        <w:tc>
          <w:tcPr>
            <w:tcW w:type="dxa" w:w="759"/>
            <w:vAlign w:val="center"/>
          </w:tcPr>
          <w:p>
            <w:r/>
            <w:r>
              <w:rPr>
                <w:rFonts w:ascii="Malgun Gothic" w:hAnsi="Malgun Gothic" w:eastAsia="Malgun Gothic"/>
                <w:b w:val="0"/>
                <w:sz w:val="14"/>
              </w:rPr>
              <w:t>6.936</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3</w:t>
            </w:r>
          </w:p>
        </w:tc>
        <w:tc>
          <w:tcPr>
            <w:tcW w:type="dxa" w:w="759"/>
            <w:vAlign w:val="center"/>
          </w:tcPr>
          <w:p>
            <w:r/>
            <w:r>
              <w:rPr>
                <w:rFonts w:ascii="Malgun Gothic" w:hAnsi="Malgun Gothic" w:eastAsia="Malgun Gothic"/>
                <w:b w:val="0"/>
                <w:sz w:val="14"/>
              </w:rPr>
              <w:t>7.81</w:t>
            </w:r>
          </w:p>
        </w:tc>
        <w:tc>
          <w:tcPr>
            <w:tcW w:type="dxa" w:w="759"/>
            <w:vAlign w:val="center"/>
          </w:tcPr>
          <w:p>
            <w:r/>
            <w:r>
              <w:rPr>
                <w:rFonts w:ascii="Malgun Gothic" w:hAnsi="Malgun Gothic" w:eastAsia="Malgun Gothic"/>
                <w:b w:val="0"/>
                <w:sz w:val="14"/>
              </w:rPr>
              <w:t>10.257</w:t>
            </w:r>
          </w:p>
        </w:tc>
        <w:tc>
          <w:tcPr>
            <w:tcW w:type="dxa" w:w="759"/>
            <w:vAlign w:val="center"/>
          </w:tcPr>
          <w:p>
            <w:r/>
            <w:r>
              <w:rPr>
                <w:rFonts w:ascii="Malgun Gothic" w:hAnsi="Malgun Gothic" w:eastAsia="Malgun Gothic"/>
                <w:b w:val="0"/>
                <w:sz w:val="14"/>
              </w:rPr>
              <w:t>2.447</w:t>
            </w:r>
          </w:p>
        </w:tc>
        <w:tc>
          <w:tcPr>
            <w:tcW w:type="dxa" w:w="759"/>
            <w:vAlign w:val="center"/>
          </w:tcPr>
          <w:p>
            <w:r/>
            <w:r>
              <w:rPr>
                <w:rFonts w:ascii="Malgun Gothic" w:hAnsi="Malgun Gothic" w:eastAsia="Malgun Gothic"/>
                <w:b w:val="0"/>
                <w:sz w:val="14"/>
              </w:rPr>
              <w:t>13.97</w:t>
            </w:r>
          </w:p>
        </w:tc>
        <w:tc>
          <w:tcPr>
            <w:tcW w:type="dxa" w:w="759"/>
            <w:vAlign w:val="center"/>
          </w:tcPr>
          <w:p>
            <w:r/>
            <w:r>
              <w:rPr>
                <w:rFonts w:ascii="Malgun Gothic" w:hAnsi="Malgun Gothic" w:eastAsia="Malgun Gothic"/>
                <w:b w:val="0"/>
                <w:sz w:val="14"/>
              </w:rPr>
              <w:t>15.286</w:t>
            </w:r>
          </w:p>
        </w:tc>
        <w:tc>
          <w:tcPr>
            <w:tcW w:type="dxa" w:w="759"/>
            <w:vAlign w:val="center"/>
          </w:tcPr>
          <w:p>
            <w:r/>
            <w:r>
              <w:rPr>
                <w:rFonts w:ascii="Malgun Gothic" w:hAnsi="Malgun Gothic" w:eastAsia="Malgun Gothic"/>
                <w:b w:val="0"/>
                <w:sz w:val="14"/>
              </w:rPr>
              <w:t>1.316</w:t>
            </w:r>
          </w:p>
        </w:tc>
        <w:tc>
          <w:tcPr>
            <w:tcW w:type="dxa" w:w="759"/>
            <w:vAlign w:val="center"/>
          </w:tcPr>
          <w:p>
            <w:r/>
            <w:r>
              <w:rPr>
                <w:rFonts w:ascii="Malgun Gothic" w:hAnsi="Malgun Gothic" w:eastAsia="Malgun Gothic"/>
                <w:b w:val="0"/>
                <w:sz w:val="14"/>
              </w:rPr>
              <w:t>3.713</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4</w:t>
            </w:r>
          </w:p>
        </w:tc>
        <w:tc>
          <w:tcPr>
            <w:tcW w:type="dxa" w:w="759"/>
            <w:vAlign w:val="center"/>
          </w:tcPr>
          <w:p>
            <w:r/>
            <w:r>
              <w:rPr>
                <w:rFonts w:ascii="Malgun Gothic" w:hAnsi="Malgun Gothic" w:eastAsia="Malgun Gothic"/>
                <w:b w:val="0"/>
                <w:sz w:val="14"/>
              </w:rPr>
              <w:t>10.882</w:t>
            </w:r>
          </w:p>
        </w:tc>
        <w:tc>
          <w:tcPr>
            <w:tcW w:type="dxa" w:w="759"/>
            <w:vAlign w:val="center"/>
          </w:tcPr>
          <w:p>
            <w:r/>
            <w:r>
              <w:rPr>
                <w:rFonts w:ascii="Malgun Gothic" w:hAnsi="Malgun Gothic" w:eastAsia="Malgun Gothic"/>
                <w:b w:val="0"/>
                <w:sz w:val="14"/>
              </w:rPr>
              <w:t>12.299</w:t>
            </w:r>
          </w:p>
        </w:tc>
        <w:tc>
          <w:tcPr>
            <w:tcW w:type="dxa" w:w="759"/>
            <w:vAlign w:val="center"/>
          </w:tcPr>
          <w:p>
            <w:r/>
            <w:r>
              <w:rPr>
                <w:rFonts w:ascii="Malgun Gothic" w:hAnsi="Malgun Gothic" w:eastAsia="Malgun Gothic"/>
                <w:b w:val="0"/>
                <w:sz w:val="14"/>
              </w:rPr>
              <w:t>1.418</w:t>
            </w:r>
          </w:p>
        </w:tc>
        <w:tc>
          <w:tcPr>
            <w:tcW w:type="dxa" w:w="759"/>
            <w:vAlign w:val="center"/>
          </w:tcPr>
          <w:p>
            <w:r/>
            <w:r>
              <w:rPr>
                <w:rFonts w:ascii="Malgun Gothic" w:hAnsi="Malgun Gothic" w:eastAsia="Malgun Gothic"/>
                <w:b w:val="0"/>
                <w:sz w:val="14"/>
              </w:rPr>
              <w:t>13.97</w:t>
            </w:r>
          </w:p>
        </w:tc>
        <w:tc>
          <w:tcPr>
            <w:tcW w:type="dxa" w:w="759"/>
            <w:vAlign w:val="center"/>
          </w:tcPr>
          <w:p>
            <w:r/>
            <w:r>
              <w:rPr>
                <w:rFonts w:ascii="Malgun Gothic" w:hAnsi="Malgun Gothic" w:eastAsia="Malgun Gothic"/>
                <w:b w:val="0"/>
                <w:sz w:val="14"/>
              </w:rPr>
              <w:t>15.286</w:t>
            </w:r>
          </w:p>
        </w:tc>
        <w:tc>
          <w:tcPr>
            <w:tcW w:type="dxa" w:w="759"/>
            <w:vAlign w:val="center"/>
          </w:tcPr>
          <w:p>
            <w:r/>
            <w:r>
              <w:rPr>
                <w:rFonts w:ascii="Malgun Gothic" w:hAnsi="Malgun Gothic" w:eastAsia="Malgun Gothic"/>
                <w:b w:val="0"/>
                <w:sz w:val="14"/>
              </w:rPr>
              <w:t>1.316</w:t>
            </w:r>
          </w:p>
        </w:tc>
        <w:tc>
          <w:tcPr>
            <w:tcW w:type="dxa" w:w="759"/>
            <w:vAlign w:val="center"/>
          </w:tcPr>
          <w:p>
            <w:r/>
            <w:r>
              <w:rPr>
                <w:rFonts w:ascii="Malgun Gothic" w:hAnsi="Malgun Gothic" w:eastAsia="Malgun Gothic"/>
                <w:b w:val="0"/>
                <w:sz w:val="14"/>
              </w:rPr>
              <w:t>1.671</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5</w:t>
            </w:r>
          </w:p>
        </w:tc>
        <w:tc>
          <w:tcPr>
            <w:tcW w:type="dxa" w:w="759"/>
            <w:vAlign w:val="center"/>
          </w:tcPr>
          <w:p>
            <w:r/>
            <w:r>
              <w:rPr>
                <w:rFonts w:ascii="Malgun Gothic" w:hAnsi="Malgun Gothic" w:eastAsia="Malgun Gothic"/>
                <w:b w:val="0"/>
                <w:sz w:val="14"/>
              </w:rPr>
              <w:t>13.109</w:t>
            </w:r>
          </w:p>
        </w:tc>
        <w:tc>
          <w:tcPr>
            <w:tcW w:type="dxa" w:w="759"/>
            <w:vAlign w:val="center"/>
          </w:tcPr>
          <w:p>
            <w:r/>
            <w:r>
              <w:rPr>
                <w:rFonts w:ascii="Malgun Gothic" w:hAnsi="Malgun Gothic" w:eastAsia="Malgun Gothic"/>
                <w:b w:val="0"/>
                <w:sz w:val="14"/>
              </w:rPr>
              <w:t>13.97</w:t>
            </w:r>
          </w:p>
        </w:tc>
        <w:tc>
          <w:tcPr>
            <w:tcW w:type="dxa" w:w="759"/>
            <w:vAlign w:val="center"/>
          </w:tcPr>
          <w:p>
            <w:r/>
            <w:r>
              <w:rPr>
                <w:rFonts w:ascii="Malgun Gothic" w:hAnsi="Malgun Gothic" w:eastAsia="Malgun Gothic"/>
                <w:b w:val="0"/>
                <w:sz w:val="14"/>
              </w:rPr>
              <w:t>0.861</w:t>
            </w:r>
          </w:p>
        </w:tc>
        <w:tc>
          <w:tcPr>
            <w:tcW w:type="dxa" w:w="759"/>
            <w:vAlign w:val="center"/>
          </w:tcPr>
          <w:p>
            <w:r/>
            <w:r>
              <w:rPr>
                <w:rFonts w:ascii="Malgun Gothic" w:hAnsi="Malgun Gothic" w:eastAsia="Malgun Gothic"/>
                <w:b w:val="0"/>
                <w:sz w:val="14"/>
              </w:rPr>
              <w:t>13.97</w:t>
            </w:r>
          </w:p>
        </w:tc>
        <w:tc>
          <w:tcPr>
            <w:tcW w:type="dxa" w:w="759"/>
            <w:vAlign w:val="center"/>
          </w:tcPr>
          <w:p>
            <w:r/>
            <w:r>
              <w:rPr>
                <w:rFonts w:ascii="Malgun Gothic" w:hAnsi="Malgun Gothic" w:eastAsia="Malgun Gothic"/>
                <w:b w:val="0"/>
                <w:sz w:val="14"/>
              </w:rPr>
              <w:t>15.286</w:t>
            </w:r>
          </w:p>
        </w:tc>
        <w:tc>
          <w:tcPr>
            <w:tcW w:type="dxa" w:w="759"/>
            <w:vAlign w:val="center"/>
          </w:tcPr>
          <w:p>
            <w:r/>
            <w:r>
              <w:rPr>
                <w:rFonts w:ascii="Malgun Gothic" w:hAnsi="Malgun Gothic" w:eastAsia="Malgun Gothic"/>
                <w:b w:val="0"/>
                <w:sz w:val="14"/>
              </w:rPr>
              <w:t>1.316</w:t>
            </w:r>
          </w:p>
        </w:tc>
        <w:tc>
          <w:tcPr>
            <w:tcW w:type="dxa" w:w="759"/>
            <w:vAlign w:val="center"/>
          </w:tcPr>
          <w:p>
            <w:r/>
            <w:r>
              <w:rPr>
                <w:rFonts w:ascii="Malgun Gothic" w:hAnsi="Malgun Gothic" w:eastAsia="Malgun Gothic"/>
                <w:b w:val="0"/>
                <w:sz w:val="14"/>
              </w:rPr>
              <w:t>0.0</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15.657</w:t>
            </w:r>
          </w:p>
        </w:tc>
        <w:tc>
          <w:tcPr>
            <w:tcW w:type="dxa" w:w="759"/>
            <w:vAlign w:val="center"/>
          </w:tcPr>
          <w:p>
            <w:r/>
            <w:r>
              <w:rPr>
                <w:rFonts w:ascii="Malgun Gothic" w:hAnsi="Malgun Gothic" w:eastAsia="Malgun Gothic"/>
                <w:b w:val="0"/>
                <w:sz w:val="14"/>
              </w:rPr>
              <w:t>16.298</w:t>
            </w:r>
          </w:p>
        </w:tc>
        <w:tc>
          <w:tcPr>
            <w:tcW w:type="dxa" w:w="759"/>
            <w:vAlign w:val="center"/>
          </w:tcPr>
          <w:p>
            <w:r/>
            <w:r>
              <w:rPr>
                <w:rFonts w:ascii="Malgun Gothic" w:hAnsi="Malgun Gothic" w:eastAsia="Malgun Gothic"/>
                <w:b w:val="0"/>
                <w:sz w:val="14"/>
              </w:rPr>
              <w:t>0.641</w:t>
            </w:r>
          </w:p>
        </w:tc>
        <w:tc>
          <w:tcPr>
            <w:tcW w:type="dxa" w:w="759"/>
            <w:vAlign w:val="center"/>
          </w:tcPr>
          <w:p>
            <w:r/>
            <w:r>
              <w:rPr>
                <w:rFonts w:ascii="Malgun Gothic" w:hAnsi="Malgun Gothic" w:eastAsia="Malgun Gothic"/>
                <w:b w:val="0"/>
                <w:sz w:val="14"/>
              </w:rPr>
              <w:t>32.92</w:t>
            </w:r>
          </w:p>
        </w:tc>
        <w:tc>
          <w:tcPr>
            <w:tcW w:type="dxa" w:w="759"/>
            <w:vAlign w:val="center"/>
          </w:tcPr>
          <w:p>
            <w:r/>
            <w:r>
              <w:rPr>
                <w:rFonts w:ascii="Malgun Gothic" w:hAnsi="Malgun Gothic" w:eastAsia="Malgun Gothic"/>
                <w:b w:val="0"/>
                <w:sz w:val="14"/>
              </w:rPr>
              <w:t>41.155</w:t>
            </w:r>
          </w:p>
        </w:tc>
        <w:tc>
          <w:tcPr>
            <w:tcW w:type="dxa" w:w="759"/>
            <w:vAlign w:val="center"/>
          </w:tcPr>
          <w:p>
            <w:r/>
            <w:r>
              <w:rPr>
                <w:rFonts w:ascii="Malgun Gothic" w:hAnsi="Malgun Gothic" w:eastAsia="Malgun Gothic"/>
                <w:b w:val="0"/>
                <w:sz w:val="14"/>
              </w:rPr>
              <w:t>8.235</w:t>
            </w:r>
          </w:p>
        </w:tc>
        <w:tc>
          <w:tcPr>
            <w:tcW w:type="dxa" w:w="759"/>
            <w:vAlign w:val="center"/>
          </w:tcPr>
          <w:p>
            <w:r/>
            <w:r>
              <w:rPr>
                <w:rFonts w:ascii="Malgun Gothic" w:hAnsi="Malgun Gothic" w:eastAsia="Malgun Gothic"/>
                <w:b w:val="0"/>
                <w:sz w:val="14"/>
              </w:rPr>
              <w:t>16.622</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7</w:t>
            </w:r>
          </w:p>
        </w:tc>
        <w:tc>
          <w:tcPr>
            <w:tcW w:type="dxa" w:w="759"/>
            <w:vAlign w:val="center"/>
          </w:tcPr>
          <w:p>
            <w:r/>
            <w:r>
              <w:rPr>
                <w:rFonts w:ascii="Malgun Gothic" w:hAnsi="Malgun Gothic" w:eastAsia="Malgun Gothic"/>
                <w:b w:val="0"/>
                <w:sz w:val="14"/>
              </w:rPr>
              <w:t>23.723</w:t>
            </w:r>
          </w:p>
        </w:tc>
        <w:tc>
          <w:tcPr>
            <w:tcW w:type="dxa" w:w="759"/>
            <w:vAlign w:val="center"/>
          </w:tcPr>
          <w:p>
            <w:r/>
            <w:r>
              <w:rPr>
                <w:rFonts w:ascii="Malgun Gothic" w:hAnsi="Malgun Gothic" w:eastAsia="Malgun Gothic"/>
                <w:b w:val="0"/>
                <w:sz w:val="14"/>
              </w:rPr>
              <w:t>24.415</w:t>
            </w:r>
          </w:p>
        </w:tc>
        <w:tc>
          <w:tcPr>
            <w:tcW w:type="dxa" w:w="759"/>
            <w:vAlign w:val="center"/>
          </w:tcPr>
          <w:p>
            <w:r/>
            <w:r>
              <w:rPr>
                <w:rFonts w:ascii="Malgun Gothic" w:hAnsi="Malgun Gothic" w:eastAsia="Malgun Gothic"/>
                <w:b w:val="0"/>
                <w:sz w:val="14"/>
              </w:rPr>
              <w:t>0.692</w:t>
            </w:r>
          </w:p>
        </w:tc>
        <w:tc>
          <w:tcPr>
            <w:tcW w:type="dxa" w:w="759"/>
            <w:vAlign w:val="center"/>
          </w:tcPr>
          <w:p>
            <w:r/>
            <w:r>
              <w:rPr>
                <w:rFonts w:ascii="Malgun Gothic" w:hAnsi="Malgun Gothic" w:eastAsia="Malgun Gothic"/>
                <w:b w:val="0"/>
                <w:sz w:val="14"/>
              </w:rPr>
              <w:t>32.92</w:t>
            </w:r>
          </w:p>
        </w:tc>
        <w:tc>
          <w:tcPr>
            <w:tcW w:type="dxa" w:w="759"/>
            <w:vAlign w:val="center"/>
          </w:tcPr>
          <w:p>
            <w:r/>
            <w:r>
              <w:rPr>
                <w:rFonts w:ascii="Malgun Gothic" w:hAnsi="Malgun Gothic" w:eastAsia="Malgun Gothic"/>
                <w:b w:val="0"/>
                <w:sz w:val="14"/>
              </w:rPr>
              <w:t>41.155</w:t>
            </w:r>
          </w:p>
        </w:tc>
        <w:tc>
          <w:tcPr>
            <w:tcW w:type="dxa" w:w="759"/>
            <w:vAlign w:val="center"/>
          </w:tcPr>
          <w:p>
            <w:r/>
            <w:r>
              <w:rPr>
                <w:rFonts w:ascii="Malgun Gothic" w:hAnsi="Malgun Gothic" w:eastAsia="Malgun Gothic"/>
                <w:b w:val="0"/>
                <w:sz w:val="14"/>
              </w:rPr>
              <w:t>8.235</w:t>
            </w:r>
          </w:p>
        </w:tc>
        <w:tc>
          <w:tcPr>
            <w:tcW w:type="dxa" w:w="759"/>
            <w:vAlign w:val="center"/>
          </w:tcPr>
          <w:p>
            <w:r/>
            <w:r>
              <w:rPr>
                <w:rFonts w:ascii="Malgun Gothic" w:hAnsi="Malgun Gothic" w:eastAsia="Malgun Gothic"/>
                <w:b w:val="0"/>
                <w:sz w:val="14"/>
              </w:rPr>
              <w:t>8.505</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8</w:t>
            </w:r>
          </w:p>
        </w:tc>
        <w:tc>
          <w:tcPr>
            <w:tcW w:type="dxa" w:w="759"/>
            <w:vAlign w:val="center"/>
          </w:tcPr>
          <w:p>
            <w:r/>
            <w:r>
              <w:rPr>
                <w:rFonts w:ascii="Malgun Gothic" w:hAnsi="Malgun Gothic" w:eastAsia="Malgun Gothic"/>
                <w:b w:val="0"/>
                <w:sz w:val="14"/>
              </w:rPr>
              <w:t>42.978</w:t>
            </w:r>
          </w:p>
        </w:tc>
        <w:tc>
          <w:tcPr>
            <w:tcW w:type="dxa" w:w="759"/>
            <w:vAlign w:val="center"/>
          </w:tcPr>
          <w:p>
            <w:r/>
            <w:r>
              <w:rPr>
                <w:rFonts w:ascii="Malgun Gothic" w:hAnsi="Malgun Gothic" w:eastAsia="Malgun Gothic"/>
                <w:b w:val="0"/>
                <w:sz w:val="14"/>
              </w:rPr>
              <w:t>43.113</w:t>
            </w:r>
          </w:p>
        </w:tc>
        <w:tc>
          <w:tcPr>
            <w:tcW w:type="dxa" w:w="759"/>
            <w:vAlign w:val="center"/>
          </w:tcPr>
          <w:p>
            <w:r/>
            <w:r>
              <w:rPr>
                <w:rFonts w:ascii="Malgun Gothic" w:hAnsi="Malgun Gothic" w:eastAsia="Malgun Gothic"/>
                <w:b w:val="0"/>
                <w:sz w:val="14"/>
              </w:rPr>
              <w:t>0.135</w:t>
            </w:r>
          </w:p>
        </w:tc>
        <w:tc>
          <w:tcPr>
            <w:tcW w:type="dxa" w:w="759"/>
            <w:vAlign w:val="center"/>
          </w:tcPr>
          <w:p>
            <w:r/>
            <w:r>
              <w:rPr>
                <w:rFonts w:ascii="Malgun Gothic" w:hAnsi="Malgun Gothic" w:eastAsia="Malgun Gothic"/>
                <w:b w:val="0"/>
                <w:sz w:val="14"/>
              </w:rPr>
              <w:t>43.366</w:t>
            </w:r>
          </w:p>
        </w:tc>
        <w:tc>
          <w:tcPr>
            <w:tcW w:type="dxa" w:w="759"/>
            <w:vAlign w:val="center"/>
          </w:tcPr>
          <w:p>
            <w:r/>
            <w:r>
              <w:rPr>
                <w:rFonts w:ascii="Malgun Gothic" w:hAnsi="Malgun Gothic" w:eastAsia="Malgun Gothic"/>
                <w:b w:val="0"/>
                <w:sz w:val="14"/>
              </w:rPr>
              <w:t>44.767</w:t>
            </w:r>
          </w:p>
        </w:tc>
        <w:tc>
          <w:tcPr>
            <w:tcW w:type="dxa" w:w="759"/>
            <w:vAlign w:val="center"/>
          </w:tcPr>
          <w:p>
            <w:r/>
            <w:r>
              <w:rPr>
                <w:rFonts w:ascii="Malgun Gothic" w:hAnsi="Malgun Gothic" w:eastAsia="Malgun Gothic"/>
                <w:b w:val="0"/>
                <w:sz w:val="14"/>
              </w:rPr>
              <w:t>1.401</w:t>
            </w:r>
          </w:p>
        </w:tc>
        <w:tc>
          <w:tcPr>
            <w:tcW w:type="dxa" w:w="759"/>
            <w:vAlign w:val="center"/>
          </w:tcPr>
          <w:p>
            <w:r/>
            <w:r>
              <w:rPr>
                <w:rFonts w:ascii="Malgun Gothic" w:hAnsi="Malgun Gothic" w:eastAsia="Malgun Gothic"/>
                <w:b w:val="0"/>
                <w:sz w:val="14"/>
              </w:rPr>
              <w:t>0.253</w:t>
            </w:r>
          </w:p>
        </w:tc>
      </w:tr>
      <w:tr>
        <w:trPr>
          <w:cantSplit/>
        </w:trPr>
        <w:tc>
          <w:tcPr>
            <w:tcW w:type="dxa" w:w="759"/>
            <w:vAlign w:val="center"/>
          </w:tcPr>
          <w:p>
            <w:r/>
            <w:r>
              <w:rPr>
                <w:rFonts w:ascii="Malgun Gothic" w:hAnsi="Malgun Gothic" w:eastAsia="Malgun Gothic"/>
                <w:b w:val="0"/>
                <w:sz w:val="14"/>
              </w:rPr>
              <w:t>09__350002022300999.wav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0.773</w:t>
            </w:r>
          </w:p>
        </w:tc>
        <w:tc>
          <w:tcPr>
            <w:tcW w:type="dxa" w:w="759"/>
            <w:vAlign w:val="center"/>
          </w:tcPr>
          <w:p>
            <w:r/>
            <w:r>
              <w:rPr>
                <w:rFonts w:ascii="Malgun Gothic" w:hAnsi="Malgun Gothic" w:eastAsia="Malgun Gothic"/>
                <w:b w:val="0"/>
                <w:sz w:val="14"/>
              </w:rPr>
              <w:t>1.195</w:t>
            </w:r>
          </w:p>
        </w:tc>
        <w:tc>
          <w:tcPr>
            <w:tcW w:type="dxa" w:w="759"/>
            <w:vAlign w:val="center"/>
          </w:tcPr>
          <w:p>
            <w:r/>
            <w:r>
              <w:rPr>
                <w:rFonts w:ascii="Malgun Gothic" w:hAnsi="Malgun Gothic" w:eastAsia="Malgun Gothic"/>
                <w:b w:val="0"/>
                <w:sz w:val="14"/>
              </w:rPr>
              <w:t>0.422</w:t>
            </w:r>
          </w:p>
        </w:tc>
        <w:tc>
          <w:tcPr>
            <w:tcW w:type="dxa" w:w="759"/>
            <w:vAlign w:val="center"/>
          </w:tcPr>
          <w:p>
            <w:r/>
            <w:r>
              <w:rPr>
                <w:rFonts w:ascii="Malgun Gothic" w:hAnsi="Malgun Gothic" w:eastAsia="Malgun Gothic"/>
                <w:b w:val="0"/>
                <w:sz w:val="14"/>
              </w:rPr>
              <w:t>1.432</w:t>
            </w:r>
          </w:p>
        </w:tc>
        <w:tc>
          <w:tcPr>
            <w:tcW w:type="dxa" w:w="759"/>
            <w:vAlign w:val="center"/>
          </w:tcPr>
          <w:p>
            <w:r/>
            <w:r>
              <w:rPr>
                <w:rFonts w:ascii="Malgun Gothic" w:hAnsi="Malgun Gothic" w:eastAsia="Malgun Gothic"/>
                <w:b w:val="0"/>
                <w:sz w:val="14"/>
              </w:rPr>
              <w:t>5.448</w:t>
            </w:r>
          </w:p>
        </w:tc>
        <w:tc>
          <w:tcPr>
            <w:tcW w:type="dxa" w:w="759"/>
            <w:vAlign w:val="center"/>
          </w:tcPr>
          <w:p>
            <w:r/>
            <w:r>
              <w:rPr>
                <w:rFonts w:ascii="Malgun Gothic" w:hAnsi="Malgun Gothic" w:eastAsia="Malgun Gothic"/>
                <w:b w:val="0"/>
                <w:sz w:val="14"/>
              </w:rPr>
              <w:t>4.016</w:t>
            </w:r>
          </w:p>
        </w:tc>
        <w:tc>
          <w:tcPr>
            <w:tcW w:type="dxa" w:w="759"/>
            <w:vAlign w:val="center"/>
          </w:tcPr>
          <w:p>
            <w:r/>
            <w:r>
              <w:rPr>
                <w:rFonts w:ascii="Malgun Gothic" w:hAnsi="Malgun Gothic" w:eastAsia="Malgun Gothic"/>
                <w:b w:val="0"/>
                <w:sz w:val="14"/>
              </w:rPr>
              <w:t>0.237</w:t>
            </w:r>
          </w:p>
        </w:tc>
      </w:tr>
      <w:tr>
        <w:trPr>
          <w:cantSplit/>
        </w:trPr>
        <w:tc>
          <w:tcPr>
            <w:tcW w:type="dxa" w:w="759"/>
            <w:vAlign w:val="center"/>
          </w:tcPr>
          <w:p>
            <w:r/>
            <w:r>
              <w:rPr>
                <w:rFonts w:ascii="Malgun Gothic" w:hAnsi="Malgun Gothic" w:eastAsia="Malgun Gothic"/>
                <w:b w:val="0"/>
                <w:sz w:val="14"/>
              </w:rPr>
              <w:t>09__350002022300999.wav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5.988</w:t>
            </w:r>
          </w:p>
        </w:tc>
        <w:tc>
          <w:tcPr>
            <w:tcW w:type="dxa" w:w="759"/>
            <w:vAlign w:val="center"/>
          </w:tcPr>
          <w:p>
            <w:r/>
            <w:r>
              <w:rPr>
                <w:rFonts w:ascii="Malgun Gothic" w:hAnsi="Malgun Gothic" w:eastAsia="Malgun Gothic"/>
                <w:b w:val="0"/>
                <w:sz w:val="14"/>
              </w:rPr>
              <w:t>6.292</w:t>
            </w:r>
          </w:p>
        </w:tc>
        <w:tc>
          <w:tcPr>
            <w:tcW w:type="dxa" w:w="759"/>
            <w:vAlign w:val="center"/>
          </w:tcPr>
          <w:p>
            <w:r/>
            <w:r>
              <w:rPr>
                <w:rFonts w:ascii="Malgun Gothic" w:hAnsi="Malgun Gothic" w:eastAsia="Malgun Gothic"/>
                <w:b w:val="0"/>
                <w:sz w:val="14"/>
              </w:rPr>
              <w:t>0.304</w:t>
            </w:r>
          </w:p>
        </w:tc>
        <w:tc>
          <w:tcPr>
            <w:tcW w:type="dxa" w:w="759"/>
            <w:vAlign w:val="center"/>
          </w:tcPr>
          <w:p>
            <w:r/>
            <w:r>
              <w:rPr>
                <w:rFonts w:ascii="Malgun Gothic" w:hAnsi="Malgun Gothic" w:eastAsia="Malgun Gothic"/>
                <w:b w:val="0"/>
                <w:sz w:val="14"/>
              </w:rPr>
              <w:t>6.612</w:t>
            </w:r>
          </w:p>
        </w:tc>
        <w:tc>
          <w:tcPr>
            <w:tcW w:type="dxa" w:w="759"/>
            <w:vAlign w:val="center"/>
          </w:tcPr>
          <w:p>
            <w:r/>
            <w:r>
              <w:rPr>
                <w:rFonts w:ascii="Malgun Gothic" w:hAnsi="Malgun Gothic" w:eastAsia="Malgun Gothic"/>
                <w:b w:val="0"/>
                <w:sz w:val="14"/>
              </w:rPr>
              <w:t>16.231</w:t>
            </w:r>
          </w:p>
        </w:tc>
        <w:tc>
          <w:tcPr>
            <w:tcW w:type="dxa" w:w="759"/>
            <w:vAlign w:val="center"/>
          </w:tcPr>
          <w:p>
            <w:r/>
            <w:r>
              <w:rPr>
                <w:rFonts w:ascii="Malgun Gothic" w:hAnsi="Malgun Gothic" w:eastAsia="Malgun Gothic"/>
                <w:b w:val="0"/>
                <w:sz w:val="14"/>
              </w:rPr>
              <w:t>9.619</w:t>
            </w:r>
          </w:p>
        </w:tc>
        <w:tc>
          <w:tcPr>
            <w:tcW w:type="dxa" w:w="759"/>
            <w:vAlign w:val="center"/>
          </w:tcPr>
          <w:p>
            <w:r/>
            <w:r>
              <w:rPr>
                <w:rFonts w:ascii="Malgun Gothic" w:hAnsi="Malgun Gothic" w:eastAsia="Malgun Gothic"/>
                <w:b w:val="0"/>
                <w:sz w:val="14"/>
              </w:rPr>
              <w:t>0.32</w:t>
            </w:r>
          </w:p>
        </w:tc>
      </w:tr>
      <w:tr>
        <w:trPr>
          <w:cantSplit/>
        </w:trPr>
        <w:tc>
          <w:tcPr>
            <w:tcW w:type="dxa" w:w="759"/>
            <w:vAlign w:val="center"/>
          </w:tcPr>
          <w:p>
            <w:r/>
            <w:r>
              <w:rPr>
                <w:rFonts w:ascii="Malgun Gothic" w:hAnsi="Malgun Gothic" w:eastAsia="Malgun Gothic"/>
                <w:b w:val="0"/>
                <w:sz w:val="14"/>
              </w:rPr>
              <w:t>09__350002022300999.wav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3</w:t>
            </w:r>
          </w:p>
        </w:tc>
        <w:tc>
          <w:tcPr>
            <w:tcW w:type="dxa" w:w="759"/>
            <w:vAlign w:val="center"/>
          </w:tcPr>
          <w:p>
            <w:r/>
            <w:r>
              <w:rPr>
                <w:rFonts w:ascii="Malgun Gothic" w:hAnsi="Malgun Gothic" w:eastAsia="Malgun Gothic"/>
                <w:b w:val="0"/>
                <w:sz w:val="14"/>
              </w:rPr>
              <w:t>20.365</w:t>
            </w:r>
          </w:p>
        </w:tc>
        <w:tc>
          <w:tcPr>
            <w:tcW w:type="dxa" w:w="759"/>
            <w:vAlign w:val="center"/>
          </w:tcPr>
          <w:p>
            <w:r/>
            <w:r>
              <w:rPr>
                <w:rFonts w:ascii="Malgun Gothic" w:hAnsi="Malgun Gothic" w:eastAsia="Malgun Gothic"/>
                <w:b w:val="0"/>
                <w:sz w:val="14"/>
              </w:rPr>
              <w:t>20.635</w:t>
            </w:r>
          </w:p>
        </w:tc>
        <w:tc>
          <w:tcPr>
            <w:tcW w:type="dxa" w:w="759"/>
            <w:vAlign w:val="center"/>
          </w:tcPr>
          <w:p>
            <w:r/>
            <w:r>
              <w:rPr>
                <w:rFonts w:ascii="Malgun Gothic" w:hAnsi="Malgun Gothic" w:eastAsia="Malgun Gothic"/>
                <w:b w:val="0"/>
                <w:sz w:val="14"/>
              </w:rPr>
              <w:t>0.27</w:t>
            </w:r>
          </w:p>
        </w:tc>
        <w:tc>
          <w:tcPr>
            <w:tcW w:type="dxa" w:w="759"/>
            <w:vAlign w:val="center"/>
          </w:tcPr>
          <w:p>
            <w:r/>
            <w:r>
              <w:rPr>
                <w:rFonts w:ascii="Malgun Gothic" w:hAnsi="Malgun Gothic" w:eastAsia="Malgun Gothic"/>
                <w:b w:val="0"/>
                <w:sz w:val="14"/>
              </w:rPr>
              <w:t>21.209</w:t>
            </w:r>
          </w:p>
        </w:tc>
        <w:tc>
          <w:tcPr>
            <w:tcW w:type="dxa" w:w="759"/>
            <w:vAlign w:val="center"/>
          </w:tcPr>
          <w:p>
            <w:r/>
            <w:r>
              <w:rPr>
                <w:rFonts w:ascii="Malgun Gothic" w:hAnsi="Malgun Gothic" w:eastAsia="Malgun Gothic"/>
                <w:b w:val="0"/>
                <w:sz w:val="14"/>
              </w:rPr>
              <w:t>24.027</w:t>
            </w:r>
          </w:p>
        </w:tc>
        <w:tc>
          <w:tcPr>
            <w:tcW w:type="dxa" w:w="759"/>
            <w:vAlign w:val="center"/>
          </w:tcPr>
          <w:p>
            <w:r/>
            <w:r>
              <w:rPr>
                <w:rFonts w:ascii="Malgun Gothic" w:hAnsi="Malgun Gothic" w:eastAsia="Malgun Gothic"/>
                <w:b w:val="0"/>
                <w:sz w:val="14"/>
              </w:rPr>
              <w:t>2.818</w:t>
            </w:r>
          </w:p>
        </w:tc>
        <w:tc>
          <w:tcPr>
            <w:tcW w:type="dxa" w:w="759"/>
            <w:vAlign w:val="center"/>
          </w:tcPr>
          <w:p>
            <w:r/>
            <w:r>
              <w:rPr>
                <w:rFonts w:ascii="Malgun Gothic" w:hAnsi="Malgun Gothic" w:eastAsia="Malgun Gothic"/>
                <w:b w:val="0"/>
                <w:sz w:val="14"/>
              </w:rPr>
              <w:t>0.574</w:t>
            </w:r>
          </w:p>
        </w:tc>
      </w:tr>
      <w:tr>
        <w:trPr>
          <w:cantSplit/>
        </w:trPr>
        <w:tc>
          <w:tcPr>
            <w:tcW w:type="dxa" w:w="759"/>
            <w:vAlign w:val="center"/>
          </w:tcPr>
          <w:p>
            <w:r/>
            <w:r>
              <w:rPr>
                <w:rFonts w:ascii="Malgun Gothic" w:hAnsi="Malgun Gothic" w:eastAsia="Malgun Gothic"/>
                <w:b w:val="0"/>
                <w:sz w:val="14"/>
              </w:rPr>
              <w:t>09__350002022300999.wav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4</w:t>
            </w:r>
          </w:p>
        </w:tc>
        <w:tc>
          <w:tcPr>
            <w:tcW w:type="dxa" w:w="759"/>
            <w:vAlign w:val="center"/>
          </w:tcPr>
          <w:p>
            <w:r/>
            <w:r>
              <w:rPr>
                <w:rFonts w:ascii="Malgun Gothic" w:hAnsi="Malgun Gothic" w:eastAsia="Malgun Gothic"/>
                <w:b w:val="0"/>
                <w:sz w:val="14"/>
              </w:rPr>
              <w:t>24.027</w:t>
            </w:r>
          </w:p>
        </w:tc>
        <w:tc>
          <w:tcPr>
            <w:tcW w:type="dxa" w:w="759"/>
            <w:vAlign w:val="center"/>
          </w:tcPr>
          <w:p>
            <w:r/>
            <w:r>
              <w:rPr>
                <w:rFonts w:ascii="Malgun Gothic" w:hAnsi="Malgun Gothic" w:eastAsia="Malgun Gothic"/>
                <w:b w:val="0"/>
                <w:sz w:val="14"/>
              </w:rPr>
              <w:t>24.837</w:t>
            </w:r>
          </w:p>
        </w:tc>
        <w:tc>
          <w:tcPr>
            <w:tcW w:type="dxa" w:w="759"/>
            <w:vAlign w:val="center"/>
          </w:tcPr>
          <w:p>
            <w:r/>
            <w:r>
              <w:rPr>
                <w:rFonts w:ascii="Malgun Gothic" w:hAnsi="Malgun Gothic" w:eastAsia="Malgun Gothic"/>
                <w:b w:val="0"/>
                <w:sz w:val="14"/>
              </w:rPr>
              <w:t>0.81</w:t>
            </w:r>
          </w:p>
        </w:tc>
        <w:tc>
          <w:tcPr>
            <w:tcW w:type="dxa" w:w="759"/>
            <w:vAlign w:val="center"/>
          </w:tcPr>
          <w:p>
            <w:r/>
            <w:r>
              <w:rPr>
                <w:rFonts w:ascii="Malgun Gothic" w:hAnsi="Malgun Gothic" w:eastAsia="Malgun Gothic"/>
                <w:b w:val="0"/>
                <w:sz w:val="14"/>
              </w:rPr>
              <w:t>27.47</w:t>
            </w:r>
          </w:p>
        </w:tc>
        <w:tc>
          <w:tcPr>
            <w:tcW w:type="dxa" w:w="759"/>
            <w:vAlign w:val="center"/>
          </w:tcPr>
          <w:p>
            <w:r/>
            <w:r>
              <w:rPr>
                <w:rFonts w:ascii="Malgun Gothic" w:hAnsi="Malgun Gothic" w:eastAsia="Malgun Gothic"/>
                <w:b w:val="0"/>
                <w:sz w:val="14"/>
              </w:rPr>
              <w:t>28.145</w:t>
            </w:r>
          </w:p>
        </w:tc>
        <w:tc>
          <w:tcPr>
            <w:tcW w:type="dxa" w:w="759"/>
            <w:vAlign w:val="center"/>
          </w:tcPr>
          <w:p>
            <w:r/>
            <w:r>
              <w:rPr>
                <w:rFonts w:ascii="Malgun Gothic" w:hAnsi="Malgun Gothic" w:eastAsia="Malgun Gothic"/>
                <w:b w:val="0"/>
                <w:sz w:val="14"/>
              </w:rPr>
              <w:t>0.675</w:t>
            </w:r>
          </w:p>
        </w:tc>
        <w:tc>
          <w:tcPr>
            <w:tcW w:type="dxa" w:w="759"/>
            <w:vAlign w:val="center"/>
          </w:tcPr>
          <w:p>
            <w:r/>
            <w:r>
              <w:rPr>
                <w:rFonts w:ascii="Malgun Gothic" w:hAnsi="Malgun Gothic" w:eastAsia="Malgun Gothic"/>
                <w:b w:val="0"/>
                <w:sz w:val="14"/>
              </w:rPr>
              <w:t>2.633</w:t>
            </w:r>
          </w:p>
        </w:tc>
      </w:tr>
      <w:tr>
        <w:trPr>
          <w:cantSplit/>
        </w:trPr>
        <w:tc>
          <w:tcPr>
            <w:tcW w:type="dxa" w:w="759"/>
            <w:vAlign w:val="center"/>
          </w:tcPr>
          <w:p>
            <w:r/>
            <w:r>
              <w:rPr>
                <w:rFonts w:ascii="Malgun Gothic" w:hAnsi="Malgun Gothic" w:eastAsia="Malgun Gothic"/>
                <w:b w:val="0"/>
                <w:sz w:val="14"/>
              </w:rPr>
              <w:t>09__350002022300999.wav</w:t>
            </w:r>
          </w:p>
        </w:tc>
        <w:tc>
          <w:tcPr>
            <w:tcW w:type="dxa" w:w="759"/>
            <w:vAlign w:val="center"/>
          </w:tcPr>
          <w:p>
            <w:r/>
            <w:r>
              <w:rPr>
                <w:rFonts w:ascii="Malgun Gothic" w:hAnsi="Malgun Gothic" w:eastAsia="Malgun Gothic"/>
                <w:b w:val="0"/>
                <w:sz w:val="14"/>
              </w:rPr>
              <w:t>SPEAKER_00</w:t>
            </w:r>
          </w:p>
        </w:tc>
        <w:tc>
          <w:tcPr>
            <w:tcW w:type="dxa" w:w="759"/>
            <w:vAlign w:val="center"/>
          </w:tcPr>
          <w:p>
            <w:r/>
            <w:r>
              <w:rPr>
                <w:rFonts w:ascii="Malgun Gothic" w:hAnsi="Malgun Gothic" w:eastAsia="Malgun Gothic"/>
                <w:b w:val="0"/>
                <w:sz w:val="14"/>
              </w:rPr>
              <w:t>SPEAKER_01</w:t>
            </w:r>
          </w:p>
        </w:tc>
        <w:tc>
          <w:tcPr>
            <w:tcW w:type="dxa" w:w="759"/>
            <w:vAlign w:val="center"/>
          </w:tcPr>
          <w:p>
            <w:r/>
            <w:r>
              <w:rPr>
                <w:rFonts w:ascii="Malgun Gothic" w:hAnsi="Malgun Gothic" w:eastAsia="Malgun Gothic"/>
                <w:b w:val="0"/>
                <w:sz w:val="14"/>
              </w:rPr>
              <w:t>customer_candidate</w:t>
            </w:r>
          </w:p>
        </w:tc>
        <w:tc>
          <w:tcPr>
            <w:tcW w:type="dxa" w:w="759"/>
            <w:vAlign w:val="center"/>
          </w:tcPr>
          <w:p>
            <w:r/>
            <w:r>
              <w:rPr>
                <w:rFonts w:ascii="Malgun Gothic" w:hAnsi="Malgun Gothic" w:eastAsia="Malgun Gothic"/>
                <w:b w:val="0"/>
                <w:sz w:val="14"/>
              </w:rPr>
              <w:t>agent_candidate</w:t>
            </w:r>
          </w:p>
        </w:tc>
        <w:tc>
          <w:tcPr>
            <w:tcW w:type="dxa" w:w="759"/>
            <w:vAlign w:val="center"/>
          </w:tcPr>
          <w:p>
            <w:r/>
            <w:r>
              <w:rPr>
                <w:rFonts w:ascii="Malgun Gothic" w:hAnsi="Malgun Gothic" w:eastAsia="Malgun Gothic"/>
                <w:b w:val="0"/>
                <w:sz w:val="14"/>
              </w:rPr>
              <w:t>5</w:t>
            </w:r>
          </w:p>
        </w:tc>
        <w:tc>
          <w:tcPr>
            <w:tcW w:type="dxa" w:w="759"/>
            <w:vAlign w:val="center"/>
          </w:tcPr>
          <w:p>
            <w:r/>
            <w:r>
              <w:rPr>
                <w:rFonts w:ascii="Malgun Gothic" w:hAnsi="Malgun Gothic" w:eastAsia="Malgun Gothic"/>
                <w:b w:val="0"/>
                <w:sz w:val="14"/>
              </w:rPr>
              <w:t>25.225</w:t>
            </w:r>
          </w:p>
        </w:tc>
        <w:tc>
          <w:tcPr>
            <w:tcW w:type="dxa" w:w="759"/>
            <w:vAlign w:val="center"/>
          </w:tcPr>
          <w:p>
            <w:r/>
            <w:r>
              <w:rPr>
                <w:rFonts w:ascii="Malgun Gothic" w:hAnsi="Malgun Gothic" w:eastAsia="Malgun Gothic"/>
                <w:b w:val="0"/>
                <w:sz w:val="14"/>
              </w:rPr>
              <w:t>31.165</w:t>
            </w:r>
          </w:p>
        </w:tc>
        <w:tc>
          <w:tcPr>
            <w:tcW w:type="dxa" w:w="759"/>
            <w:vAlign w:val="center"/>
          </w:tcPr>
          <w:p>
            <w:r/>
            <w:r>
              <w:rPr>
                <w:rFonts w:ascii="Malgun Gothic" w:hAnsi="Malgun Gothic" w:eastAsia="Malgun Gothic"/>
                <w:b w:val="0"/>
                <w:sz w:val="14"/>
              </w:rPr>
              <w:t>5.94</w:t>
            </w:r>
          </w:p>
        </w:tc>
        <w:tc>
          <w:tcPr>
            <w:tcW w:type="dxa" w:w="759"/>
            <w:vAlign w:val="center"/>
          </w:tcPr>
          <w:p>
            <w:r/>
            <w:r>
              <w:rPr>
                <w:rFonts w:ascii="Malgun Gothic" w:hAnsi="Malgun Gothic" w:eastAsia="Malgun Gothic"/>
                <w:b w:val="0"/>
                <w:sz w:val="14"/>
              </w:rPr>
              <w:t>31.756</w:t>
            </w:r>
          </w:p>
        </w:tc>
        <w:tc>
          <w:tcPr>
            <w:tcW w:type="dxa" w:w="759"/>
            <w:vAlign w:val="center"/>
          </w:tcPr>
          <w:p>
            <w:r/>
            <w:r>
              <w:rPr>
                <w:rFonts w:ascii="Malgun Gothic" w:hAnsi="Malgun Gothic" w:eastAsia="Malgun Gothic"/>
                <w:b w:val="0"/>
                <w:sz w:val="14"/>
              </w:rPr>
              <w:t>32.887</w:t>
            </w:r>
          </w:p>
        </w:tc>
        <w:tc>
          <w:tcPr>
            <w:tcW w:type="dxa" w:w="759"/>
            <w:vAlign w:val="center"/>
          </w:tcPr>
          <w:p>
            <w:r/>
            <w:r>
              <w:rPr>
                <w:rFonts w:ascii="Malgun Gothic" w:hAnsi="Malgun Gothic" w:eastAsia="Malgun Gothic"/>
                <w:b w:val="0"/>
                <w:sz w:val="14"/>
              </w:rPr>
              <w:t>1.131</w:t>
            </w:r>
          </w:p>
        </w:tc>
        <w:tc>
          <w:tcPr>
            <w:tcW w:type="dxa" w:w="759"/>
            <w:vAlign w:val="center"/>
          </w:tcPr>
          <w:p>
            <w:r/>
            <w:r>
              <w:rPr>
                <w:rFonts w:ascii="Malgun Gothic" w:hAnsi="Malgun Gothic" w:eastAsia="Malgun Gothic"/>
                <w:b w:val="0"/>
                <w:sz w:val="14"/>
              </w:rPr>
              <w:t>0.591</w:t>
            </w:r>
          </w:p>
        </w:tc>
      </w:tr>
    </w:tbl>
    <w:p/>
    <w:p>
      <w:r>
        <w:t>대용량 표의 앞/뒤 표본 및 구조 포함; 원본 전수 행은 데이터 부록 ZIP 포함</w:t>
      </w:r>
    </w:p>
    <w:p>
      <w:r>
        <w:rPr>
          <w:b/>
        </w:rPr>
        <w:t>산출물 CSV: research_continuity/25_customer_agent_interaction_v182/speaker1_agent_candidate_call_records_1000_v194.csv (행 1,000,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audio_name</w:t>
            </w:r>
          </w:p>
        </w:tc>
        <w:tc>
          <w:tcPr>
            <w:tcW w:type="dxa" w:w="580"/>
          </w:tcPr>
          <w:p>
            <w:r/>
            <w:r>
              <w:rPr>
                <w:rFonts w:ascii="Malgun Gothic" w:hAnsi="Malgun Gothic" w:eastAsia="Malgun Gothic"/>
                <w:b/>
                <w:sz w:val="14"/>
              </w:rPr>
              <w:t>speaker</w:t>
            </w:r>
          </w:p>
        </w:tc>
        <w:tc>
          <w:tcPr>
            <w:tcW w:type="dxa" w:w="580"/>
          </w:tcPr>
          <w:p>
            <w:r/>
            <w:r>
              <w:rPr>
                <w:rFonts w:ascii="Malgun Gothic" w:hAnsi="Malgun Gothic" w:eastAsia="Malgun Gothic"/>
                <w:b/>
                <w:sz w:val="14"/>
              </w:rPr>
              <w:t>role_candidate</w:t>
            </w:r>
          </w:p>
        </w:tc>
        <w:tc>
          <w:tcPr>
            <w:tcW w:type="dxa" w:w="580"/>
          </w:tcPr>
          <w:p>
            <w:r/>
            <w:r>
              <w:rPr>
                <w:rFonts w:ascii="Malgun Gothic" w:hAnsi="Malgun Gothic" w:eastAsia="Malgun Gothic"/>
                <w:b/>
                <w:sz w:val="14"/>
              </w:rPr>
              <w:t>segment_count</w:t>
            </w:r>
          </w:p>
        </w:tc>
        <w:tc>
          <w:tcPr>
            <w:tcW w:type="dxa" w:w="580"/>
          </w:tcPr>
          <w:p>
            <w:r/>
            <w:r>
              <w:rPr>
                <w:rFonts w:ascii="Malgun Gothic" w:hAnsi="Malgun Gothic" w:eastAsia="Malgun Gothic"/>
                <w:b/>
                <w:sz w:val="14"/>
              </w:rPr>
              <w:t>total_speech_sec</w:t>
            </w:r>
          </w:p>
        </w:tc>
        <w:tc>
          <w:tcPr>
            <w:tcW w:type="dxa" w:w="580"/>
          </w:tcPr>
          <w:p>
            <w:r/>
            <w:r>
              <w:rPr>
                <w:rFonts w:ascii="Malgun Gothic" w:hAnsi="Malgun Gothic" w:eastAsia="Malgun Gothic"/>
                <w:b/>
                <w:sz w:val="14"/>
              </w:rPr>
              <w:t>speech_ratio_in_call</w:t>
            </w:r>
          </w:p>
        </w:tc>
        <w:tc>
          <w:tcPr>
            <w:tcW w:type="dxa" w:w="580"/>
          </w:tcPr>
          <w:p>
            <w:r/>
            <w:r>
              <w:rPr>
                <w:rFonts w:ascii="Malgun Gothic" w:hAnsi="Malgun Gothic" w:eastAsia="Malgun Gothic"/>
                <w:b/>
                <w:sz w:val="14"/>
              </w:rPr>
              <w:t>mean_segment_sec</w:t>
            </w:r>
          </w:p>
        </w:tc>
        <w:tc>
          <w:tcPr>
            <w:tcW w:type="dxa" w:w="580"/>
          </w:tcPr>
          <w:p>
            <w:r/>
            <w:r>
              <w:rPr>
                <w:rFonts w:ascii="Malgun Gothic" w:hAnsi="Malgun Gothic" w:eastAsia="Malgun Gothic"/>
                <w:b/>
                <w:sz w:val="14"/>
              </w:rPr>
              <w:t>median_segment_sec</w:t>
            </w:r>
          </w:p>
        </w:tc>
        <w:tc>
          <w:tcPr>
            <w:tcW w:type="dxa" w:w="580"/>
          </w:tcPr>
          <w:p>
            <w:r/>
            <w:r>
              <w:rPr>
                <w:rFonts w:ascii="Malgun Gothic" w:hAnsi="Malgun Gothic" w:eastAsia="Malgun Gothic"/>
                <w:b/>
                <w:sz w:val="14"/>
              </w:rPr>
              <w:t>first_start_sec</w:t>
            </w:r>
          </w:p>
        </w:tc>
        <w:tc>
          <w:tcPr>
            <w:tcW w:type="dxa" w:w="580"/>
          </w:tcPr>
          <w:p>
            <w:r/>
            <w:r>
              <w:rPr>
                <w:rFonts w:ascii="Malgun Gothic" w:hAnsi="Malgun Gothic" w:eastAsia="Malgun Gothic"/>
                <w:b/>
                <w:sz w:val="14"/>
              </w:rPr>
              <w:t>last_end_sec</w:t>
            </w:r>
          </w:p>
        </w:tc>
        <w:tc>
          <w:tcPr>
            <w:tcW w:type="dxa" w:w="580"/>
          </w:tcPr>
          <w:p>
            <w:r/>
            <w:r>
              <w:rPr>
                <w:rFonts w:ascii="Malgun Gothic" w:hAnsi="Malgun Gothic" w:eastAsia="Malgun Gothic"/>
                <w:b/>
                <w:sz w:val="14"/>
              </w:rPr>
              <w:t>side_status</w:t>
            </w:r>
          </w:p>
        </w:tc>
        <w:tc>
          <w:tcPr>
            <w:tcW w:type="dxa" w:w="580"/>
          </w:tcPr>
          <w:p>
            <w:r/>
            <w:r>
              <w:rPr>
                <w:rFonts w:ascii="Malgun Gothic" w:hAnsi="Malgun Gothic" w:eastAsia="Malgun Gothic"/>
                <w:b/>
                <w:sz w:val="14"/>
              </w:rPr>
              <w:t>detected_in_diarization</w:t>
            </w:r>
          </w:p>
        </w:tc>
        <w:tc>
          <w:tcPr>
            <w:tcW w:type="dxa" w:w="580"/>
          </w:tcPr>
          <w:p>
            <w:r/>
            <w:r>
              <w:rPr>
                <w:rFonts w:ascii="Malgun Gothic" w:hAnsi="Malgun Gothic" w:eastAsia="Malgun Gothic"/>
                <w:b/>
                <w:sz w:val="14"/>
              </w:rPr>
              <w:t>missing_reason</w:t>
            </w:r>
          </w:p>
        </w:tc>
        <w:tc>
          <w:tcPr>
            <w:tcW w:type="dxa" w:w="580"/>
          </w:tcPr>
          <w:p>
            <w:r/>
            <w:r>
              <w:rPr>
                <w:rFonts w:ascii="Malgun Gothic" w:hAnsi="Malgun Gothic" w:eastAsia="Malgun Gothic"/>
                <w:b/>
                <w:sz w:val="14"/>
              </w:rPr>
              <w:t>speaker_side_key</w:t>
            </w:r>
          </w:p>
        </w:tc>
        <w:tc>
          <w:tcPr>
            <w:tcW w:type="dxa" w:w="580"/>
          </w:tcPr>
          <w:p>
            <w:r/>
            <w:r>
              <w:rPr>
                <w:rFonts w:ascii="Malgun Gothic" w:hAnsi="Malgun Gothic" w:eastAsia="Malgun Gothic"/>
                <w:b/>
                <w:sz w:val="14"/>
              </w:rPr>
              <w:t>role_confirmed</w:t>
            </w:r>
          </w:p>
        </w:tc>
        <w:tc>
          <w:tcPr>
            <w:tcW w:type="dxa" w:w="580"/>
          </w:tcPr>
          <w:p>
            <w:r/>
            <w:r>
              <w:rPr>
                <w:rFonts w:ascii="Malgun Gothic" w:hAnsi="Malgun Gothic" w:eastAsia="Malgun Gothic"/>
                <w:b/>
                <w:sz w:val="14"/>
              </w:rPr>
              <w:t>claim_policy</w:t>
            </w:r>
          </w:p>
        </w:tc>
        <w:tc>
          <w:tcPr>
            <w:tcW w:type="dxa" w:w="580"/>
          </w:tcPr>
          <w:p>
            <w:r/>
            <w:r>
              <w:rPr>
                <w:rFonts w:ascii="Malgun Gothic" w:hAnsi="Malgun Gothic" w:eastAsia="Malgun Gothic"/>
                <w:b/>
                <w:sz w:val="14"/>
              </w:rPr>
              <w:t>unit_definition</w:t>
            </w:r>
          </w:p>
        </w:tc>
      </w:tr>
      <w:tr>
        <w:trPr>
          <w:cantSplit/>
        </w:trPr>
        <w:tc>
          <w:tcPr>
            <w:tcW w:type="dxa" w:w="580"/>
            <w:vAlign w:val="center"/>
          </w:tcPr>
          <w:p>
            <w:r/>
            <w:r>
              <w:rPr>
                <w:rFonts w:ascii="Malgun Gothic" w:hAnsi="Malgun Gothic" w:eastAsia="Malgun Gothic"/>
                <w:b w:val="0"/>
                <w:sz w:val="14"/>
              </w:rPr>
              <w:t>00__350002022300000.wav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105</w:t>
            </w:r>
          </w:p>
        </w:tc>
        <w:tc>
          <w:tcPr>
            <w:tcW w:type="dxa" w:w="580"/>
            <w:vAlign w:val="center"/>
          </w:tcPr>
          <w:p>
            <w:r/>
            <w:r>
              <w:rPr>
                <w:rFonts w:ascii="Malgun Gothic" w:hAnsi="Malgun Gothic" w:eastAsia="Malgun Gothic"/>
                <w:b w:val="0"/>
                <w:sz w:val="14"/>
              </w:rPr>
              <w:t>189.085</w:t>
            </w:r>
          </w:p>
        </w:tc>
        <w:tc>
          <w:tcPr>
            <w:tcW w:type="dxa" w:w="580"/>
            <w:vAlign w:val="center"/>
          </w:tcPr>
          <w:p>
            <w:r/>
            <w:r>
              <w:rPr>
                <w:rFonts w:ascii="Malgun Gothic" w:hAnsi="Malgun Gothic" w:eastAsia="Malgun Gothic"/>
                <w:b w:val="0"/>
                <w:sz w:val="14"/>
              </w:rPr>
              <w:t>0.361068</w:t>
            </w:r>
          </w:p>
        </w:tc>
        <w:tc>
          <w:tcPr>
            <w:tcW w:type="dxa" w:w="580"/>
            <w:vAlign w:val="center"/>
          </w:tcPr>
          <w:p>
            <w:r/>
            <w:r>
              <w:rPr>
                <w:rFonts w:ascii="Malgun Gothic" w:hAnsi="Malgun Gothic" w:eastAsia="Malgun Gothic"/>
                <w:b w:val="0"/>
                <w:sz w:val="14"/>
              </w:rPr>
              <w:t>1.80081</w:t>
            </w:r>
          </w:p>
        </w:tc>
        <w:tc>
          <w:tcPr>
            <w:tcW w:type="dxa" w:w="580"/>
            <w:vAlign w:val="center"/>
          </w:tcPr>
          <w:p>
            <w:r/>
            <w:r>
              <w:rPr>
                <w:rFonts w:ascii="Malgun Gothic" w:hAnsi="Malgun Gothic" w:eastAsia="Malgun Gothic"/>
                <w:b w:val="0"/>
                <w:sz w:val="14"/>
              </w:rPr>
              <w:t>0.861</w:t>
            </w:r>
          </w:p>
        </w:tc>
        <w:tc>
          <w:tcPr>
            <w:tcW w:type="dxa" w:w="580"/>
            <w:vAlign w:val="center"/>
          </w:tcPr>
          <w:p>
            <w:r/>
            <w:r>
              <w:rPr>
                <w:rFonts w:ascii="Malgun Gothic" w:hAnsi="Malgun Gothic" w:eastAsia="Malgun Gothic"/>
                <w:b w:val="0"/>
                <w:sz w:val="14"/>
              </w:rPr>
              <w:t>4.267</w:t>
            </w:r>
          </w:p>
        </w:tc>
        <w:tc>
          <w:tcPr>
            <w:tcW w:type="dxa" w:w="580"/>
            <w:vAlign w:val="center"/>
          </w:tcPr>
          <w:p>
            <w:r/>
            <w:r>
              <w:rPr>
                <w:rFonts w:ascii="Malgun Gothic" w:hAnsi="Malgun Gothic" w:eastAsia="Malgun Gothic"/>
                <w:b w:val="0"/>
                <w:sz w:val="14"/>
              </w:rPr>
              <w:t>523.713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00__350002022300000.wav::SPEAKER_01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00__350002022300001.wav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32</w:t>
            </w:r>
          </w:p>
        </w:tc>
        <w:tc>
          <w:tcPr>
            <w:tcW w:type="dxa" w:w="580"/>
            <w:vAlign w:val="center"/>
          </w:tcPr>
          <w:p>
            <w:r/>
            <w:r>
              <w:rPr>
                <w:rFonts w:ascii="Malgun Gothic" w:hAnsi="Malgun Gothic" w:eastAsia="Malgun Gothic"/>
                <w:b w:val="0"/>
                <w:sz w:val="14"/>
              </w:rPr>
              <w:t>67.567</w:t>
            </w:r>
          </w:p>
        </w:tc>
        <w:tc>
          <w:tcPr>
            <w:tcW w:type="dxa" w:w="580"/>
            <w:vAlign w:val="center"/>
          </w:tcPr>
          <w:p>
            <w:r/>
            <w:r>
              <w:rPr>
                <w:rFonts w:ascii="Malgun Gothic" w:hAnsi="Malgun Gothic" w:eastAsia="Malgun Gothic"/>
                <w:b w:val="0"/>
                <w:sz w:val="14"/>
              </w:rPr>
              <w:t>0.465796</w:t>
            </w:r>
          </w:p>
        </w:tc>
        <w:tc>
          <w:tcPr>
            <w:tcW w:type="dxa" w:w="580"/>
            <w:vAlign w:val="center"/>
          </w:tcPr>
          <w:p>
            <w:r/>
            <w:r>
              <w:rPr>
                <w:rFonts w:ascii="Malgun Gothic" w:hAnsi="Malgun Gothic" w:eastAsia="Malgun Gothic"/>
                <w:b w:val="0"/>
                <w:sz w:val="14"/>
              </w:rPr>
              <w:t>2.111469</w:t>
            </w:r>
          </w:p>
        </w:tc>
        <w:tc>
          <w:tcPr>
            <w:tcW w:type="dxa" w:w="580"/>
            <w:vAlign w:val="center"/>
          </w:tcPr>
          <w:p>
            <w:r/>
            <w:r>
              <w:rPr>
                <w:rFonts w:ascii="Malgun Gothic" w:hAnsi="Malgun Gothic" w:eastAsia="Malgun Gothic"/>
                <w:b w:val="0"/>
                <w:sz w:val="14"/>
              </w:rPr>
              <w:t>1.7635</w:t>
            </w:r>
          </w:p>
        </w:tc>
        <w:tc>
          <w:tcPr>
            <w:tcW w:type="dxa" w:w="580"/>
            <w:vAlign w:val="center"/>
          </w:tcPr>
          <w:p>
            <w:r/>
            <w:r>
              <w:rPr>
                <w:rFonts w:ascii="Malgun Gothic" w:hAnsi="Malgun Gothic" w:eastAsia="Malgun Gothic"/>
                <w:b w:val="0"/>
                <w:sz w:val="14"/>
              </w:rPr>
              <w:t>3.001</w:t>
            </w:r>
          </w:p>
        </w:tc>
        <w:tc>
          <w:tcPr>
            <w:tcW w:type="dxa" w:w="580"/>
            <w:vAlign w:val="center"/>
          </w:tcPr>
          <w:p>
            <w:r/>
            <w:r>
              <w:rPr>
                <w:rFonts w:ascii="Malgun Gothic" w:hAnsi="Malgun Gothic" w:eastAsia="Malgun Gothic"/>
                <w:b w:val="0"/>
                <w:sz w:val="14"/>
              </w:rPr>
              <w:t>144.515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00__350002022300001.wav::SPEAKER_01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00__350002022300002.wav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19</w:t>
            </w:r>
          </w:p>
        </w:tc>
        <w:tc>
          <w:tcPr>
            <w:tcW w:type="dxa" w:w="580"/>
            <w:vAlign w:val="center"/>
          </w:tcPr>
          <w:p>
            <w:r/>
            <w:r>
              <w:rPr>
                <w:rFonts w:ascii="Malgun Gothic" w:hAnsi="Malgun Gothic" w:eastAsia="Malgun Gothic"/>
                <w:b w:val="0"/>
                <w:sz w:val="14"/>
              </w:rPr>
              <w:t>17.432</w:t>
            </w:r>
          </w:p>
        </w:tc>
        <w:tc>
          <w:tcPr>
            <w:tcW w:type="dxa" w:w="580"/>
            <w:vAlign w:val="center"/>
          </w:tcPr>
          <w:p>
            <w:r/>
            <w:r>
              <w:rPr>
                <w:rFonts w:ascii="Malgun Gothic" w:hAnsi="Malgun Gothic" w:eastAsia="Malgun Gothic"/>
                <w:b w:val="0"/>
                <w:sz w:val="14"/>
              </w:rPr>
              <w:t>0.278966</w:t>
            </w:r>
          </w:p>
        </w:tc>
        <w:tc>
          <w:tcPr>
            <w:tcW w:type="dxa" w:w="580"/>
            <w:vAlign w:val="center"/>
          </w:tcPr>
          <w:p>
            <w:r/>
            <w:r>
              <w:rPr>
                <w:rFonts w:ascii="Malgun Gothic" w:hAnsi="Malgun Gothic" w:eastAsia="Malgun Gothic"/>
                <w:b w:val="0"/>
                <w:sz w:val="14"/>
              </w:rPr>
              <w:t>0.917474</w:t>
            </w:r>
          </w:p>
        </w:tc>
        <w:tc>
          <w:tcPr>
            <w:tcW w:type="dxa" w:w="580"/>
            <w:vAlign w:val="center"/>
          </w:tcPr>
          <w:p>
            <w:r/>
            <w:r>
              <w:rPr>
                <w:rFonts w:ascii="Malgun Gothic" w:hAnsi="Malgun Gothic" w:eastAsia="Malgun Gothic"/>
                <w:b w:val="0"/>
                <w:sz w:val="14"/>
              </w:rPr>
              <w:t>0.726</w:t>
            </w:r>
          </w:p>
        </w:tc>
        <w:tc>
          <w:tcPr>
            <w:tcW w:type="dxa" w:w="580"/>
            <w:vAlign w:val="center"/>
          </w:tcPr>
          <w:p>
            <w:r/>
            <w:r>
              <w:rPr>
                <w:rFonts w:ascii="Malgun Gothic" w:hAnsi="Malgun Gothic" w:eastAsia="Malgun Gothic"/>
                <w:b w:val="0"/>
                <w:sz w:val="14"/>
              </w:rPr>
              <w:t>0.588</w:t>
            </w:r>
          </w:p>
        </w:tc>
        <w:tc>
          <w:tcPr>
            <w:tcW w:type="dxa" w:w="580"/>
            <w:vAlign w:val="center"/>
          </w:tcPr>
          <w:p>
            <w:r/>
            <w:r>
              <w:rPr>
                <w:rFonts w:ascii="Malgun Gothic" w:hAnsi="Malgun Gothic" w:eastAsia="Malgun Gothic"/>
                <w:b w:val="0"/>
                <w:sz w:val="14"/>
              </w:rPr>
              <w:t>62.502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00__350002022300002.wav::SPEAKER_01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00__350002022300003.wav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18</w:t>
            </w:r>
          </w:p>
        </w:tc>
        <w:tc>
          <w:tcPr>
            <w:tcW w:type="dxa" w:w="580"/>
            <w:vAlign w:val="center"/>
          </w:tcPr>
          <w:p>
            <w:r/>
            <w:r>
              <w:rPr>
                <w:rFonts w:ascii="Malgun Gothic" w:hAnsi="Malgun Gothic" w:eastAsia="Malgun Gothic"/>
                <w:b w:val="0"/>
                <w:sz w:val="14"/>
              </w:rPr>
              <w:t>22.645</w:t>
            </w:r>
          </w:p>
        </w:tc>
        <w:tc>
          <w:tcPr>
            <w:tcW w:type="dxa" w:w="580"/>
            <w:vAlign w:val="center"/>
          </w:tcPr>
          <w:p>
            <w:r/>
            <w:r>
              <w:rPr>
                <w:rFonts w:ascii="Malgun Gothic" w:hAnsi="Malgun Gothic" w:eastAsia="Malgun Gothic"/>
                <w:b w:val="0"/>
                <w:sz w:val="14"/>
              </w:rPr>
              <w:t>0.425466</w:t>
            </w:r>
          </w:p>
        </w:tc>
        <w:tc>
          <w:tcPr>
            <w:tcW w:type="dxa" w:w="580"/>
            <w:vAlign w:val="center"/>
          </w:tcPr>
          <w:p>
            <w:r/>
            <w:r>
              <w:rPr>
                <w:rFonts w:ascii="Malgun Gothic" w:hAnsi="Malgun Gothic" w:eastAsia="Malgun Gothic"/>
                <w:b w:val="0"/>
                <w:sz w:val="14"/>
              </w:rPr>
              <w:t>1.258056</w:t>
            </w:r>
          </w:p>
        </w:tc>
        <w:tc>
          <w:tcPr>
            <w:tcW w:type="dxa" w:w="580"/>
            <w:vAlign w:val="center"/>
          </w:tcPr>
          <w:p>
            <w:r/>
            <w:r>
              <w:rPr>
                <w:rFonts w:ascii="Malgun Gothic" w:hAnsi="Malgun Gothic" w:eastAsia="Malgun Gothic"/>
                <w:b w:val="0"/>
                <w:sz w:val="14"/>
              </w:rPr>
              <w:t>1.2655</w:t>
            </w:r>
          </w:p>
        </w:tc>
        <w:tc>
          <w:tcPr>
            <w:tcW w:type="dxa" w:w="580"/>
            <w:vAlign w:val="center"/>
          </w:tcPr>
          <w:p>
            <w:r/>
            <w:r>
              <w:rPr>
                <w:rFonts w:ascii="Malgun Gothic" w:hAnsi="Malgun Gothic" w:eastAsia="Malgun Gothic"/>
                <w:b w:val="0"/>
                <w:sz w:val="14"/>
              </w:rPr>
              <w:t>0.858</w:t>
            </w:r>
          </w:p>
        </w:tc>
        <w:tc>
          <w:tcPr>
            <w:tcW w:type="dxa" w:w="580"/>
            <w:vAlign w:val="center"/>
          </w:tcPr>
          <w:p>
            <w:r/>
            <w:r>
              <w:rPr>
                <w:rFonts w:ascii="Malgun Gothic" w:hAnsi="Malgun Gothic" w:eastAsia="Malgun Gothic"/>
                <w:b w:val="0"/>
                <w:sz w:val="14"/>
              </w:rPr>
              <w:t>50.74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00__350002022300003.wav::SPEAKER_01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00__350002022300004.wav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17</w:t>
            </w:r>
          </w:p>
        </w:tc>
        <w:tc>
          <w:tcPr>
            <w:tcW w:type="dxa" w:w="580"/>
            <w:vAlign w:val="center"/>
          </w:tcPr>
          <w:p>
            <w:r/>
            <w:r>
              <w:rPr>
                <w:rFonts w:ascii="Malgun Gothic" w:hAnsi="Malgun Gothic" w:eastAsia="Malgun Gothic"/>
                <w:b w:val="0"/>
                <w:sz w:val="14"/>
              </w:rPr>
              <w:t>19.185</w:t>
            </w:r>
          </w:p>
        </w:tc>
        <w:tc>
          <w:tcPr>
            <w:tcW w:type="dxa" w:w="580"/>
            <w:vAlign w:val="center"/>
          </w:tcPr>
          <w:p>
            <w:r/>
            <w:r>
              <w:rPr>
                <w:rFonts w:ascii="Malgun Gothic" w:hAnsi="Malgun Gothic" w:eastAsia="Malgun Gothic"/>
                <w:b w:val="0"/>
                <w:sz w:val="14"/>
              </w:rPr>
              <w:t>0.370081</w:t>
            </w:r>
          </w:p>
        </w:tc>
        <w:tc>
          <w:tcPr>
            <w:tcW w:type="dxa" w:w="580"/>
            <w:vAlign w:val="center"/>
          </w:tcPr>
          <w:p>
            <w:r/>
            <w:r>
              <w:rPr>
                <w:rFonts w:ascii="Malgun Gothic" w:hAnsi="Malgun Gothic" w:eastAsia="Malgun Gothic"/>
                <w:b w:val="0"/>
                <w:sz w:val="14"/>
              </w:rPr>
              <w:t>1.128529</w:t>
            </w:r>
          </w:p>
        </w:tc>
        <w:tc>
          <w:tcPr>
            <w:tcW w:type="dxa" w:w="580"/>
            <w:vAlign w:val="center"/>
          </w:tcPr>
          <w:p>
            <w:r/>
            <w:r>
              <w:rPr>
                <w:rFonts w:ascii="Malgun Gothic" w:hAnsi="Malgun Gothic" w:eastAsia="Malgun Gothic"/>
                <w:b w:val="0"/>
                <w:sz w:val="14"/>
              </w:rPr>
              <w:t>0.742</w:t>
            </w:r>
          </w:p>
        </w:tc>
        <w:tc>
          <w:tcPr>
            <w:tcW w:type="dxa" w:w="580"/>
            <w:vAlign w:val="center"/>
          </w:tcPr>
          <w:p>
            <w:r/>
            <w:r>
              <w:rPr>
                <w:rFonts w:ascii="Malgun Gothic" w:hAnsi="Malgun Gothic" w:eastAsia="Malgun Gothic"/>
                <w:b w:val="0"/>
                <w:sz w:val="14"/>
              </w:rPr>
              <w:t>0.082</w:t>
            </w:r>
          </w:p>
        </w:tc>
        <w:tc>
          <w:tcPr>
            <w:tcW w:type="dxa" w:w="580"/>
            <w:vAlign w:val="center"/>
          </w:tcPr>
          <w:p>
            <w:r/>
            <w:r>
              <w:rPr>
                <w:rFonts w:ascii="Malgun Gothic" w:hAnsi="Malgun Gothic" w:eastAsia="Malgun Gothic"/>
                <w:b w:val="0"/>
                <w:sz w:val="14"/>
              </w:rPr>
              <w:t>50.437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00__350002022300004.wav::SPEAKER_01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00__350002022300005.wav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17.112</w:t>
            </w:r>
          </w:p>
        </w:tc>
        <w:tc>
          <w:tcPr>
            <w:tcW w:type="dxa" w:w="580"/>
            <w:vAlign w:val="center"/>
          </w:tcPr>
          <w:p>
            <w:r/>
            <w:r>
              <w:rPr>
                <w:rFonts w:ascii="Malgun Gothic" w:hAnsi="Malgun Gothic" w:eastAsia="Malgun Gothic"/>
                <w:b w:val="0"/>
                <w:sz w:val="14"/>
              </w:rPr>
              <w:t>0.631812</w:t>
            </w:r>
          </w:p>
        </w:tc>
        <w:tc>
          <w:tcPr>
            <w:tcW w:type="dxa" w:w="580"/>
            <w:vAlign w:val="center"/>
          </w:tcPr>
          <w:p>
            <w:r/>
            <w:r>
              <w:rPr>
                <w:rFonts w:ascii="Malgun Gothic" w:hAnsi="Malgun Gothic" w:eastAsia="Malgun Gothic"/>
                <w:b w:val="0"/>
                <w:sz w:val="14"/>
              </w:rPr>
              <w:t>2.852</w:t>
            </w:r>
          </w:p>
        </w:tc>
        <w:tc>
          <w:tcPr>
            <w:tcW w:type="dxa" w:w="580"/>
            <w:vAlign w:val="center"/>
          </w:tcPr>
          <w:p>
            <w:r/>
            <w:r>
              <w:rPr>
                <w:rFonts w:ascii="Malgun Gothic" w:hAnsi="Malgun Gothic" w:eastAsia="Malgun Gothic"/>
                <w:b w:val="0"/>
                <w:sz w:val="14"/>
              </w:rPr>
              <w:t>2.5905</w:t>
            </w:r>
          </w:p>
        </w:tc>
        <w:tc>
          <w:tcPr>
            <w:tcW w:type="dxa" w:w="580"/>
            <w:vAlign w:val="center"/>
          </w:tcPr>
          <w:p>
            <w:r/>
            <w:r>
              <w:rPr>
                <w:rFonts w:ascii="Malgun Gothic" w:hAnsi="Malgun Gothic" w:eastAsia="Malgun Gothic"/>
                <w:b w:val="0"/>
                <w:sz w:val="14"/>
              </w:rPr>
              <w:t>2.191</w:t>
            </w:r>
          </w:p>
        </w:tc>
        <w:tc>
          <w:tcPr>
            <w:tcW w:type="dxa" w:w="580"/>
            <w:vAlign w:val="center"/>
          </w:tcPr>
          <w:p>
            <w:r/>
            <w:r>
              <w:rPr>
                <w:rFonts w:ascii="Malgun Gothic" w:hAnsi="Malgun Gothic" w:eastAsia="Malgun Gothic"/>
                <w:b w:val="0"/>
                <w:sz w:val="14"/>
              </w:rPr>
              <w:t>29.191</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00__350002022300005.wav::SPEAKER_01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00__350002022300006.wav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27</w:t>
            </w:r>
          </w:p>
        </w:tc>
        <w:tc>
          <w:tcPr>
            <w:tcW w:type="dxa" w:w="580"/>
            <w:vAlign w:val="center"/>
          </w:tcPr>
          <w:p>
            <w:r/>
            <w:r>
              <w:rPr>
                <w:rFonts w:ascii="Malgun Gothic" w:hAnsi="Malgun Gothic" w:eastAsia="Malgun Gothic"/>
                <w:b w:val="0"/>
                <w:sz w:val="14"/>
              </w:rPr>
              <w:t>33.682</w:t>
            </w:r>
          </w:p>
        </w:tc>
        <w:tc>
          <w:tcPr>
            <w:tcW w:type="dxa" w:w="580"/>
            <w:vAlign w:val="center"/>
          </w:tcPr>
          <w:p>
            <w:r/>
            <w:r>
              <w:rPr>
                <w:rFonts w:ascii="Malgun Gothic" w:hAnsi="Malgun Gothic" w:eastAsia="Malgun Gothic"/>
                <w:b w:val="0"/>
                <w:sz w:val="14"/>
              </w:rPr>
              <w:t>0.347366</w:t>
            </w:r>
          </w:p>
        </w:tc>
        <w:tc>
          <w:tcPr>
            <w:tcW w:type="dxa" w:w="580"/>
            <w:vAlign w:val="center"/>
          </w:tcPr>
          <w:p>
            <w:r/>
            <w:r>
              <w:rPr>
                <w:rFonts w:ascii="Malgun Gothic" w:hAnsi="Malgun Gothic" w:eastAsia="Malgun Gothic"/>
                <w:b w:val="0"/>
                <w:sz w:val="14"/>
              </w:rPr>
              <w:t>1.247481</w:t>
            </w:r>
          </w:p>
        </w:tc>
        <w:tc>
          <w:tcPr>
            <w:tcW w:type="dxa" w:w="580"/>
            <w:vAlign w:val="center"/>
          </w:tcPr>
          <w:p>
            <w:r/>
            <w:r>
              <w:rPr>
                <w:rFonts w:ascii="Malgun Gothic" w:hAnsi="Malgun Gothic" w:eastAsia="Malgun Gothic"/>
                <w:b w:val="0"/>
                <w:sz w:val="14"/>
              </w:rPr>
              <w:t>0.81</w:t>
            </w:r>
          </w:p>
        </w:tc>
        <w:tc>
          <w:tcPr>
            <w:tcW w:type="dxa" w:w="580"/>
            <w:vAlign w:val="center"/>
          </w:tcPr>
          <w:p>
            <w:r/>
            <w:r>
              <w:rPr>
                <w:rFonts w:ascii="Malgun Gothic" w:hAnsi="Malgun Gothic" w:eastAsia="Malgun Gothic"/>
                <w:b w:val="0"/>
                <w:sz w:val="14"/>
              </w:rPr>
              <w:t>3.102</w:t>
            </w:r>
          </w:p>
        </w:tc>
        <w:tc>
          <w:tcPr>
            <w:tcW w:type="dxa" w:w="580"/>
            <w:vAlign w:val="center"/>
          </w:tcPr>
          <w:p>
            <w:r/>
            <w:r>
              <w:rPr>
                <w:rFonts w:ascii="Malgun Gothic" w:hAnsi="Malgun Gothic" w:eastAsia="Malgun Gothic"/>
                <w:b w:val="0"/>
                <w:sz w:val="14"/>
              </w:rPr>
              <w:t>97.754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00__350002022300006.wav::SPEAKER_01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00__350002022300007.wav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31</w:t>
            </w:r>
          </w:p>
        </w:tc>
        <w:tc>
          <w:tcPr>
            <w:tcW w:type="dxa" w:w="580"/>
            <w:vAlign w:val="center"/>
          </w:tcPr>
          <w:p>
            <w:r/>
            <w:r>
              <w:rPr>
                <w:rFonts w:ascii="Malgun Gothic" w:hAnsi="Malgun Gothic" w:eastAsia="Malgun Gothic"/>
                <w:b w:val="0"/>
                <w:sz w:val="14"/>
              </w:rPr>
              <w:t>58.944</w:t>
            </w:r>
          </w:p>
        </w:tc>
        <w:tc>
          <w:tcPr>
            <w:tcW w:type="dxa" w:w="580"/>
            <w:vAlign w:val="center"/>
          </w:tcPr>
          <w:p>
            <w:r/>
            <w:r>
              <w:rPr>
                <w:rFonts w:ascii="Malgun Gothic" w:hAnsi="Malgun Gothic" w:eastAsia="Malgun Gothic"/>
                <w:b w:val="0"/>
                <w:sz w:val="14"/>
              </w:rPr>
              <w:t>0.267764</w:t>
            </w:r>
          </w:p>
        </w:tc>
        <w:tc>
          <w:tcPr>
            <w:tcW w:type="dxa" w:w="580"/>
            <w:vAlign w:val="center"/>
          </w:tcPr>
          <w:p>
            <w:r/>
            <w:r>
              <w:rPr>
                <w:rFonts w:ascii="Malgun Gothic" w:hAnsi="Malgun Gothic" w:eastAsia="Malgun Gothic"/>
                <w:b w:val="0"/>
                <w:sz w:val="14"/>
              </w:rPr>
              <w:t>1.901419</w:t>
            </w:r>
          </w:p>
        </w:tc>
        <w:tc>
          <w:tcPr>
            <w:tcW w:type="dxa" w:w="580"/>
            <w:vAlign w:val="center"/>
          </w:tcPr>
          <w:p>
            <w:r/>
            <w:r>
              <w:rPr>
                <w:rFonts w:ascii="Malgun Gothic" w:hAnsi="Malgun Gothic" w:eastAsia="Malgun Gothic"/>
                <w:b w:val="0"/>
                <w:sz w:val="14"/>
              </w:rPr>
              <w:t>1.181</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220.165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00__350002022300007.wav::SPEAKER_01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00__350002022300008.wav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12</w:t>
            </w:r>
          </w:p>
        </w:tc>
        <w:tc>
          <w:tcPr>
            <w:tcW w:type="dxa" w:w="580"/>
            <w:vAlign w:val="center"/>
          </w:tcPr>
          <w:p>
            <w:r/>
            <w:r>
              <w:rPr>
                <w:rFonts w:ascii="Malgun Gothic" w:hAnsi="Malgun Gothic" w:eastAsia="Malgun Gothic"/>
                <w:b w:val="0"/>
                <w:sz w:val="14"/>
              </w:rPr>
              <w:t>26.916</w:t>
            </w:r>
          </w:p>
        </w:tc>
        <w:tc>
          <w:tcPr>
            <w:tcW w:type="dxa" w:w="580"/>
            <w:vAlign w:val="center"/>
          </w:tcPr>
          <w:p>
            <w:r/>
            <w:r>
              <w:rPr>
                <w:rFonts w:ascii="Malgun Gothic" w:hAnsi="Malgun Gothic" w:eastAsia="Malgun Gothic"/>
                <w:b w:val="0"/>
                <w:sz w:val="14"/>
              </w:rPr>
              <w:t>0.354372</w:t>
            </w:r>
          </w:p>
        </w:tc>
        <w:tc>
          <w:tcPr>
            <w:tcW w:type="dxa" w:w="580"/>
            <w:vAlign w:val="center"/>
          </w:tcPr>
          <w:p>
            <w:r/>
            <w:r>
              <w:rPr>
                <w:rFonts w:ascii="Malgun Gothic" w:hAnsi="Malgun Gothic" w:eastAsia="Malgun Gothic"/>
                <w:b w:val="0"/>
                <w:sz w:val="14"/>
              </w:rPr>
              <w:t>2.243</w:t>
            </w:r>
          </w:p>
        </w:tc>
        <w:tc>
          <w:tcPr>
            <w:tcW w:type="dxa" w:w="580"/>
            <w:vAlign w:val="center"/>
          </w:tcPr>
          <w:p>
            <w:r/>
            <w:r>
              <w:rPr>
                <w:rFonts w:ascii="Malgun Gothic" w:hAnsi="Malgun Gothic" w:eastAsia="Malgun Gothic"/>
                <w:b w:val="0"/>
                <w:sz w:val="14"/>
              </w:rPr>
              <w:t>1.8395</w:t>
            </w:r>
          </w:p>
        </w:tc>
        <w:tc>
          <w:tcPr>
            <w:tcW w:type="dxa" w:w="580"/>
            <w:vAlign w:val="center"/>
          </w:tcPr>
          <w:p>
            <w:r/>
            <w:r>
              <w:rPr>
                <w:rFonts w:ascii="Malgun Gothic" w:hAnsi="Malgun Gothic" w:eastAsia="Malgun Gothic"/>
                <w:b w:val="0"/>
                <w:sz w:val="14"/>
              </w:rPr>
              <w:t>0.082</w:t>
            </w:r>
          </w:p>
        </w:tc>
        <w:tc>
          <w:tcPr>
            <w:tcW w:type="dxa" w:w="580"/>
            <w:vAlign w:val="center"/>
          </w:tcPr>
          <w:p>
            <w:r/>
            <w:r>
              <w:rPr>
                <w:rFonts w:ascii="Malgun Gothic" w:hAnsi="Malgun Gothic" w:eastAsia="Malgun Gothic"/>
                <w:b w:val="0"/>
                <w:sz w:val="14"/>
              </w:rPr>
              <w:t>75.547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00__350002022300008.wav::SPEAKER_01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00__350002022300009.wav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19</w:t>
            </w:r>
          </w:p>
        </w:tc>
        <w:tc>
          <w:tcPr>
            <w:tcW w:type="dxa" w:w="580"/>
            <w:vAlign w:val="center"/>
          </w:tcPr>
          <w:p>
            <w:r/>
            <w:r>
              <w:rPr>
                <w:rFonts w:ascii="Malgun Gothic" w:hAnsi="Malgun Gothic" w:eastAsia="Malgun Gothic"/>
                <w:b w:val="0"/>
                <w:sz w:val="14"/>
              </w:rPr>
              <w:t>26.106</w:t>
            </w:r>
          </w:p>
        </w:tc>
        <w:tc>
          <w:tcPr>
            <w:tcW w:type="dxa" w:w="580"/>
            <w:vAlign w:val="center"/>
          </w:tcPr>
          <w:p>
            <w:r/>
            <w:r>
              <w:rPr>
                <w:rFonts w:ascii="Malgun Gothic" w:hAnsi="Malgun Gothic" w:eastAsia="Malgun Gothic"/>
                <w:b w:val="0"/>
                <w:sz w:val="14"/>
              </w:rPr>
              <w:t>0.380011</w:t>
            </w:r>
          </w:p>
        </w:tc>
        <w:tc>
          <w:tcPr>
            <w:tcW w:type="dxa" w:w="580"/>
            <w:vAlign w:val="center"/>
          </w:tcPr>
          <w:p>
            <w:r/>
            <w:r>
              <w:rPr>
                <w:rFonts w:ascii="Malgun Gothic" w:hAnsi="Malgun Gothic" w:eastAsia="Malgun Gothic"/>
                <w:b w:val="0"/>
                <w:sz w:val="14"/>
              </w:rPr>
              <w:t>1.374</w:t>
            </w:r>
          </w:p>
        </w:tc>
        <w:tc>
          <w:tcPr>
            <w:tcW w:type="dxa" w:w="580"/>
            <w:vAlign w:val="center"/>
          </w:tcPr>
          <w:p>
            <w:r/>
            <w:r>
              <w:rPr>
                <w:rFonts w:ascii="Malgun Gothic" w:hAnsi="Malgun Gothic" w:eastAsia="Malgun Gothic"/>
                <w:b w:val="0"/>
                <w:sz w:val="14"/>
              </w:rPr>
              <w:t>1.198</w:t>
            </w:r>
          </w:p>
        </w:tc>
        <w:tc>
          <w:tcPr>
            <w:tcW w:type="dxa" w:w="580"/>
            <w:vAlign w:val="center"/>
          </w:tcPr>
          <w:p>
            <w:r/>
            <w:r>
              <w:rPr>
                <w:rFonts w:ascii="Malgun Gothic" w:hAnsi="Malgun Gothic" w:eastAsia="Malgun Gothic"/>
                <w:b w:val="0"/>
                <w:sz w:val="14"/>
              </w:rPr>
              <w:t>4.705</w:t>
            </w:r>
          </w:p>
        </w:tc>
        <w:tc>
          <w:tcPr>
            <w:tcW w:type="dxa" w:w="580"/>
            <w:vAlign w:val="center"/>
          </w:tcPr>
          <w:p>
            <w:r/>
            <w:r>
              <w:rPr>
                <w:rFonts w:ascii="Malgun Gothic" w:hAnsi="Malgun Gothic" w:eastAsia="Malgun Gothic"/>
                <w:b w:val="0"/>
                <w:sz w:val="14"/>
              </w:rPr>
              <w:t>69.522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00__350002022300009.wav::SPEAKER_01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00__350002022300010.wav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MISSING_NO_SEGMENTS</w:t>
            </w:r>
          </w:p>
        </w:tc>
        <w:tc>
          <w:tcPr>
            <w:tcW w:type="dxa" w:w="580"/>
            <w:vAlign w:val="center"/>
          </w:tcPr>
          <w:p>
            <w:r/>
            <w:r>
              <w:rPr>
                <w:rFonts w:ascii="Malgun Gothic" w:hAnsi="Malgun Gothic" w:eastAsia="Malgun Gothic"/>
                <w:b w:val="0"/>
                <w:sz w:val="14"/>
              </w:rPr>
              <w:t>N</w:t>
            </w:r>
          </w:p>
        </w:tc>
        <w:tc>
          <w:tcPr>
            <w:tcW w:type="dxa" w:w="580"/>
            <w:vAlign w:val="center"/>
          </w:tcPr>
          <w:p>
            <w:r/>
            <w:r>
              <w:rPr>
                <w:rFonts w:ascii="Malgun Gothic" w:hAnsi="Malgun Gothic" w:eastAsia="Malgun Gothic"/>
                <w:b w:val="0"/>
                <w:sz w:val="14"/>
              </w:rPr>
              <w:t>No segment for this speaker label in pyannote output; kept as zero-slot for 1,000 x 2 audit balance</w:t>
            </w:r>
          </w:p>
        </w:tc>
        <w:tc>
          <w:tcPr>
            <w:tcW w:type="dxa" w:w="580"/>
            <w:vAlign w:val="center"/>
          </w:tcPr>
          <w:p>
            <w:r/>
            <w:r>
              <w:rPr>
                <w:rFonts w:ascii="Malgun Gothic" w:hAnsi="Malgun Gothic" w:eastAsia="Malgun Gothic"/>
                <w:b w:val="0"/>
                <w:sz w:val="14"/>
              </w:rPr>
              <w:t>00__350002022300010.wav::SPEAKER_01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00__350002022300011.wav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28</w:t>
            </w:r>
          </w:p>
        </w:tc>
        <w:tc>
          <w:tcPr>
            <w:tcW w:type="dxa" w:w="580"/>
            <w:vAlign w:val="center"/>
          </w:tcPr>
          <w:p>
            <w:r/>
            <w:r>
              <w:rPr>
                <w:rFonts w:ascii="Malgun Gothic" w:hAnsi="Malgun Gothic" w:eastAsia="Malgun Gothic"/>
                <w:b w:val="0"/>
                <w:sz w:val="14"/>
              </w:rPr>
              <w:t>41.734</w:t>
            </w:r>
          </w:p>
        </w:tc>
        <w:tc>
          <w:tcPr>
            <w:tcW w:type="dxa" w:w="580"/>
            <w:vAlign w:val="center"/>
          </w:tcPr>
          <w:p>
            <w:r/>
            <w:r>
              <w:rPr>
                <w:rFonts w:ascii="Malgun Gothic" w:hAnsi="Malgun Gothic" w:eastAsia="Malgun Gothic"/>
                <w:b w:val="0"/>
                <w:sz w:val="14"/>
              </w:rPr>
              <w:t>0.265957</w:t>
            </w:r>
          </w:p>
        </w:tc>
        <w:tc>
          <w:tcPr>
            <w:tcW w:type="dxa" w:w="580"/>
            <w:vAlign w:val="center"/>
          </w:tcPr>
          <w:p>
            <w:r/>
            <w:r>
              <w:rPr>
                <w:rFonts w:ascii="Malgun Gothic" w:hAnsi="Malgun Gothic" w:eastAsia="Malgun Gothic"/>
                <w:b w:val="0"/>
                <w:sz w:val="14"/>
              </w:rPr>
              <w:t>1.4905</w:t>
            </w:r>
          </w:p>
        </w:tc>
        <w:tc>
          <w:tcPr>
            <w:tcW w:type="dxa" w:w="580"/>
            <w:vAlign w:val="center"/>
          </w:tcPr>
          <w:p>
            <w:r/>
            <w:r>
              <w:rPr>
                <w:rFonts w:ascii="Malgun Gothic" w:hAnsi="Malgun Gothic" w:eastAsia="Malgun Gothic"/>
                <w:b w:val="0"/>
                <w:sz w:val="14"/>
              </w:rPr>
              <w:t>0.8355</w:t>
            </w:r>
          </w:p>
        </w:tc>
        <w:tc>
          <w:tcPr>
            <w:tcW w:type="dxa" w:w="580"/>
            <w:vAlign w:val="center"/>
          </w:tcPr>
          <w:p>
            <w:r/>
            <w:r>
              <w:rPr>
                <w:rFonts w:ascii="Malgun Gothic" w:hAnsi="Malgun Gothic" w:eastAsia="Malgun Gothic"/>
                <w:b w:val="0"/>
                <w:sz w:val="14"/>
              </w:rPr>
              <w:t>1.162</w:t>
            </w:r>
          </w:p>
        </w:tc>
        <w:tc>
          <w:tcPr>
            <w:tcW w:type="dxa" w:w="580"/>
            <w:vAlign w:val="center"/>
          </w:tcPr>
          <w:p>
            <w:r/>
            <w:r>
              <w:rPr>
                <w:rFonts w:ascii="Malgun Gothic" w:hAnsi="Malgun Gothic" w:eastAsia="Malgun Gothic"/>
                <w:b w:val="0"/>
                <w:sz w:val="14"/>
              </w:rPr>
              <w:t>158.082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00__350002022300011.wav::SPEAKER_01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00__350002022300012.wav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33</w:t>
            </w:r>
          </w:p>
        </w:tc>
        <w:tc>
          <w:tcPr>
            <w:tcW w:type="dxa" w:w="580"/>
            <w:vAlign w:val="center"/>
          </w:tcPr>
          <w:p>
            <w:r/>
            <w:r>
              <w:rPr>
                <w:rFonts w:ascii="Malgun Gothic" w:hAnsi="Malgun Gothic" w:eastAsia="Malgun Gothic"/>
                <w:b w:val="0"/>
                <w:sz w:val="14"/>
              </w:rPr>
              <w:t>86.742</w:t>
            </w:r>
          </w:p>
        </w:tc>
        <w:tc>
          <w:tcPr>
            <w:tcW w:type="dxa" w:w="580"/>
            <w:vAlign w:val="center"/>
          </w:tcPr>
          <w:p>
            <w:r/>
            <w:r>
              <w:rPr>
                <w:rFonts w:ascii="Malgun Gothic" w:hAnsi="Malgun Gothic" w:eastAsia="Malgun Gothic"/>
                <w:b w:val="0"/>
                <w:sz w:val="14"/>
              </w:rPr>
              <w:t>0.373403</w:t>
            </w:r>
          </w:p>
        </w:tc>
        <w:tc>
          <w:tcPr>
            <w:tcW w:type="dxa" w:w="580"/>
            <w:vAlign w:val="center"/>
          </w:tcPr>
          <w:p>
            <w:r/>
            <w:r>
              <w:rPr>
                <w:rFonts w:ascii="Malgun Gothic" w:hAnsi="Malgun Gothic" w:eastAsia="Malgun Gothic"/>
                <w:b w:val="0"/>
                <w:sz w:val="14"/>
              </w:rPr>
              <w:t>2.628545</w:t>
            </w:r>
          </w:p>
        </w:tc>
        <w:tc>
          <w:tcPr>
            <w:tcW w:type="dxa" w:w="580"/>
            <w:vAlign w:val="center"/>
          </w:tcPr>
          <w:p>
            <w:r/>
            <w:r>
              <w:rPr>
                <w:rFonts w:ascii="Malgun Gothic" w:hAnsi="Malgun Gothic" w:eastAsia="Malgun Gothic"/>
                <w:b w:val="0"/>
                <w:sz w:val="14"/>
              </w:rPr>
              <w:t>2.481</w:t>
            </w:r>
          </w:p>
        </w:tc>
        <w:tc>
          <w:tcPr>
            <w:tcW w:type="dxa" w:w="580"/>
            <w:vAlign w:val="center"/>
          </w:tcPr>
          <w:p>
            <w:r/>
            <w:r>
              <w:rPr>
                <w:rFonts w:ascii="Malgun Gothic" w:hAnsi="Malgun Gothic" w:eastAsia="Malgun Gothic"/>
                <w:b w:val="0"/>
                <w:sz w:val="14"/>
              </w:rPr>
              <w:t>1.246</w:t>
            </w:r>
          </w:p>
        </w:tc>
        <w:tc>
          <w:tcPr>
            <w:tcW w:type="dxa" w:w="580"/>
            <w:vAlign w:val="center"/>
          </w:tcPr>
          <w:p>
            <w:r/>
            <w:r>
              <w:rPr>
                <w:rFonts w:ascii="Malgun Gothic" w:hAnsi="Malgun Gothic" w:eastAsia="Malgun Gothic"/>
                <w:b w:val="0"/>
                <w:sz w:val="14"/>
              </w:rPr>
              <w:t>232.585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00__350002022300012.wav::SPEAKER_01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00__350002022300013.wav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92</w:t>
            </w:r>
          </w:p>
        </w:tc>
        <w:tc>
          <w:tcPr>
            <w:tcW w:type="dxa" w:w="580"/>
            <w:vAlign w:val="center"/>
          </w:tcPr>
          <w:p>
            <w:r/>
            <w:r>
              <w:rPr>
                <w:rFonts w:ascii="Malgun Gothic" w:hAnsi="Malgun Gothic" w:eastAsia="Malgun Gothic"/>
                <w:b w:val="0"/>
                <w:sz w:val="14"/>
              </w:rPr>
              <w:t>134.245</w:t>
            </w:r>
          </w:p>
        </w:tc>
        <w:tc>
          <w:tcPr>
            <w:tcW w:type="dxa" w:w="580"/>
            <w:vAlign w:val="center"/>
          </w:tcPr>
          <w:p>
            <w:r/>
            <w:r>
              <w:rPr>
                <w:rFonts w:ascii="Malgun Gothic" w:hAnsi="Malgun Gothic" w:eastAsia="Malgun Gothic"/>
                <w:b w:val="0"/>
                <w:sz w:val="14"/>
              </w:rPr>
              <w:t>0.419271</w:t>
            </w:r>
          </w:p>
        </w:tc>
        <w:tc>
          <w:tcPr>
            <w:tcW w:type="dxa" w:w="580"/>
            <w:vAlign w:val="center"/>
          </w:tcPr>
          <w:p>
            <w:r/>
            <w:r>
              <w:rPr>
                <w:rFonts w:ascii="Malgun Gothic" w:hAnsi="Malgun Gothic" w:eastAsia="Malgun Gothic"/>
                <w:b w:val="0"/>
                <w:sz w:val="14"/>
              </w:rPr>
              <w:t>1.459185</w:t>
            </w:r>
          </w:p>
        </w:tc>
        <w:tc>
          <w:tcPr>
            <w:tcW w:type="dxa" w:w="580"/>
            <w:vAlign w:val="center"/>
          </w:tcPr>
          <w:p>
            <w:r/>
            <w:r>
              <w:rPr>
                <w:rFonts w:ascii="Malgun Gothic" w:hAnsi="Malgun Gothic" w:eastAsia="Malgun Gothic"/>
                <w:b w:val="0"/>
                <w:sz w:val="14"/>
              </w:rPr>
              <w:t>0.962</w:t>
            </w:r>
          </w:p>
        </w:tc>
        <w:tc>
          <w:tcPr>
            <w:tcW w:type="dxa" w:w="580"/>
            <w:vAlign w:val="center"/>
          </w:tcPr>
          <w:p>
            <w:r/>
            <w:r>
              <w:rPr>
                <w:rFonts w:ascii="Malgun Gothic" w:hAnsi="Malgun Gothic" w:eastAsia="Malgun Gothic"/>
                <w:b w:val="0"/>
                <w:sz w:val="14"/>
              </w:rPr>
              <w:t>2.326</w:t>
            </w:r>
          </w:p>
        </w:tc>
        <w:tc>
          <w:tcPr>
            <w:tcW w:type="dxa" w:w="580"/>
            <w:vAlign w:val="center"/>
          </w:tcPr>
          <w:p>
            <w:r/>
            <w:r>
              <w:rPr>
                <w:rFonts w:ascii="Malgun Gothic" w:hAnsi="Malgun Gothic" w:eastAsia="Malgun Gothic"/>
                <w:b w:val="0"/>
                <w:sz w:val="14"/>
              </w:rPr>
              <w:t>320.538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00__350002022300013.wav::SPEAKER_01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00__350002022300014.wav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12</w:t>
            </w:r>
          </w:p>
        </w:tc>
        <w:tc>
          <w:tcPr>
            <w:tcW w:type="dxa" w:w="580"/>
            <w:vAlign w:val="center"/>
          </w:tcPr>
          <w:p>
            <w:r/>
            <w:r>
              <w:rPr>
                <w:rFonts w:ascii="Malgun Gothic" w:hAnsi="Malgun Gothic" w:eastAsia="Malgun Gothic"/>
                <w:b w:val="0"/>
                <w:sz w:val="14"/>
              </w:rPr>
              <w:t>11.729</w:t>
            </w:r>
          </w:p>
        </w:tc>
        <w:tc>
          <w:tcPr>
            <w:tcW w:type="dxa" w:w="580"/>
            <w:vAlign w:val="center"/>
          </w:tcPr>
          <w:p>
            <w:r/>
            <w:r>
              <w:rPr>
                <w:rFonts w:ascii="Malgun Gothic" w:hAnsi="Malgun Gothic" w:eastAsia="Malgun Gothic"/>
                <w:b w:val="0"/>
                <w:sz w:val="14"/>
              </w:rPr>
              <w:t>0.248054</w:t>
            </w:r>
          </w:p>
        </w:tc>
        <w:tc>
          <w:tcPr>
            <w:tcW w:type="dxa" w:w="580"/>
            <w:vAlign w:val="center"/>
          </w:tcPr>
          <w:p>
            <w:r/>
            <w:r>
              <w:rPr>
                <w:rFonts w:ascii="Malgun Gothic" w:hAnsi="Malgun Gothic" w:eastAsia="Malgun Gothic"/>
                <w:b w:val="0"/>
                <w:sz w:val="14"/>
              </w:rPr>
              <w:t>0.977417</w:t>
            </w:r>
          </w:p>
        </w:tc>
        <w:tc>
          <w:tcPr>
            <w:tcW w:type="dxa" w:w="580"/>
            <w:vAlign w:val="center"/>
          </w:tcPr>
          <w:p>
            <w:r/>
            <w:r>
              <w:rPr>
                <w:rFonts w:ascii="Malgun Gothic" w:hAnsi="Malgun Gothic" w:eastAsia="Malgun Gothic"/>
                <w:b w:val="0"/>
                <w:sz w:val="14"/>
              </w:rPr>
              <w:t>0.827</w:t>
            </w:r>
          </w:p>
        </w:tc>
        <w:tc>
          <w:tcPr>
            <w:tcW w:type="dxa" w:w="580"/>
            <w:vAlign w:val="center"/>
          </w:tcPr>
          <w:p>
            <w:r/>
            <w:r>
              <w:rPr>
                <w:rFonts w:ascii="Malgun Gothic" w:hAnsi="Malgun Gothic" w:eastAsia="Malgun Gothic"/>
                <w:b w:val="0"/>
                <w:sz w:val="14"/>
              </w:rPr>
              <w:t>2.798</w:t>
            </w:r>
          </w:p>
        </w:tc>
        <w:tc>
          <w:tcPr>
            <w:tcW w:type="dxa" w:w="580"/>
            <w:vAlign w:val="center"/>
          </w:tcPr>
          <w:p>
            <w:r/>
            <w:r>
              <w:rPr>
                <w:rFonts w:ascii="Malgun Gothic" w:hAnsi="Malgun Gothic" w:eastAsia="Malgun Gothic"/>
                <w:b w:val="0"/>
                <w:sz w:val="14"/>
              </w:rPr>
              <w:t>45.813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00__350002022300014.wav::SPEAKER_01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00__350002022300015.wav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17.397</w:t>
            </w:r>
          </w:p>
        </w:tc>
        <w:tc>
          <w:tcPr>
            <w:tcW w:type="dxa" w:w="580"/>
            <w:vAlign w:val="center"/>
          </w:tcPr>
          <w:p>
            <w:r/>
            <w:r>
              <w:rPr>
                <w:rFonts w:ascii="Malgun Gothic" w:hAnsi="Malgun Gothic" w:eastAsia="Malgun Gothic"/>
                <w:b w:val="0"/>
                <w:sz w:val="14"/>
              </w:rPr>
              <w:t>0.369905</w:t>
            </w:r>
          </w:p>
        </w:tc>
        <w:tc>
          <w:tcPr>
            <w:tcW w:type="dxa" w:w="580"/>
            <w:vAlign w:val="center"/>
          </w:tcPr>
          <w:p>
            <w:r/>
            <w:r>
              <w:rPr>
                <w:rFonts w:ascii="Malgun Gothic" w:hAnsi="Malgun Gothic" w:eastAsia="Malgun Gothic"/>
                <w:b w:val="0"/>
                <w:sz w:val="14"/>
              </w:rPr>
              <w:t>2.8995</w:t>
            </w:r>
          </w:p>
        </w:tc>
        <w:tc>
          <w:tcPr>
            <w:tcW w:type="dxa" w:w="580"/>
            <w:vAlign w:val="center"/>
          </w:tcPr>
          <w:p>
            <w:r/>
            <w:r>
              <w:rPr>
                <w:rFonts w:ascii="Malgun Gothic" w:hAnsi="Malgun Gothic" w:eastAsia="Malgun Gothic"/>
                <w:b w:val="0"/>
                <w:sz w:val="14"/>
              </w:rPr>
              <w:t>2.894</w:t>
            </w:r>
          </w:p>
        </w:tc>
        <w:tc>
          <w:tcPr>
            <w:tcW w:type="dxa" w:w="580"/>
            <w:vAlign w:val="center"/>
          </w:tcPr>
          <w:p>
            <w:r/>
            <w:r>
              <w:rPr>
                <w:rFonts w:ascii="Malgun Gothic" w:hAnsi="Malgun Gothic" w:eastAsia="Malgun Gothic"/>
                <w:b w:val="0"/>
                <w:sz w:val="14"/>
              </w:rPr>
              <w:t>10.207</w:t>
            </w:r>
          </w:p>
        </w:tc>
        <w:tc>
          <w:tcPr>
            <w:tcW w:type="dxa" w:w="580"/>
            <w:vAlign w:val="center"/>
          </w:tcPr>
          <w:p>
            <w:r/>
            <w:r>
              <w:rPr>
                <w:rFonts w:ascii="Malgun Gothic" w:hAnsi="Malgun Gothic" w:eastAsia="Malgun Gothic"/>
                <w:b w:val="0"/>
                <w:sz w:val="14"/>
              </w:rPr>
              <w:t>48.108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00__350002022300015.wav::SPEAKER_01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00__350002022300016.wav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9</w:t>
            </w:r>
          </w:p>
        </w:tc>
        <w:tc>
          <w:tcPr>
            <w:tcW w:type="dxa" w:w="580"/>
            <w:vAlign w:val="center"/>
          </w:tcPr>
          <w:p>
            <w:r/>
            <w:r>
              <w:rPr>
                <w:rFonts w:ascii="Malgun Gothic" w:hAnsi="Malgun Gothic" w:eastAsia="Malgun Gothic"/>
                <w:b w:val="0"/>
                <w:sz w:val="14"/>
              </w:rPr>
              <w:t>9.367</w:t>
            </w:r>
          </w:p>
        </w:tc>
        <w:tc>
          <w:tcPr>
            <w:tcW w:type="dxa" w:w="580"/>
            <w:vAlign w:val="center"/>
          </w:tcPr>
          <w:p>
            <w:r/>
            <w:r>
              <w:rPr>
                <w:rFonts w:ascii="Malgun Gothic" w:hAnsi="Malgun Gothic" w:eastAsia="Malgun Gothic"/>
                <w:b w:val="0"/>
                <w:sz w:val="14"/>
              </w:rPr>
              <w:t>0.452753</w:t>
            </w:r>
          </w:p>
        </w:tc>
        <w:tc>
          <w:tcPr>
            <w:tcW w:type="dxa" w:w="580"/>
            <w:vAlign w:val="center"/>
          </w:tcPr>
          <w:p>
            <w:r/>
            <w:r>
              <w:rPr>
                <w:rFonts w:ascii="Malgun Gothic" w:hAnsi="Malgun Gothic" w:eastAsia="Malgun Gothic"/>
                <w:b w:val="0"/>
                <w:sz w:val="14"/>
              </w:rPr>
              <w:t>1.040778</w:t>
            </w:r>
          </w:p>
        </w:tc>
        <w:tc>
          <w:tcPr>
            <w:tcW w:type="dxa" w:w="580"/>
            <w:vAlign w:val="center"/>
          </w:tcPr>
          <w:p>
            <w:r/>
            <w:r>
              <w:rPr>
                <w:rFonts w:ascii="Malgun Gothic" w:hAnsi="Malgun Gothic" w:eastAsia="Malgun Gothic"/>
                <w:b w:val="0"/>
                <w:sz w:val="14"/>
              </w:rPr>
              <w:t>0.945</w:t>
            </w:r>
          </w:p>
        </w:tc>
        <w:tc>
          <w:tcPr>
            <w:tcW w:type="dxa" w:w="580"/>
            <w:vAlign w:val="center"/>
          </w:tcPr>
          <w:p>
            <w:r/>
            <w:r>
              <w:rPr>
                <w:rFonts w:ascii="Malgun Gothic" w:hAnsi="Malgun Gothic" w:eastAsia="Malgun Gothic"/>
                <w:b w:val="0"/>
                <w:sz w:val="14"/>
              </w:rPr>
              <w:t>1.263</w:t>
            </w:r>
          </w:p>
        </w:tc>
        <w:tc>
          <w:tcPr>
            <w:tcW w:type="dxa" w:w="580"/>
            <w:vAlign w:val="center"/>
          </w:tcPr>
          <w:p>
            <w:r/>
            <w:r>
              <w:rPr>
                <w:rFonts w:ascii="Malgun Gothic" w:hAnsi="Malgun Gothic" w:eastAsia="Malgun Gothic"/>
                <w:b w:val="0"/>
                <w:sz w:val="14"/>
              </w:rPr>
              <w:t>21.952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00__350002022300016.wav::SPEAKER_01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00__350002022300017.wav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5</w:t>
            </w:r>
          </w:p>
        </w:tc>
        <w:tc>
          <w:tcPr>
            <w:tcW w:type="dxa" w:w="580"/>
            <w:vAlign w:val="center"/>
          </w:tcPr>
          <w:p>
            <w:r/>
            <w:r>
              <w:rPr>
                <w:rFonts w:ascii="Malgun Gothic" w:hAnsi="Malgun Gothic" w:eastAsia="Malgun Gothic"/>
                <w:b w:val="0"/>
                <w:sz w:val="14"/>
              </w:rPr>
              <w:t>13.315</w:t>
            </w:r>
          </w:p>
        </w:tc>
        <w:tc>
          <w:tcPr>
            <w:tcW w:type="dxa" w:w="580"/>
            <w:vAlign w:val="center"/>
          </w:tcPr>
          <w:p>
            <w:r/>
            <w:r>
              <w:rPr>
                <w:rFonts w:ascii="Malgun Gothic" w:hAnsi="Malgun Gothic" w:eastAsia="Malgun Gothic"/>
                <w:b w:val="0"/>
                <w:sz w:val="14"/>
              </w:rPr>
              <w:t>0.616921</w:t>
            </w:r>
          </w:p>
        </w:tc>
        <w:tc>
          <w:tcPr>
            <w:tcW w:type="dxa" w:w="580"/>
            <w:vAlign w:val="center"/>
          </w:tcPr>
          <w:p>
            <w:r/>
            <w:r>
              <w:rPr>
                <w:rFonts w:ascii="Malgun Gothic" w:hAnsi="Malgun Gothic" w:eastAsia="Malgun Gothic"/>
                <w:b w:val="0"/>
                <w:sz w:val="14"/>
              </w:rPr>
              <w:t>2.663</w:t>
            </w:r>
          </w:p>
        </w:tc>
        <w:tc>
          <w:tcPr>
            <w:tcW w:type="dxa" w:w="580"/>
            <w:vAlign w:val="center"/>
          </w:tcPr>
          <w:p>
            <w:r/>
            <w:r>
              <w:rPr>
                <w:rFonts w:ascii="Malgun Gothic" w:hAnsi="Malgun Gothic" w:eastAsia="Malgun Gothic"/>
                <w:b w:val="0"/>
                <w:sz w:val="14"/>
              </w:rPr>
              <w:t>1.519</w:t>
            </w:r>
          </w:p>
        </w:tc>
        <w:tc>
          <w:tcPr>
            <w:tcW w:type="dxa" w:w="580"/>
            <w:vAlign w:val="center"/>
          </w:tcPr>
          <w:p>
            <w:r/>
            <w:r>
              <w:rPr>
                <w:rFonts w:ascii="Malgun Gothic" w:hAnsi="Malgun Gothic" w:eastAsia="Malgun Gothic"/>
                <w:b w:val="0"/>
                <w:sz w:val="14"/>
              </w:rPr>
              <w:t>8.03</w:t>
            </w:r>
          </w:p>
        </w:tc>
        <w:tc>
          <w:tcPr>
            <w:tcW w:type="dxa" w:w="580"/>
            <w:vAlign w:val="center"/>
          </w:tcPr>
          <w:p>
            <w:r/>
            <w:r>
              <w:rPr>
                <w:rFonts w:ascii="Malgun Gothic" w:hAnsi="Malgun Gothic" w:eastAsia="Malgun Gothic"/>
                <w:b w:val="0"/>
                <w:sz w:val="14"/>
              </w:rPr>
              <w:t>22.812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00__350002022300017.wav::SPEAKER_01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00__350002022300018.wav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108</w:t>
            </w:r>
          </w:p>
        </w:tc>
        <w:tc>
          <w:tcPr>
            <w:tcW w:type="dxa" w:w="580"/>
            <w:vAlign w:val="center"/>
          </w:tcPr>
          <w:p>
            <w:r/>
            <w:r>
              <w:rPr>
                <w:rFonts w:ascii="Malgun Gothic" w:hAnsi="Malgun Gothic" w:eastAsia="Malgun Gothic"/>
                <w:b w:val="0"/>
                <w:sz w:val="14"/>
              </w:rPr>
              <w:t>113.851</w:t>
            </w:r>
          </w:p>
        </w:tc>
        <w:tc>
          <w:tcPr>
            <w:tcW w:type="dxa" w:w="580"/>
            <w:vAlign w:val="center"/>
          </w:tcPr>
          <w:p>
            <w:r/>
            <w:r>
              <w:rPr>
                <w:rFonts w:ascii="Malgun Gothic" w:hAnsi="Malgun Gothic" w:eastAsia="Malgun Gothic"/>
                <w:b w:val="0"/>
                <w:sz w:val="14"/>
              </w:rPr>
              <w:t>0.219</w:t>
            </w:r>
          </w:p>
        </w:tc>
        <w:tc>
          <w:tcPr>
            <w:tcW w:type="dxa" w:w="580"/>
            <w:vAlign w:val="center"/>
          </w:tcPr>
          <w:p>
            <w:r/>
            <w:r>
              <w:rPr>
                <w:rFonts w:ascii="Malgun Gothic" w:hAnsi="Malgun Gothic" w:eastAsia="Malgun Gothic"/>
                <w:b w:val="0"/>
                <w:sz w:val="14"/>
              </w:rPr>
              <w:t>1.054176</w:t>
            </w:r>
          </w:p>
        </w:tc>
        <w:tc>
          <w:tcPr>
            <w:tcW w:type="dxa" w:w="580"/>
            <w:vAlign w:val="center"/>
          </w:tcPr>
          <w:p>
            <w:r/>
            <w:r>
              <w:rPr>
                <w:rFonts w:ascii="Malgun Gothic" w:hAnsi="Malgun Gothic" w:eastAsia="Malgun Gothic"/>
                <w:b w:val="0"/>
                <w:sz w:val="14"/>
              </w:rPr>
              <w:t>0.7505</w:t>
            </w:r>
          </w:p>
        </w:tc>
        <w:tc>
          <w:tcPr>
            <w:tcW w:type="dxa" w:w="580"/>
            <w:vAlign w:val="center"/>
          </w:tcPr>
          <w:p>
            <w:r/>
            <w:r>
              <w:rPr>
                <w:rFonts w:ascii="Malgun Gothic" w:hAnsi="Malgun Gothic" w:eastAsia="Malgun Gothic"/>
                <w:b w:val="0"/>
                <w:sz w:val="14"/>
              </w:rPr>
              <w:t>5.144</w:t>
            </w:r>
          </w:p>
        </w:tc>
        <w:tc>
          <w:tcPr>
            <w:tcW w:type="dxa" w:w="580"/>
            <w:vAlign w:val="center"/>
          </w:tcPr>
          <w:p>
            <w:r/>
            <w:r>
              <w:rPr>
                <w:rFonts w:ascii="Malgun Gothic" w:hAnsi="Malgun Gothic" w:eastAsia="Malgun Gothic"/>
                <w:b w:val="0"/>
                <w:sz w:val="14"/>
              </w:rPr>
              <w:t>521.232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00__350002022300018.wav::SPEAKER_01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00__350002022300019.wav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5</w:t>
            </w:r>
          </w:p>
        </w:tc>
        <w:tc>
          <w:tcPr>
            <w:tcW w:type="dxa" w:w="580"/>
            <w:vAlign w:val="center"/>
          </w:tcPr>
          <w:p>
            <w:r/>
            <w:r>
              <w:rPr>
                <w:rFonts w:ascii="Malgun Gothic" w:hAnsi="Malgun Gothic" w:eastAsia="Malgun Gothic"/>
                <w:b w:val="0"/>
                <w:sz w:val="14"/>
              </w:rPr>
              <w:t>5.855</w:t>
            </w:r>
          </w:p>
        </w:tc>
        <w:tc>
          <w:tcPr>
            <w:tcW w:type="dxa" w:w="580"/>
            <w:vAlign w:val="center"/>
          </w:tcPr>
          <w:p>
            <w:r/>
            <w:r>
              <w:rPr>
                <w:rFonts w:ascii="Malgun Gothic" w:hAnsi="Malgun Gothic" w:eastAsia="Malgun Gothic"/>
                <w:b w:val="0"/>
                <w:sz w:val="14"/>
              </w:rPr>
              <w:t>0.434251</w:t>
            </w:r>
          </w:p>
        </w:tc>
        <w:tc>
          <w:tcPr>
            <w:tcW w:type="dxa" w:w="580"/>
            <w:vAlign w:val="center"/>
          </w:tcPr>
          <w:p>
            <w:r/>
            <w:r>
              <w:rPr>
                <w:rFonts w:ascii="Malgun Gothic" w:hAnsi="Malgun Gothic" w:eastAsia="Malgun Gothic"/>
                <w:b w:val="0"/>
                <w:sz w:val="14"/>
              </w:rPr>
              <w:t>1.171</w:t>
            </w:r>
          </w:p>
        </w:tc>
        <w:tc>
          <w:tcPr>
            <w:tcW w:type="dxa" w:w="580"/>
            <w:vAlign w:val="center"/>
          </w:tcPr>
          <w:p>
            <w:r/>
            <w:r>
              <w:rPr>
                <w:rFonts w:ascii="Malgun Gothic" w:hAnsi="Malgun Gothic" w:eastAsia="Malgun Gothic"/>
                <w:b w:val="0"/>
                <w:sz w:val="14"/>
              </w:rPr>
              <w:t>0.624</w:t>
            </w:r>
          </w:p>
        </w:tc>
        <w:tc>
          <w:tcPr>
            <w:tcW w:type="dxa" w:w="580"/>
            <w:vAlign w:val="center"/>
          </w:tcPr>
          <w:p>
            <w:r/>
            <w:r>
              <w:rPr>
                <w:rFonts w:ascii="Malgun Gothic" w:hAnsi="Malgun Gothic" w:eastAsia="Malgun Gothic"/>
                <w:b w:val="0"/>
                <w:sz w:val="14"/>
              </w:rPr>
              <w:t>0.554</w:t>
            </w:r>
          </w:p>
        </w:tc>
        <w:tc>
          <w:tcPr>
            <w:tcW w:type="dxa" w:w="580"/>
            <w:vAlign w:val="center"/>
          </w:tcPr>
          <w:p>
            <w:r/>
            <w:r>
              <w:rPr>
                <w:rFonts w:ascii="Malgun Gothic" w:hAnsi="Malgun Gothic" w:eastAsia="Malgun Gothic"/>
                <w:b w:val="0"/>
                <w:sz w:val="14"/>
              </w:rPr>
              <w:t>13.328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00__350002022300019.wav::SPEAKER_01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00__350002022300020.wav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215</w:t>
            </w:r>
          </w:p>
        </w:tc>
        <w:tc>
          <w:tcPr>
            <w:tcW w:type="dxa" w:w="580"/>
            <w:vAlign w:val="center"/>
          </w:tcPr>
          <w:p>
            <w:r/>
            <w:r>
              <w:rPr>
                <w:rFonts w:ascii="Malgun Gothic" w:hAnsi="Malgun Gothic" w:eastAsia="Malgun Gothic"/>
                <w:b w:val="0"/>
                <w:sz w:val="14"/>
              </w:rPr>
              <w:t>754.177</w:t>
            </w:r>
          </w:p>
        </w:tc>
        <w:tc>
          <w:tcPr>
            <w:tcW w:type="dxa" w:w="580"/>
            <w:vAlign w:val="center"/>
          </w:tcPr>
          <w:p>
            <w:r/>
            <w:r>
              <w:rPr>
                <w:rFonts w:ascii="Malgun Gothic" w:hAnsi="Malgun Gothic" w:eastAsia="Malgun Gothic"/>
                <w:b w:val="0"/>
                <w:sz w:val="14"/>
              </w:rPr>
              <w:t>0.727906</w:t>
            </w:r>
          </w:p>
        </w:tc>
        <w:tc>
          <w:tcPr>
            <w:tcW w:type="dxa" w:w="580"/>
            <w:vAlign w:val="center"/>
          </w:tcPr>
          <w:p>
            <w:r/>
            <w:r>
              <w:rPr>
                <w:rFonts w:ascii="Malgun Gothic" w:hAnsi="Malgun Gothic" w:eastAsia="Malgun Gothic"/>
                <w:b w:val="0"/>
                <w:sz w:val="14"/>
              </w:rPr>
              <w:t>3.5078</w:t>
            </w:r>
          </w:p>
        </w:tc>
        <w:tc>
          <w:tcPr>
            <w:tcW w:type="dxa" w:w="580"/>
            <w:vAlign w:val="center"/>
          </w:tcPr>
          <w:p>
            <w:r/>
            <w:r>
              <w:rPr>
                <w:rFonts w:ascii="Malgun Gothic" w:hAnsi="Malgun Gothic" w:eastAsia="Malgun Gothic"/>
                <w:b w:val="0"/>
                <w:sz w:val="14"/>
              </w:rPr>
              <w:t>2.7</w:t>
            </w:r>
          </w:p>
        </w:tc>
        <w:tc>
          <w:tcPr>
            <w:tcW w:type="dxa" w:w="580"/>
            <w:vAlign w:val="center"/>
          </w:tcPr>
          <w:p>
            <w:r/>
            <w:r>
              <w:rPr>
                <w:rFonts w:ascii="Malgun Gothic" w:hAnsi="Malgun Gothic" w:eastAsia="Malgun Gothic"/>
                <w:b w:val="0"/>
                <w:sz w:val="14"/>
              </w:rPr>
              <w:t>1.162</w:t>
            </w:r>
          </w:p>
        </w:tc>
        <w:tc>
          <w:tcPr>
            <w:tcW w:type="dxa" w:w="580"/>
            <w:vAlign w:val="center"/>
          </w:tcPr>
          <w:p>
            <w:r/>
            <w:r>
              <w:rPr>
                <w:rFonts w:ascii="Malgun Gothic" w:hAnsi="Malgun Gothic" w:eastAsia="Malgun Gothic"/>
                <w:b w:val="0"/>
                <w:sz w:val="14"/>
              </w:rPr>
              <w:t>1035.38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00__350002022300020.wav::SPEAKER_01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00__350002022300021.wav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75</w:t>
            </w:r>
          </w:p>
        </w:tc>
        <w:tc>
          <w:tcPr>
            <w:tcW w:type="dxa" w:w="580"/>
            <w:vAlign w:val="center"/>
          </w:tcPr>
          <w:p>
            <w:r/>
            <w:r>
              <w:rPr>
                <w:rFonts w:ascii="Malgun Gothic" w:hAnsi="Malgun Gothic" w:eastAsia="Malgun Gothic"/>
                <w:b w:val="0"/>
                <w:sz w:val="14"/>
              </w:rPr>
              <w:t>80.611</w:t>
            </w:r>
          </w:p>
        </w:tc>
        <w:tc>
          <w:tcPr>
            <w:tcW w:type="dxa" w:w="580"/>
            <w:vAlign w:val="center"/>
          </w:tcPr>
          <w:p>
            <w:r/>
            <w:r>
              <w:rPr>
                <w:rFonts w:ascii="Malgun Gothic" w:hAnsi="Malgun Gothic" w:eastAsia="Malgun Gothic"/>
                <w:b w:val="0"/>
                <w:sz w:val="14"/>
              </w:rPr>
              <w:t>0.154875</w:t>
            </w:r>
          </w:p>
        </w:tc>
        <w:tc>
          <w:tcPr>
            <w:tcW w:type="dxa" w:w="580"/>
            <w:vAlign w:val="center"/>
          </w:tcPr>
          <w:p>
            <w:r/>
            <w:r>
              <w:rPr>
                <w:rFonts w:ascii="Malgun Gothic" w:hAnsi="Malgun Gothic" w:eastAsia="Malgun Gothic"/>
                <w:b w:val="0"/>
                <w:sz w:val="14"/>
              </w:rPr>
              <w:t>1.074813</w:t>
            </w:r>
          </w:p>
        </w:tc>
        <w:tc>
          <w:tcPr>
            <w:tcW w:type="dxa" w:w="580"/>
            <w:vAlign w:val="center"/>
          </w:tcPr>
          <w:p>
            <w:r/>
            <w:r>
              <w:rPr>
                <w:rFonts w:ascii="Malgun Gothic" w:hAnsi="Malgun Gothic" w:eastAsia="Malgun Gothic"/>
                <w:b w:val="0"/>
                <w:sz w:val="14"/>
              </w:rPr>
              <w:t>0.776</w:t>
            </w:r>
          </w:p>
        </w:tc>
        <w:tc>
          <w:tcPr>
            <w:tcW w:type="dxa" w:w="580"/>
            <w:vAlign w:val="center"/>
          </w:tcPr>
          <w:p>
            <w:r/>
            <w:r>
              <w:rPr>
                <w:rFonts w:ascii="Malgun Gothic" w:hAnsi="Malgun Gothic" w:eastAsia="Malgun Gothic"/>
                <w:b w:val="0"/>
                <w:sz w:val="14"/>
              </w:rPr>
              <w:t>0.605</w:t>
            </w:r>
          </w:p>
        </w:tc>
        <w:tc>
          <w:tcPr>
            <w:tcW w:type="dxa" w:w="580"/>
            <w:vAlign w:val="center"/>
          </w:tcPr>
          <w:p>
            <w:r/>
            <w:r>
              <w:rPr>
                <w:rFonts w:ascii="Malgun Gothic" w:hAnsi="Malgun Gothic" w:eastAsia="Malgun Gothic"/>
                <w:b w:val="0"/>
                <w:sz w:val="14"/>
              </w:rPr>
              <w:t>516.558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00__350002022300021.wav::SPEAKER_01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00__350002022300022.wav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7</w:t>
            </w:r>
          </w:p>
        </w:tc>
        <w:tc>
          <w:tcPr>
            <w:tcW w:type="dxa" w:w="580"/>
            <w:vAlign w:val="center"/>
          </w:tcPr>
          <w:p>
            <w:r/>
            <w:r>
              <w:rPr>
                <w:rFonts w:ascii="Malgun Gothic" w:hAnsi="Malgun Gothic" w:eastAsia="Malgun Gothic"/>
                <w:b w:val="0"/>
                <w:sz w:val="14"/>
              </w:rPr>
              <w:t>16.217</w:t>
            </w:r>
          </w:p>
        </w:tc>
        <w:tc>
          <w:tcPr>
            <w:tcW w:type="dxa" w:w="580"/>
            <w:vAlign w:val="center"/>
          </w:tcPr>
          <w:p>
            <w:r/>
            <w:r>
              <w:rPr>
                <w:rFonts w:ascii="Malgun Gothic" w:hAnsi="Malgun Gothic" w:eastAsia="Malgun Gothic"/>
                <w:b w:val="0"/>
                <w:sz w:val="14"/>
              </w:rPr>
              <w:t>0.652858</w:t>
            </w:r>
          </w:p>
        </w:tc>
        <w:tc>
          <w:tcPr>
            <w:tcW w:type="dxa" w:w="580"/>
            <w:vAlign w:val="center"/>
          </w:tcPr>
          <w:p>
            <w:r/>
            <w:r>
              <w:rPr>
                <w:rFonts w:ascii="Malgun Gothic" w:hAnsi="Malgun Gothic" w:eastAsia="Malgun Gothic"/>
                <w:b w:val="0"/>
                <w:sz w:val="14"/>
              </w:rPr>
              <w:t>2.316714</w:t>
            </w:r>
          </w:p>
        </w:tc>
        <w:tc>
          <w:tcPr>
            <w:tcW w:type="dxa" w:w="580"/>
            <w:vAlign w:val="center"/>
          </w:tcPr>
          <w:p>
            <w:r/>
            <w:r>
              <w:rPr>
                <w:rFonts w:ascii="Malgun Gothic" w:hAnsi="Malgun Gothic" w:eastAsia="Malgun Gothic"/>
                <w:b w:val="0"/>
                <w:sz w:val="14"/>
              </w:rPr>
              <w:t>0.793</w:t>
            </w:r>
          </w:p>
        </w:tc>
        <w:tc>
          <w:tcPr>
            <w:tcW w:type="dxa" w:w="580"/>
            <w:vAlign w:val="center"/>
          </w:tcPr>
          <w:p>
            <w:r/>
            <w:r>
              <w:rPr>
                <w:rFonts w:ascii="Malgun Gothic" w:hAnsi="Malgun Gothic" w:eastAsia="Malgun Gothic"/>
                <w:b w:val="0"/>
                <w:sz w:val="14"/>
              </w:rPr>
              <w:t>1.853</w:t>
            </w:r>
          </w:p>
        </w:tc>
        <w:tc>
          <w:tcPr>
            <w:tcW w:type="dxa" w:w="580"/>
            <w:vAlign w:val="center"/>
          </w:tcPr>
          <w:p>
            <w:r/>
            <w:r>
              <w:rPr>
                <w:rFonts w:ascii="Malgun Gothic" w:hAnsi="Malgun Gothic" w:eastAsia="Malgun Gothic"/>
                <w:b w:val="0"/>
                <w:sz w:val="14"/>
              </w:rPr>
              <w:t>26.339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00__350002022300022.wav::SPEAKER_01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00__350002022300023.wav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51</w:t>
            </w:r>
          </w:p>
        </w:tc>
        <w:tc>
          <w:tcPr>
            <w:tcW w:type="dxa" w:w="580"/>
            <w:vAlign w:val="center"/>
          </w:tcPr>
          <w:p>
            <w:r/>
            <w:r>
              <w:rPr>
                <w:rFonts w:ascii="Malgun Gothic" w:hAnsi="Malgun Gothic" w:eastAsia="Malgun Gothic"/>
                <w:b w:val="0"/>
                <w:sz w:val="14"/>
              </w:rPr>
              <w:t>47.759</w:t>
            </w:r>
          </w:p>
        </w:tc>
        <w:tc>
          <w:tcPr>
            <w:tcW w:type="dxa" w:w="580"/>
            <w:vAlign w:val="center"/>
          </w:tcPr>
          <w:p>
            <w:r/>
            <w:r>
              <w:rPr>
                <w:rFonts w:ascii="Malgun Gothic" w:hAnsi="Malgun Gothic" w:eastAsia="Malgun Gothic"/>
                <w:b w:val="0"/>
                <w:sz w:val="14"/>
              </w:rPr>
              <w:t>0.15959</w:t>
            </w:r>
          </w:p>
        </w:tc>
        <w:tc>
          <w:tcPr>
            <w:tcW w:type="dxa" w:w="580"/>
            <w:vAlign w:val="center"/>
          </w:tcPr>
          <w:p>
            <w:r/>
            <w:r>
              <w:rPr>
                <w:rFonts w:ascii="Malgun Gothic" w:hAnsi="Malgun Gothic" w:eastAsia="Malgun Gothic"/>
                <w:b w:val="0"/>
                <w:sz w:val="14"/>
              </w:rPr>
              <w:t>0.936451</w:t>
            </w:r>
          </w:p>
        </w:tc>
        <w:tc>
          <w:tcPr>
            <w:tcW w:type="dxa" w:w="580"/>
            <w:vAlign w:val="center"/>
          </w:tcPr>
          <w:p>
            <w:r/>
            <w:r>
              <w:rPr>
                <w:rFonts w:ascii="Malgun Gothic" w:hAnsi="Malgun Gothic" w:eastAsia="Malgun Gothic"/>
                <w:b w:val="0"/>
                <w:sz w:val="14"/>
              </w:rPr>
              <w:t>0.709</w:t>
            </w:r>
          </w:p>
        </w:tc>
        <w:tc>
          <w:tcPr>
            <w:tcW w:type="dxa" w:w="580"/>
            <w:vAlign w:val="center"/>
          </w:tcPr>
          <w:p>
            <w:r/>
            <w:r>
              <w:rPr>
                <w:rFonts w:ascii="Malgun Gothic" w:hAnsi="Malgun Gothic" w:eastAsia="Malgun Gothic"/>
                <w:b w:val="0"/>
                <w:sz w:val="14"/>
              </w:rPr>
              <w:t>0.352</w:t>
            </w:r>
          </w:p>
        </w:tc>
        <w:tc>
          <w:tcPr>
            <w:tcW w:type="dxa" w:w="580"/>
            <w:vAlign w:val="center"/>
          </w:tcPr>
          <w:p>
            <w:r/>
            <w:r>
              <w:rPr>
                <w:rFonts w:ascii="Malgun Gothic" w:hAnsi="Malgun Gothic" w:eastAsia="Malgun Gothic"/>
                <w:b w:val="0"/>
                <w:sz w:val="14"/>
              </w:rPr>
              <w:t>299.613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00__350002022300023.wav::SPEAKER_01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00__350002022300024.wav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9</w:t>
            </w:r>
          </w:p>
        </w:tc>
        <w:tc>
          <w:tcPr>
            <w:tcW w:type="dxa" w:w="580"/>
            <w:vAlign w:val="center"/>
          </w:tcPr>
          <w:p>
            <w:r/>
            <w:r>
              <w:rPr>
                <w:rFonts w:ascii="Malgun Gothic" w:hAnsi="Malgun Gothic" w:eastAsia="Malgun Gothic"/>
                <w:b w:val="0"/>
                <w:sz w:val="14"/>
              </w:rPr>
              <w:t>25.092</w:t>
            </w:r>
          </w:p>
        </w:tc>
        <w:tc>
          <w:tcPr>
            <w:tcW w:type="dxa" w:w="580"/>
            <w:vAlign w:val="center"/>
          </w:tcPr>
          <w:p>
            <w:r/>
            <w:r>
              <w:rPr>
                <w:rFonts w:ascii="Malgun Gothic" w:hAnsi="Malgun Gothic" w:eastAsia="Malgun Gothic"/>
                <w:b w:val="0"/>
                <w:sz w:val="14"/>
              </w:rPr>
              <w:t>0.821961</w:t>
            </w:r>
          </w:p>
        </w:tc>
        <w:tc>
          <w:tcPr>
            <w:tcW w:type="dxa" w:w="580"/>
            <w:vAlign w:val="center"/>
          </w:tcPr>
          <w:p>
            <w:r/>
            <w:r>
              <w:rPr>
                <w:rFonts w:ascii="Malgun Gothic" w:hAnsi="Malgun Gothic" w:eastAsia="Malgun Gothic"/>
                <w:b w:val="0"/>
                <w:sz w:val="14"/>
              </w:rPr>
              <w:t>2.788</w:t>
            </w:r>
          </w:p>
        </w:tc>
        <w:tc>
          <w:tcPr>
            <w:tcW w:type="dxa" w:w="580"/>
            <w:vAlign w:val="center"/>
          </w:tcPr>
          <w:p>
            <w:r/>
            <w:r>
              <w:rPr>
                <w:rFonts w:ascii="Malgun Gothic" w:hAnsi="Malgun Gothic" w:eastAsia="Malgun Gothic"/>
                <w:b w:val="0"/>
                <w:sz w:val="14"/>
              </w:rPr>
              <w:t>2.683</w:t>
            </w:r>
          </w:p>
        </w:tc>
        <w:tc>
          <w:tcPr>
            <w:tcW w:type="dxa" w:w="580"/>
            <w:vAlign w:val="center"/>
          </w:tcPr>
          <w:p>
            <w:r/>
            <w:r>
              <w:rPr>
                <w:rFonts w:ascii="Malgun Gothic" w:hAnsi="Malgun Gothic" w:eastAsia="Malgun Gothic"/>
                <w:b w:val="0"/>
                <w:sz w:val="14"/>
              </w:rPr>
              <w:t>1.381</w:t>
            </w:r>
          </w:p>
        </w:tc>
        <w:tc>
          <w:tcPr>
            <w:tcW w:type="dxa" w:w="580"/>
            <w:vAlign w:val="center"/>
          </w:tcPr>
          <w:p>
            <w:r/>
            <w:r>
              <w:rPr>
                <w:rFonts w:ascii="Malgun Gothic" w:hAnsi="Malgun Gothic" w:eastAsia="Malgun Gothic"/>
                <w:b w:val="0"/>
                <w:sz w:val="14"/>
              </w:rPr>
              <w:t>30.895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00__350002022300024.wav::SPEAKER_01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 중간 950행은 전체 데이터 부록 ZIP에 원본으로 포함 ...</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09__350002022300975.wav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5</w:t>
            </w:r>
          </w:p>
        </w:tc>
        <w:tc>
          <w:tcPr>
            <w:tcW w:type="dxa" w:w="580"/>
            <w:vAlign w:val="center"/>
          </w:tcPr>
          <w:p>
            <w:r/>
            <w:r>
              <w:rPr>
                <w:rFonts w:ascii="Malgun Gothic" w:hAnsi="Malgun Gothic" w:eastAsia="Malgun Gothic"/>
                <w:b w:val="0"/>
                <w:sz w:val="14"/>
              </w:rPr>
              <w:t>10.261</w:t>
            </w:r>
          </w:p>
        </w:tc>
        <w:tc>
          <w:tcPr>
            <w:tcW w:type="dxa" w:w="580"/>
            <w:vAlign w:val="center"/>
          </w:tcPr>
          <w:p>
            <w:r/>
            <w:r>
              <w:rPr>
                <w:rFonts w:ascii="Malgun Gothic" w:hAnsi="Malgun Gothic" w:eastAsia="Malgun Gothic"/>
                <w:b w:val="0"/>
                <w:sz w:val="14"/>
              </w:rPr>
              <w:t>0.401102</w:t>
            </w:r>
          </w:p>
        </w:tc>
        <w:tc>
          <w:tcPr>
            <w:tcW w:type="dxa" w:w="580"/>
            <w:vAlign w:val="center"/>
          </w:tcPr>
          <w:p>
            <w:r/>
            <w:r>
              <w:rPr>
                <w:rFonts w:ascii="Malgun Gothic" w:hAnsi="Malgun Gothic" w:eastAsia="Malgun Gothic"/>
                <w:b w:val="0"/>
                <w:sz w:val="14"/>
              </w:rPr>
              <w:t>2.0522</w:t>
            </w:r>
          </w:p>
        </w:tc>
        <w:tc>
          <w:tcPr>
            <w:tcW w:type="dxa" w:w="580"/>
            <w:vAlign w:val="center"/>
          </w:tcPr>
          <w:p>
            <w:r/>
            <w:r>
              <w:rPr>
                <w:rFonts w:ascii="Malgun Gothic" w:hAnsi="Malgun Gothic" w:eastAsia="Malgun Gothic"/>
                <w:b w:val="0"/>
                <w:sz w:val="14"/>
              </w:rPr>
              <w:t>2.076</w:t>
            </w:r>
          </w:p>
        </w:tc>
        <w:tc>
          <w:tcPr>
            <w:tcW w:type="dxa" w:w="580"/>
            <w:vAlign w:val="center"/>
          </w:tcPr>
          <w:p>
            <w:r/>
            <w:r>
              <w:rPr>
                <w:rFonts w:ascii="Malgun Gothic" w:hAnsi="Malgun Gothic" w:eastAsia="Malgun Gothic"/>
                <w:b w:val="0"/>
                <w:sz w:val="14"/>
              </w:rPr>
              <w:t>0.436</w:t>
            </w:r>
          </w:p>
        </w:tc>
        <w:tc>
          <w:tcPr>
            <w:tcW w:type="dxa" w:w="580"/>
            <w:vAlign w:val="center"/>
          </w:tcPr>
          <w:p>
            <w:r/>
            <w:r>
              <w:rPr>
                <w:rFonts w:ascii="Malgun Gothic" w:hAnsi="Malgun Gothic" w:eastAsia="Malgun Gothic"/>
                <w:b w:val="0"/>
                <w:sz w:val="14"/>
              </w:rPr>
              <w:t>21.597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09__350002022300975.wav::SPEAKER_01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09__350002022300976.wav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21</w:t>
            </w:r>
          </w:p>
        </w:tc>
        <w:tc>
          <w:tcPr>
            <w:tcW w:type="dxa" w:w="580"/>
            <w:vAlign w:val="center"/>
          </w:tcPr>
          <w:p>
            <w:r/>
            <w:r>
              <w:rPr>
                <w:rFonts w:ascii="Malgun Gothic" w:hAnsi="Malgun Gothic" w:eastAsia="Malgun Gothic"/>
                <w:b w:val="0"/>
                <w:sz w:val="14"/>
              </w:rPr>
              <w:t>23.067</w:t>
            </w:r>
          </w:p>
        </w:tc>
        <w:tc>
          <w:tcPr>
            <w:tcW w:type="dxa" w:w="580"/>
            <w:vAlign w:val="center"/>
          </w:tcPr>
          <w:p>
            <w:r/>
            <w:r>
              <w:rPr>
                <w:rFonts w:ascii="Malgun Gothic" w:hAnsi="Malgun Gothic" w:eastAsia="Malgun Gothic"/>
                <w:b w:val="0"/>
                <w:sz w:val="14"/>
              </w:rPr>
              <w:t>0.192201</w:t>
            </w:r>
          </w:p>
        </w:tc>
        <w:tc>
          <w:tcPr>
            <w:tcW w:type="dxa" w:w="580"/>
            <w:vAlign w:val="center"/>
          </w:tcPr>
          <w:p>
            <w:r/>
            <w:r>
              <w:rPr>
                <w:rFonts w:ascii="Malgun Gothic" w:hAnsi="Malgun Gothic" w:eastAsia="Malgun Gothic"/>
                <w:b w:val="0"/>
                <w:sz w:val="14"/>
              </w:rPr>
              <w:t>1.098429</w:t>
            </w:r>
          </w:p>
        </w:tc>
        <w:tc>
          <w:tcPr>
            <w:tcW w:type="dxa" w:w="580"/>
            <w:vAlign w:val="center"/>
          </w:tcPr>
          <w:p>
            <w:r/>
            <w:r>
              <w:rPr>
                <w:rFonts w:ascii="Malgun Gothic" w:hAnsi="Malgun Gothic" w:eastAsia="Malgun Gothic"/>
                <w:b w:val="0"/>
                <w:sz w:val="14"/>
              </w:rPr>
              <w:t>0.962</w:t>
            </w:r>
          </w:p>
        </w:tc>
        <w:tc>
          <w:tcPr>
            <w:tcW w:type="dxa" w:w="580"/>
            <w:vAlign w:val="center"/>
          </w:tcPr>
          <w:p>
            <w:r/>
            <w:r>
              <w:rPr>
                <w:rFonts w:ascii="Malgun Gothic" w:hAnsi="Malgun Gothic" w:eastAsia="Malgun Gothic"/>
                <w:b w:val="0"/>
                <w:sz w:val="14"/>
              </w:rPr>
              <w:t>3.676</w:t>
            </w:r>
          </w:p>
        </w:tc>
        <w:tc>
          <w:tcPr>
            <w:tcW w:type="dxa" w:w="580"/>
            <w:vAlign w:val="center"/>
          </w:tcPr>
          <w:p>
            <w:r/>
            <w:r>
              <w:rPr>
                <w:rFonts w:ascii="Malgun Gothic" w:hAnsi="Malgun Gothic" w:eastAsia="Malgun Gothic"/>
                <w:b w:val="0"/>
                <w:sz w:val="14"/>
              </w:rPr>
              <w:t>119.067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09__350002022300976.wav::SPEAKER_01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09__350002022300977.wav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27</w:t>
            </w:r>
          </w:p>
        </w:tc>
        <w:tc>
          <w:tcPr>
            <w:tcW w:type="dxa" w:w="580"/>
            <w:vAlign w:val="center"/>
          </w:tcPr>
          <w:p>
            <w:r/>
            <w:r>
              <w:rPr>
                <w:rFonts w:ascii="Malgun Gothic" w:hAnsi="Malgun Gothic" w:eastAsia="Malgun Gothic"/>
                <w:b w:val="0"/>
                <w:sz w:val="14"/>
              </w:rPr>
              <w:t>34.83</w:t>
            </w:r>
          </w:p>
        </w:tc>
        <w:tc>
          <w:tcPr>
            <w:tcW w:type="dxa" w:w="580"/>
            <w:vAlign w:val="center"/>
          </w:tcPr>
          <w:p>
            <w:r/>
            <w:r>
              <w:rPr>
                <w:rFonts w:ascii="Malgun Gothic" w:hAnsi="Malgun Gothic" w:eastAsia="Malgun Gothic"/>
                <w:b w:val="0"/>
                <w:sz w:val="14"/>
              </w:rPr>
              <w:t>0.290868</w:t>
            </w:r>
          </w:p>
        </w:tc>
        <w:tc>
          <w:tcPr>
            <w:tcW w:type="dxa" w:w="580"/>
            <w:vAlign w:val="center"/>
          </w:tcPr>
          <w:p>
            <w:r/>
            <w:r>
              <w:rPr>
                <w:rFonts w:ascii="Malgun Gothic" w:hAnsi="Malgun Gothic" w:eastAsia="Malgun Gothic"/>
                <w:b w:val="0"/>
                <w:sz w:val="14"/>
              </w:rPr>
              <w:t>1.29</w:t>
            </w:r>
          </w:p>
        </w:tc>
        <w:tc>
          <w:tcPr>
            <w:tcW w:type="dxa" w:w="580"/>
            <w:vAlign w:val="center"/>
          </w:tcPr>
          <w:p>
            <w:r/>
            <w:r>
              <w:rPr>
                <w:rFonts w:ascii="Malgun Gothic" w:hAnsi="Malgun Gothic" w:eastAsia="Malgun Gothic"/>
                <w:b w:val="0"/>
                <w:sz w:val="14"/>
              </w:rPr>
              <w:t>1.232</w:t>
            </w:r>
          </w:p>
        </w:tc>
        <w:tc>
          <w:tcPr>
            <w:tcW w:type="dxa" w:w="580"/>
            <w:vAlign w:val="center"/>
          </w:tcPr>
          <w:p>
            <w:r/>
            <w:r>
              <w:rPr>
                <w:rFonts w:ascii="Malgun Gothic" w:hAnsi="Malgun Gothic" w:eastAsia="Malgun Gothic"/>
                <w:b w:val="0"/>
                <w:sz w:val="14"/>
              </w:rPr>
              <w:t>5.161</w:t>
            </w:r>
          </w:p>
        </w:tc>
        <w:tc>
          <w:tcPr>
            <w:tcW w:type="dxa" w:w="580"/>
            <w:vAlign w:val="center"/>
          </w:tcPr>
          <w:p>
            <w:r/>
            <w:r>
              <w:rPr>
                <w:rFonts w:ascii="Malgun Gothic" w:hAnsi="Malgun Gothic" w:eastAsia="Malgun Gothic"/>
                <w:b w:val="0"/>
                <w:sz w:val="14"/>
              </w:rPr>
              <w:t>119.978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09__350002022300977.wav::SPEAKER_01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09__350002022300978.wav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19</w:t>
            </w:r>
          </w:p>
        </w:tc>
        <w:tc>
          <w:tcPr>
            <w:tcW w:type="dxa" w:w="580"/>
            <w:vAlign w:val="center"/>
          </w:tcPr>
          <w:p>
            <w:r/>
            <w:r>
              <w:rPr>
                <w:rFonts w:ascii="Malgun Gothic" w:hAnsi="Malgun Gothic" w:eastAsia="Malgun Gothic"/>
                <w:b w:val="0"/>
                <w:sz w:val="14"/>
              </w:rPr>
              <w:t>25.112</w:t>
            </w:r>
          </w:p>
        </w:tc>
        <w:tc>
          <w:tcPr>
            <w:tcW w:type="dxa" w:w="580"/>
            <w:vAlign w:val="center"/>
          </w:tcPr>
          <w:p>
            <w:r/>
            <w:r>
              <w:rPr>
                <w:rFonts w:ascii="Malgun Gothic" w:hAnsi="Malgun Gothic" w:eastAsia="Malgun Gothic"/>
                <w:b w:val="0"/>
                <w:sz w:val="14"/>
              </w:rPr>
              <w:t>0.351222</w:t>
            </w:r>
          </w:p>
        </w:tc>
        <w:tc>
          <w:tcPr>
            <w:tcW w:type="dxa" w:w="580"/>
            <w:vAlign w:val="center"/>
          </w:tcPr>
          <w:p>
            <w:r/>
            <w:r>
              <w:rPr>
                <w:rFonts w:ascii="Malgun Gothic" w:hAnsi="Malgun Gothic" w:eastAsia="Malgun Gothic"/>
                <w:b w:val="0"/>
                <w:sz w:val="14"/>
              </w:rPr>
              <w:t>1.321684</w:t>
            </w:r>
          </w:p>
        </w:tc>
        <w:tc>
          <w:tcPr>
            <w:tcW w:type="dxa" w:w="580"/>
            <w:vAlign w:val="center"/>
          </w:tcPr>
          <w:p>
            <w:r/>
            <w:r>
              <w:rPr>
                <w:rFonts w:ascii="Malgun Gothic" w:hAnsi="Malgun Gothic" w:eastAsia="Malgun Gothic"/>
                <w:b w:val="0"/>
                <w:sz w:val="14"/>
              </w:rPr>
              <w:t>0.759</w:t>
            </w:r>
          </w:p>
        </w:tc>
        <w:tc>
          <w:tcPr>
            <w:tcW w:type="dxa" w:w="580"/>
            <w:vAlign w:val="center"/>
          </w:tcPr>
          <w:p>
            <w:r/>
            <w:r>
              <w:rPr>
                <w:rFonts w:ascii="Malgun Gothic" w:hAnsi="Malgun Gothic" w:eastAsia="Malgun Gothic"/>
                <w:b w:val="0"/>
                <w:sz w:val="14"/>
              </w:rPr>
              <w:t>2.039</w:t>
            </w:r>
          </w:p>
        </w:tc>
        <w:tc>
          <w:tcPr>
            <w:tcW w:type="dxa" w:w="580"/>
            <w:vAlign w:val="center"/>
          </w:tcPr>
          <w:p>
            <w:r/>
            <w:r>
              <w:rPr>
                <w:rFonts w:ascii="Malgun Gothic" w:hAnsi="Malgun Gothic" w:eastAsia="Malgun Gothic"/>
                <w:b w:val="0"/>
                <w:sz w:val="14"/>
              </w:rPr>
              <w:t>71.615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09__350002022300978.wav::SPEAKER_01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09__350002022300979.wav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MISSING_NO_SEGMENTS</w:t>
            </w:r>
          </w:p>
        </w:tc>
        <w:tc>
          <w:tcPr>
            <w:tcW w:type="dxa" w:w="580"/>
            <w:vAlign w:val="center"/>
          </w:tcPr>
          <w:p>
            <w:r/>
            <w:r>
              <w:rPr>
                <w:rFonts w:ascii="Malgun Gothic" w:hAnsi="Malgun Gothic" w:eastAsia="Malgun Gothic"/>
                <w:b w:val="0"/>
                <w:sz w:val="14"/>
              </w:rPr>
              <w:t>N</w:t>
            </w:r>
          </w:p>
        </w:tc>
        <w:tc>
          <w:tcPr>
            <w:tcW w:type="dxa" w:w="580"/>
            <w:vAlign w:val="center"/>
          </w:tcPr>
          <w:p>
            <w:r/>
            <w:r>
              <w:rPr>
                <w:rFonts w:ascii="Malgun Gothic" w:hAnsi="Malgun Gothic" w:eastAsia="Malgun Gothic"/>
                <w:b w:val="0"/>
                <w:sz w:val="14"/>
              </w:rPr>
              <w:t>No segment for this speaker label in pyannote output; kept as zero-slot for 1,000 x 2 audit balance</w:t>
            </w:r>
          </w:p>
        </w:tc>
        <w:tc>
          <w:tcPr>
            <w:tcW w:type="dxa" w:w="580"/>
            <w:vAlign w:val="center"/>
          </w:tcPr>
          <w:p>
            <w:r/>
            <w:r>
              <w:rPr>
                <w:rFonts w:ascii="Malgun Gothic" w:hAnsi="Malgun Gothic" w:eastAsia="Malgun Gothic"/>
                <w:b w:val="0"/>
                <w:sz w:val="14"/>
              </w:rPr>
              <w:t>09__350002022300979.wav::SPEAKER_01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09__350002022300980.wav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15</w:t>
            </w:r>
          </w:p>
        </w:tc>
        <w:tc>
          <w:tcPr>
            <w:tcW w:type="dxa" w:w="580"/>
            <w:vAlign w:val="center"/>
          </w:tcPr>
          <w:p>
            <w:r/>
            <w:r>
              <w:rPr>
                <w:rFonts w:ascii="Malgun Gothic" w:hAnsi="Malgun Gothic" w:eastAsia="Malgun Gothic"/>
                <w:b w:val="0"/>
                <w:sz w:val="14"/>
              </w:rPr>
              <w:t>28.857</w:t>
            </w:r>
          </w:p>
        </w:tc>
        <w:tc>
          <w:tcPr>
            <w:tcW w:type="dxa" w:w="580"/>
            <w:vAlign w:val="center"/>
          </w:tcPr>
          <w:p>
            <w:r/>
            <w:r>
              <w:rPr>
                <w:rFonts w:ascii="Malgun Gothic" w:hAnsi="Malgun Gothic" w:eastAsia="Malgun Gothic"/>
                <w:b w:val="0"/>
                <w:sz w:val="14"/>
              </w:rPr>
              <w:t>0.642151</w:t>
            </w:r>
          </w:p>
        </w:tc>
        <w:tc>
          <w:tcPr>
            <w:tcW w:type="dxa" w:w="580"/>
            <w:vAlign w:val="center"/>
          </w:tcPr>
          <w:p>
            <w:r/>
            <w:r>
              <w:rPr>
                <w:rFonts w:ascii="Malgun Gothic" w:hAnsi="Malgun Gothic" w:eastAsia="Malgun Gothic"/>
                <w:b w:val="0"/>
                <w:sz w:val="14"/>
              </w:rPr>
              <w:t>1.9238</w:t>
            </w:r>
          </w:p>
        </w:tc>
        <w:tc>
          <w:tcPr>
            <w:tcW w:type="dxa" w:w="580"/>
            <w:vAlign w:val="center"/>
          </w:tcPr>
          <w:p>
            <w:r/>
            <w:r>
              <w:rPr>
                <w:rFonts w:ascii="Malgun Gothic" w:hAnsi="Malgun Gothic" w:eastAsia="Malgun Gothic"/>
                <w:b w:val="0"/>
                <w:sz w:val="14"/>
              </w:rPr>
              <w:t>1.282</w:t>
            </w:r>
          </w:p>
        </w:tc>
        <w:tc>
          <w:tcPr>
            <w:tcW w:type="dxa" w:w="580"/>
            <w:vAlign w:val="center"/>
          </w:tcPr>
          <w:p>
            <w:r/>
            <w:r>
              <w:rPr>
                <w:rFonts w:ascii="Malgun Gothic" w:hAnsi="Malgun Gothic" w:eastAsia="Malgun Gothic"/>
                <w:b w:val="0"/>
                <w:sz w:val="14"/>
              </w:rPr>
              <w:t>2.579</w:t>
            </w:r>
          </w:p>
        </w:tc>
        <w:tc>
          <w:tcPr>
            <w:tcW w:type="dxa" w:w="580"/>
            <w:vAlign w:val="center"/>
          </w:tcPr>
          <w:p>
            <w:r/>
            <w:r>
              <w:rPr>
                <w:rFonts w:ascii="Malgun Gothic" w:hAnsi="Malgun Gothic" w:eastAsia="Malgun Gothic"/>
                <w:b w:val="0"/>
                <w:sz w:val="14"/>
              </w:rPr>
              <w:t>43.552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09__350002022300980.wav::SPEAKER_01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09__350002022300981.wav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33</w:t>
            </w:r>
          </w:p>
        </w:tc>
        <w:tc>
          <w:tcPr>
            <w:tcW w:type="dxa" w:w="580"/>
            <w:vAlign w:val="center"/>
          </w:tcPr>
          <w:p>
            <w:r/>
            <w:r>
              <w:rPr>
                <w:rFonts w:ascii="Malgun Gothic" w:hAnsi="Malgun Gothic" w:eastAsia="Malgun Gothic"/>
                <w:b w:val="0"/>
                <w:sz w:val="14"/>
              </w:rPr>
              <w:t>46.796</w:t>
            </w:r>
          </w:p>
        </w:tc>
        <w:tc>
          <w:tcPr>
            <w:tcW w:type="dxa" w:w="580"/>
            <w:vAlign w:val="center"/>
          </w:tcPr>
          <w:p>
            <w:r/>
            <w:r>
              <w:rPr>
                <w:rFonts w:ascii="Malgun Gothic" w:hAnsi="Malgun Gothic" w:eastAsia="Malgun Gothic"/>
                <w:b w:val="0"/>
                <w:sz w:val="14"/>
              </w:rPr>
              <w:t>0.334513</w:t>
            </w:r>
          </w:p>
        </w:tc>
        <w:tc>
          <w:tcPr>
            <w:tcW w:type="dxa" w:w="580"/>
            <w:vAlign w:val="center"/>
          </w:tcPr>
          <w:p>
            <w:r/>
            <w:r>
              <w:rPr>
                <w:rFonts w:ascii="Malgun Gothic" w:hAnsi="Malgun Gothic" w:eastAsia="Malgun Gothic"/>
                <w:b w:val="0"/>
                <w:sz w:val="14"/>
              </w:rPr>
              <w:t>1.418061</w:t>
            </w:r>
          </w:p>
        </w:tc>
        <w:tc>
          <w:tcPr>
            <w:tcW w:type="dxa" w:w="580"/>
            <w:vAlign w:val="center"/>
          </w:tcPr>
          <w:p>
            <w:r/>
            <w:r>
              <w:rPr>
                <w:rFonts w:ascii="Malgun Gothic" w:hAnsi="Malgun Gothic" w:eastAsia="Malgun Gothic"/>
                <w:b w:val="0"/>
                <w:sz w:val="14"/>
              </w:rPr>
              <w:t>1.164</w:t>
            </w:r>
          </w:p>
        </w:tc>
        <w:tc>
          <w:tcPr>
            <w:tcW w:type="dxa" w:w="580"/>
            <w:vAlign w:val="center"/>
          </w:tcPr>
          <w:p>
            <w:r/>
            <w:r>
              <w:rPr>
                <w:rFonts w:ascii="Malgun Gothic" w:hAnsi="Malgun Gothic" w:eastAsia="Malgun Gothic"/>
                <w:b w:val="0"/>
                <w:sz w:val="14"/>
              </w:rPr>
              <w:t>2.647</w:t>
            </w:r>
          </w:p>
        </w:tc>
        <w:tc>
          <w:tcPr>
            <w:tcW w:type="dxa" w:w="580"/>
            <w:vAlign w:val="center"/>
          </w:tcPr>
          <w:p>
            <w:r/>
            <w:r>
              <w:rPr>
                <w:rFonts w:ascii="Malgun Gothic" w:hAnsi="Malgun Gothic" w:eastAsia="Malgun Gothic"/>
                <w:b w:val="0"/>
                <w:sz w:val="14"/>
              </w:rPr>
              <w:t>140.228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09__350002022300981.wav::SPEAKER_01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09__350002022300982.wav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MISSING_NO_SEGMENTS</w:t>
            </w:r>
          </w:p>
        </w:tc>
        <w:tc>
          <w:tcPr>
            <w:tcW w:type="dxa" w:w="580"/>
            <w:vAlign w:val="center"/>
          </w:tcPr>
          <w:p>
            <w:r/>
            <w:r>
              <w:rPr>
                <w:rFonts w:ascii="Malgun Gothic" w:hAnsi="Malgun Gothic" w:eastAsia="Malgun Gothic"/>
                <w:b w:val="0"/>
                <w:sz w:val="14"/>
              </w:rPr>
              <w:t>N</w:t>
            </w:r>
          </w:p>
        </w:tc>
        <w:tc>
          <w:tcPr>
            <w:tcW w:type="dxa" w:w="580"/>
            <w:vAlign w:val="center"/>
          </w:tcPr>
          <w:p>
            <w:r/>
            <w:r>
              <w:rPr>
                <w:rFonts w:ascii="Malgun Gothic" w:hAnsi="Malgun Gothic" w:eastAsia="Malgun Gothic"/>
                <w:b w:val="0"/>
                <w:sz w:val="14"/>
              </w:rPr>
              <w:t>No segment for this speaker label in pyannote output; kept as zero-slot for 1,000 x 2 audit balance</w:t>
            </w:r>
          </w:p>
        </w:tc>
        <w:tc>
          <w:tcPr>
            <w:tcW w:type="dxa" w:w="580"/>
            <w:vAlign w:val="center"/>
          </w:tcPr>
          <w:p>
            <w:r/>
            <w:r>
              <w:rPr>
                <w:rFonts w:ascii="Malgun Gothic" w:hAnsi="Malgun Gothic" w:eastAsia="Malgun Gothic"/>
                <w:b w:val="0"/>
                <w:sz w:val="14"/>
              </w:rPr>
              <w:t>09__350002022300982.wav::SPEAKER_01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09__350002022300983.wav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50</w:t>
            </w:r>
          </w:p>
        </w:tc>
        <w:tc>
          <w:tcPr>
            <w:tcW w:type="dxa" w:w="580"/>
            <w:vAlign w:val="center"/>
          </w:tcPr>
          <w:p>
            <w:r/>
            <w:r>
              <w:rPr>
                <w:rFonts w:ascii="Malgun Gothic" w:hAnsi="Malgun Gothic" w:eastAsia="Malgun Gothic"/>
                <w:b w:val="0"/>
                <w:sz w:val="14"/>
              </w:rPr>
              <w:t>59.064</w:t>
            </w:r>
          </w:p>
        </w:tc>
        <w:tc>
          <w:tcPr>
            <w:tcW w:type="dxa" w:w="580"/>
            <w:vAlign w:val="center"/>
          </w:tcPr>
          <w:p>
            <w:r/>
            <w:r>
              <w:rPr>
                <w:rFonts w:ascii="Malgun Gothic" w:hAnsi="Malgun Gothic" w:eastAsia="Malgun Gothic"/>
                <w:b w:val="0"/>
                <w:sz w:val="14"/>
              </w:rPr>
              <w:t>0.29287</w:t>
            </w:r>
          </w:p>
        </w:tc>
        <w:tc>
          <w:tcPr>
            <w:tcW w:type="dxa" w:w="580"/>
            <w:vAlign w:val="center"/>
          </w:tcPr>
          <w:p>
            <w:r/>
            <w:r>
              <w:rPr>
                <w:rFonts w:ascii="Malgun Gothic" w:hAnsi="Malgun Gothic" w:eastAsia="Malgun Gothic"/>
                <w:b w:val="0"/>
                <w:sz w:val="14"/>
              </w:rPr>
              <w:t>1.18128</w:t>
            </w:r>
          </w:p>
        </w:tc>
        <w:tc>
          <w:tcPr>
            <w:tcW w:type="dxa" w:w="580"/>
            <w:vAlign w:val="center"/>
          </w:tcPr>
          <w:p>
            <w:r/>
            <w:r>
              <w:rPr>
                <w:rFonts w:ascii="Malgun Gothic" w:hAnsi="Malgun Gothic" w:eastAsia="Malgun Gothic"/>
                <w:b w:val="0"/>
                <w:sz w:val="14"/>
              </w:rPr>
              <w:t>0.8355</w:t>
            </w:r>
          </w:p>
        </w:tc>
        <w:tc>
          <w:tcPr>
            <w:tcW w:type="dxa" w:w="580"/>
            <w:vAlign w:val="center"/>
          </w:tcPr>
          <w:p>
            <w:r/>
            <w:r>
              <w:rPr>
                <w:rFonts w:ascii="Malgun Gothic" w:hAnsi="Malgun Gothic" w:eastAsia="Malgun Gothic"/>
                <w:b w:val="0"/>
                <w:sz w:val="14"/>
              </w:rPr>
              <w:t>5.448</w:t>
            </w:r>
          </w:p>
        </w:tc>
        <w:tc>
          <w:tcPr>
            <w:tcW w:type="dxa" w:w="580"/>
            <w:vAlign w:val="center"/>
          </w:tcPr>
          <w:p>
            <w:r/>
            <w:r>
              <w:rPr>
                <w:rFonts w:ascii="Malgun Gothic" w:hAnsi="Malgun Gothic" w:eastAsia="Malgun Gothic"/>
                <w:b w:val="0"/>
                <w:sz w:val="14"/>
              </w:rPr>
              <w:t>202.193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09__350002022300983.wav::SPEAKER_01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09__350002022300984.wav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MISSING_NO_SEGMENTS</w:t>
            </w:r>
          </w:p>
        </w:tc>
        <w:tc>
          <w:tcPr>
            <w:tcW w:type="dxa" w:w="580"/>
            <w:vAlign w:val="center"/>
          </w:tcPr>
          <w:p>
            <w:r/>
            <w:r>
              <w:rPr>
                <w:rFonts w:ascii="Malgun Gothic" w:hAnsi="Malgun Gothic" w:eastAsia="Malgun Gothic"/>
                <w:b w:val="0"/>
                <w:sz w:val="14"/>
              </w:rPr>
              <w:t>N</w:t>
            </w:r>
          </w:p>
        </w:tc>
        <w:tc>
          <w:tcPr>
            <w:tcW w:type="dxa" w:w="580"/>
            <w:vAlign w:val="center"/>
          </w:tcPr>
          <w:p>
            <w:r/>
            <w:r>
              <w:rPr>
                <w:rFonts w:ascii="Malgun Gothic" w:hAnsi="Malgun Gothic" w:eastAsia="Malgun Gothic"/>
                <w:b w:val="0"/>
                <w:sz w:val="14"/>
              </w:rPr>
              <w:t>No segment for this speaker label in pyannote output; kept as zero-slot for 1,000 x 2 audit balance</w:t>
            </w:r>
          </w:p>
        </w:tc>
        <w:tc>
          <w:tcPr>
            <w:tcW w:type="dxa" w:w="580"/>
            <w:vAlign w:val="center"/>
          </w:tcPr>
          <w:p>
            <w:r/>
            <w:r>
              <w:rPr>
                <w:rFonts w:ascii="Malgun Gothic" w:hAnsi="Malgun Gothic" w:eastAsia="Malgun Gothic"/>
                <w:b w:val="0"/>
                <w:sz w:val="14"/>
              </w:rPr>
              <w:t>09__350002022300984.wav::SPEAKER_01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09__350002022300985.wav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11</w:t>
            </w:r>
          </w:p>
        </w:tc>
        <w:tc>
          <w:tcPr>
            <w:tcW w:type="dxa" w:w="580"/>
            <w:vAlign w:val="center"/>
          </w:tcPr>
          <w:p>
            <w:r/>
            <w:r>
              <w:rPr>
                <w:rFonts w:ascii="Malgun Gothic" w:hAnsi="Malgun Gothic" w:eastAsia="Malgun Gothic"/>
                <w:b w:val="0"/>
                <w:sz w:val="14"/>
              </w:rPr>
              <w:t>35.067</w:t>
            </w:r>
          </w:p>
        </w:tc>
        <w:tc>
          <w:tcPr>
            <w:tcW w:type="dxa" w:w="580"/>
            <w:vAlign w:val="center"/>
          </w:tcPr>
          <w:p>
            <w:r/>
            <w:r>
              <w:rPr>
                <w:rFonts w:ascii="Malgun Gothic" w:hAnsi="Malgun Gothic" w:eastAsia="Malgun Gothic"/>
                <w:b w:val="0"/>
                <w:sz w:val="14"/>
              </w:rPr>
              <w:t>0.779475</w:t>
            </w:r>
          </w:p>
        </w:tc>
        <w:tc>
          <w:tcPr>
            <w:tcW w:type="dxa" w:w="580"/>
            <w:vAlign w:val="center"/>
          </w:tcPr>
          <w:p>
            <w:r/>
            <w:r>
              <w:rPr>
                <w:rFonts w:ascii="Malgun Gothic" w:hAnsi="Malgun Gothic" w:eastAsia="Malgun Gothic"/>
                <w:b w:val="0"/>
                <w:sz w:val="14"/>
              </w:rPr>
              <w:t>3.187909</w:t>
            </w:r>
          </w:p>
        </w:tc>
        <w:tc>
          <w:tcPr>
            <w:tcW w:type="dxa" w:w="580"/>
            <w:vAlign w:val="center"/>
          </w:tcPr>
          <w:p>
            <w:r/>
            <w:r>
              <w:rPr>
                <w:rFonts w:ascii="Malgun Gothic" w:hAnsi="Malgun Gothic" w:eastAsia="Malgun Gothic"/>
                <w:b w:val="0"/>
                <w:sz w:val="14"/>
              </w:rPr>
              <w:t>3.341</w:t>
            </w:r>
          </w:p>
        </w:tc>
        <w:tc>
          <w:tcPr>
            <w:tcW w:type="dxa" w:w="580"/>
            <w:vAlign w:val="center"/>
          </w:tcPr>
          <w:p>
            <w:r/>
            <w:r>
              <w:rPr>
                <w:rFonts w:ascii="Malgun Gothic" w:hAnsi="Malgun Gothic" w:eastAsia="Malgun Gothic"/>
                <w:b w:val="0"/>
                <w:sz w:val="14"/>
              </w:rPr>
              <w:t>1.55</w:t>
            </w:r>
          </w:p>
        </w:tc>
        <w:tc>
          <w:tcPr>
            <w:tcW w:type="dxa" w:w="580"/>
            <w:vAlign w:val="center"/>
          </w:tcPr>
          <w:p>
            <w:r/>
            <w:r>
              <w:rPr>
                <w:rFonts w:ascii="Malgun Gothic" w:hAnsi="Malgun Gothic" w:eastAsia="Malgun Gothic"/>
                <w:b w:val="0"/>
                <w:sz w:val="14"/>
              </w:rPr>
              <w:t>45.897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09__350002022300985.wav::SPEAKER_01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09__350002022300986.wav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36</w:t>
            </w:r>
          </w:p>
        </w:tc>
        <w:tc>
          <w:tcPr>
            <w:tcW w:type="dxa" w:w="580"/>
            <w:vAlign w:val="center"/>
          </w:tcPr>
          <w:p>
            <w:r/>
            <w:r>
              <w:rPr>
                <w:rFonts w:ascii="Malgun Gothic" w:hAnsi="Malgun Gothic" w:eastAsia="Malgun Gothic"/>
                <w:b w:val="0"/>
                <w:sz w:val="14"/>
              </w:rPr>
              <w:t>95.293</w:t>
            </w:r>
          </w:p>
        </w:tc>
        <w:tc>
          <w:tcPr>
            <w:tcW w:type="dxa" w:w="580"/>
            <w:vAlign w:val="center"/>
          </w:tcPr>
          <w:p>
            <w:r/>
            <w:r>
              <w:rPr>
                <w:rFonts w:ascii="Malgun Gothic" w:hAnsi="Malgun Gothic" w:eastAsia="Malgun Gothic"/>
                <w:b w:val="0"/>
                <w:sz w:val="14"/>
              </w:rPr>
              <w:t>0.55428</w:t>
            </w:r>
          </w:p>
        </w:tc>
        <w:tc>
          <w:tcPr>
            <w:tcW w:type="dxa" w:w="580"/>
            <w:vAlign w:val="center"/>
          </w:tcPr>
          <w:p>
            <w:r/>
            <w:r>
              <w:rPr>
                <w:rFonts w:ascii="Malgun Gothic" w:hAnsi="Malgun Gothic" w:eastAsia="Malgun Gothic"/>
                <w:b w:val="0"/>
                <w:sz w:val="14"/>
              </w:rPr>
              <w:t>2.647028</w:t>
            </w:r>
          </w:p>
        </w:tc>
        <w:tc>
          <w:tcPr>
            <w:tcW w:type="dxa" w:w="580"/>
            <w:vAlign w:val="center"/>
          </w:tcPr>
          <w:p>
            <w:r/>
            <w:r>
              <w:rPr>
                <w:rFonts w:ascii="Malgun Gothic" w:hAnsi="Malgun Gothic" w:eastAsia="Malgun Gothic"/>
                <w:b w:val="0"/>
                <w:sz w:val="14"/>
              </w:rPr>
              <w:t>2.295</w:t>
            </w:r>
          </w:p>
        </w:tc>
        <w:tc>
          <w:tcPr>
            <w:tcW w:type="dxa" w:w="580"/>
            <w:vAlign w:val="center"/>
          </w:tcPr>
          <w:p>
            <w:r/>
            <w:r>
              <w:rPr>
                <w:rFonts w:ascii="Malgun Gothic" w:hAnsi="Malgun Gothic" w:eastAsia="Malgun Gothic"/>
                <w:b w:val="0"/>
                <w:sz w:val="14"/>
              </w:rPr>
              <w:t>0.571</w:t>
            </w:r>
          </w:p>
        </w:tc>
        <w:tc>
          <w:tcPr>
            <w:tcW w:type="dxa" w:w="580"/>
            <w:vAlign w:val="center"/>
          </w:tcPr>
          <w:p>
            <w:r/>
            <w:r>
              <w:rPr>
                <w:rFonts w:ascii="Malgun Gothic" w:hAnsi="Malgun Gothic" w:eastAsia="Malgun Gothic"/>
                <w:b w:val="0"/>
                <w:sz w:val="14"/>
              </w:rPr>
              <w:t>171.92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09__350002022300986.wav::SPEAKER_01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09__350002022300987.wav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28</w:t>
            </w:r>
          </w:p>
        </w:tc>
        <w:tc>
          <w:tcPr>
            <w:tcW w:type="dxa" w:w="580"/>
            <w:vAlign w:val="center"/>
          </w:tcPr>
          <w:p>
            <w:r/>
            <w:r>
              <w:rPr>
                <w:rFonts w:ascii="Malgun Gothic" w:hAnsi="Malgun Gothic" w:eastAsia="Malgun Gothic"/>
                <w:b w:val="0"/>
                <w:sz w:val="14"/>
              </w:rPr>
              <w:t>50.706</w:t>
            </w:r>
          </w:p>
        </w:tc>
        <w:tc>
          <w:tcPr>
            <w:tcW w:type="dxa" w:w="580"/>
            <w:vAlign w:val="center"/>
          </w:tcPr>
          <w:p>
            <w:r/>
            <w:r>
              <w:rPr>
                <w:rFonts w:ascii="Malgun Gothic" w:hAnsi="Malgun Gothic" w:eastAsia="Malgun Gothic"/>
                <w:b w:val="0"/>
                <w:sz w:val="14"/>
              </w:rPr>
              <w:t>0.297298</w:t>
            </w:r>
          </w:p>
        </w:tc>
        <w:tc>
          <w:tcPr>
            <w:tcW w:type="dxa" w:w="580"/>
            <w:vAlign w:val="center"/>
          </w:tcPr>
          <w:p>
            <w:r/>
            <w:r>
              <w:rPr>
                <w:rFonts w:ascii="Malgun Gothic" w:hAnsi="Malgun Gothic" w:eastAsia="Malgun Gothic"/>
                <w:b w:val="0"/>
                <w:sz w:val="14"/>
              </w:rPr>
              <w:t>1.810929</w:t>
            </w:r>
          </w:p>
        </w:tc>
        <w:tc>
          <w:tcPr>
            <w:tcW w:type="dxa" w:w="580"/>
            <w:vAlign w:val="center"/>
          </w:tcPr>
          <w:p>
            <w:r/>
            <w:r>
              <w:rPr>
                <w:rFonts w:ascii="Malgun Gothic" w:hAnsi="Malgun Gothic" w:eastAsia="Malgun Gothic"/>
                <w:b w:val="0"/>
                <w:sz w:val="14"/>
              </w:rPr>
              <w:t>1.409</w:t>
            </w:r>
          </w:p>
        </w:tc>
        <w:tc>
          <w:tcPr>
            <w:tcW w:type="dxa" w:w="580"/>
            <w:vAlign w:val="center"/>
          </w:tcPr>
          <w:p>
            <w:r/>
            <w:r>
              <w:rPr>
                <w:rFonts w:ascii="Malgun Gothic" w:hAnsi="Malgun Gothic" w:eastAsia="Malgun Gothic"/>
                <w:b w:val="0"/>
                <w:sz w:val="14"/>
              </w:rPr>
              <w:t>4.064</w:t>
            </w:r>
          </w:p>
        </w:tc>
        <w:tc>
          <w:tcPr>
            <w:tcW w:type="dxa" w:w="580"/>
            <w:vAlign w:val="center"/>
          </w:tcPr>
          <w:p>
            <w:r/>
            <w:r>
              <w:rPr>
                <w:rFonts w:ascii="Malgun Gothic" w:hAnsi="Malgun Gothic" w:eastAsia="Malgun Gothic"/>
                <w:b w:val="0"/>
                <w:sz w:val="14"/>
              </w:rPr>
              <w:t>169.169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09__350002022300987.wav::SPEAKER_01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09__350002022300988.wav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49</w:t>
            </w:r>
          </w:p>
        </w:tc>
        <w:tc>
          <w:tcPr>
            <w:tcW w:type="dxa" w:w="580"/>
            <w:vAlign w:val="center"/>
          </w:tcPr>
          <w:p>
            <w:r/>
            <w:r>
              <w:rPr>
                <w:rFonts w:ascii="Malgun Gothic" w:hAnsi="Malgun Gothic" w:eastAsia="Malgun Gothic"/>
                <w:b w:val="0"/>
                <w:sz w:val="14"/>
              </w:rPr>
              <w:t>101.856</w:t>
            </w:r>
          </w:p>
        </w:tc>
        <w:tc>
          <w:tcPr>
            <w:tcW w:type="dxa" w:w="580"/>
            <w:vAlign w:val="center"/>
          </w:tcPr>
          <w:p>
            <w:r/>
            <w:r>
              <w:rPr>
                <w:rFonts w:ascii="Malgun Gothic" w:hAnsi="Malgun Gothic" w:eastAsia="Malgun Gothic"/>
                <w:b w:val="0"/>
                <w:sz w:val="14"/>
              </w:rPr>
              <w:t>0.627436</w:t>
            </w:r>
          </w:p>
        </w:tc>
        <w:tc>
          <w:tcPr>
            <w:tcW w:type="dxa" w:w="580"/>
            <w:vAlign w:val="center"/>
          </w:tcPr>
          <w:p>
            <w:r/>
            <w:r>
              <w:rPr>
                <w:rFonts w:ascii="Malgun Gothic" w:hAnsi="Malgun Gothic" w:eastAsia="Malgun Gothic"/>
                <w:b w:val="0"/>
                <w:sz w:val="14"/>
              </w:rPr>
              <w:t>2.078694</w:t>
            </w:r>
          </w:p>
        </w:tc>
        <w:tc>
          <w:tcPr>
            <w:tcW w:type="dxa" w:w="580"/>
            <w:vAlign w:val="center"/>
          </w:tcPr>
          <w:p>
            <w:r/>
            <w:r>
              <w:rPr>
                <w:rFonts w:ascii="Malgun Gothic" w:hAnsi="Malgun Gothic" w:eastAsia="Malgun Gothic"/>
                <w:b w:val="0"/>
                <w:sz w:val="14"/>
              </w:rPr>
              <w:t>1.738</w:t>
            </w:r>
          </w:p>
        </w:tc>
        <w:tc>
          <w:tcPr>
            <w:tcW w:type="dxa" w:w="580"/>
            <w:vAlign w:val="center"/>
          </w:tcPr>
          <w:p>
            <w:r/>
            <w:r>
              <w:rPr>
                <w:rFonts w:ascii="Malgun Gothic" w:hAnsi="Malgun Gothic" w:eastAsia="Malgun Gothic"/>
                <w:b w:val="0"/>
                <w:sz w:val="14"/>
              </w:rPr>
              <w:t>1.415</w:t>
            </w:r>
          </w:p>
        </w:tc>
        <w:tc>
          <w:tcPr>
            <w:tcW w:type="dxa" w:w="580"/>
            <w:vAlign w:val="center"/>
          </w:tcPr>
          <w:p>
            <w:r/>
            <w:r>
              <w:rPr>
                <w:rFonts w:ascii="Malgun Gothic" w:hAnsi="Malgun Gothic" w:eastAsia="Malgun Gothic"/>
                <w:b w:val="0"/>
                <w:sz w:val="14"/>
              </w:rPr>
              <w:t>161.693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09__350002022300988.wav::SPEAKER_01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09__350002022300989.wav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89</w:t>
            </w:r>
          </w:p>
        </w:tc>
        <w:tc>
          <w:tcPr>
            <w:tcW w:type="dxa" w:w="580"/>
            <w:vAlign w:val="center"/>
          </w:tcPr>
          <w:p>
            <w:r/>
            <w:r>
              <w:rPr>
                <w:rFonts w:ascii="Malgun Gothic" w:hAnsi="Malgun Gothic" w:eastAsia="Malgun Gothic"/>
                <w:b w:val="0"/>
                <w:sz w:val="14"/>
              </w:rPr>
              <w:t>237.939</w:t>
            </w:r>
          </w:p>
        </w:tc>
        <w:tc>
          <w:tcPr>
            <w:tcW w:type="dxa" w:w="580"/>
            <w:vAlign w:val="center"/>
          </w:tcPr>
          <w:p>
            <w:r/>
            <w:r>
              <w:rPr>
                <w:rFonts w:ascii="Malgun Gothic" w:hAnsi="Malgun Gothic" w:eastAsia="Malgun Gothic"/>
                <w:b w:val="0"/>
                <w:sz w:val="14"/>
              </w:rPr>
              <w:t>0.45624</w:t>
            </w:r>
          </w:p>
        </w:tc>
        <w:tc>
          <w:tcPr>
            <w:tcW w:type="dxa" w:w="580"/>
            <w:vAlign w:val="center"/>
          </w:tcPr>
          <w:p>
            <w:r/>
            <w:r>
              <w:rPr>
                <w:rFonts w:ascii="Malgun Gothic" w:hAnsi="Malgun Gothic" w:eastAsia="Malgun Gothic"/>
                <w:b w:val="0"/>
                <w:sz w:val="14"/>
              </w:rPr>
              <w:t>2.673472</w:t>
            </w:r>
          </w:p>
        </w:tc>
        <w:tc>
          <w:tcPr>
            <w:tcW w:type="dxa" w:w="580"/>
            <w:vAlign w:val="center"/>
          </w:tcPr>
          <w:p>
            <w:r/>
            <w:r>
              <w:rPr>
                <w:rFonts w:ascii="Malgun Gothic" w:hAnsi="Malgun Gothic" w:eastAsia="Malgun Gothic"/>
                <w:b w:val="0"/>
                <w:sz w:val="14"/>
              </w:rPr>
              <w:t>2.228</w:t>
            </w:r>
          </w:p>
        </w:tc>
        <w:tc>
          <w:tcPr>
            <w:tcW w:type="dxa" w:w="580"/>
            <w:vAlign w:val="center"/>
          </w:tcPr>
          <w:p>
            <w:r/>
            <w:r>
              <w:rPr>
                <w:rFonts w:ascii="Malgun Gothic" w:hAnsi="Malgun Gothic" w:eastAsia="Malgun Gothic"/>
                <w:b w:val="0"/>
                <w:sz w:val="14"/>
              </w:rPr>
              <w:t>1.111</w:t>
            </w:r>
          </w:p>
        </w:tc>
        <w:tc>
          <w:tcPr>
            <w:tcW w:type="dxa" w:w="580"/>
            <w:vAlign w:val="center"/>
          </w:tcPr>
          <w:p>
            <w:r/>
            <w:r>
              <w:rPr>
                <w:rFonts w:ascii="Malgun Gothic" w:hAnsi="Malgun Gothic" w:eastAsia="Malgun Gothic"/>
                <w:b w:val="0"/>
                <w:sz w:val="14"/>
              </w:rPr>
              <w:t>521.553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09__350002022300989.wav::SPEAKER_01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09__350002022300990.wav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28</w:t>
            </w:r>
          </w:p>
        </w:tc>
        <w:tc>
          <w:tcPr>
            <w:tcW w:type="dxa" w:w="580"/>
            <w:vAlign w:val="center"/>
          </w:tcPr>
          <w:p>
            <w:r/>
            <w:r>
              <w:rPr>
                <w:rFonts w:ascii="Malgun Gothic" w:hAnsi="Malgun Gothic" w:eastAsia="Malgun Gothic"/>
                <w:b w:val="0"/>
                <w:sz w:val="14"/>
              </w:rPr>
              <w:t>25.463</w:t>
            </w:r>
          </w:p>
        </w:tc>
        <w:tc>
          <w:tcPr>
            <w:tcW w:type="dxa" w:w="580"/>
            <w:vAlign w:val="center"/>
          </w:tcPr>
          <w:p>
            <w:r/>
            <w:r>
              <w:rPr>
                <w:rFonts w:ascii="Malgun Gothic" w:hAnsi="Malgun Gothic" w:eastAsia="Malgun Gothic"/>
                <w:b w:val="0"/>
                <w:sz w:val="14"/>
              </w:rPr>
              <w:t>0.14802</w:t>
            </w:r>
          </w:p>
        </w:tc>
        <w:tc>
          <w:tcPr>
            <w:tcW w:type="dxa" w:w="580"/>
            <w:vAlign w:val="center"/>
          </w:tcPr>
          <w:p>
            <w:r/>
            <w:r>
              <w:rPr>
                <w:rFonts w:ascii="Malgun Gothic" w:hAnsi="Malgun Gothic" w:eastAsia="Malgun Gothic"/>
                <w:b w:val="0"/>
                <w:sz w:val="14"/>
              </w:rPr>
              <w:t>0.909393</w:t>
            </w:r>
          </w:p>
        </w:tc>
        <w:tc>
          <w:tcPr>
            <w:tcW w:type="dxa" w:w="580"/>
            <w:vAlign w:val="center"/>
          </w:tcPr>
          <w:p>
            <w:r/>
            <w:r>
              <w:rPr>
                <w:rFonts w:ascii="Malgun Gothic" w:hAnsi="Malgun Gothic" w:eastAsia="Malgun Gothic"/>
                <w:b w:val="0"/>
                <w:sz w:val="14"/>
              </w:rPr>
              <w:t>0.5485</w:t>
            </w:r>
          </w:p>
        </w:tc>
        <w:tc>
          <w:tcPr>
            <w:tcW w:type="dxa" w:w="580"/>
            <w:vAlign w:val="center"/>
          </w:tcPr>
          <w:p>
            <w:r/>
            <w:r>
              <w:rPr>
                <w:rFonts w:ascii="Malgun Gothic" w:hAnsi="Malgun Gothic" w:eastAsia="Malgun Gothic"/>
                <w:b w:val="0"/>
                <w:sz w:val="14"/>
              </w:rPr>
              <w:t>9.093</w:t>
            </w:r>
          </w:p>
        </w:tc>
        <w:tc>
          <w:tcPr>
            <w:tcW w:type="dxa" w:w="580"/>
            <w:vAlign w:val="center"/>
          </w:tcPr>
          <w:p>
            <w:r/>
            <w:r>
              <w:rPr>
                <w:rFonts w:ascii="Malgun Gothic" w:hAnsi="Malgun Gothic" w:eastAsia="Malgun Gothic"/>
                <w:b w:val="0"/>
                <w:sz w:val="14"/>
              </w:rPr>
              <w:t>172.392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09__350002022300990.wav::SPEAKER_01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09__350002022300991.wav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16</w:t>
            </w:r>
          </w:p>
        </w:tc>
        <w:tc>
          <w:tcPr>
            <w:tcW w:type="dxa" w:w="580"/>
            <w:vAlign w:val="center"/>
          </w:tcPr>
          <w:p>
            <w:r/>
            <w:r>
              <w:rPr>
                <w:rFonts w:ascii="Malgun Gothic" w:hAnsi="Malgun Gothic" w:eastAsia="Malgun Gothic"/>
                <w:b w:val="0"/>
                <w:sz w:val="14"/>
              </w:rPr>
              <w:t>29.634</w:t>
            </w:r>
          </w:p>
        </w:tc>
        <w:tc>
          <w:tcPr>
            <w:tcW w:type="dxa" w:w="580"/>
            <w:vAlign w:val="center"/>
          </w:tcPr>
          <w:p>
            <w:r/>
            <w:r>
              <w:rPr>
                <w:rFonts w:ascii="Malgun Gothic" w:hAnsi="Malgun Gothic" w:eastAsia="Malgun Gothic"/>
                <w:b w:val="0"/>
                <w:sz w:val="14"/>
              </w:rPr>
              <w:t>0.198901</w:t>
            </w:r>
          </w:p>
        </w:tc>
        <w:tc>
          <w:tcPr>
            <w:tcW w:type="dxa" w:w="580"/>
            <w:vAlign w:val="center"/>
          </w:tcPr>
          <w:p>
            <w:r/>
            <w:r>
              <w:rPr>
                <w:rFonts w:ascii="Malgun Gothic" w:hAnsi="Malgun Gothic" w:eastAsia="Malgun Gothic"/>
                <w:b w:val="0"/>
                <w:sz w:val="14"/>
              </w:rPr>
              <w:t>1.852125</w:t>
            </w:r>
          </w:p>
        </w:tc>
        <w:tc>
          <w:tcPr>
            <w:tcW w:type="dxa" w:w="580"/>
            <w:vAlign w:val="center"/>
          </w:tcPr>
          <w:p>
            <w:r/>
            <w:r>
              <w:rPr>
                <w:rFonts w:ascii="Malgun Gothic" w:hAnsi="Malgun Gothic" w:eastAsia="Malgun Gothic"/>
                <w:b w:val="0"/>
                <w:sz w:val="14"/>
              </w:rPr>
              <w:t>0.768</w:t>
            </w:r>
          </w:p>
        </w:tc>
        <w:tc>
          <w:tcPr>
            <w:tcW w:type="dxa" w:w="580"/>
            <w:vAlign w:val="center"/>
          </w:tcPr>
          <w:p>
            <w:r/>
            <w:r>
              <w:rPr>
                <w:rFonts w:ascii="Malgun Gothic" w:hAnsi="Malgun Gothic" w:eastAsia="Malgun Gothic"/>
                <w:b w:val="0"/>
                <w:sz w:val="14"/>
              </w:rPr>
              <w:t>1.938</w:t>
            </w:r>
          </w:p>
        </w:tc>
        <w:tc>
          <w:tcPr>
            <w:tcW w:type="dxa" w:w="580"/>
            <w:vAlign w:val="center"/>
          </w:tcPr>
          <w:p>
            <w:r/>
            <w:r>
              <w:rPr>
                <w:rFonts w:ascii="Malgun Gothic" w:hAnsi="Malgun Gothic" w:eastAsia="Malgun Gothic"/>
                <w:b w:val="0"/>
                <w:sz w:val="14"/>
              </w:rPr>
              <w:t>147.974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09__350002022300991.wav::SPEAKER_01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09__350002022300992.wav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15</w:t>
            </w:r>
          </w:p>
        </w:tc>
        <w:tc>
          <w:tcPr>
            <w:tcW w:type="dxa" w:w="580"/>
            <w:vAlign w:val="center"/>
          </w:tcPr>
          <w:p>
            <w:r/>
            <w:r>
              <w:rPr>
                <w:rFonts w:ascii="Malgun Gothic" w:hAnsi="Malgun Gothic" w:eastAsia="Malgun Gothic"/>
                <w:b w:val="0"/>
                <w:sz w:val="14"/>
              </w:rPr>
              <w:t>23.729</w:t>
            </w:r>
          </w:p>
        </w:tc>
        <w:tc>
          <w:tcPr>
            <w:tcW w:type="dxa" w:w="580"/>
            <w:vAlign w:val="center"/>
          </w:tcPr>
          <w:p>
            <w:r/>
            <w:r>
              <w:rPr>
                <w:rFonts w:ascii="Malgun Gothic" w:hAnsi="Malgun Gothic" w:eastAsia="Malgun Gothic"/>
                <w:b w:val="0"/>
                <w:sz w:val="14"/>
              </w:rPr>
              <w:t>0.388548</w:t>
            </w:r>
          </w:p>
        </w:tc>
        <w:tc>
          <w:tcPr>
            <w:tcW w:type="dxa" w:w="580"/>
            <w:vAlign w:val="center"/>
          </w:tcPr>
          <w:p>
            <w:r/>
            <w:r>
              <w:rPr>
                <w:rFonts w:ascii="Malgun Gothic" w:hAnsi="Malgun Gothic" w:eastAsia="Malgun Gothic"/>
                <w:b w:val="0"/>
                <w:sz w:val="14"/>
              </w:rPr>
              <w:t>1.581933</w:t>
            </w:r>
          </w:p>
        </w:tc>
        <w:tc>
          <w:tcPr>
            <w:tcW w:type="dxa" w:w="580"/>
            <w:vAlign w:val="center"/>
          </w:tcPr>
          <w:p>
            <w:r/>
            <w:r>
              <w:rPr>
                <w:rFonts w:ascii="Malgun Gothic" w:hAnsi="Malgun Gothic" w:eastAsia="Malgun Gothic"/>
                <w:b w:val="0"/>
                <w:sz w:val="14"/>
              </w:rPr>
              <w:t>1.519</w:t>
            </w:r>
          </w:p>
        </w:tc>
        <w:tc>
          <w:tcPr>
            <w:tcW w:type="dxa" w:w="580"/>
            <w:vAlign w:val="center"/>
          </w:tcPr>
          <w:p>
            <w:r/>
            <w:r>
              <w:rPr>
                <w:rFonts w:ascii="Malgun Gothic" w:hAnsi="Malgun Gothic" w:eastAsia="Malgun Gothic"/>
                <w:b w:val="0"/>
                <w:sz w:val="14"/>
              </w:rPr>
              <w:t>3.322</w:t>
            </w:r>
          </w:p>
        </w:tc>
        <w:tc>
          <w:tcPr>
            <w:tcW w:type="dxa" w:w="580"/>
            <w:vAlign w:val="center"/>
          </w:tcPr>
          <w:p>
            <w:r/>
            <w:r>
              <w:rPr>
                <w:rFonts w:ascii="Malgun Gothic" w:hAnsi="Malgun Gothic" w:eastAsia="Malgun Gothic"/>
                <w:b w:val="0"/>
                <w:sz w:val="14"/>
              </w:rPr>
              <w:t>61.625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09__350002022300992.wav::SPEAKER_01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09__350002022300993.wav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16.841</w:t>
            </w:r>
          </w:p>
        </w:tc>
        <w:tc>
          <w:tcPr>
            <w:tcW w:type="dxa" w:w="580"/>
            <w:vAlign w:val="center"/>
          </w:tcPr>
          <w:p>
            <w:r/>
            <w:r>
              <w:rPr>
                <w:rFonts w:ascii="Malgun Gothic" w:hAnsi="Malgun Gothic" w:eastAsia="Malgun Gothic"/>
                <w:b w:val="0"/>
                <w:sz w:val="14"/>
              </w:rPr>
              <w:t>0.567362</w:t>
            </w:r>
          </w:p>
        </w:tc>
        <w:tc>
          <w:tcPr>
            <w:tcW w:type="dxa" w:w="580"/>
            <w:vAlign w:val="center"/>
          </w:tcPr>
          <w:p>
            <w:r/>
            <w:r>
              <w:rPr>
                <w:rFonts w:ascii="Malgun Gothic" w:hAnsi="Malgun Gothic" w:eastAsia="Malgun Gothic"/>
                <w:b w:val="0"/>
                <w:sz w:val="14"/>
              </w:rPr>
              <w:t>2.806833</w:t>
            </w:r>
          </w:p>
        </w:tc>
        <w:tc>
          <w:tcPr>
            <w:tcW w:type="dxa" w:w="580"/>
            <w:vAlign w:val="center"/>
          </w:tcPr>
          <w:p>
            <w:r/>
            <w:r>
              <w:rPr>
                <w:rFonts w:ascii="Malgun Gothic" w:hAnsi="Malgun Gothic" w:eastAsia="Malgun Gothic"/>
                <w:b w:val="0"/>
                <w:sz w:val="14"/>
              </w:rPr>
              <w:t>0.9365</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29.714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09__350002022300993.wav::SPEAKER_01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09__350002022300994.wav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w:t>
            </w:r>
          </w:p>
        </w:tc>
        <w:tc>
          <w:tcPr>
            <w:tcW w:type="dxa" w:w="580"/>
            <w:vAlign w:val="center"/>
          </w:tcPr>
          <w:p>
            <w:r/>
            <w:r>
              <w:rPr>
                <w:rFonts w:ascii="Malgun Gothic" w:hAnsi="Malgun Gothic" w:eastAsia="Malgun Gothic"/>
                <w:b w:val="0"/>
                <w:sz w:val="14"/>
              </w:rPr>
              <w:t>6.261</w:t>
            </w:r>
          </w:p>
        </w:tc>
        <w:tc>
          <w:tcPr>
            <w:tcW w:type="dxa" w:w="580"/>
            <w:vAlign w:val="center"/>
          </w:tcPr>
          <w:p>
            <w:r/>
            <w:r>
              <w:rPr>
                <w:rFonts w:ascii="Malgun Gothic" w:hAnsi="Malgun Gothic" w:eastAsia="Malgun Gothic"/>
                <w:b w:val="0"/>
                <w:sz w:val="14"/>
              </w:rPr>
              <w:t>0.457475</w:t>
            </w:r>
          </w:p>
        </w:tc>
        <w:tc>
          <w:tcPr>
            <w:tcW w:type="dxa" w:w="580"/>
            <w:vAlign w:val="center"/>
          </w:tcPr>
          <w:p>
            <w:r/>
            <w:r>
              <w:rPr>
                <w:rFonts w:ascii="Malgun Gothic" w:hAnsi="Malgun Gothic" w:eastAsia="Malgun Gothic"/>
                <w:b w:val="0"/>
                <w:sz w:val="14"/>
              </w:rPr>
              <w:t>3.1305</w:t>
            </w:r>
          </w:p>
        </w:tc>
        <w:tc>
          <w:tcPr>
            <w:tcW w:type="dxa" w:w="580"/>
            <w:vAlign w:val="center"/>
          </w:tcPr>
          <w:p>
            <w:r/>
            <w:r>
              <w:rPr>
                <w:rFonts w:ascii="Malgun Gothic" w:hAnsi="Malgun Gothic" w:eastAsia="Malgun Gothic"/>
                <w:b w:val="0"/>
                <w:sz w:val="14"/>
              </w:rPr>
              <w:t>3.1305</w:t>
            </w:r>
          </w:p>
        </w:tc>
        <w:tc>
          <w:tcPr>
            <w:tcW w:type="dxa" w:w="580"/>
            <w:vAlign w:val="center"/>
          </w:tcPr>
          <w:p>
            <w:r/>
            <w:r>
              <w:rPr>
                <w:rFonts w:ascii="Malgun Gothic" w:hAnsi="Malgun Gothic" w:eastAsia="Malgun Gothic"/>
                <w:b w:val="0"/>
                <w:sz w:val="14"/>
              </w:rPr>
              <w:t>8.165</w:t>
            </w:r>
          </w:p>
        </w:tc>
        <w:tc>
          <w:tcPr>
            <w:tcW w:type="dxa" w:w="580"/>
            <w:vAlign w:val="center"/>
          </w:tcPr>
          <w:p>
            <w:r/>
            <w:r>
              <w:rPr>
                <w:rFonts w:ascii="Malgun Gothic" w:hAnsi="Malgun Gothic" w:eastAsia="Malgun Gothic"/>
                <w:b w:val="0"/>
                <w:sz w:val="14"/>
              </w:rPr>
              <w:t>14.763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09__350002022300994.wav::SPEAKER_01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09__350002022300995.wav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34</w:t>
            </w:r>
          </w:p>
        </w:tc>
        <w:tc>
          <w:tcPr>
            <w:tcW w:type="dxa" w:w="580"/>
            <w:vAlign w:val="center"/>
          </w:tcPr>
          <w:p>
            <w:r/>
            <w:r>
              <w:rPr>
                <w:rFonts w:ascii="Malgun Gothic" w:hAnsi="Malgun Gothic" w:eastAsia="Malgun Gothic"/>
                <w:b w:val="0"/>
                <w:sz w:val="14"/>
              </w:rPr>
              <w:t>55.691</w:t>
            </w:r>
          </w:p>
        </w:tc>
        <w:tc>
          <w:tcPr>
            <w:tcW w:type="dxa" w:w="580"/>
            <w:vAlign w:val="center"/>
          </w:tcPr>
          <w:p>
            <w:r/>
            <w:r>
              <w:rPr>
                <w:rFonts w:ascii="Malgun Gothic" w:hAnsi="Malgun Gothic" w:eastAsia="Malgun Gothic"/>
                <w:b w:val="0"/>
                <w:sz w:val="14"/>
              </w:rPr>
              <w:t>0.36426</w:t>
            </w:r>
          </w:p>
        </w:tc>
        <w:tc>
          <w:tcPr>
            <w:tcW w:type="dxa" w:w="580"/>
            <w:vAlign w:val="center"/>
          </w:tcPr>
          <w:p>
            <w:r/>
            <w:r>
              <w:rPr>
                <w:rFonts w:ascii="Malgun Gothic" w:hAnsi="Malgun Gothic" w:eastAsia="Malgun Gothic"/>
                <w:b w:val="0"/>
                <w:sz w:val="14"/>
              </w:rPr>
              <w:t>1.637971</w:t>
            </w:r>
          </w:p>
        </w:tc>
        <w:tc>
          <w:tcPr>
            <w:tcW w:type="dxa" w:w="580"/>
            <w:vAlign w:val="center"/>
          </w:tcPr>
          <w:p>
            <w:r/>
            <w:r>
              <w:rPr>
                <w:rFonts w:ascii="Malgun Gothic" w:hAnsi="Malgun Gothic" w:eastAsia="Malgun Gothic"/>
                <w:b w:val="0"/>
                <w:sz w:val="14"/>
              </w:rPr>
              <w:t>0.5315</w:t>
            </w:r>
          </w:p>
        </w:tc>
        <w:tc>
          <w:tcPr>
            <w:tcW w:type="dxa" w:w="580"/>
            <w:vAlign w:val="center"/>
          </w:tcPr>
          <w:p>
            <w:r/>
            <w:r>
              <w:rPr>
                <w:rFonts w:ascii="Malgun Gothic" w:hAnsi="Malgun Gothic" w:eastAsia="Malgun Gothic"/>
                <w:b w:val="0"/>
                <w:sz w:val="14"/>
              </w:rPr>
              <w:t>9.278</w:t>
            </w:r>
          </w:p>
        </w:tc>
        <w:tc>
          <w:tcPr>
            <w:tcW w:type="dxa" w:w="580"/>
            <w:vAlign w:val="center"/>
          </w:tcPr>
          <w:p>
            <w:r/>
            <w:r>
              <w:rPr>
                <w:rFonts w:ascii="Malgun Gothic" w:hAnsi="Malgun Gothic" w:eastAsia="Malgun Gothic"/>
                <w:b w:val="0"/>
                <w:sz w:val="14"/>
              </w:rPr>
              <w:t>154.758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09__350002022300995.wav::SPEAKER_01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09__350002022300996.wav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23</w:t>
            </w:r>
          </w:p>
        </w:tc>
        <w:tc>
          <w:tcPr>
            <w:tcW w:type="dxa" w:w="580"/>
            <w:vAlign w:val="center"/>
          </w:tcPr>
          <w:p>
            <w:r/>
            <w:r>
              <w:rPr>
                <w:rFonts w:ascii="Malgun Gothic" w:hAnsi="Malgun Gothic" w:eastAsia="Malgun Gothic"/>
                <w:b w:val="0"/>
                <w:sz w:val="14"/>
              </w:rPr>
              <w:t>23.676</w:t>
            </w:r>
          </w:p>
        </w:tc>
        <w:tc>
          <w:tcPr>
            <w:tcW w:type="dxa" w:w="580"/>
            <w:vAlign w:val="center"/>
          </w:tcPr>
          <w:p>
            <w:r/>
            <w:r>
              <w:rPr>
                <w:rFonts w:ascii="Malgun Gothic" w:hAnsi="Malgun Gothic" w:eastAsia="Malgun Gothic"/>
                <w:b w:val="0"/>
                <w:sz w:val="14"/>
              </w:rPr>
              <w:t>0.395331</w:t>
            </w:r>
          </w:p>
        </w:tc>
        <w:tc>
          <w:tcPr>
            <w:tcW w:type="dxa" w:w="580"/>
            <w:vAlign w:val="center"/>
          </w:tcPr>
          <w:p>
            <w:r/>
            <w:r>
              <w:rPr>
                <w:rFonts w:ascii="Malgun Gothic" w:hAnsi="Malgun Gothic" w:eastAsia="Malgun Gothic"/>
                <w:b w:val="0"/>
                <w:sz w:val="14"/>
              </w:rPr>
              <w:t>1.029391</w:t>
            </w:r>
          </w:p>
        </w:tc>
        <w:tc>
          <w:tcPr>
            <w:tcW w:type="dxa" w:w="580"/>
            <w:vAlign w:val="center"/>
          </w:tcPr>
          <w:p>
            <w:r/>
            <w:r>
              <w:rPr>
                <w:rFonts w:ascii="Malgun Gothic" w:hAnsi="Malgun Gothic" w:eastAsia="Malgun Gothic"/>
                <w:b w:val="0"/>
                <w:sz w:val="14"/>
              </w:rPr>
              <w:t>0.422</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58.385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09__350002022300996.wav::SPEAKER_01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09__350002022300997.wav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29</w:t>
            </w:r>
          </w:p>
        </w:tc>
        <w:tc>
          <w:tcPr>
            <w:tcW w:type="dxa" w:w="580"/>
            <w:vAlign w:val="center"/>
          </w:tcPr>
          <w:p>
            <w:r/>
            <w:r>
              <w:rPr>
                <w:rFonts w:ascii="Malgun Gothic" w:hAnsi="Malgun Gothic" w:eastAsia="Malgun Gothic"/>
                <w:b w:val="0"/>
                <w:sz w:val="14"/>
              </w:rPr>
              <w:t>65.105</w:t>
            </w:r>
          </w:p>
        </w:tc>
        <w:tc>
          <w:tcPr>
            <w:tcW w:type="dxa" w:w="580"/>
            <w:vAlign w:val="center"/>
          </w:tcPr>
          <w:p>
            <w:r/>
            <w:r>
              <w:rPr>
                <w:rFonts w:ascii="Malgun Gothic" w:hAnsi="Malgun Gothic" w:eastAsia="Malgun Gothic"/>
                <w:b w:val="0"/>
                <w:sz w:val="14"/>
              </w:rPr>
              <w:t>0.636015</w:t>
            </w:r>
          </w:p>
        </w:tc>
        <w:tc>
          <w:tcPr>
            <w:tcW w:type="dxa" w:w="580"/>
            <w:vAlign w:val="center"/>
          </w:tcPr>
          <w:p>
            <w:r/>
            <w:r>
              <w:rPr>
                <w:rFonts w:ascii="Malgun Gothic" w:hAnsi="Malgun Gothic" w:eastAsia="Malgun Gothic"/>
                <w:b w:val="0"/>
                <w:sz w:val="14"/>
              </w:rPr>
              <w:t>2.245</w:t>
            </w:r>
          </w:p>
        </w:tc>
        <w:tc>
          <w:tcPr>
            <w:tcW w:type="dxa" w:w="580"/>
            <w:vAlign w:val="center"/>
          </w:tcPr>
          <w:p>
            <w:r/>
            <w:r>
              <w:rPr>
                <w:rFonts w:ascii="Malgun Gothic" w:hAnsi="Malgun Gothic" w:eastAsia="Malgun Gothic"/>
                <w:b w:val="0"/>
                <w:sz w:val="14"/>
              </w:rPr>
              <w:t>1.35</w:t>
            </w:r>
          </w:p>
        </w:tc>
        <w:tc>
          <w:tcPr>
            <w:tcW w:type="dxa" w:w="580"/>
            <w:vAlign w:val="center"/>
          </w:tcPr>
          <w:p>
            <w:r/>
            <w:r>
              <w:rPr>
                <w:rFonts w:ascii="Malgun Gothic" w:hAnsi="Malgun Gothic" w:eastAsia="Malgun Gothic"/>
                <w:b w:val="0"/>
                <w:sz w:val="14"/>
              </w:rPr>
              <w:t>2.242</w:t>
            </w:r>
          </w:p>
        </w:tc>
        <w:tc>
          <w:tcPr>
            <w:tcW w:type="dxa" w:w="580"/>
            <w:vAlign w:val="center"/>
          </w:tcPr>
          <w:p>
            <w:r/>
            <w:r>
              <w:rPr>
                <w:rFonts w:ascii="Malgun Gothic" w:hAnsi="Malgun Gothic" w:eastAsia="Malgun Gothic"/>
                <w:b w:val="0"/>
                <w:sz w:val="14"/>
              </w:rPr>
              <w:t>103.154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09__350002022300997.wav::SPEAKER_01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09__350002022300998.wav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19.035</w:t>
            </w:r>
          </w:p>
        </w:tc>
        <w:tc>
          <w:tcPr>
            <w:tcW w:type="dxa" w:w="580"/>
            <w:vAlign w:val="center"/>
          </w:tcPr>
          <w:p>
            <w:r/>
            <w:r>
              <w:rPr>
                <w:rFonts w:ascii="Malgun Gothic" w:hAnsi="Malgun Gothic" w:eastAsia="Malgun Gothic"/>
                <w:b w:val="0"/>
                <w:sz w:val="14"/>
              </w:rPr>
              <w:t>0.428244</w:t>
            </w:r>
          </w:p>
        </w:tc>
        <w:tc>
          <w:tcPr>
            <w:tcW w:type="dxa" w:w="580"/>
            <w:vAlign w:val="center"/>
          </w:tcPr>
          <w:p>
            <w:r/>
            <w:r>
              <w:rPr>
                <w:rFonts w:ascii="Malgun Gothic" w:hAnsi="Malgun Gothic" w:eastAsia="Malgun Gothic"/>
                <w:b w:val="0"/>
                <w:sz w:val="14"/>
              </w:rPr>
              <w:t>3.1725</w:t>
            </w:r>
          </w:p>
        </w:tc>
        <w:tc>
          <w:tcPr>
            <w:tcW w:type="dxa" w:w="580"/>
            <w:vAlign w:val="center"/>
          </w:tcPr>
          <w:p>
            <w:r/>
            <w:r>
              <w:rPr>
                <w:rFonts w:ascii="Malgun Gothic" w:hAnsi="Malgun Gothic" w:eastAsia="Malgun Gothic"/>
                <w:b w:val="0"/>
                <w:sz w:val="14"/>
              </w:rPr>
              <w:t>1.3585</w:t>
            </w:r>
          </w:p>
        </w:tc>
        <w:tc>
          <w:tcPr>
            <w:tcW w:type="dxa" w:w="580"/>
            <w:vAlign w:val="center"/>
          </w:tcPr>
          <w:p>
            <w:r/>
            <w:r>
              <w:rPr>
                <w:rFonts w:ascii="Malgun Gothic" w:hAnsi="Malgun Gothic" w:eastAsia="Malgun Gothic"/>
                <w:b w:val="0"/>
                <w:sz w:val="14"/>
              </w:rPr>
              <w:t>5.954</w:t>
            </w:r>
          </w:p>
        </w:tc>
        <w:tc>
          <w:tcPr>
            <w:tcW w:type="dxa" w:w="580"/>
            <w:vAlign w:val="center"/>
          </w:tcPr>
          <w:p>
            <w:r/>
            <w:r>
              <w:rPr>
                <w:rFonts w:ascii="Malgun Gothic" w:hAnsi="Malgun Gothic" w:eastAsia="Malgun Gothic"/>
                <w:b w:val="0"/>
                <w:sz w:val="14"/>
              </w:rPr>
              <w:t>44.767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09__350002022300998.wav::SPEAKER_01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09__350002022300999.wav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22.596</w:t>
            </w:r>
          </w:p>
        </w:tc>
        <w:tc>
          <w:tcPr>
            <w:tcW w:type="dxa" w:w="580"/>
            <w:vAlign w:val="center"/>
          </w:tcPr>
          <w:p>
            <w:r/>
            <w:r>
              <w:rPr>
                <w:rFonts w:ascii="Malgun Gothic" w:hAnsi="Malgun Gothic" w:eastAsia="Malgun Gothic"/>
                <w:b w:val="0"/>
                <w:sz w:val="14"/>
              </w:rPr>
              <w:t>0.67186</w:t>
            </w:r>
          </w:p>
        </w:tc>
        <w:tc>
          <w:tcPr>
            <w:tcW w:type="dxa" w:w="580"/>
            <w:vAlign w:val="center"/>
          </w:tcPr>
          <w:p>
            <w:r/>
            <w:r>
              <w:rPr>
                <w:rFonts w:ascii="Malgun Gothic" w:hAnsi="Malgun Gothic" w:eastAsia="Malgun Gothic"/>
                <w:b w:val="0"/>
                <w:sz w:val="14"/>
              </w:rPr>
              <w:t>3.766</w:t>
            </w:r>
          </w:p>
        </w:tc>
        <w:tc>
          <w:tcPr>
            <w:tcW w:type="dxa" w:w="580"/>
            <w:vAlign w:val="center"/>
          </w:tcPr>
          <w:p>
            <w:r/>
            <w:r>
              <w:rPr>
                <w:rFonts w:ascii="Malgun Gothic" w:hAnsi="Malgun Gothic" w:eastAsia="Malgun Gothic"/>
                <w:b w:val="0"/>
                <w:sz w:val="14"/>
              </w:rPr>
              <w:t>3.417</w:t>
            </w:r>
          </w:p>
        </w:tc>
        <w:tc>
          <w:tcPr>
            <w:tcW w:type="dxa" w:w="580"/>
            <w:vAlign w:val="center"/>
          </w:tcPr>
          <w:p>
            <w:r/>
            <w:r>
              <w:rPr>
                <w:rFonts w:ascii="Malgun Gothic" w:hAnsi="Malgun Gothic" w:eastAsia="Malgun Gothic"/>
                <w:b w:val="0"/>
                <w:sz w:val="14"/>
              </w:rPr>
              <w:t>1.432</w:t>
            </w:r>
          </w:p>
        </w:tc>
        <w:tc>
          <w:tcPr>
            <w:tcW w:type="dxa" w:w="580"/>
            <w:vAlign w:val="center"/>
          </w:tcPr>
          <w:p>
            <w:r/>
            <w:r>
              <w:rPr>
                <w:rFonts w:ascii="Malgun Gothic" w:hAnsi="Malgun Gothic" w:eastAsia="Malgun Gothic"/>
                <w:b w:val="0"/>
                <w:sz w:val="14"/>
              </w:rPr>
              <w:t>32.887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09__350002022300999.wav::SPEAKER_01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bl>
    <w:p/>
    <w:p>
      <w:r>
        <w:t>대용량 표의 앞/뒤 표본 및 구조 포함; 원본 전수 행은 데이터 부록 ZIP 포함</w:t>
      </w:r>
    </w:p>
    <w:p>
      <w:r>
        <w:rPr>
          <w:b/>
        </w:rPr>
        <w:t>산출물 CSV: research_continuity/25_customer_agent_interaction_v182/speaker_customer_agent_call_wide_v182.csv (행 1,000, 열 13)</w:t>
      </w:r>
    </w:p>
    <w:tbl>
      <w:tblPr>
        <w:tblStyle w:val="TableGrid"/>
        <w:tblW w:type="auto" w:w="0"/>
        <w:jc w:val="center"/>
        <w:tblLook w:firstColumn="1" w:firstRow="1" w:lastColumn="0" w:lastRow="0" w:noHBand="0" w:noVBand="1" w:val="04A0"/>
      </w:tblPr>
      <w:tblGrid>
        <w:gridCol w:w="759"/>
        <w:gridCol w:w="759"/>
        <w:gridCol w:w="759"/>
        <w:gridCol w:w="759"/>
        <w:gridCol w:w="759"/>
        <w:gridCol w:w="759"/>
        <w:gridCol w:w="759"/>
        <w:gridCol w:w="759"/>
        <w:gridCol w:w="759"/>
        <w:gridCol w:w="759"/>
        <w:gridCol w:w="759"/>
        <w:gridCol w:w="759"/>
        <w:gridCol w:w="759"/>
      </w:tblGrid>
      <w:tr>
        <w:trPr>
          <w:tblHeader w:val="true"/>
          <w:cantSplit/>
        </w:trPr>
        <w:tc>
          <w:tcPr>
            <w:tcW w:type="dxa" w:w="759"/>
          </w:tcPr>
          <w:p>
            <w:r/>
            <w:r>
              <w:rPr>
                <w:rFonts w:ascii="Malgun Gothic" w:hAnsi="Malgun Gothic" w:eastAsia="Malgun Gothic"/>
                <w:b/>
                <w:sz w:val="14"/>
              </w:rPr>
              <w:t>audio_name</w:t>
            </w:r>
          </w:p>
        </w:tc>
        <w:tc>
          <w:tcPr>
            <w:tcW w:type="dxa" w:w="759"/>
          </w:tcPr>
          <w:p>
            <w:r/>
            <w:r>
              <w:rPr>
                <w:rFonts w:ascii="Malgun Gothic" w:hAnsi="Malgun Gothic" w:eastAsia="Malgun Gothic"/>
                <w:b/>
                <w:sz w:val="14"/>
              </w:rPr>
              <w:t>speaker_count</w:t>
            </w:r>
          </w:p>
        </w:tc>
        <w:tc>
          <w:tcPr>
            <w:tcW w:type="dxa" w:w="759"/>
          </w:tcPr>
          <w:p>
            <w:r/>
            <w:r>
              <w:rPr>
                <w:rFonts w:ascii="Malgun Gothic" w:hAnsi="Malgun Gothic" w:eastAsia="Malgun Gothic"/>
                <w:b/>
                <w:sz w:val="14"/>
              </w:rPr>
              <w:t>call_start_sec</w:t>
            </w:r>
          </w:p>
        </w:tc>
        <w:tc>
          <w:tcPr>
            <w:tcW w:type="dxa" w:w="759"/>
          </w:tcPr>
          <w:p>
            <w:r/>
            <w:r>
              <w:rPr>
                <w:rFonts w:ascii="Malgun Gothic" w:hAnsi="Malgun Gothic" w:eastAsia="Malgun Gothic"/>
                <w:b/>
                <w:sz w:val="14"/>
              </w:rPr>
              <w:t>call_end_sec</w:t>
            </w:r>
          </w:p>
        </w:tc>
        <w:tc>
          <w:tcPr>
            <w:tcW w:type="dxa" w:w="759"/>
          </w:tcPr>
          <w:p>
            <w:r/>
            <w:r>
              <w:rPr>
                <w:rFonts w:ascii="Malgun Gothic" w:hAnsi="Malgun Gothic" w:eastAsia="Malgun Gothic"/>
                <w:b/>
                <w:sz w:val="14"/>
              </w:rPr>
              <w:t>call_duration_sec</w:t>
            </w:r>
          </w:p>
        </w:tc>
        <w:tc>
          <w:tcPr>
            <w:tcW w:type="dxa" w:w="759"/>
          </w:tcPr>
          <w:p>
            <w:r/>
            <w:r>
              <w:rPr>
                <w:rFonts w:ascii="Malgun Gothic" w:hAnsi="Malgun Gothic" w:eastAsia="Malgun Gothic"/>
                <w:b/>
                <w:sz w:val="14"/>
              </w:rPr>
              <w:t>speaker0_segments</w:t>
            </w:r>
          </w:p>
        </w:tc>
        <w:tc>
          <w:tcPr>
            <w:tcW w:type="dxa" w:w="759"/>
          </w:tcPr>
          <w:p>
            <w:r/>
            <w:r>
              <w:rPr>
                <w:rFonts w:ascii="Malgun Gothic" w:hAnsi="Malgun Gothic" w:eastAsia="Malgun Gothic"/>
                <w:b/>
                <w:sz w:val="14"/>
              </w:rPr>
              <w:t>speaker0_speech_sec</w:t>
            </w:r>
          </w:p>
        </w:tc>
        <w:tc>
          <w:tcPr>
            <w:tcW w:type="dxa" w:w="759"/>
          </w:tcPr>
          <w:p>
            <w:r/>
            <w:r>
              <w:rPr>
                <w:rFonts w:ascii="Malgun Gothic" w:hAnsi="Malgun Gothic" w:eastAsia="Malgun Gothic"/>
                <w:b/>
                <w:sz w:val="14"/>
              </w:rPr>
              <w:t>speaker0_speech_ratio</w:t>
            </w:r>
          </w:p>
        </w:tc>
        <w:tc>
          <w:tcPr>
            <w:tcW w:type="dxa" w:w="759"/>
          </w:tcPr>
          <w:p>
            <w:r/>
            <w:r>
              <w:rPr>
                <w:rFonts w:ascii="Malgun Gothic" w:hAnsi="Malgun Gothic" w:eastAsia="Malgun Gothic"/>
                <w:b/>
                <w:sz w:val="14"/>
              </w:rPr>
              <w:t>speaker0_mean_segment_sec</w:t>
            </w:r>
          </w:p>
        </w:tc>
        <w:tc>
          <w:tcPr>
            <w:tcW w:type="dxa" w:w="759"/>
          </w:tcPr>
          <w:p>
            <w:r/>
            <w:r>
              <w:rPr>
                <w:rFonts w:ascii="Malgun Gothic" w:hAnsi="Malgun Gothic" w:eastAsia="Malgun Gothic"/>
                <w:b/>
                <w:sz w:val="14"/>
              </w:rPr>
              <w:t>speaker1_segments</w:t>
            </w:r>
          </w:p>
        </w:tc>
        <w:tc>
          <w:tcPr>
            <w:tcW w:type="dxa" w:w="759"/>
          </w:tcPr>
          <w:p>
            <w:r/>
            <w:r>
              <w:rPr>
                <w:rFonts w:ascii="Malgun Gothic" w:hAnsi="Malgun Gothic" w:eastAsia="Malgun Gothic"/>
                <w:b/>
                <w:sz w:val="14"/>
              </w:rPr>
              <w:t>speaker1_speech_sec</w:t>
            </w:r>
          </w:p>
        </w:tc>
        <w:tc>
          <w:tcPr>
            <w:tcW w:type="dxa" w:w="759"/>
          </w:tcPr>
          <w:p>
            <w:r/>
            <w:r>
              <w:rPr>
                <w:rFonts w:ascii="Malgun Gothic" w:hAnsi="Malgun Gothic" w:eastAsia="Malgun Gothic"/>
                <w:b/>
                <w:sz w:val="14"/>
              </w:rPr>
              <w:t>speaker1_speech_ratio</w:t>
            </w:r>
          </w:p>
        </w:tc>
        <w:tc>
          <w:tcPr>
            <w:tcW w:type="dxa" w:w="759"/>
          </w:tcPr>
          <w:p>
            <w:r/>
            <w:r>
              <w:rPr>
                <w:rFonts w:ascii="Malgun Gothic" w:hAnsi="Malgun Gothic" w:eastAsia="Malgun Gothic"/>
                <w:b/>
                <w:sz w:val="14"/>
              </w:rPr>
              <w:t>speaker1_mean_segment_sec</w:t>
            </w:r>
          </w:p>
        </w:tc>
      </w:tr>
      <w:tr>
        <w:trPr>
          <w:cantSplit/>
        </w:trPr>
        <w:tc>
          <w:tcPr>
            <w:tcW w:type="dxa" w:w="759"/>
            <w:vAlign w:val="center"/>
          </w:tcPr>
          <w:p>
            <w:r/>
            <w:r>
              <w:rPr>
                <w:rFonts w:ascii="Malgun Gothic" w:hAnsi="Malgun Gothic" w:eastAsia="Malgun Gothic"/>
                <w:b w:val="0"/>
                <w:sz w:val="14"/>
              </w:rPr>
              <w:t>00__350002022300000.wav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523.713</w:t>
            </w:r>
          </w:p>
        </w:tc>
        <w:tc>
          <w:tcPr>
            <w:tcW w:type="dxa" w:w="759"/>
            <w:vAlign w:val="center"/>
          </w:tcPr>
          <w:p>
            <w:r/>
            <w:r>
              <w:rPr>
                <w:rFonts w:ascii="Malgun Gothic" w:hAnsi="Malgun Gothic" w:eastAsia="Malgun Gothic"/>
                <w:b w:val="0"/>
                <w:sz w:val="14"/>
              </w:rPr>
              <w:t>523.682</w:t>
            </w:r>
          </w:p>
        </w:tc>
        <w:tc>
          <w:tcPr>
            <w:tcW w:type="dxa" w:w="759"/>
            <w:vAlign w:val="center"/>
          </w:tcPr>
          <w:p>
            <w:r/>
            <w:r>
              <w:rPr>
                <w:rFonts w:ascii="Malgun Gothic" w:hAnsi="Malgun Gothic" w:eastAsia="Malgun Gothic"/>
                <w:b w:val="0"/>
                <w:sz w:val="14"/>
              </w:rPr>
              <w:t>89</w:t>
            </w:r>
          </w:p>
        </w:tc>
        <w:tc>
          <w:tcPr>
            <w:tcW w:type="dxa" w:w="759"/>
            <w:vAlign w:val="center"/>
          </w:tcPr>
          <w:p>
            <w:r/>
            <w:r>
              <w:rPr>
                <w:rFonts w:ascii="Malgun Gothic" w:hAnsi="Malgun Gothic" w:eastAsia="Malgun Gothic"/>
                <w:b w:val="0"/>
                <w:sz w:val="14"/>
              </w:rPr>
              <w:t>141.581</w:t>
            </w:r>
          </w:p>
        </w:tc>
        <w:tc>
          <w:tcPr>
            <w:tcW w:type="dxa" w:w="759"/>
            <w:vAlign w:val="center"/>
          </w:tcPr>
          <w:p>
            <w:r/>
            <w:r>
              <w:rPr>
                <w:rFonts w:ascii="Malgun Gothic" w:hAnsi="Malgun Gothic" w:eastAsia="Malgun Gothic"/>
                <w:b w:val="0"/>
                <w:sz w:val="14"/>
              </w:rPr>
              <w:t>0.270357</w:t>
            </w:r>
          </w:p>
        </w:tc>
        <w:tc>
          <w:tcPr>
            <w:tcW w:type="dxa" w:w="759"/>
            <w:vAlign w:val="center"/>
          </w:tcPr>
          <w:p>
            <w:r/>
            <w:r>
              <w:rPr>
                <w:rFonts w:ascii="Malgun Gothic" w:hAnsi="Malgun Gothic" w:eastAsia="Malgun Gothic"/>
                <w:b w:val="0"/>
                <w:sz w:val="14"/>
              </w:rPr>
              <w:t>1.590798</w:t>
            </w:r>
          </w:p>
        </w:tc>
        <w:tc>
          <w:tcPr>
            <w:tcW w:type="dxa" w:w="759"/>
            <w:vAlign w:val="center"/>
          </w:tcPr>
          <w:p>
            <w:r/>
            <w:r>
              <w:rPr>
                <w:rFonts w:ascii="Malgun Gothic" w:hAnsi="Malgun Gothic" w:eastAsia="Malgun Gothic"/>
                <w:b w:val="0"/>
                <w:sz w:val="14"/>
              </w:rPr>
              <w:t>105</w:t>
            </w:r>
          </w:p>
        </w:tc>
        <w:tc>
          <w:tcPr>
            <w:tcW w:type="dxa" w:w="759"/>
            <w:vAlign w:val="center"/>
          </w:tcPr>
          <w:p>
            <w:r/>
            <w:r>
              <w:rPr>
                <w:rFonts w:ascii="Malgun Gothic" w:hAnsi="Malgun Gothic" w:eastAsia="Malgun Gothic"/>
                <w:b w:val="0"/>
                <w:sz w:val="14"/>
              </w:rPr>
              <w:t>189.085</w:t>
            </w:r>
          </w:p>
        </w:tc>
        <w:tc>
          <w:tcPr>
            <w:tcW w:type="dxa" w:w="759"/>
            <w:vAlign w:val="center"/>
          </w:tcPr>
          <w:p>
            <w:r/>
            <w:r>
              <w:rPr>
                <w:rFonts w:ascii="Malgun Gothic" w:hAnsi="Malgun Gothic" w:eastAsia="Malgun Gothic"/>
                <w:b w:val="0"/>
                <w:sz w:val="14"/>
              </w:rPr>
              <w:t>0.361068</w:t>
            </w:r>
          </w:p>
        </w:tc>
        <w:tc>
          <w:tcPr>
            <w:tcW w:type="dxa" w:w="759"/>
            <w:vAlign w:val="center"/>
          </w:tcPr>
          <w:p>
            <w:r/>
            <w:r>
              <w:rPr>
                <w:rFonts w:ascii="Malgun Gothic" w:hAnsi="Malgun Gothic" w:eastAsia="Malgun Gothic"/>
                <w:b w:val="0"/>
                <w:sz w:val="14"/>
              </w:rPr>
              <w:t>1.80081</w:t>
            </w:r>
          </w:p>
        </w:tc>
      </w:tr>
      <w:tr>
        <w:trPr>
          <w:cantSplit/>
        </w:trPr>
        <w:tc>
          <w:tcPr>
            <w:tcW w:type="dxa" w:w="759"/>
            <w:vAlign w:val="center"/>
          </w:tcPr>
          <w:p>
            <w:r/>
            <w:r>
              <w:rPr>
                <w:rFonts w:ascii="Malgun Gothic" w:hAnsi="Malgun Gothic" w:eastAsia="Malgun Gothic"/>
                <w:b w:val="0"/>
                <w:sz w:val="14"/>
              </w:rPr>
              <w:t>00__350002022300001.wav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0.301</w:t>
            </w:r>
          </w:p>
        </w:tc>
        <w:tc>
          <w:tcPr>
            <w:tcW w:type="dxa" w:w="759"/>
            <w:vAlign w:val="center"/>
          </w:tcPr>
          <w:p>
            <w:r/>
            <w:r>
              <w:rPr>
                <w:rFonts w:ascii="Malgun Gothic" w:hAnsi="Malgun Gothic" w:eastAsia="Malgun Gothic"/>
                <w:b w:val="0"/>
                <w:sz w:val="14"/>
              </w:rPr>
              <w:t>145.358</w:t>
            </w:r>
          </w:p>
        </w:tc>
        <w:tc>
          <w:tcPr>
            <w:tcW w:type="dxa" w:w="759"/>
            <w:vAlign w:val="center"/>
          </w:tcPr>
          <w:p>
            <w:r/>
            <w:r>
              <w:rPr>
                <w:rFonts w:ascii="Malgun Gothic" w:hAnsi="Malgun Gothic" w:eastAsia="Malgun Gothic"/>
                <w:b w:val="0"/>
                <w:sz w:val="14"/>
              </w:rPr>
              <w:t>145.057</w:t>
            </w:r>
          </w:p>
        </w:tc>
        <w:tc>
          <w:tcPr>
            <w:tcW w:type="dxa" w:w="759"/>
            <w:vAlign w:val="center"/>
          </w:tcPr>
          <w:p>
            <w:r/>
            <w:r>
              <w:rPr>
                <w:rFonts w:ascii="Malgun Gothic" w:hAnsi="Malgun Gothic" w:eastAsia="Malgun Gothic"/>
                <w:b w:val="0"/>
                <w:sz w:val="14"/>
              </w:rPr>
              <w:t>29</w:t>
            </w:r>
          </w:p>
        </w:tc>
        <w:tc>
          <w:tcPr>
            <w:tcW w:type="dxa" w:w="759"/>
            <w:vAlign w:val="center"/>
          </w:tcPr>
          <w:p>
            <w:r/>
            <w:r>
              <w:rPr>
                <w:rFonts w:ascii="Malgun Gothic" w:hAnsi="Malgun Gothic" w:eastAsia="Malgun Gothic"/>
                <w:b w:val="0"/>
                <w:sz w:val="14"/>
              </w:rPr>
              <w:t>59.638</w:t>
            </w:r>
          </w:p>
        </w:tc>
        <w:tc>
          <w:tcPr>
            <w:tcW w:type="dxa" w:w="759"/>
            <w:vAlign w:val="center"/>
          </w:tcPr>
          <w:p>
            <w:r/>
            <w:r>
              <w:rPr>
                <w:rFonts w:ascii="Malgun Gothic" w:hAnsi="Malgun Gothic" w:eastAsia="Malgun Gothic"/>
                <w:b w:val="0"/>
                <w:sz w:val="14"/>
              </w:rPr>
              <w:t>0.411135</w:t>
            </w:r>
          </w:p>
        </w:tc>
        <w:tc>
          <w:tcPr>
            <w:tcW w:type="dxa" w:w="759"/>
            <w:vAlign w:val="center"/>
          </w:tcPr>
          <w:p>
            <w:r/>
            <w:r>
              <w:rPr>
                <w:rFonts w:ascii="Malgun Gothic" w:hAnsi="Malgun Gothic" w:eastAsia="Malgun Gothic"/>
                <w:b w:val="0"/>
                <w:sz w:val="14"/>
              </w:rPr>
              <w:t>2.056483</w:t>
            </w:r>
          </w:p>
        </w:tc>
        <w:tc>
          <w:tcPr>
            <w:tcW w:type="dxa" w:w="759"/>
            <w:vAlign w:val="center"/>
          </w:tcPr>
          <w:p>
            <w:r/>
            <w:r>
              <w:rPr>
                <w:rFonts w:ascii="Malgun Gothic" w:hAnsi="Malgun Gothic" w:eastAsia="Malgun Gothic"/>
                <w:b w:val="0"/>
                <w:sz w:val="14"/>
              </w:rPr>
              <w:t>32</w:t>
            </w:r>
          </w:p>
        </w:tc>
        <w:tc>
          <w:tcPr>
            <w:tcW w:type="dxa" w:w="759"/>
            <w:vAlign w:val="center"/>
          </w:tcPr>
          <w:p>
            <w:r/>
            <w:r>
              <w:rPr>
                <w:rFonts w:ascii="Malgun Gothic" w:hAnsi="Malgun Gothic" w:eastAsia="Malgun Gothic"/>
                <w:b w:val="0"/>
                <w:sz w:val="14"/>
              </w:rPr>
              <w:t>67.567</w:t>
            </w:r>
          </w:p>
        </w:tc>
        <w:tc>
          <w:tcPr>
            <w:tcW w:type="dxa" w:w="759"/>
            <w:vAlign w:val="center"/>
          </w:tcPr>
          <w:p>
            <w:r/>
            <w:r>
              <w:rPr>
                <w:rFonts w:ascii="Malgun Gothic" w:hAnsi="Malgun Gothic" w:eastAsia="Malgun Gothic"/>
                <w:b w:val="0"/>
                <w:sz w:val="14"/>
              </w:rPr>
              <w:t>0.465796</w:t>
            </w:r>
          </w:p>
        </w:tc>
        <w:tc>
          <w:tcPr>
            <w:tcW w:type="dxa" w:w="759"/>
            <w:vAlign w:val="center"/>
          </w:tcPr>
          <w:p>
            <w:r/>
            <w:r>
              <w:rPr>
                <w:rFonts w:ascii="Malgun Gothic" w:hAnsi="Malgun Gothic" w:eastAsia="Malgun Gothic"/>
                <w:b w:val="0"/>
                <w:sz w:val="14"/>
              </w:rPr>
              <w:t>2.111469</w:t>
            </w:r>
          </w:p>
        </w:tc>
      </w:tr>
      <w:tr>
        <w:trPr>
          <w:cantSplit/>
        </w:trPr>
        <w:tc>
          <w:tcPr>
            <w:tcW w:type="dxa" w:w="759"/>
            <w:vAlign w:val="center"/>
          </w:tcPr>
          <w:p>
            <w:r/>
            <w:r>
              <w:rPr>
                <w:rFonts w:ascii="Malgun Gothic" w:hAnsi="Malgun Gothic" w:eastAsia="Malgun Gothic"/>
                <w:b w:val="0"/>
                <w:sz w:val="14"/>
              </w:rPr>
              <w:t>00__350002022300002.wav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0.588</w:t>
            </w:r>
          </w:p>
        </w:tc>
        <w:tc>
          <w:tcPr>
            <w:tcW w:type="dxa" w:w="759"/>
            <w:vAlign w:val="center"/>
          </w:tcPr>
          <w:p>
            <w:r/>
            <w:r>
              <w:rPr>
                <w:rFonts w:ascii="Malgun Gothic" w:hAnsi="Malgun Gothic" w:eastAsia="Malgun Gothic"/>
                <w:b w:val="0"/>
                <w:sz w:val="14"/>
              </w:rPr>
              <w:t>63.076</w:t>
            </w:r>
          </w:p>
        </w:tc>
        <w:tc>
          <w:tcPr>
            <w:tcW w:type="dxa" w:w="759"/>
            <w:vAlign w:val="center"/>
          </w:tcPr>
          <w:p>
            <w:r/>
            <w:r>
              <w:rPr>
                <w:rFonts w:ascii="Malgun Gothic" w:hAnsi="Malgun Gothic" w:eastAsia="Malgun Gothic"/>
                <w:b w:val="0"/>
                <w:sz w:val="14"/>
              </w:rPr>
              <w:t>62.488</w:t>
            </w:r>
          </w:p>
        </w:tc>
        <w:tc>
          <w:tcPr>
            <w:tcW w:type="dxa" w:w="759"/>
            <w:vAlign w:val="center"/>
          </w:tcPr>
          <w:p>
            <w:r/>
            <w:r>
              <w:rPr>
                <w:rFonts w:ascii="Malgun Gothic" w:hAnsi="Malgun Gothic" w:eastAsia="Malgun Gothic"/>
                <w:b w:val="0"/>
                <w:sz w:val="14"/>
              </w:rPr>
              <w:t>17</w:t>
            </w:r>
          </w:p>
        </w:tc>
        <w:tc>
          <w:tcPr>
            <w:tcW w:type="dxa" w:w="759"/>
            <w:vAlign w:val="center"/>
          </w:tcPr>
          <w:p>
            <w:r/>
            <w:r>
              <w:rPr>
                <w:rFonts w:ascii="Malgun Gothic" w:hAnsi="Malgun Gothic" w:eastAsia="Malgun Gothic"/>
                <w:b w:val="0"/>
                <w:sz w:val="14"/>
              </w:rPr>
              <w:t>33.024</w:t>
            </w:r>
          </w:p>
        </w:tc>
        <w:tc>
          <w:tcPr>
            <w:tcW w:type="dxa" w:w="759"/>
            <w:vAlign w:val="center"/>
          </w:tcPr>
          <w:p>
            <w:r/>
            <w:r>
              <w:rPr>
                <w:rFonts w:ascii="Malgun Gothic" w:hAnsi="Malgun Gothic" w:eastAsia="Malgun Gothic"/>
                <w:b w:val="0"/>
                <w:sz w:val="14"/>
              </w:rPr>
              <w:t>0.528485</w:t>
            </w:r>
          </w:p>
        </w:tc>
        <w:tc>
          <w:tcPr>
            <w:tcW w:type="dxa" w:w="759"/>
            <w:vAlign w:val="center"/>
          </w:tcPr>
          <w:p>
            <w:r/>
            <w:r>
              <w:rPr>
                <w:rFonts w:ascii="Malgun Gothic" w:hAnsi="Malgun Gothic" w:eastAsia="Malgun Gothic"/>
                <w:b w:val="0"/>
                <w:sz w:val="14"/>
              </w:rPr>
              <w:t>1.942588</w:t>
            </w:r>
          </w:p>
        </w:tc>
        <w:tc>
          <w:tcPr>
            <w:tcW w:type="dxa" w:w="759"/>
            <w:vAlign w:val="center"/>
          </w:tcPr>
          <w:p>
            <w:r/>
            <w:r>
              <w:rPr>
                <w:rFonts w:ascii="Malgun Gothic" w:hAnsi="Malgun Gothic" w:eastAsia="Malgun Gothic"/>
                <w:b w:val="0"/>
                <w:sz w:val="14"/>
              </w:rPr>
              <w:t>19</w:t>
            </w:r>
          </w:p>
        </w:tc>
        <w:tc>
          <w:tcPr>
            <w:tcW w:type="dxa" w:w="759"/>
            <w:vAlign w:val="center"/>
          </w:tcPr>
          <w:p>
            <w:r/>
            <w:r>
              <w:rPr>
                <w:rFonts w:ascii="Malgun Gothic" w:hAnsi="Malgun Gothic" w:eastAsia="Malgun Gothic"/>
                <w:b w:val="0"/>
                <w:sz w:val="14"/>
              </w:rPr>
              <w:t>17.432</w:t>
            </w:r>
          </w:p>
        </w:tc>
        <w:tc>
          <w:tcPr>
            <w:tcW w:type="dxa" w:w="759"/>
            <w:vAlign w:val="center"/>
          </w:tcPr>
          <w:p>
            <w:r/>
            <w:r>
              <w:rPr>
                <w:rFonts w:ascii="Malgun Gothic" w:hAnsi="Malgun Gothic" w:eastAsia="Malgun Gothic"/>
                <w:b w:val="0"/>
                <w:sz w:val="14"/>
              </w:rPr>
              <w:t>0.278966</w:t>
            </w:r>
          </w:p>
        </w:tc>
        <w:tc>
          <w:tcPr>
            <w:tcW w:type="dxa" w:w="759"/>
            <w:vAlign w:val="center"/>
          </w:tcPr>
          <w:p>
            <w:r/>
            <w:r>
              <w:rPr>
                <w:rFonts w:ascii="Malgun Gothic" w:hAnsi="Malgun Gothic" w:eastAsia="Malgun Gothic"/>
                <w:b w:val="0"/>
                <w:sz w:val="14"/>
              </w:rPr>
              <w:t>0.917474</w:t>
            </w:r>
          </w:p>
        </w:tc>
      </w:tr>
      <w:tr>
        <w:trPr>
          <w:cantSplit/>
        </w:trPr>
        <w:tc>
          <w:tcPr>
            <w:tcW w:type="dxa" w:w="759"/>
            <w:vAlign w:val="center"/>
          </w:tcPr>
          <w:p>
            <w:r/>
            <w:r>
              <w:rPr>
                <w:rFonts w:ascii="Malgun Gothic" w:hAnsi="Malgun Gothic" w:eastAsia="Malgun Gothic"/>
                <w:b w:val="0"/>
                <w:sz w:val="14"/>
              </w:rPr>
              <w:t>00__350002022300003.wav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0.858</w:t>
            </w:r>
          </w:p>
        </w:tc>
        <w:tc>
          <w:tcPr>
            <w:tcW w:type="dxa" w:w="759"/>
            <w:vAlign w:val="center"/>
          </w:tcPr>
          <w:p>
            <w:r/>
            <w:r>
              <w:rPr>
                <w:rFonts w:ascii="Malgun Gothic" w:hAnsi="Malgun Gothic" w:eastAsia="Malgun Gothic"/>
                <w:b w:val="0"/>
                <w:sz w:val="14"/>
              </w:rPr>
              <w:t>54.082</w:t>
            </w:r>
          </w:p>
        </w:tc>
        <w:tc>
          <w:tcPr>
            <w:tcW w:type="dxa" w:w="759"/>
            <w:vAlign w:val="center"/>
          </w:tcPr>
          <w:p>
            <w:r/>
            <w:r>
              <w:rPr>
                <w:rFonts w:ascii="Malgun Gothic" w:hAnsi="Malgun Gothic" w:eastAsia="Malgun Gothic"/>
                <w:b w:val="0"/>
                <w:sz w:val="14"/>
              </w:rPr>
              <w:t>53.224</w:t>
            </w:r>
          </w:p>
        </w:tc>
        <w:tc>
          <w:tcPr>
            <w:tcW w:type="dxa" w:w="759"/>
            <w:vAlign w:val="center"/>
          </w:tcPr>
          <w:p>
            <w:r/>
            <w:r>
              <w:rPr>
                <w:rFonts w:ascii="Malgun Gothic" w:hAnsi="Malgun Gothic" w:eastAsia="Malgun Gothic"/>
                <w:b w:val="0"/>
                <w:sz w:val="14"/>
              </w:rPr>
              <w:t>12</w:t>
            </w:r>
          </w:p>
        </w:tc>
        <w:tc>
          <w:tcPr>
            <w:tcW w:type="dxa" w:w="759"/>
            <w:vAlign w:val="center"/>
          </w:tcPr>
          <w:p>
            <w:r/>
            <w:r>
              <w:rPr>
                <w:rFonts w:ascii="Malgun Gothic" w:hAnsi="Malgun Gothic" w:eastAsia="Malgun Gothic"/>
                <w:b w:val="0"/>
                <w:sz w:val="14"/>
              </w:rPr>
              <w:t>24.081</w:t>
            </w:r>
          </w:p>
        </w:tc>
        <w:tc>
          <w:tcPr>
            <w:tcW w:type="dxa" w:w="759"/>
            <w:vAlign w:val="center"/>
          </w:tcPr>
          <w:p>
            <w:r/>
            <w:r>
              <w:rPr>
                <w:rFonts w:ascii="Malgun Gothic" w:hAnsi="Malgun Gothic" w:eastAsia="Malgun Gothic"/>
                <w:b w:val="0"/>
                <w:sz w:val="14"/>
              </w:rPr>
              <w:t>0.452446</w:t>
            </w:r>
          </w:p>
        </w:tc>
        <w:tc>
          <w:tcPr>
            <w:tcW w:type="dxa" w:w="759"/>
            <w:vAlign w:val="center"/>
          </w:tcPr>
          <w:p>
            <w:r/>
            <w:r>
              <w:rPr>
                <w:rFonts w:ascii="Malgun Gothic" w:hAnsi="Malgun Gothic" w:eastAsia="Malgun Gothic"/>
                <w:b w:val="0"/>
                <w:sz w:val="14"/>
              </w:rPr>
              <w:t>2.00675</w:t>
            </w:r>
          </w:p>
        </w:tc>
        <w:tc>
          <w:tcPr>
            <w:tcW w:type="dxa" w:w="759"/>
            <w:vAlign w:val="center"/>
          </w:tcPr>
          <w:p>
            <w:r/>
            <w:r>
              <w:rPr>
                <w:rFonts w:ascii="Malgun Gothic" w:hAnsi="Malgun Gothic" w:eastAsia="Malgun Gothic"/>
                <w:b w:val="0"/>
                <w:sz w:val="14"/>
              </w:rPr>
              <w:t>18</w:t>
            </w:r>
          </w:p>
        </w:tc>
        <w:tc>
          <w:tcPr>
            <w:tcW w:type="dxa" w:w="759"/>
            <w:vAlign w:val="center"/>
          </w:tcPr>
          <w:p>
            <w:r/>
            <w:r>
              <w:rPr>
                <w:rFonts w:ascii="Malgun Gothic" w:hAnsi="Malgun Gothic" w:eastAsia="Malgun Gothic"/>
                <w:b w:val="0"/>
                <w:sz w:val="14"/>
              </w:rPr>
              <w:t>22.645</w:t>
            </w:r>
          </w:p>
        </w:tc>
        <w:tc>
          <w:tcPr>
            <w:tcW w:type="dxa" w:w="759"/>
            <w:vAlign w:val="center"/>
          </w:tcPr>
          <w:p>
            <w:r/>
            <w:r>
              <w:rPr>
                <w:rFonts w:ascii="Malgun Gothic" w:hAnsi="Malgun Gothic" w:eastAsia="Malgun Gothic"/>
                <w:b w:val="0"/>
                <w:sz w:val="14"/>
              </w:rPr>
              <w:t>0.425466</w:t>
            </w:r>
          </w:p>
        </w:tc>
        <w:tc>
          <w:tcPr>
            <w:tcW w:type="dxa" w:w="759"/>
            <w:vAlign w:val="center"/>
          </w:tcPr>
          <w:p>
            <w:r/>
            <w:r>
              <w:rPr>
                <w:rFonts w:ascii="Malgun Gothic" w:hAnsi="Malgun Gothic" w:eastAsia="Malgun Gothic"/>
                <w:b w:val="0"/>
                <w:sz w:val="14"/>
              </w:rPr>
              <w:t>1.258056</w:t>
            </w:r>
          </w:p>
        </w:tc>
      </w:tr>
      <w:tr>
        <w:trPr>
          <w:cantSplit/>
        </w:trPr>
        <w:tc>
          <w:tcPr>
            <w:tcW w:type="dxa" w:w="759"/>
            <w:vAlign w:val="center"/>
          </w:tcPr>
          <w:p>
            <w:r/>
            <w:r>
              <w:rPr>
                <w:rFonts w:ascii="Malgun Gothic" w:hAnsi="Malgun Gothic" w:eastAsia="Malgun Gothic"/>
                <w:b w:val="0"/>
                <w:sz w:val="14"/>
              </w:rPr>
              <w:t>00__350002022300004.wav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0.082</w:t>
            </w:r>
          </w:p>
        </w:tc>
        <w:tc>
          <w:tcPr>
            <w:tcW w:type="dxa" w:w="759"/>
            <w:vAlign w:val="center"/>
          </w:tcPr>
          <w:p>
            <w:r/>
            <w:r>
              <w:rPr>
                <w:rFonts w:ascii="Malgun Gothic" w:hAnsi="Malgun Gothic" w:eastAsia="Malgun Gothic"/>
                <w:b w:val="0"/>
                <w:sz w:val="14"/>
              </w:rPr>
              <w:t>51.922</w:t>
            </w:r>
          </w:p>
        </w:tc>
        <w:tc>
          <w:tcPr>
            <w:tcW w:type="dxa" w:w="759"/>
            <w:vAlign w:val="center"/>
          </w:tcPr>
          <w:p>
            <w:r/>
            <w:r>
              <w:rPr>
                <w:rFonts w:ascii="Malgun Gothic" w:hAnsi="Malgun Gothic" w:eastAsia="Malgun Gothic"/>
                <w:b w:val="0"/>
                <w:sz w:val="14"/>
              </w:rPr>
              <w:t>51.84</w:t>
            </w:r>
          </w:p>
        </w:tc>
        <w:tc>
          <w:tcPr>
            <w:tcW w:type="dxa" w:w="759"/>
            <w:vAlign w:val="center"/>
          </w:tcPr>
          <w:p>
            <w:r/>
            <w:r>
              <w:rPr>
                <w:rFonts w:ascii="Malgun Gothic" w:hAnsi="Malgun Gothic" w:eastAsia="Malgun Gothic"/>
                <w:b w:val="0"/>
                <w:sz w:val="14"/>
              </w:rPr>
              <w:t>14</w:t>
            </w:r>
          </w:p>
        </w:tc>
        <w:tc>
          <w:tcPr>
            <w:tcW w:type="dxa" w:w="759"/>
            <w:vAlign w:val="center"/>
          </w:tcPr>
          <w:p>
            <w:r/>
            <w:r>
              <w:rPr>
                <w:rFonts w:ascii="Malgun Gothic" w:hAnsi="Malgun Gothic" w:eastAsia="Malgun Gothic"/>
                <w:b w:val="0"/>
                <w:sz w:val="14"/>
              </w:rPr>
              <w:t>35.707</w:t>
            </w:r>
          </w:p>
        </w:tc>
        <w:tc>
          <w:tcPr>
            <w:tcW w:type="dxa" w:w="759"/>
            <w:vAlign w:val="center"/>
          </w:tcPr>
          <w:p>
            <w:r/>
            <w:r>
              <w:rPr>
                <w:rFonts w:ascii="Malgun Gothic" w:hAnsi="Malgun Gothic" w:eastAsia="Malgun Gothic"/>
                <w:b w:val="0"/>
                <w:sz w:val="14"/>
              </w:rPr>
              <w:t>0.688792</w:t>
            </w:r>
          </w:p>
        </w:tc>
        <w:tc>
          <w:tcPr>
            <w:tcW w:type="dxa" w:w="759"/>
            <w:vAlign w:val="center"/>
          </w:tcPr>
          <w:p>
            <w:r/>
            <w:r>
              <w:rPr>
                <w:rFonts w:ascii="Malgun Gothic" w:hAnsi="Malgun Gothic" w:eastAsia="Malgun Gothic"/>
                <w:b w:val="0"/>
                <w:sz w:val="14"/>
              </w:rPr>
              <w:t>2.5505</w:t>
            </w:r>
          </w:p>
        </w:tc>
        <w:tc>
          <w:tcPr>
            <w:tcW w:type="dxa" w:w="759"/>
            <w:vAlign w:val="center"/>
          </w:tcPr>
          <w:p>
            <w:r/>
            <w:r>
              <w:rPr>
                <w:rFonts w:ascii="Malgun Gothic" w:hAnsi="Malgun Gothic" w:eastAsia="Malgun Gothic"/>
                <w:b w:val="0"/>
                <w:sz w:val="14"/>
              </w:rPr>
              <w:t>17</w:t>
            </w:r>
          </w:p>
        </w:tc>
        <w:tc>
          <w:tcPr>
            <w:tcW w:type="dxa" w:w="759"/>
            <w:vAlign w:val="center"/>
          </w:tcPr>
          <w:p>
            <w:r/>
            <w:r>
              <w:rPr>
                <w:rFonts w:ascii="Malgun Gothic" w:hAnsi="Malgun Gothic" w:eastAsia="Malgun Gothic"/>
                <w:b w:val="0"/>
                <w:sz w:val="14"/>
              </w:rPr>
              <w:t>19.185</w:t>
            </w:r>
          </w:p>
        </w:tc>
        <w:tc>
          <w:tcPr>
            <w:tcW w:type="dxa" w:w="759"/>
            <w:vAlign w:val="center"/>
          </w:tcPr>
          <w:p>
            <w:r/>
            <w:r>
              <w:rPr>
                <w:rFonts w:ascii="Malgun Gothic" w:hAnsi="Malgun Gothic" w:eastAsia="Malgun Gothic"/>
                <w:b w:val="0"/>
                <w:sz w:val="14"/>
              </w:rPr>
              <w:t>0.370081</w:t>
            </w:r>
          </w:p>
        </w:tc>
        <w:tc>
          <w:tcPr>
            <w:tcW w:type="dxa" w:w="759"/>
            <w:vAlign w:val="center"/>
          </w:tcPr>
          <w:p>
            <w:r/>
            <w:r>
              <w:rPr>
                <w:rFonts w:ascii="Malgun Gothic" w:hAnsi="Malgun Gothic" w:eastAsia="Malgun Gothic"/>
                <w:b w:val="0"/>
                <w:sz w:val="14"/>
              </w:rPr>
              <w:t>1.128529</w:t>
            </w:r>
          </w:p>
        </w:tc>
      </w:tr>
      <w:tr>
        <w:trPr>
          <w:cantSplit/>
        </w:trPr>
        <w:tc>
          <w:tcPr>
            <w:tcW w:type="dxa" w:w="759"/>
            <w:vAlign w:val="center"/>
          </w:tcPr>
          <w:p>
            <w:r/>
            <w:r>
              <w:rPr>
                <w:rFonts w:ascii="Malgun Gothic" w:hAnsi="Malgun Gothic" w:eastAsia="Malgun Gothic"/>
                <w:b w:val="0"/>
                <w:sz w:val="14"/>
              </w:rPr>
              <w:t>00__350002022300005.wav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2.191</w:t>
            </w:r>
          </w:p>
        </w:tc>
        <w:tc>
          <w:tcPr>
            <w:tcW w:type="dxa" w:w="759"/>
            <w:vAlign w:val="center"/>
          </w:tcPr>
          <w:p>
            <w:r/>
            <w:r>
              <w:rPr>
                <w:rFonts w:ascii="Malgun Gothic" w:hAnsi="Malgun Gothic" w:eastAsia="Malgun Gothic"/>
                <w:b w:val="0"/>
                <w:sz w:val="14"/>
              </w:rPr>
              <w:t>29.275</w:t>
            </w:r>
          </w:p>
        </w:tc>
        <w:tc>
          <w:tcPr>
            <w:tcW w:type="dxa" w:w="759"/>
            <w:vAlign w:val="center"/>
          </w:tcPr>
          <w:p>
            <w:r/>
            <w:r>
              <w:rPr>
                <w:rFonts w:ascii="Malgun Gothic" w:hAnsi="Malgun Gothic" w:eastAsia="Malgun Gothic"/>
                <w:b w:val="0"/>
                <w:sz w:val="14"/>
              </w:rPr>
              <w:t>27.084</w:t>
            </w:r>
          </w:p>
        </w:tc>
        <w:tc>
          <w:tcPr>
            <w:tcW w:type="dxa" w:w="759"/>
            <w:vAlign w:val="center"/>
          </w:tcPr>
          <w:p>
            <w:r/>
            <w:r>
              <w:rPr>
                <w:rFonts w:ascii="Malgun Gothic" w:hAnsi="Malgun Gothic" w:eastAsia="Malgun Gothic"/>
                <w:b w:val="0"/>
                <w:sz w:val="14"/>
              </w:rPr>
              <w:t>7</w:t>
            </w:r>
          </w:p>
        </w:tc>
        <w:tc>
          <w:tcPr>
            <w:tcW w:type="dxa" w:w="759"/>
            <w:vAlign w:val="center"/>
          </w:tcPr>
          <w:p>
            <w:r/>
            <w:r>
              <w:rPr>
                <w:rFonts w:ascii="Malgun Gothic" w:hAnsi="Malgun Gothic" w:eastAsia="Malgun Gothic"/>
                <w:b w:val="0"/>
                <w:sz w:val="14"/>
              </w:rPr>
              <w:t>10.664</w:t>
            </w:r>
          </w:p>
        </w:tc>
        <w:tc>
          <w:tcPr>
            <w:tcW w:type="dxa" w:w="759"/>
            <w:vAlign w:val="center"/>
          </w:tcPr>
          <w:p>
            <w:r/>
            <w:r>
              <w:rPr>
                <w:rFonts w:ascii="Malgun Gothic" w:hAnsi="Malgun Gothic" w:eastAsia="Malgun Gothic"/>
                <w:b w:val="0"/>
                <w:sz w:val="14"/>
              </w:rPr>
              <w:t>0.393738</w:t>
            </w:r>
          </w:p>
        </w:tc>
        <w:tc>
          <w:tcPr>
            <w:tcW w:type="dxa" w:w="759"/>
            <w:vAlign w:val="center"/>
          </w:tcPr>
          <w:p>
            <w:r/>
            <w:r>
              <w:rPr>
                <w:rFonts w:ascii="Malgun Gothic" w:hAnsi="Malgun Gothic" w:eastAsia="Malgun Gothic"/>
                <w:b w:val="0"/>
                <w:sz w:val="14"/>
              </w:rPr>
              <w:t>1.523429</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17.112</w:t>
            </w:r>
          </w:p>
        </w:tc>
        <w:tc>
          <w:tcPr>
            <w:tcW w:type="dxa" w:w="759"/>
            <w:vAlign w:val="center"/>
          </w:tcPr>
          <w:p>
            <w:r/>
            <w:r>
              <w:rPr>
                <w:rFonts w:ascii="Malgun Gothic" w:hAnsi="Malgun Gothic" w:eastAsia="Malgun Gothic"/>
                <w:b w:val="0"/>
                <w:sz w:val="14"/>
              </w:rPr>
              <w:t>0.631812</w:t>
            </w:r>
          </w:p>
        </w:tc>
        <w:tc>
          <w:tcPr>
            <w:tcW w:type="dxa" w:w="759"/>
            <w:vAlign w:val="center"/>
          </w:tcPr>
          <w:p>
            <w:r/>
            <w:r>
              <w:rPr>
                <w:rFonts w:ascii="Malgun Gothic" w:hAnsi="Malgun Gothic" w:eastAsia="Malgun Gothic"/>
                <w:b w:val="0"/>
                <w:sz w:val="14"/>
              </w:rPr>
              <w:t>2.852</w:t>
            </w:r>
          </w:p>
        </w:tc>
      </w:tr>
      <w:tr>
        <w:trPr>
          <w:cantSplit/>
        </w:trPr>
        <w:tc>
          <w:tcPr>
            <w:tcW w:type="dxa" w:w="759"/>
            <w:vAlign w:val="center"/>
          </w:tcPr>
          <w:p>
            <w:r/>
            <w:r>
              <w:rPr>
                <w:rFonts w:ascii="Malgun Gothic" w:hAnsi="Malgun Gothic" w:eastAsia="Malgun Gothic"/>
                <w:b w:val="0"/>
                <w:sz w:val="14"/>
              </w:rPr>
              <w:t>00__350002022300006.wav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0.79</w:t>
            </w:r>
          </w:p>
        </w:tc>
        <w:tc>
          <w:tcPr>
            <w:tcW w:type="dxa" w:w="759"/>
            <w:vAlign w:val="center"/>
          </w:tcPr>
          <w:p>
            <w:r/>
            <w:r>
              <w:rPr>
                <w:rFonts w:ascii="Malgun Gothic" w:hAnsi="Malgun Gothic" w:eastAsia="Malgun Gothic"/>
                <w:b w:val="0"/>
                <w:sz w:val="14"/>
              </w:rPr>
              <w:t>97.754</w:t>
            </w:r>
          </w:p>
        </w:tc>
        <w:tc>
          <w:tcPr>
            <w:tcW w:type="dxa" w:w="759"/>
            <w:vAlign w:val="center"/>
          </w:tcPr>
          <w:p>
            <w:r/>
            <w:r>
              <w:rPr>
                <w:rFonts w:ascii="Malgun Gothic" w:hAnsi="Malgun Gothic" w:eastAsia="Malgun Gothic"/>
                <w:b w:val="0"/>
                <w:sz w:val="14"/>
              </w:rPr>
              <w:t>96.964</w:t>
            </w:r>
          </w:p>
        </w:tc>
        <w:tc>
          <w:tcPr>
            <w:tcW w:type="dxa" w:w="759"/>
            <w:vAlign w:val="center"/>
          </w:tcPr>
          <w:p>
            <w:r/>
            <w:r>
              <w:rPr>
                <w:rFonts w:ascii="Malgun Gothic" w:hAnsi="Malgun Gothic" w:eastAsia="Malgun Gothic"/>
                <w:b w:val="0"/>
                <w:sz w:val="14"/>
              </w:rPr>
              <w:t>26</w:t>
            </w:r>
          </w:p>
        </w:tc>
        <w:tc>
          <w:tcPr>
            <w:tcW w:type="dxa" w:w="759"/>
            <w:vAlign w:val="center"/>
          </w:tcPr>
          <w:p>
            <w:r/>
            <w:r>
              <w:rPr>
                <w:rFonts w:ascii="Malgun Gothic" w:hAnsi="Malgun Gothic" w:eastAsia="Malgun Gothic"/>
                <w:b w:val="0"/>
                <w:sz w:val="14"/>
              </w:rPr>
              <w:t>37.276</w:t>
            </w:r>
          </w:p>
        </w:tc>
        <w:tc>
          <w:tcPr>
            <w:tcW w:type="dxa" w:w="759"/>
            <w:vAlign w:val="center"/>
          </w:tcPr>
          <w:p>
            <w:r/>
            <w:r>
              <w:rPr>
                <w:rFonts w:ascii="Malgun Gothic" w:hAnsi="Malgun Gothic" w:eastAsia="Malgun Gothic"/>
                <w:b w:val="0"/>
                <w:sz w:val="14"/>
              </w:rPr>
              <w:t>0.384431</w:t>
            </w:r>
          </w:p>
        </w:tc>
        <w:tc>
          <w:tcPr>
            <w:tcW w:type="dxa" w:w="759"/>
            <w:vAlign w:val="center"/>
          </w:tcPr>
          <w:p>
            <w:r/>
            <w:r>
              <w:rPr>
                <w:rFonts w:ascii="Malgun Gothic" w:hAnsi="Malgun Gothic" w:eastAsia="Malgun Gothic"/>
                <w:b w:val="0"/>
                <w:sz w:val="14"/>
              </w:rPr>
              <w:t>1.433692</w:t>
            </w:r>
          </w:p>
        </w:tc>
        <w:tc>
          <w:tcPr>
            <w:tcW w:type="dxa" w:w="759"/>
            <w:vAlign w:val="center"/>
          </w:tcPr>
          <w:p>
            <w:r/>
            <w:r>
              <w:rPr>
                <w:rFonts w:ascii="Malgun Gothic" w:hAnsi="Malgun Gothic" w:eastAsia="Malgun Gothic"/>
                <w:b w:val="0"/>
                <w:sz w:val="14"/>
              </w:rPr>
              <w:t>27</w:t>
            </w:r>
          </w:p>
        </w:tc>
        <w:tc>
          <w:tcPr>
            <w:tcW w:type="dxa" w:w="759"/>
            <w:vAlign w:val="center"/>
          </w:tcPr>
          <w:p>
            <w:r/>
            <w:r>
              <w:rPr>
                <w:rFonts w:ascii="Malgun Gothic" w:hAnsi="Malgun Gothic" w:eastAsia="Malgun Gothic"/>
                <w:b w:val="0"/>
                <w:sz w:val="14"/>
              </w:rPr>
              <w:t>33.682</w:t>
            </w:r>
          </w:p>
        </w:tc>
        <w:tc>
          <w:tcPr>
            <w:tcW w:type="dxa" w:w="759"/>
            <w:vAlign w:val="center"/>
          </w:tcPr>
          <w:p>
            <w:r/>
            <w:r>
              <w:rPr>
                <w:rFonts w:ascii="Malgun Gothic" w:hAnsi="Malgun Gothic" w:eastAsia="Malgun Gothic"/>
                <w:b w:val="0"/>
                <w:sz w:val="14"/>
              </w:rPr>
              <w:t>0.347366</w:t>
            </w:r>
          </w:p>
        </w:tc>
        <w:tc>
          <w:tcPr>
            <w:tcW w:type="dxa" w:w="759"/>
            <w:vAlign w:val="center"/>
          </w:tcPr>
          <w:p>
            <w:r/>
            <w:r>
              <w:rPr>
                <w:rFonts w:ascii="Malgun Gothic" w:hAnsi="Malgun Gothic" w:eastAsia="Malgun Gothic"/>
                <w:b w:val="0"/>
                <w:sz w:val="14"/>
              </w:rPr>
              <w:t>1.247481</w:t>
            </w:r>
          </w:p>
        </w:tc>
      </w:tr>
      <w:tr>
        <w:trPr>
          <w:cantSplit/>
        </w:trPr>
        <w:tc>
          <w:tcPr>
            <w:tcW w:type="dxa" w:w="759"/>
            <w:vAlign w:val="center"/>
          </w:tcPr>
          <w:p>
            <w:r/>
            <w:r>
              <w:rPr>
                <w:rFonts w:ascii="Malgun Gothic" w:hAnsi="Malgun Gothic" w:eastAsia="Malgun Gothic"/>
                <w:b w:val="0"/>
                <w:sz w:val="14"/>
              </w:rPr>
              <w:t>00__350002022300007.wav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220.165</w:t>
            </w:r>
          </w:p>
        </w:tc>
        <w:tc>
          <w:tcPr>
            <w:tcW w:type="dxa" w:w="759"/>
            <w:vAlign w:val="center"/>
          </w:tcPr>
          <w:p>
            <w:r/>
            <w:r>
              <w:rPr>
                <w:rFonts w:ascii="Malgun Gothic" w:hAnsi="Malgun Gothic" w:eastAsia="Malgun Gothic"/>
                <w:b w:val="0"/>
                <w:sz w:val="14"/>
              </w:rPr>
              <w:t>220.134</w:t>
            </w:r>
          </w:p>
        </w:tc>
        <w:tc>
          <w:tcPr>
            <w:tcW w:type="dxa" w:w="759"/>
            <w:vAlign w:val="center"/>
          </w:tcPr>
          <w:p>
            <w:r/>
            <w:r>
              <w:rPr>
                <w:rFonts w:ascii="Malgun Gothic" w:hAnsi="Malgun Gothic" w:eastAsia="Malgun Gothic"/>
                <w:b w:val="0"/>
                <w:sz w:val="14"/>
              </w:rPr>
              <w:t>32</w:t>
            </w:r>
          </w:p>
        </w:tc>
        <w:tc>
          <w:tcPr>
            <w:tcW w:type="dxa" w:w="759"/>
            <w:vAlign w:val="center"/>
          </w:tcPr>
          <w:p>
            <w:r/>
            <w:r>
              <w:rPr>
                <w:rFonts w:ascii="Malgun Gothic" w:hAnsi="Malgun Gothic" w:eastAsia="Malgun Gothic"/>
                <w:b w:val="0"/>
                <w:sz w:val="14"/>
              </w:rPr>
              <w:t>67.232</w:t>
            </w:r>
          </w:p>
        </w:tc>
        <w:tc>
          <w:tcPr>
            <w:tcW w:type="dxa" w:w="759"/>
            <w:vAlign w:val="center"/>
          </w:tcPr>
          <w:p>
            <w:r/>
            <w:r>
              <w:rPr>
                <w:rFonts w:ascii="Malgun Gothic" w:hAnsi="Malgun Gothic" w:eastAsia="Malgun Gothic"/>
                <w:b w:val="0"/>
                <w:sz w:val="14"/>
              </w:rPr>
              <w:t>0.305414</w:t>
            </w:r>
          </w:p>
        </w:tc>
        <w:tc>
          <w:tcPr>
            <w:tcW w:type="dxa" w:w="759"/>
            <w:vAlign w:val="center"/>
          </w:tcPr>
          <w:p>
            <w:r/>
            <w:r>
              <w:rPr>
                <w:rFonts w:ascii="Malgun Gothic" w:hAnsi="Malgun Gothic" w:eastAsia="Malgun Gothic"/>
                <w:b w:val="0"/>
                <w:sz w:val="14"/>
              </w:rPr>
              <w:t>2.101</w:t>
            </w:r>
          </w:p>
        </w:tc>
        <w:tc>
          <w:tcPr>
            <w:tcW w:type="dxa" w:w="759"/>
            <w:vAlign w:val="center"/>
          </w:tcPr>
          <w:p>
            <w:r/>
            <w:r>
              <w:rPr>
                <w:rFonts w:ascii="Malgun Gothic" w:hAnsi="Malgun Gothic" w:eastAsia="Malgun Gothic"/>
                <w:b w:val="0"/>
                <w:sz w:val="14"/>
              </w:rPr>
              <w:t>31</w:t>
            </w:r>
          </w:p>
        </w:tc>
        <w:tc>
          <w:tcPr>
            <w:tcW w:type="dxa" w:w="759"/>
            <w:vAlign w:val="center"/>
          </w:tcPr>
          <w:p>
            <w:r/>
            <w:r>
              <w:rPr>
                <w:rFonts w:ascii="Malgun Gothic" w:hAnsi="Malgun Gothic" w:eastAsia="Malgun Gothic"/>
                <w:b w:val="0"/>
                <w:sz w:val="14"/>
              </w:rPr>
              <w:t>58.944</w:t>
            </w:r>
          </w:p>
        </w:tc>
        <w:tc>
          <w:tcPr>
            <w:tcW w:type="dxa" w:w="759"/>
            <w:vAlign w:val="center"/>
          </w:tcPr>
          <w:p>
            <w:r/>
            <w:r>
              <w:rPr>
                <w:rFonts w:ascii="Malgun Gothic" w:hAnsi="Malgun Gothic" w:eastAsia="Malgun Gothic"/>
                <w:b w:val="0"/>
                <w:sz w:val="14"/>
              </w:rPr>
              <w:t>0.267764</w:t>
            </w:r>
          </w:p>
        </w:tc>
        <w:tc>
          <w:tcPr>
            <w:tcW w:type="dxa" w:w="759"/>
            <w:vAlign w:val="center"/>
          </w:tcPr>
          <w:p>
            <w:r/>
            <w:r>
              <w:rPr>
                <w:rFonts w:ascii="Malgun Gothic" w:hAnsi="Malgun Gothic" w:eastAsia="Malgun Gothic"/>
                <w:b w:val="0"/>
                <w:sz w:val="14"/>
              </w:rPr>
              <w:t>1.901419</w:t>
            </w:r>
          </w:p>
        </w:tc>
      </w:tr>
      <w:tr>
        <w:trPr>
          <w:cantSplit/>
        </w:trPr>
        <w:tc>
          <w:tcPr>
            <w:tcW w:type="dxa" w:w="759"/>
            <w:vAlign w:val="center"/>
          </w:tcPr>
          <w:p>
            <w:r/>
            <w:r>
              <w:rPr>
                <w:rFonts w:ascii="Malgun Gothic" w:hAnsi="Malgun Gothic" w:eastAsia="Malgun Gothic"/>
                <w:b w:val="0"/>
                <w:sz w:val="14"/>
              </w:rPr>
              <w:t>00__350002022300008.wav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0.082</w:t>
            </w:r>
          </w:p>
        </w:tc>
        <w:tc>
          <w:tcPr>
            <w:tcW w:type="dxa" w:w="759"/>
            <w:vAlign w:val="center"/>
          </w:tcPr>
          <w:p>
            <w:r/>
            <w:r>
              <w:rPr>
                <w:rFonts w:ascii="Malgun Gothic" w:hAnsi="Malgun Gothic" w:eastAsia="Malgun Gothic"/>
                <w:b w:val="0"/>
                <w:sz w:val="14"/>
              </w:rPr>
              <w:t>76.036</w:t>
            </w:r>
          </w:p>
        </w:tc>
        <w:tc>
          <w:tcPr>
            <w:tcW w:type="dxa" w:w="759"/>
            <w:vAlign w:val="center"/>
          </w:tcPr>
          <w:p>
            <w:r/>
            <w:r>
              <w:rPr>
                <w:rFonts w:ascii="Malgun Gothic" w:hAnsi="Malgun Gothic" w:eastAsia="Malgun Gothic"/>
                <w:b w:val="0"/>
                <w:sz w:val="14"/>
              </w:rPr>
              <w:t>75.954</w:t>
            </w:r>
          </w:p>
        </w:tc>
        <w:tc>
          <w:tcPr>
            <w:tcW w:type="dxa" w:w="759"/>
            <w:vAlign w:val="center"/>
          </w:tcPr>
          <w:p>
            <w:r/>
            <w:r>
              <w:rPr>
                <w:rFonts w:ascii="Malgun Gothic" w:hAnsi="Malgun Gothic" w:eastAsia="Malgun Gothic"/>
                <w:b w:val="0"/>
                <w:sz w:val="14"/>
              </w:rPr>
              <w:t>12</w:t>
            </w:r>
          </w:p>
        </w:tc>
        <w:tc>
          <w:tcPr>
            <w:tcW w:type="dxa" w:w="759"/>
            <w:vAlign w:val="center"/>
          </w:tcPr>
          <w:p>
            <w:r/>
            <w:r>
              <w:rPr>
                <w:rFonts w:ascii="Malgun Gothic" w:hAnsi="Malgun Gothic" w:eastAsia="Malgun Gothic"/>
                <w:b w:val="0"/>
                <w:sz w:val="14"/>
              </w:rPr>
              <w:t>24.656</w:t>
            </w:r>
          </w:p>
        </w:tc>
        <w:tc>
          <w:tcPr>
            <w:tcW w:type="dxa" w:w="759"/>
            <w:vAlign w:val="center"/>
          </w:tcPr>
          <w:p>
            <w:r/>
            <w:r>
              <w:rPr>
                <w:rFonts w:ascii="Malgun Gothic" w:hAnsi="Malgun Gothic" w:eastAsia="Malgun Gothic"/>
                <w:b w:val="0"/>
                <w:sz w:val="14"/>
              </w:rPr>
              <w:t>0.324618</w:t>
            </w:r>
          </w:p>
        </w:tc>
        <w:tc>
          <w:tcPr>
            <w:tcW w:type="dxa" w:w="759"/>
            <w:vAlign w:val="center"/>
          </w:tcPr>
          <w:p>
            <w:r/>
            <w:r>
              <w:rPr>
                <w:rFonts w:ascii="Malgun Gothic" w:hAnsi="Malgun Gothic" w:eastAsia="Malgun Gothic"/>
                <w:b w:val="0"/>
                <w:sz w:val="14"/>
              </w:rPr>
              <w:t>2.054667</w:t>
            </w:r>
          </w:p>
        </w:tc>
        <w:tc>
          <w:tcPr>
            <w:tcW w:type="dxa" w:w="759"/>
            <w:vAlign w:val="center"/>
          </w:tcPr>
          <w:p>
            <w:r/>
            <w:r>
              <w:rPr>
                <w:rFonts w:ascii="Malgun Gothic" w:hAnsi="Malgun Gothic" w:eastAsia="Malgun Gothic"/>
                <w:b w:val="0"/>
                <w:sz w:val="14"/>
              </w:rPr>
              <w:t>12</w:t>
            </w:r>
          </w:p>
        </w:tc>
        <w:tc>
          <w:tcPr>
            <w:tcW w:type="dxa" w:w="759"/>
            <w:vAlign w:val="center"/>
          </w:tcPr>
          <w:p>
            <w:r/>
            <w:r>
              <w:rPr>
                <w:rFonts w:ascii="Malgun Gothic" w:hAnsi="Malgun Gothic" w:eastAsia="Malgun Gothic"/>
                <w:b w:val="0"/>
                <w:sz w:val="14"/>
              </w:rPr>
              <w:t>26.916</w:t>
            </w:r>
          </w:p>
        </w:tc>
        <w:tc>
          <w:tcPr>
            <w:tcW w:type="dxa" w:w="759"/>
            <w:vAlign w:val="center"/>
          </w:tcPr>
          <w:p>
            <w:r/>
            <w:r>
              <w:rPr>
                <w:rFonts w:ascii="Malgun Gothic" w:hAnsi="Malgun Gothic" w:eastAsia="Malgun Gothic"/>
                <w:b w:val="0"/>
                <w:sz w:val="14"/>
              </w:rPr>
              <w:t>0.354372</w:t>
            </w:r>
          </w:p>
        </w:tc>
        <w:tc>
          <w:tcPr>
            <w:tcW w:type="dxa" w:w="759"/>
            <w:vAlign w:val="center"/>
          </w:tcPr>
          <w:p>
            <w:r/>
            <w:r>
              <w:rPr>
                <w:rFonts w:ascii="Malgun Gothic" w:hAnsi="Malgun Gothic" w:eastAsia="Malgun Gothic"/>
                <w:b w:val="0"/>
                <w:sz w:val="14"/>
              </w:rPr>
              <w:t>2.243</w:t>
            </w:r>
          </w:p>
        </w:tc>
      </w:tr>
      <w:tr>
        <w:trPr>
          <w:cantSplit/>
        </w:trPr>
        <w:tc>
          <w:tcPr>
            <w:tcW w:type="dxa" w:w="759"/>
            <w:vAlign w:val="center"/>
          </w:tcPr>
          <w:p>
            <w:r/>
            <w:r>
              <w:rPr>
                <w:rFonts w:ascii="Malgun Gothic" w:hAnsi="Malgun Gothic" w:eastAsia="Malgun Gothic"/>
                <w:b w:val="0"/>
                <w:sz w:val="14"/>
              </w:rPr>
              <w:t>00__350002022300009.wav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0.824</w:t>
            </w:r>
          </w:p>
        </w:tc>
        <w:tc>
          <w:tcPr>
            <w:tcW w:type="dxa" w:w="759"/>
            <w:vAlign w:val="center"/>
          </w:tcPr>
          <w:p>
            <w:r/>
            <w:r>
              <w:rPr>
                <w:rFonts w:ascii="Malgun Gothic" w:hAnsi="Malgun Gothic" w:eastAsia="Malgun Gothic"/>
                <w:b w:val="0"/>
                <w:sz w:val="14"/>
              </w:rPr>
              <w:t>69.522</w:t>
            </w:r>
          </w:p>
        </w:tc>
        <w:tc>
          <w:tcPr>
            <w:tcW w:type="dxa" w:w="759"/>
            <w:vAlign w:val="center"/>
          </w:tcPr>
          <w:p>
            <w:r/>
            <w:r>
              <w:rPr>
                <w:rFonts w:ascii="Malgun Gothic" w:hAnsi="Malgun Gothic" w:eastAsia="Malgun Gothic"/>
                <w:b w:val="0"/>
                <w:sz w:val="14"/>
              </w:rPr>
              <w:t>68.698</w:t>
            </w:r>
          </w:p>
        </w:tc>
        <w:tc>
          <w:tcPr>
            <w:tcW w:type="dxa" w:w="759"/>
            <w:vAlign w:val="center"/>
          </w:tcPr>
          <w:p>
            <w:r/>
            <w:r>
              <w:rPr>
                <w:rFonts w:ascii="Malgun Gothic" w:hAnsi="Malgun Gothic" w:eastAsia="Malgun Gothic"/>
                <w:b w:val="0"/>
                <w:sz w:val="14"/>
              </w:rPr>
              <w:t>16</w:t>
            </w:r>
          </w:p>
        </w:tc>
        <w:tc>
          <w:tcPr>
            <w:tcW w:type="dxa" w:w="759"/>
            <w:vAlign w:val="center"/>
          </w:tcPr>
          <w:p>
            <w:r/>
            <w:r>
              <w:rPr>
                <w:rFonts w:ascii="Malgun Gothic" w:hAnsi="Malgun Gothic" w:eastAsia="Malgun Gothic"/>
                <w:b w:val="0"/>
                <w:sz w:val="14"/>
              </w:rPr>
              <w:t>25.819</w:t>
            </w:r>
          </w:p>
        </w:tc>
        <w:tc>
          <w:tcPr>
            <w:tcW w:type="dxa" w:w="759"/>
            <w:vAlign w:val="center"/>
          </w:tcPr>
          <w:p>
            <w:r/>
            <w:r>
              <w:rPr>
                <w:rFonts w:ascii="Malgun Gothic" w:hAnsi="Malgun Gothic" w:eastAsia="Malgun Gothic"/>
                <w:b w:val="0"/>
                <w:sz w:val="14"/>
              </w:rPr>
              <w:t>0.375833</w:t>
            </w:r>
          </w:p>
        </w:tc>
        <w:tc>
          <w:tcPr>
            <w:tcW w:type="dxa" w:w="759"/>
            <w:vAlign w:val="center"/>
          </w:tcPr>
          <w:p>
            <w:r/>
            <w:r>
              <w:rPr>
                <w:rFonts w:ascii="Malgun Gothic" w:hAnsi="Malgun Gothic" w:eastAsia="Malgun Gothic"/>
                <w:b w:val="0"/>
                <w:sz w:val="14"/>
              </w:rPr>
              <w:t>1.613687</w:t>
            </w:r>
          </w:p>
        </w:tc>
        <w:tc>
          <w:tcPr>
            <w:tcW w:type="dxa" w:w="759"/>
            <w:vAlign w:val="center"/>
          </w:tcPr>
          <w:p>
            <w:r/>
            <w:r>
              <w:rPr>
                <w:rFonts w:ascii="Malgun Gothic" w:hAnsi="Malgun Gothic" w:eastAsia="Malgun Gothic"/>
                <w:b w:val="0"/>
                <w:sz w:val="14"/>
              </w:rPr>
              <w:t>19</w:t>
            </w:r>
          </w:p>
        </w:tc>
        <w:tc>
          <w:tcPr>
            <w:tcW w:type="dxa" w:w="759"/>
            <w:vAlign w:val="center"/>
          </w:tcPr>
          <w:p>
            <w:r/>
            <w:r>
              <w:rPr>
                <w:rFonts w:ascii="Malgun Gothic" w:hAnsi="Malgun Gothic" w:eastAsia="Malgun Gothic"/>
                <w:b w:val="0"/>
                <w:sz w:val="14"/>
              </w:rPr>
              <w:t>26.106</w:t>
            </w:r>
          </w:p>
        </w:tc>
        <w:tc>
          <w:tcPr>
            <w:tcW w:type="dxa" w:w="759"/>
            <w:vAlign w:val="center"/>
          </w:tcPr>
          <w:p>
            <w:r/>
            <w:r>
              <w:rPr>
                <w:rFonts w:ascii="Malgun Gothic" w:hAnsi="Malgun Gothic" w:eastAsia="Malgun Gothic"/>
                <w:b w:val="0"/>
                <w:sz w:val="14"/>
              </w:rPr>
              <w:t>0.380011</w:t>
            </w:r>
          </w:p>
        </w:tc>
        <w:tc>
          <w:tcPr>
            <w:tcW w:type="dxa" w:w="759"/>
            <w:vAlign w:val="center"/>
          </w:tcPr>
          <w:p>
            <w:r/>
            <w:r>
              <w:rPr>
                <w:rFonts w:ascii="Malgun Gothic" w:hAnsi="Malgun Gothic" w:eastAsia="Malgun Gothic"/>
                <w:b w:val="0"/>
                <w:sz w:val="14"/>
              </w:rPr>
              <w:t>1.374</w:t>
            </w:r>
          </w:p>
        </w:tc>
      </w:tr>
      <w:tr>
        <w:trPr>
          <w:cantSplit/>
        </w:trPr>
        <w:tc>
          <w:tcPr>
            <w:tcW w:type="dxa" w:w="759"/>
            <w:vAlign w:val="center"/>
          </w:tcPr>
          <w:p>
            <w:r/>
            <w:r>
              <w:rPr>
                <w:rFonts w:ascii="Malgun Gothic" w:hAnsi="Malgun Gothic" w:eastAsia="Malgun Gothic"/>
                <w:b w:val="0"/>
                <w:sz w:val="14"/>
              </w:rPr>
              <w:t>00__350002022300010.wav</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6.595</w:t>
            </w:r>
          </w:p>
        </w:tc>
        <w:tc>
          <w:tcPr>
            <w:tcW w:type="dxa" w:w="759"/>
            <w:vAlign w:val="center"/>
          </w:tcPr>
          <w:p>
            <w:r/>
            <w:r>
              <w:rPr>
                <w:rFonts w:ascii="Malgun Gothic" w:hAnsi="Malgun Gothic" w:eastAsia="Malgun Gothic"/>
                <w:b w:val="0"/>
                <w:sz w:val="14"/>
              </w:rPr>
              <w:t>6.564</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6.294</w:t>
            </w:r>
          </w:p>
        </w:tc>
        <w:tc>
          <w:tcPr>
            <w:tcW w:type="dxa" w:w="759"/>
            <w:vAlign w:val="center"/>
          </w:tcPr>
          <w:p>
            <w:r/>
            <w:r>
              <w:rPr>
                <w:rFonts w:ascii="Malgun Gothic" w:hAnsi="Malgun Gothic" w:eastAsia="Malgun Gothic"/>
                <w:b w:val="0"/>
                <w:sz w:val="14"/>
              </w:rPr>
              <w:t>0.958867</w:t>
            </w:r>
          </w:p>
        </w:tc>
        <w:tc>
          <w:tcPr>
            <w:tcW w:type="dxa" w:w="759"/>
            <w:vAlign w:val="center"/>
          </w:tcPr>
          <w:p>
            <w:r/>
            <w:r>
              <w:rPr>
                <w:rFonts w:ascii="Malgun Gothic" w:hAnsi="Malgun Gothic" w:eastAsia="Malgun Gothic"/>
                <w:b w:val="0"/>
                <w:sz w:val="14"/>
              </w:rPr>
              <w:t>3.147</w:t>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r>
      <w:tr>
        <w:trPr>
          <w:cantSplit/>
        </w:trPr>
        <w:tc>
          <w:tcPr>
            <w:tcW w:type="dxa" w:w="759"/>
            <w:vAlign w:val="center"/>
          </w:tcPr>
          <w:p>
            <w:r/>
            <w:r>
              <w:rPr>
                <w:rFonts w:ascii="Malgun Gothic" w:hAnsi="Malgun Gothic" w:eastAsia="Malgun Gothic"/>
                <w:b w:val="0"/>
                <w:sz w:val="14"/>
              </w:rPr>
              <w:t>00__350002022300011.wav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1.162</w:t>
            </w:r>
          </w:p>
        </w:tc>
        <w:tc>
          <w:tcPr>
            <w:tcW w:type="dxa" w:w="759"/>
            <w:vAlign w:val="center"/>
          </w:tcPr>
          <w:p>
            <w:r/>
            <w:r>
              <w:rPr>
                <w:rFonts w:ascii="Malgun Gothic" w:hAnsi="Malgun Gothic" w:eastAsia="Malgun Gothic"/>
                <w:b w:val="0"/>
                <w:sz w:val="14"/>
              </w:rPr>
              <w:t>158.082</w:t>
            </w:r>
          </w:p>
        </w:tc>
        <w:tc>
          <w:tcPr>
            <w:tcW w:type="dxa" w:w="759"/>
            <w:vAlign w:val="center"/>
          </w:tcPr>
          <w:p>
            <w:r/>
            <w:r>
              <w:rPr>
                <w:rFonts w:ascii="Malgun Gothic" w:hAnsi="Malgun Gothic" w:eastAsia="Malgun Gothic"/>
                <w:b w:val="0"/>
                <w:sz w:val="14"/>
              </w:rPr>
              <w:t>156.92</w:t>
            </w:r>
          </w:p>
        </w:tc>
        <w:tc>
          <w:tcPr>
            <w:tcW w:type="dxa" w:w="759"/>
            <w:vAlign w:val="center"/>
          </w:tcPr>
          <w:p>
            <w:r/>
            <w:r>
              <w:rPr>
                <w:rFonts w:ascii="Malgun Gothic" w:hAnsi="Malgun Gothic" w:eastAsia="Malgun Gothic"/>
                <w:b w:val="0"/>
                <w:sz w:val="14"/>
              </w:rPr>
              <w:t>21</w:t>
            </w:r>
          </w:p>
        </w:tc>
        <w:tc>
          <w:tcPr>
            <w:tcW w:type="dxa" w:w="759"/>
            <w:vAlign w:val="center"/>
          </w:tcPr>
          <w:p>
            <w:r/>
            <w:r>
              <w:rPr>
                <w:rFonts w:ascii="Malgun Gothic" w:hAnsi="Malgun Gothic" w:eastAsia="Malgun Gothic"/>
                <w:b w:val="0"/>
                <w:sz w:val="14"/>
              </w:rPr>
              <w:t>35.894</w:t>
            </w:r>
          </w:p>
        </w:tc>
        <w:tc>
          <w:tcPr>
            <w:tcW w:type="dxa" w:w="759"/>
            <w:vAlign w:val="center"/>
          </w:tcPr>
          <w:p>
            <w:r/>
            <w:r>
              <w:rPr>
                <w:rFonts w:ascii="Malgun Gothic" w:hAnsi="Malgun Gothic" w:eastAsia="Malgun Gothic"/>
                <w:b w:val="0"/>
                <w:sz w:val="14"/>
              </w:rPr>
              <w:t>0.228741</w:t>
            </w:r>
          </w:p>
        </w:tc>
        <w:tc>
          <w:tcPr>
            <w:tcW w:type="dxa" w:w="759"/>
            <w:vAlign w:val="center"/>
          </w:tcPr>
          <w:p>
            <w:r/>
            <w:r>
              <w:rPr>
                <w:rFonts w:ascii="Malgun Gothic" w:hAnsi="Malgun Gothic" w:eastAsia="Malgun Gothic"/>
                <w:b w:val="0"/>
                <w:sz w:val="14"/>
              </w:rPr>
              <w:t>1.709238</w:t>
            </w:r>
          </w:p>
        </w:tc>
        <w:tc>
          <w:tcPr>
            <w:tcW w:type="dxa" w:w="759"/>
            <w:vAlign w:val="center"/>
          </w:tcPr>
          <w:p>
            <w:r/>
            <w:r>
              <w:rPr>
                <w:rFonts w:ascii="Malgun Gothic" w:hAnsi="Malgun Gothic" w:eastAsia="Malgun Gothic"/>
                <w:b w:val="0"/>
                <w:sz w:val="14"/>
              </w:rPr>
              <w:t>28</w:t>
            </w:r>
          </w:p>
        </w:tc>
        <w:tc>
          <w:tcPr>
            <w:tcW w:type="dxa" w:w="759"/>
            <w:vAlign w:val="center"/>
          </w:tcPr>
          <w:p>
            <w:r/>
            <w:r>
              <w:rPr>
                <w:rFonts w:ascii="Malgun Gothic" w:hAnsi="Malgun Gothic" w:eastAsia="Malgun Gothic"/>
                <w:b w:val="0"/>
                <w:sz w:val="14"/>
              </w:rPr>
              <w:t>41.734</w:t>
            </w:r>
          </w:p>
        </w:tc>
        <w:tc>
          <w:tcPr>
            <w:tcW w:type="dxa" w:w="759"/>
            <w:vAlign w:val="center"/>
          </w:tcPr>
          <w:p>
            <w:r/>
            <w:r>
              <w:rPr>
                <w:rFonts w:ascii="Malgun Gothic" w:hAnsi="Malgun Gothic" w:eastAsia="Malgun Gothic"/>
                <w:b w:val="0"/>
                <w:sz w:val="14"/>
              </w:rPr>
              <w:t>0.265957</w:t>
            </w:r>
          </w:p>
        </w:tc>
        <w:tc>
          <w:tcPr>
            <w:tcW w:type="dxa" w:w="759"/>
            <w:vAlign w:val="center"/>
          </w:tcPr>
          <w:p>
            <w:r/>
            <w:r>
              <w:rPr>
                <w:rFonts w:ascii="Malgun Gothic" w:hAnsi="Malgun Gothic" w:eastAsia="Malgun Gothic"/>
                <w:b w:val="0"/>
                <w:sz w:val="14"/>
              </w:rPr>
              <w:t>1.4905</w:t>
            </w:r>
          </w:p>
        </w:tc>
      </w:tr>
      <w:tr>
        <w:trPr>
          <w:cantSplit/>
        </w:trPr>
        <w:tc>
          <w:tcPr>
            <w:tcW w:type="dxa" w:w="759"/>
            <w:vAlign w:val="center"/>
          </w:tcPr>
          <w:p>
            <w:r/>
            <w:r>
              <w:rPr>
                <w:rFonts w:ascii="Malgun Gothic" w:hAnsi="Malgun Gothic" w:eastAsia="Malgun Gothic"/>
                <w:b w:val="0"/>
                <w:sz w:val="14"/>
              </w:rPr>
              <w:t>00__350002022300012.wav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1.229</w:t>
            </w:r>
          </w:p>
        </w:tc>
        <w:tc>
          <w:tcPr>
            <w:tcW w:type="dxa" w:w="759"/>
            <w:vAlign w:val="center"/>
          </w:tcPr>
          <w:p>
            <w:r/>
            <w:r>
              <w:rPr>
                <w:rFonts w:ascii="Malgun Gothic" w:hAnsi="Malgun Gothic" w:eastAsia="Malgun Gothic"/>
                <w:b w:val="0"/>
                <w:sz w:val="14"/>
              </w:rPr>
              <w:t>233.53</w:t>
            </w:r>
          </w:p>
        </w:tc>
        <w:tc>
          <w:tcPr>
            <w:tcW w:type="dxa" w:w="759"/>
            <w:vAlign w:val="center"/>
          </w:tcPr>
          <w:p>
            <w:r/>
            <w:r>
              <w:rPr>
                <w:rFonts w:ascii="Malgun Gothic" w:hAnsi="Malgun Gothic" w:eastAsia="Malgun Gothic"/>
                <w:b w:val="0"/>
                <w:sz w:val="14"/>
              </w:rPr>
              <w:t>232.301</w:t>
            </w:r>
          </w:p>
        </w:tc>
        <w:tc>
          <w:tcPr>
            <w:tcW w:type="dxa" w:w="759"/>
            <w:vAlign w:val="center"/>
          </w:tcPr>
          <w:p>
            <w:r/>
            <w:r>
              <w:rPr>
                <w:rFonts w:ascii="Malgun Gothic" w:hAnsi="Malgun Gothic" w:eastAsia="Malgun Gothic"/>
                <w:b w:val="0"/>
                <w:sz w:val="14"/>
              </w:rPr>
              <w:t>64</w:t>
            </w:r>
          </w:p>
        </w:tc>
        <w:tc>
          <w:tcPr>
            <w:tcW w:type="dxa" w:w="759"/>
            <w:vAlign w:val="center"/>
          </w:tcPr>
          <w:p>
            <w:r/>
            <w:r>
              <w:rPr>
                <w:rFonts w:ascii="Malgun Gothic" w:hAnsi="Malgun Gothic" w:eastAsia="Malgun Gothic"/>
                <w:b w:val="0"/>
                <w:sz w:val="14"/>
              </w:rPr>
              <w:t>126.549</w:t>
            </w:r>
          </w:p>
        </w:tc>
        <w:tc>
          <w:tcPr>
            <w:tcW w:type="dxa" w:w="759"/>
            <w:vAlign w:val="center"/>
          </w:tcPr>
          <w:p>
            <w:r/>
            <w:r>
              <w:rPr>
                <w:rFonts w:ascii="Malgun Gothic" w:hAnsi="Malgun Gothic" w:eastAsia="Malgun Gothic"/>
                <w:b w:val="0"/>
                <w:sz w:val="14"/>
              </w:rPr>
              <w:t>0.544763</w:t>
            </w:r>
          </w:p>
        </w:tc>
        <w:tc>
          <w:tcPr>
            <w:tcW w:type="dxa" w:w="759"/>
            <w:vAlign w:val="center"/>
          </w:tcPr>
          <w:p>
            <w:r/>
            <w:r>
              <w:rPr>
                <w:rFonts w:ascii="Malgun Gothic" w:hAnsi="Malgun Gothic" w:eastAsia="Malgun Gothic"/>
                <w:b w:val="0"/>
                <w:sz w:val="14"/>
              </w:rPr>
              <w:t>1.977328</w:t>
            </w:r>
          </w:p>
        </w:tc>
        <w:tc>
          <w:tcPr>
            <w:tcW w:type="dxa" w:w="759"/>
            <w:vAlign w:val="center"/>
          </w:tcPr>
          <w:p>
            <w:r/>
            <w:r>
              <w:rPr>
                <w:rFonts w:ascii="Malgun Gothic" w:hAnsi="Malgun Gothic" w:eastAsia="Malgun Gothic"/>
                <w:b w:val="0"/>
                <w:sz w:val="14"/>
              </w:rPr>
              <w:t>33</w:t>
            </w:r>
          </w:p>
        </w:tc>
        <w:tc>
          <w:tcPr>
            <w:tcW w:type="dxa" w:w="759"/>
            <w:vAlign w:val="center"/>
          </w:tcPr>
          <w:p>
            <w:r/>
            <w:r>
              <w:rPr>
                <w:rFonts w:ascii="Malgun Gothic" w:hAnsi="Malgun Gothic" w:eastAsia="Malgun Gothic"/>
                <w:b w:val="0"/>
                <w:sz w:val="14"/>
              </w:rPr>
              <w:t>86.742</w:t>
            </w:r>
          </w:p>
        </w:tc>
        <w:tc>
          <w:tcPr>
            <w:tcW w:type="dxa" w:w="759"/>
            <w:vAlign w:val="center"/>
          </w:tcPr>
          <w:p>
            <w:r/>
            <w:r>
              <w:rPr>
                <w:rFonts w:ascii="Malgun Gothic" w:hAnsi="Malgun Gothic" w:eastAsia="Malgun Gothic"/>
                <w:b w:val="0"/>
                <w:sz w:val="14"/>
              </w:rPr>
              <w:t>0.373403</w:t>
            </w:r>
          </w:p>
        </w:tc>
        <w:tc>
          <w:tcPr>
            <w:tcW w:type="dxa" w:w="759"/>
            <w:vAlign w:val="center"/>
          </w:tcPr>
          <w:p>
            <w:r/>
            <w:r>
              <w:rPr>
                <w:rFonts w:ascii="Malgun Gothic" w:hAnsi="Malgun Gothic" w:eastAsia="Malgun Gothic"/>
                <w:b w:val="0"/>
                <w:sz w:val="14"/>
              </w:rPr>
              <w:t>2.628545</w:t>
            </w:r>
          </w:p>
        </w:tc>
      </w:tr>
      <w:tr>
        <w:trPr>
          <w:cantSplit/>
        </w:trPr>
        <w:tc>
          <w:tcPr>
            <w:tcW w:type="dxa" w:w="759"/>
            <w:vAlign w:val="center"/>
          </w:tcPr>
          <w:p>
            <w:r/>
            <w:r>
              <w:rPr>
                <w:rFonts w:ascii="Malgun Gothic" w:hAnsi="Malgun Gothic" w:eastAsia="Malgun Gothic"/>
                <w:b w:val="0"/>
                <w:sz w:val="14"/>
              </w:rPr>
              <w:t>00__350002022300013.wav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0.79</w:t>
            </w:r>
          </w:p>
        </w:tc>
        <w:tc>
          <w:tcPr>
            <w:tcW w:type="dxa" w:w="759"/>
            <w:vAlign w:val="center"/>
          </w:tcPr>
          <w:p>
            <w:r/>
            <w:r>
              <w:rPr>
                <w:rFonts w:ascii="Malgun Gothic" w:hAnsi="Malgun Gothic" w:eastAsia="Malgun Gothic"/>
                <w:b w:val="0"/>
                <w:sz w:val="14"/>
              </w:rPr>
              <w:t>320.977</w:t>
            </w:r>
          </w:p>
        </w:tc>
        <w:tc>
          <w:tcPr>
            <w:tcW w:type="dxa" w:w="759"/>
            <w:vAlign w:val="center"/>
          </w:tcPr>
          <w:p>
            <w:r/>
            <w:r>
              <w:rPr>
                <w:rFonts w:ascii="Malgun Gothic" w:hAnsi="Malgun Gothic" w:eastAsia="Malgun Gothic"/>
                <w:b w:val="0"/>
                <w:sz w:val="14"/>
              </w:rPr>
              <w:t>320.187</w:t>
            </w:r>
          </w:p>
        </w:tc>
        <w:tc>
          <w:tcPr>
            <w:tcW w:type="dxa" w:w="759"/>
            <w:vAlign w:val="center"/>
          </w:tcPr>
          <w:p>
            <w:r/>
            <w:r>
              <w:rPr>
                <w:rFonts w:ascii="Malgun Gothic" w:hAnsi="Malgun Gothic" w:eastAsia="Malgun Gothic"/>
                <w:b w:val="0"/>
                <w:sz w:val="14"/>
              </w:rPr>
              <w:t>58</w:t>
            </w:r>
          </w:p>
        </w:tc>
        <w:tc>
          <w:tcPr>
            <w:tcW w:type="dxa" w:w="759"/>
            <w:vAlign w:val="center"/>
          </w:tcPr>
          <w:p>
            <w:r/>
            <w:r>
              <w:rPr>
                <w:rFonts w:ascii="Malgun Gothic" w:hAnsi="Malgun Gothic" w:eastAsia="Malgun Gothic"/>
                <w:b w:val="0"/>
                <w:sz w:val="14"/>
              </w:rPr>
              <w:t>191.377</w:t>
            </w:r>
          </w:p>
        </w:tc>
        <w:tc>
          <w:tcPr>
            <w:tcW w:type="dxa" w:w="759"/>
            <w:vAlign w:val="center"/>
          </w:tcPr>
          <w:p>
            <w:r/>
            <w:r>
              <w:rPr>
                <w:rFonts w:ascii="Malgun Gothic" w:hAnsi="Malgun Gothic" w:eastAsia="Malgun Gothic"/>
                <w:b w:val="0"/>
                <w:sz w:val="14"/>
              </w:rPr>
              <w:t>0.597704</w:t>
            </w:r>
          </w:p>
        </w:tc>
        <w:tc>
          <w:tcPr>
            <w:tcW w:type="dxa" w:w="759"/>
            <w:vAlign w:val="center"/>
          </w:tcPr>
          <w:p>
            <w:r/>
            <w:r>
              <w:rPr>
                <w:rFonts w:ascii="Malgun Gothic" w:hAnsi="Malgun Gothic" w:eastAsia="Malgun Gothic"/>
                <w:b w:val="0"/>
                <w:sz w:val="14"/>
              </w:rPr>
              <w:t>3.299603</w:t>
            </w:r>
          </w:p>
        </w:tc>
        <w:tc>
          <w:tcPr>
            <w:tcW w:type="dxa" w:w="759"/>
            <w:vAlign w:val="center"/>
          </w:tcPr>
          <w:p>
            <w:r/>
            <w:r>
              <w:rPr>
                <w:rFonts w:ascii="Malgun Gothic" w:hAnsi="Malgun Gothic" w:eastAsia="Malgun Gothic"/>
                <w:b w:val="0"/>
                <w:sz w:val="14"/>
              </w:rPr>
              <w:t>92</w:t>
            </w:r>
          </w:p>
        </w:tc>
        <w:tc>
          <w:tcPr>
            <w:tcW w:type="dxa" w:w="759"/>
            <w:vAlign w:val="center"/>
          </w:tcPr>
          <w:p>
            <w:r/>
            <w:r>
              <w:rPr>
                <w:rFonts w:ascii="Malgun Gothic" w:hAnsi="Malgun Gothic" w:eastAsia="Malgun Gothic"/>
                <w:b w:val="0"/>
                <w:sz w:val="14"/>
              </w:rPr>
              <w:t>134.245</w:t>
            </w:r>
          </w:p>
        </w:tc>
        <w:tc>
          <w:tcPr>
            <w:tcW w:type="dxa" w:w="759"/>
            <w:vAlign w:val="center"/>
          </w:tcPr>
          <w:p>
            <w:r/>
            <w:r>
              <w:rPr>
                <w:rFonts w:ascii="Malgun Gothic" w:hAnsi="Malgun Gothic" w:eastAsia="Malgun Gothic"/>
                <w:b w:val="0"/>
                <w:sz w:val="14"/>
              </w:rPr>
              <w:t>0.419271</w:t>
            </w:r>
          </w:p>
        </w:tc>
        <w:tc>
          <w:tcPr>
            <w:tcW w:type="dxa" w:w="759"/>
            <w:vAlign w:val="center"/>
          </w:tcPr>
          <w:p>
            <w:r/>
            <w:r>
              <w:rPr>
                <w:rFonts w:ascii="Malgun Gothic" w:hAnsi="Malgun Gothic" w:eastAsia="Malgun Gothic"/>
                <w:b w:val="0"/>
                <w:sz w:val="14"/>
              </w:rPr>
              <w:t>1.459185</w:t>
            </w:r>
          </w:p>
        </w:tc>
      </w:tr>
      <w:tr>
        <w:trPr>
          <w:cantSplit/>
        </w:trPr>
        <w:tc>
          <w:tcPr>
            <w:tcW w:type="dxa" w:w="759"/>
            <w:vAlign w:val="center"/>
          </w:tcPr>
          <w:p>
            <w:r/>
            <w:r>
              <w:rPr>
                <w:rFonts w:ascii="Malgun Gothic" w:hAnsi="Malgun Gothic" w:eastAsia="Malgun Gothic"/>
                <w:b w:val="0"/>
                <w:sz w:val="14"/>
              </w:rPr>
              <w:t>00__350002022300014.wav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0.419</w:t>
            </w:r>
          </w:p>
        </w:tc>
        <w:tc>
          <w:tcPr>
            <w:tcW w:type="dxa" w:w="759"/>
            <w:vAlign w:val="center"/>
          </w:tcPr>
          <w:p>
            <w:r/>
            <w:r>
              <w:rPr>
                <w:rFonts w:ascii="Malgun Gothic" w:hAnsi="Malgun Gothic" w:eastAsia="Malgun Gothic"/>
                <w:b w:val="0"/>
                <w:sz w:val="14"/>
              </w:rPr>
              <w:t>47.703</w:t>
            </w:r>
          </w:p>
        </w:tc>
        <w:tc>
          <w:tcPr>
            <w:tcW w:type="dxa" w:w="759"/>
            <w:vAlign w:val="center"/>
          </w:tcPr>
          <w:p>
            <w:r/>
            <w:r>
              <w:rPr>
                <w:rFonts w:ascii="Malgun Gothic" w:hAnsi="Malgun Gothic" w:eastAsia="Malgun Gothic"/>
                <w:b w:val="0"/>
                <w:sz w:val="14"/>
              </w:rPr>
              <w:t>47.284</w:t>
            </w:r>
          </w:p>
        </w:tc>
        <w:tc>
          <w:tcPr>
            <w:tcW w:type="dxa" w:w="759"/>
            <w:vAlign w:val="center"/>
          </w:tcPr>
          <w:p>
            <w:r/>
            <w:r>
              <w:rPr>
                <w:rFonts w:ascii="Malgun Gothic" w:hAnsi="Malgun Gothic" w:eastAsia="Malgun Gothic"/>
                <w:b w:val="0"/>
                <w:sz w:val="14"/>
              </w:rPr>
              <w:t>11</w:t>
            </w:r>
          </w:p>
        </w:tc>
        <w:tc>
          <w:tcPr>
            <w:tcW w:type="dxa" w:w="759"/>
            <w:vAlign w:val="center"/>
          </w:tcPr>
          <w:p>
            <w:r/>
            <w:r>
              <w:rPr>
                <w:rFonts w:ascii="Malgun Gothic" w:hAnsi="Malgun Gothic" w:eastAsia="Malgun Gothic"/>
                <w:b w:val="0"/>
                <w:sz w:val="14"/>
              </w:rPr>
              <w:t>19.811</w:t>
            </w:r>
          </w:p>
        </w:tc>
        <w:tc>
          <w:tcPr>
            <w:tcW w:type="dxa" w:w="759"/>
            <w:vAlign w:val="center"/>
          </w:tcPr>
          <w:p>
            <w:r/>
            <w:r>
              <w:rPr>
                <w:rFonts w:ascii="Malgun Gothic" w:hAnsi="Malgun Gothic" w:eastAsia="Malgun Gothic"/>
                <w:b w:val="0"/>
                <w:sz w:val="14"/>
              </w:rPr>
              <w:t>0.418979</w:t>
            </w:r>
          </w:p>
        </w:tc>
        <w:tc>
          <w:tcPr>
            <w:tcW w:type="dxa" w:w="759"/>
            <w:vAlign w:val="center"/>
          </w:tcPr>
          <w:p>
            <w:r/>
            <w:r>
              <w:rPr>
                <w:rFonts w:ascii="Malgun Gothic" w:hAnsi="Malgun Gothic" w:eastAsia="Malgun Gothic"/>
                <w:b w:val="0"/>
                <w:sz w:val="14"/>
              </w:rPr>
              <w:t>1.801</w:t>
            </w:r>
          </w:p>
        </w:tc>
        <w:tc>
          <w:tcPr>
            <w:tcW w:type="dxa" w:w="759"/>
            <w:vAlign w:val="center"/>
          </w:tcPr>
          <w:p>
            <w:r/>
            <w:r>
              <w:rPr>
                <w:rFonts w:ascii="Malgun Gothic" w:hAnsi="Malgun Gothic" w:eastAsia="Malgun Gothic"/>
                <w:b w:val="0"/>
                <w:sz w:val="14"/>
              </w:rPr>
              <w:t>12</w:t>
            </w:r>
          </w:p>
        </w:tc>
        <w:tc>
          <w:tcPr>
            <w:tcW w:type="dxa" w:w="759"/>
            <w:vAlign w:val="center"/>
          </w:tcPr>
          <w:p>
            <w:r/>
            <w:r>
              <w:rPr>
                <w:rFonts w:ascii="Malgun Gothic" w:hAnsi="Malgun Gothic" w:eastAsia="Malgun Gothic"/>
                <w:b w:val="0"/>
                <w:sz w:val="14"/>
              </w:rPr>
              <w:t>11.729</w:t>
            </w:r>
          </w:p>
        </w:tc>
        <w:tc>
          <w:tcPr>
            <w:tcW w:type="dxa" w:w="759"/>
            <w:vAlign w:val="center"/>
          </w:tcPr>
          <w:p>
            <w:r/>
            <w:r>
              <w:rPr>
                <w:rFonts w:ascii="Malgun Gothic" w:hAnsi="Malgun Gothic" w:eastAsia="Malgun Gothic"/>
                <w:b w:val="0"/>
                <w:sz w:val="14"/>
              </w:rPr>
              <w:t>0.248054</w:t>
            </w:r>
          </w:p>
        </w:tc>
        <w:tc>
          <w:tcPr>
            <w:tcW w:type="dxa" w:w="759"/>
            <w:vAlign w:val="center"/>
          </w:tcPr>
          <w:p>
            <w:r/>
            <w:r>
              <w:rPr>
                <w:rFonts w:ascii="Malgun Gothic" w:hAnsi="Malgun Gothic" w:eastAsia="Malgun Gothic"/>
                <w:b w:val="0"/>
                <w:sz w:val="14"/>
              </w:rPr>
              <w:t>0.977417</w:t>
            </w:r>
          </w:p>
        </w:tc>
      </w:tr>
      <w:tr>
        <w:trPr>
          <w:cantSplit/>
        </w:trPr>
        <w:tc>
          <w:tcPr>
            <w:tcW w:type="dxa" w:w="759"/>
            <w:vAlign w:val="center"/>
          </w:tcPr>
          <w:p>
            <w:r/>
            <w:r>
              <w:rPr>
                <w:rFonts w:ascii="Malgun Gothic" w:hAnsi="Malgun Gothic" w:eastAsia="Malgun Gothic"/>
                <w:b w:val="0"/>
                <w:sz w:val="14"/>
              </w:rPr>
              <w:t>00__350002022300015.wav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1.077</w:t>
            </w:r>
          </w:p>
        </w:tc>
        <w:tc>
          <w:tcPr>
            <w:tcW w:type="dxa" w:w="759"/>
            <w:vAlign w:val="center"/>
          </w:tcPr>
          <w:p>
            <w:r/>
            <w:r>
              <w:rPr>
                <w:rFonts w:ascii="Malgun Gothic" w:hAnsi="Malgun Gothic" w:eastAsia="Malgun Gothic"/>
                <w:b w:val="0"/>
                <w:sz w:val="14"/>
              </w:rPr>
              <w:t>48.108</w:t>
            </w:r>
          </w:p>
        </w:tc>
        <w:tc>
          <w:tcPr>
            <w:tcW w:type="dxa" w:w="759"/>
            <w:vAlign w:val="center"/>
          </w:tcPr>
          <w:p>
            <w:r/>
            <w:r>
              <w:rPr>
                <w:rFonts w:ascii="Malgun Gothic" w:hAnsi="Malgun Gothic" w:eastAsia="Malgun Gothic"/>
                <w:b w:val="0"/>
                <w:sz w:val="14"/>
              </w:rPr>
              <w:t>47.031</w:t>
            </w:r>
          </w:p>
        </w:tc>
        <w:tc>
          <w:tcPr>
            <w:tcW w:type="dxa" w:w="759"/>
            <w:vAlign w:val="center"/>
          </w:tcPr>
          <w:p>
            <w:r/>
            <w:r>
              <w:rPr>
                <w:rFonts w:ascii="Malgun Gothic" w:hAnsi="Malgun Gothic" w:eastAsia="Malgun Gothic"/>
                <w:b w:val="0"/>
                <w:sz w:val="14"/>
              </w:rPr>
              <w:t>13</w:t>
            </w:r>
          </w:p>
        </w:tc>
        <w:tc>
          <w:tcPr>
            <w:tcW w:type="dxa" w:w="759"/>
            <w:vAlign w:val="center"/>
          </w:tcPr>
          <w:p>
            <w:r/>
            <w:r>
              <w:rPr>
                <w:rFonts w:ascii="Malgun Gothic" w:hAnsi="Malgun Gothic" w:eastAsia="Malgun Gothic"/>
                <w:b w:val="0"/>
                <w:sz w:val="14"/>
              </w:rPr>
              <w:t>31.0</w:t>
            </w:r>
          </w:p>
        </w:tc>
        <w:tc>
          <w:tcPr>
            <w:tcW w:type="dxa" w:w="759"/>
            <w:vAlign w:val="center"/>
          </w:tcPr>
          <w:p>
            <w:r/>
            <w:r>
              <w:rPr>
                <w:rFonts w:ascii="Malgun Gothic" w:hAnsi="Malgun Gothic" w:eastAsia="Malgun Gothic"/>
                <w:b w:val="0"/>
                <w:sz w:val="14"/>
              </w:rPr>
              <w:t>0.65914</w:t>
            </w:r>
          </w:p>
        </w:tc>
        <w:tc>
          <w:tcPr>
            <w:tcW w:type="dxa" w:w="759"/>
            <w:vAlign w:val="center"/>
          </w:tcPr>
          <w:p>
            <w:r/>
            <w:r>
              <w:rPr>
                <w:rFonts w:ascii="Malgun Gothic" w:hAnsi="Malgun Gothic" w:eastAsia="Malgun Gothic"/>
                <w:b w:val="0"/>
                <w:sz w:val="14"/>
              </w:rPr>
              <w:t>2.384615</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17.397</w:t>
            </w:r>
          </w:p>
        </w:tc>
        <w:tc>
          <w:tcPr>
            <w:tcW w:type="dxa" w:w="759"/>
            <w:vAlign w:val="center"/>
          </w:tcPr>
          <w:p>
            <w:r/>
            <w:r>
              <w:rPr>
                <w:rFonts w:ascii="Malgun Gothic" w:hAnsi="Malgun Gothic" w:eastAsia="Malgun Gothic"/>
                <w:b w:val="0"/>
                <w:sz w:val="14"/>
              </w:rPr>
              <w:t>0.369905</w:t>
            </w:r>
          </w:p>
        </w:tc>
        <w:tc>
          <w:tcPr>
            <w:tcW w:type="dxa" w:w="759"/>
            <w:vAlign w:val="center"/>
          </w:tcPr>
          <w:p>
            <w:r/>
            <w:r>
              <w:rPr>
                <w:rFonts w:ascii="Malgun Gothic" w:hAnsi="Malgun Gothic" w:eastAsia="Malgun Gothic"/>
                <w:b w:val="0"/>
                <w:sz w:val="14"/>
              </w:rPr>
              <w:t>2.8995</w:t>
            </w:r>
          </w:p>
        </w:tc>
      </w:tr>
      <w:tr>
        <w:trPr>
          <w:cantSplit/>
        </w:trPr>
        <w:tc>
          <w:tcPr>
            <w:tcW w:type="dxa" w:w="759"/>
            <w:vAlign w:val="center"/>
          </w:tcPr>
          <w:p>
            <w:r/>
            <w:r>
              <w:rPr>
                <w:rFonts w:ascii="Malgun Gothic" w:hAnsi="Malgun Gothic" w:eastAsia="Malgun Gothic"/>
                <w:b w:val="0"/>
                <w:sz w:val="14"/>
              </w:rPr>
              <w:t>00__350002022300016.wav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1.263</w:t>
            </w:r>
          </w:p>
        </w:tc>
        <w:tc>
          <w:tcPr>
            <w:tcW w:type="dxa" w:w="759"/>
            <w:vAlign w:val="center"/>
          </w:tcPr>
          <w:p>
            <w:r/>
            <w:r>
              <w:rPr>
                <w:rFonts w:ascii="Malgun Gothic" w:hAnsi="Malgun Gothic" w:eastAsia="Malgun Gothic"/>
                <w:b w:val="0"/>
                <w:sz w:val="14"/>
              </w:rPr>
              <w:t>21.952</w:t>
            </w:r>
          </w:p>
        </w:tc>
        <w:tc>
          <w:tcPr>
            <w:tcW w:type="dxa" w:w="759"/>
            <w:vAlign w:val="center"/>
          </w:tcPr>
          <w:p>
            <w:r/>
            <w:r>
              <w:rPr>
                <w:rFonts w:ascii="Malgun Gothic" w:hAnsi="Malgun Gothic" w:eastAsia="Malgun Gothic"/>
                <w:b w:val="0"/>
                <w:sz w:val="14"/>
              </w:rPr>
              <w:t>20.689</w:t>
            </w:r>
          </w:p>
        </w:tc>
        <w:tc>
          <w:tcPr>
            <w:tcW w:type="dxa" w:w="759"/>
            <w:vAlign w:val="center"/>
          </w:tcPr>
          <w:p>
            <w:r/>
            <w:r>
              <w:rPr>
                <w:rFonts w:ascii="Malgun Gothic" w:hAnsi="Malgun Gothic" w:eastAsia="Malgun Gothic"/>
                <w:b w:val="0"/>
                <w:sz w:val="14"/>
              </w:rPr>
              <w:t>4</w:t>
            </w:r>
          </w:p>
        </w:tc>
        <w:tc>
          <w:tcPr>
            <w:tcW w:type="dxa" w:w="759"/>
            <w:vAlign w:val="center"/>
          </w:tcPr>
          <w:p>
            <w:r/>
            <w:r>
              <w:rPr>
                <w:rFonts w:ascii="Malgun Gothic" w:hAnsi="Malgun Gothic" w:eastAsia="Malgun Gothic"/>
                <w:b w:val="0"/>
                <w:sz w:val="14"/>
              </w:rPr>
              <w:t>7.121</w:t>
            </w:r>
          </w:p>
        </w:tc>
        <w:tc>
          <w:tcPr>
            <w:tcW w:type="dxa" w:w="759"/>
            <w:vAlign w:val="center"/>
          </w:tcPr>
          <w:p>
            <w:r/>
            <w:r>
              <w:rPr>
                <w:rFonts w:ascii="Malgun Gothic" w:hAnsi="Malgun Gothic" w:eastAsia="Malgun Gothic"/>
                <w:b w:val="0"/>
                <w:sz w:val="14"/>
              </w:rPr>
              <w:t>0.344193</w:t>
            </w:r>
          </w:p>
        </w:tc>
        <w:tc>
          <w:tcPr>
            <w:tcW w:type="dxa" w:w="759"/>
            <w:vAlign w:val="center"/>
          </w:tcPr>
          <w:p>
            <w:r/>
            <w:r>
              <w:rPr>
                <w:rFonts w:ascii="Malgun Gothic" w:hAnsi="Malgun Gothic" w:eastAsia="Malgun Gothic"/>
                <w:b w:val="0"/>
                <w:sz w:val="14"/>
              </w:rPr>
              <w:t>1.78025</w:t>
            </w:r>
          </w:p>
        </w:tc>
        <w:tc>
          <w:tcPr>
            <w:tcW w:type="dxa" w:w="759"/>
            <w:vAlign w:val="center"/>
          </w:tcPr>
          <w:p>
            <w:r/>
            <w:r>
              <w:rPr>
                <w:rFonts w:ascii="Malgun Gothic" w:hAnsi="Malgun Gothic" w:eastAsia="Malgun Gothic"/>
                <w:b w:val="0"/>
                <w:sz w:val="14"/>
              </w:rPr>
              <w:t>9</w:t>
            </w:r>
          </w:p>
        </w:tc>
        <w:tc>
          <w:tcPr>
            <w:tcW w:type="dxa" w:w="759"/>
            <w:vAlign w:val="center"/>
          </w:tcPr>
          <w:p>
            <w:r/>
            <w:r>
              <w:rPr>
                <w:rFonts w:ascii="Malgun Gothic" w:hAnsi="Malgun Gothic" w:eastAsia="Malgun Gothic"/>
                <w:b w:val="0"/>
                <w:sz w:val="14"/>
              </w:rPr>
              <w:t>9.367</w:t>
            </w:r>
          </w:p>
        </w:tc>
        <w:tc>
          <w:tcPr>
            <w:tcW w:type="dxa" w:w="759"/>
            <w:vAlign w:val="center"/>
          </w:tcPr>
          <w:p>
            <w:r/>
            <w:r>
              <w:rPr>
                <w:rFonts w:ascii="Malgun Gothic" w:hAnsi="Malgun Gothic" w:eastAsia="Malgun Gothic"/>
                <w:b w:val="0"/>
                <w:sz w:val="14"/>
              </w:rPr>
              <w:t>0.452753</w:t>
            </w:r>
          </w:p>
        </w:tc>
        <w:tc>
          <w:tcPr>
            <w:tcW w:type="dxa" w:w="759"/>
            <w:vAlign w:val="center"/>
          </w:tcPr>
          <w:p>
            <w:r/>
            <w:r>
              <w:rPr>
                <w:rFonts w:ascii="Malgun Gothic" w:hAnsi="Malgun Gothic" w:eastAsia="Malgun Gothic"/>
                <w:b w:val="0"/>
                <w:sz w:val="14"/>
              </w:rPr>
              <w:t>1.040778</w:t>
            </w:r>
          </w:p>
        </w:tc>
      </w:tr>
      <w:tr>
        <w:trPr>
          <w:cantSplit/>
        </w:trPr>
        <w:tc>
          <w:tcPr>
            <w:tcW w:type="dxa" w:w="759"/>
            <w:vAlign w:val="center"/>
          </w:tcPr>
          <w:p>
            <w:r/>
            <w:r>
              <w:rPr>
                <w:rFonts w:ascii="Malgun Gothic" w:hAnsi="Malgun Gothic" w:eastAsia="Malgun Gothic"/>
                <w:b w:val="0"/>
                <w:sz w:val="14"/>
              </w:rPr>
              <w:t>00__350002022300017.wav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1.229</w:t>
            </w:r>
          </w:p>
        </w:tc>
        <w:tc>
          <w:tcPr>
            <w:tcW w:type="dxa" w:w="759"/>
            <w:vAlign w:val="center"/>
          </w:tcPr>
          <w:p>
            <w:r/>
            <w:r>
              <w:rPr>
                <w:rFonts w:ascii="Malgun Gothic" w:hAnsi="Malgun Gothic" w:eastAsia="Malgun Gothic"/>
                <w:b w:val="0"/>
                <w:sz w:val="14"/>
              </w:rPr>
              <w:t>22.812</w:t>
            </w:r>
          </w:p>
        </w:tc>
        <w:tc>
          <w:tcPr>
            <w:tcW w:type="dxa" w:w="759"/>
            <w:vAlign w:val="center"/>
          </w:tcPr>
          <w:p>
            <w:r/>
            <w:r>
              <w:rPr>
                <w:rFonts w:ascii="Malgun Gothic" w:hAnsi="Malgun Gothic" w:eastAsia="Malgun Gothic"/>
                <w:b w:val="0"/>
                <w:sz w:val="14"/>
              </w:rPr>
              <w:t>21.583</w:t>
            </w:r>
          </w:p>
        </w:tc>
        <w:tc>
          <w:tcPr>
            <w:tcW w:type="dxa" w:w="759"/>
            <w:vAlign w:val="center"/>
          </w:tcPr>
          <w:p>
            <w:r/>
            <w:r>
              <w:rPr>
                <w:rFonts w:ascii="Malgun Gothic" w:hAnsi="Malgun Gothic" w:eastAsia="Malgun Gothic"/>
                <w:b w:val="0"/>
                <w:sz w:val="14"/>
              </w:rPr>
              <w:t>7</w:t>
            </w:r>
          </w:p>
        </w:tc>
        <w:tc>
          <w:tcPr>
            <w:tcW w:type="dxa" w:w="759"/>
            <w:vAlign w:val="center"/>
          </w:tcPr>
          <w:p>
            <w:r/>
            <w:r>
              <w:rPr>
                <w:rFonts w:ascii="Malgun Gothic" w:hAnsi="Malgun Gothic" w:eastAsia="Malgun Gothic"/>
                <w:b w:val="0"/>
                <w:sz w:val="14"/>
              </w:rPr>
              <w:t>7.948</w:t>
            </w:r>
          </w:p>
        </w:tc>
        <w:tc>
          <w:tcPr>
            <w:tcW w:type="dxa" w:w="759"/>
            <w:vAlign w:val="center"/>
          </w:tcPr>
          <w:p>
            <w:r/>
            <w:r>
              <w:rPr>
                <w:rFonts w:ascii="Malgun Gothic" w:hAnsi="Malgun Gothic" w:eastAsia="Malgun Gothic"/>
                <w:b w:val="0"/>
                <w:sz w:val="14"/>
              </w:rPr>
              <w:t>0.368253</w:t>
            </w:r>
          </w:p>
        </w:tc>
        <w:tc>
          <w:tcPr>
            <w:tcW w:type="dxa" w:w="759"/>
            <w:vAlign w:val="center"/>
          </w:tcPr>
          <w:p>
            <w:r/>
            <w:r>
              <w:rPr>
                <w:rFonts w:ascii="Malgun Gothic" w:hAnsi="Malgun Gothic" w:eastAsia="Malgun Gothic"/>
                <w:b w:val="0"/>
                <w:sz w:val="14"/>
              </w:rPr>
              <w:t>1.135429</w:t>
            </w:r>
          </w:p>
        </w:tc>
        <w:tc>
          <w:tcPr>
            <w:tcW w:type="dxa" w:w="759"/>
            <w:vAlign w:val="center"/>
          </w:tcPr>
          <w:p>
            <w:r/>
            <w:r>
              <w:rPr>
                <w:rFonts w:ascii="Malgun Gothic" w:hAnsi="Malgun Gothic" w:eastAsia="Malgun Gothic"/>
                <w:b w:val="0"/>
                <w:sz w:val="14"/>
              </w:rPr>
              <w:t>5</w:t>
            </w:r>
          </w:p>
        </w:tc>
        <w:tc>
          <w:tcPr>
            <w:tcW w:type="dxa" w:w="759"/>
            <w:vAlign w:val="center"/>
          </w:tcPr>
          <w:p>
            <w:r/>
            <w:r>
              <w:rPr>
                <w:rFonts w:ascii="Malgun Gothic" w:hAnsi="Malgun Gothic" w:eastAsia="Malgun Gothic"/>
                <w:b w:val="0"/>
                <w:sz w:val="14"/>
              </w:rPr>
              <w:t>13.315</w:t>
            </w:r>
          </w:p>
        </w:tc>
        <w:tc>
          <w:tcPr>
            <w:tcW w:type="dxa" w:w="759"/>
            <w:vAlign w:val="center"/>
          </w:tcPr>
          <w:p>
            <w:r/>
            <w:r>
              <w:rPr>
                <w:rFonts w:ascii="Malgun Gothic" w:hAnsi="Malgun Gothic" w:eastAsia="Malgun Gothic"/>
                <w:b w:val="0"/>
                <w:sz w:val="14"/>
              </w:rPr>
              <w:t>0.616921</w:t>
            </w:r>
          </w:p>
        </w:tc>
        <w:tc>
          <w:tcPr>
            <w:tcW w:type="dxa" w:w="759"/>
            <w:vAlign w:val="center"/>
          </w:tcPr>
          <w:p>
            <w:r/>
            <w:r>
              <w:rPr>
                <w:rFonts w:ascii="Malgun Gothic" w:hAnsi="Malgun Gothic" w:eastAsia="Malgun Gothic"/>
                <w:b w:val="0"/>
                <w:sz w:val="14"/>
              </w:rPr>
              <w:t>2.663</w:t>
            </w:r>
          </w:p>
        </w:tc>
      </w:tr>
      <w:tr>
        <w:trPr>
          <w:cantSplit/>
        </w:trPr>
        <w:tc>
          <w:tcPr>
            <w:tcW w:type="dxa" w:w="759"/>
            <w:vAlign w:val="center"/>
          </w:tcPr>
          <w:p>
            <w:r/>
            <w:r>
              <w:rPr>
                <w:rFonts w:ascii="Malgun Gothic" w:hAnsi="Malgun Gothic" w:eastAsia="Malgun Gothic"/>
                <w:b w:val="0"/>
                <w:sz w:val="14"/>
              </w:rPr>
              <w:t>00__350002022300018.wav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1.364</w:t>
            </w:r>
          </w:p>
        </w:tc>
        <w:tc>
          <w:tcPr>
            <w:tcW w:type="dxa" w:w="759"/>
            <w:vAlign w:val="center"/>
          </w:tcPr>
          <w:p>
            <w:r/>
            <w:r>
              <w:rPr>
                <w:rFonts w:ascii="Malgun Gothic" w:hAnsi="Malgun Gothic" w:eastAsia="Malgun Gothic"/>
                <w:b w:val="0"/>
                <w:sz w:val="14"/>
              </w:rPr>
              <w:t>521.232</w:t>
            </w:r>
          </w:p>
        </w:tc>
        <w:tc>
          <w:tcPr>
            <w:tcW w:type="dxa" w:w="759"/>
            <w:vAlign w:val="center"/>
          </w:tcPr>
          <w:p>
            <w:r/>
            <w:r>
              <w:rPr>
                <w:rFonts w:ascii="Malgun Gothic" w:hAnsi="Malgun Gothic" w:eastAsia="Malgun Gothic"/>
                <w:b w:val="0"/>
                <w:sz w:val="14"/>
              </w:rPr>
              <w:t>519.868</w:t>
            </w:r>
          </w:p>
        </w:tc>
        <w:tc>
          <w:tcPr>
            <w:tcW w:type="dxa" w:w="759"/>
            <w:vAlign w:val="center"/>
          </w:tcPr>
          <w:p>
            <w:r/>
            <w:r>
              <w:rPr>
                <w:rFonts w:ascii="Malgun Gothic" w:hAnsi="Malgun Gothic" w:eastAsia="Malgun Gothic"/>
                <w:b w:val="0"/>
                <w:sz w:val="14"/>
              </w:rPr>
              <w:t>119</w:t>
            </w:r>
          </w:p>
        </w:tc>
        <w:tc>
          <w:tcPr>
            <w:tcW w:type="dxa" w:w="759"/>
            <w:vAlign w:val="center"/>
          </w:tcPr>
          <w:p>
            <w:r/>
            <w:r>
              <w:rPr>
                <w:rFonts w:ascii="Malgun Gothic" w:hAnsi="Malgun Gothic" w:eastAsia="Malgun Gothic"/>
                <w:b w:val="0"/>
                <w:sz w:val="14"/>
              </w:rPr>
              <w:t>291.259</w:t>
            </w:r>
          </w:p>
        </w:tc>
        <w:tc>
          <w:tcPr>
            <w:tcW w:type="dxa" w:w="759"/>
            <w:vAlign w:val="center"/>
          </w:tcPr>
          <w:p>
            <w:r/>
            <w:r>
              <w:rPr>
                <w:rFonts w:ascii="Malgun Gothic" w:hAnsi="Malgun Gothic" w:eastAsia="Malgun Gothic"/>
                <w:b w:val="0"/>
                <w:sz w:val="14"/>
              </w:rPr>
              <w:t>0.560256</w:t>
            </w:r>
          </w:p>
        </w:tc>
        <w:tc>
          <w:tcPr>
            <w:tcW w:type="dxa" w:w="759"/>
            <w:vAlign w:val="center"/>
          </w:tcPr>
          <w:p>
            <w:r/>
            <w:r>
              <w:rPr>
                <w:rFonts w:ascii="Malgun Gothic" w:hAnsi="Malgun Gothic" w:eastAsia="Malgun Gothic"/>
                <w:b w:val="0"/>
                <w:sz w:val="14"/>
              </w:rPr>
              <w:t>2.447555</w:t>
            </w:r>
          </w:p>
        </w:tc>
        <w:tc>
          <w:tcPr>
            <w:tcW w:type="dxa" w:w="759"/>
            <w:vAlign w:val="center"/>
          </w:tcPr>
          <w:p>
            <w:r/>
            <w:r>
              <w:rPr>
                <w:rFonts w:ascii="Malgun Gothic" w:hAnsi="Malgun Gothic" w:eastAsia="Malgun Gothic"/>
                <w:b w:val="0"/>
                <w:sz w:val="14"/>
              </w:rPr>
              <w:t>108</w:t>
            </w:r>
          </w:p>
        </w:tc>
        <w:tc>
          <w:tcPr>
            <w:tcW w:type="dxa" w:w="759"/>
            <w:vAlign w:val="center"/>
          </w:tcPr>
          <w:p>
            <w:r/>
            <w:r>
              <w:rPr>
                <w:rFonts w:ascii="Malgun Gothic" w:hAnsi="Malgun Gothic" w:eastAsia="Malgun Gothic"/>
                <w:b w:val="0"/>
                <w:sz w:val="14"/>
              </w:rPr>
              <w:t>113.851</w:t>
            </w:r>
          </w:p>
        </w:tc>
        <w:tc>
          <w:tcPr>
            <w:tcW w:type="dxa" w:w="759"/>
            <w:vAlign w:val="center"/>
          </w:tcPr>
          <w:p>
            <w:r/>
            <w:r>
              <w:rPr>
                <w:rFonts w:ascii="Malgun Gothic" w:hAnsi="Malgun Gothic" w:eastAsia="Malgun Gothic"/>
                <w:b w:val="0"/>
                <w:sz w:val="14"/>
              </w:rPr>
              <w:t>0.219</w:t>
            </w:r>
          </w:p>
        </w:tc>
        <w:tc>
          <w:tcPr>
            <w:tcW w:type="dxa" w:w="759"/>
            <w:vAlign w:val="center"/>
          </w:tcPr>
          <w:p>
            <w:r/>
            <w:r>
              <w:rPr>
                <w:rFonts w:ascii="Malgun Gothic" w:hAnsi="Malgun Gothic" w:eastAsia="Malgun Gothic"/>
                <w:b w:val="0"/>
                <w:sz w:val="14"/>
              </w:rPr>
              <w:t>1.054176</w:t>
            </w:r>
          </w:p>
        </w:tc>
      </w:tr>
      <w:tr>
        <w:trPr>
          <w:cantSplit/>
        </w:trPr>
        <w:tc>
          <w:tcPr>
            <w:tcW w:type="dxa" w:w="759"/>
            <w:vAlign w:val="center"/>
          </w:tcPr>
          <w:p>
            <w:r/>
            <w:r>
              <w:rPr>
                <w:rFonts w:ascii="Malgun Gothic" w:hAnsi="Malgun Gothic" w:eastAsia="Malgun Gothic"/>
                <w:b w:val="0"/>
                <w:sz w:val="14"/>
              </w:rPr>
              <w:t>00__350002022300019.wav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0.554</w:t>
            </w:r>
          </w:p>
        </w:tc>
        <w:tc>
          <w:tcPr>
            <w:tcW w:type="dxa" w:w="759"/>
            <w:vAlign w:val="center"/>
          </w:tcPr>
          <w:p>
            <w:r/>
            <w:r>
              <w:rPr>
                <w:rFonts w:ascii="Malgun Gothic" w:hAnsi="Malgun Gothic" w:eastAsia="Malgun Gothic"/>
                <w:b w:val="0"/>
                <w:sz w:val="14"/>
              </w:rPr>
              <w:t>14.037</w:t>
            </w:r>
          </w:p>
        </w:tc>
        <w:tc>
          <w:tcPr>
            <w:tcW w:type="dxa" w:w="759"/>
            <w:vAlign w:val="center"/>
          </w:tcPr>
          <w:p>
            <w:r/>
            <w:r>
              <w:rPr>
                <w:rFonts w:ascii="Malgun Gothic" w:hAnsi="Malgun Gothic" w:eastAsia="Malgun Gothic"/>
                <w:b w:val="0"/>
                <w:sz w:val="14"/>
              </w:rPr>
              <w:t>13.483</w:t>
            </w:r>
          </w:p>
        </w:tc>
        <w:tc>
          <w:tcPr>
            <w:tcW w:type="dxa" w:w="759"/>
            <w:vAlign w:val="center"/>
          </w:tcPr>
          <w:p>
            <w:r/>
            <w:r>
              <w:rPr>
                <w:rFonts w:ascii="Malgun Gothic" w:hAnsi="Malgun Gothic" w:eastAsia="Malgun Gothic"/>
                <w:b w:val="0"/>
                <w:sz w:val="14"/>
              </w:rPr>
              <w:t>5</w:t>
            </w:r>
          </w:p>
        </w:tc>
        <w:tc>
          <w:tcPr>
            <w:tcW w:type="dxa" w:w="759"/>
            <w:vAlign w:val="center"/>
          </w:tcPr>
          <w:p>
            <w:r/>
            <w:r>
              <w:rPr>
                <w:rFonts w:ascii="Malgun Gothic" w:hAnsi="Malgun Gothic" w:eastAsia="Malgun Gothic"/>
                <w:b w:val="0"/>
                <w:sz w:val="14"/>
              </w:rPr>
              <w:t>8.269</w:t>
            </w:r>
          </w:p>
        </w:tc>
        <w:tc>
          <w:tcPr>
            <w:tcW w:type="dxa" w:w="759"/>
            <w:vAlign w:val="center"/>
          </w:tcPr>
          <w:p>
            <w:r/>
            <w:r>
              <w:rPr>
                <w:rFonts w:ascii="Malgun Gothic" w:hAnsi="Malgun Gothic" w:eastAsia="Malgun Gothic"/>
                <w:b w:val="0"/>
                <w:sz w:val="14"/>
              </w:rPr>
              <w:t>0.613291</w:t>
            </w:r>
          </w:p>
        </w:tc>
        <w:tc>
          <w:tcPr>
            <w:tcW w:type="dxa" w:w="759"/>
            <w:vAlign w:val="center"/>
          </w:tcPr>
          <w:p>
            <w:r/>
            <w:r>
              <w:rPr>
                <w:rFonts w:ascii="Malgun Gothic" w:hAnsi="Malgun Gothic" w:eastAsia="Malgun Gothic"/>
                <w:b w:val="0"/>
                <w:sz w:val="14"/>
              </w:rPr>
              <w:t>1.6538</w:t>
            </w:r>
          </w:p>
        </w:tc>
        <w:tc>
          <w:tcPr>
            <w:tcW w:type="dxa" w:w="759"/>
            <w:vAlign w:val="center"/>
          </w:tcPr>
          <w:p>
            <w:r/>
            <w:r>
              <w:rPr>
                <w:rFonts w:ascii="Malgun Gothic" w:hAnsi="Malgun Gothic" w:eastAsia="Malgun Gothic"/>
                <w:b w:val="0"/>
                <w:sz w:val="14"/>
              </w:rPr>
              <w:t>5</w:t>
            </w:r>
          </w:p>
        </w:tc>
        <w:tc>
          <w:tcPr>
            <w:tcW w:type="dxa" w:w="759"/>
            <w:vAlign w:val="center"/>
          </w:tcPr>
          <w:p>
            <w:r/>
            <w:r>
              <w:rPr>
                <w:rFonts w:ascii="Malgun Gothic" w:hAnsi="Malgun Gothic" w:eastAsia="Malgun Gothic"/>
                <w:b w:val="0"/>
                <w:sz w:val="14"/>
              </w:rPr>
              <w:t>5.855</w:t>
            </w:r>
          </w:p>
        </w:tc>
        <w:tc>
          <w:tcPr>
            <w:tcW w:type="dxa" w:w="759"/>
            <w:vAlign w:val="center"/>
          </w:tcPr>
          <w:p>
            <w:r/>
            <w:r>
              <w:rPr>
                <w:rFonts w:ascii="Malgun Gothic" w:hAnsi="Malgun Gothic" w:eastAsia="Malgun Gothic"/>
                <w:b w:val="0"/>
                <w:sz w:val="14"/>
              </w:rPr>
              <w:t>0.434251</w:t>
            </w:r>
          </w:p>
        </w:tc>
        <w:tc>
          <w:tcPr>
            <w:tcW w:type="dxa" w:w="759"/>
            <w:vAlign w:val="center"/>
          </w:tcPr>
          <w:p>
            <w:r/>
            <w:r>
              <w:rPr>
                <w:rFonts w:ascii="Malgun Gothic" w:hAnsi="Malgun Gothic" w:eastAsia="Malgun Gothic"/>
                <w:b w:val="0"/>
                <w:sz w:val="14"/>
              </w:rPr>
              <w:t>1.171</w:t>
            </w:r>
          </w:p>
        </w:tc>
      </w:tr>
      <w:tr>
        <w:trPr>
          <w:cantSplit/>
        </w:trPr>
        <w:tc>
          <w:tcPr>
            <w:tcW w:type="dxa" w:w="759"/>
            <w:vAlign w:val="center"/>
          </w:tcPr>
          <w:p>
            <w:r/>
            <w:r>
              <w:rPr>
                <w:rFonts w:ascii="Malgun Gothic" w:hAnsi="Malgun Gothic" w:eastAsia="Malgun Gothic"/>
                <w:b w:val="0"/>
                <w:sz w:val="14"/>
              </w:rPr>
              <w:t>00__350002022300020.wav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1036.122</w:t>
            </w:r>
          </w:p>
        </w:tc>
        <w:tc>
          <w:tcPr>
            <w:tcW w:type="dxa" w:w="759"/>
            <w:vAlign w:val="center"/>
          </w:tcPr>
          <w:p>
            <w:r/>
            <w:r>
              <w:rPr>
                <w:rFonts w:ascii="Malgun Gothic" w:hAnsi="Malgun Gothic" w:eastAsia="Malgun Gothic"/>
                <w:b w:val="0"/>
                <w:sz w:val="14"/>
              </w:rPr>
              <w:t>1036.091</w:t>
            </w:r>
          </w:p>
        </w:tc>
        <w:tc>
          <w:tcPr>
            <w:tcW w:type="dxa" w:w="759"/>
            <w:vAlign w:val="center"/>
          </w:tcPr>
          <w:p>
            <w:r/>
            <w:r>
              <w:rPr>
                <w:rFonts w:ascii="Malgun Gothic" w:hAnsi="Malgun Gothic" w:eastAsia="Malgun Gothic"/>
                <w:b w:val="0"/>
                <w:sz w:val="14"/>
              </w:rPr>
              <w:t>162</w:t>
            </w:r>
          </w:p>
        </w:tc>
        <w:tc>
          <w:tcPr>
            <w:tcW w:type="dxa" w:w="759"/>
            <w:vAlign w:val="center"/>
          </w:tcPr>
          <w:p>
            <w:r/>
            <w:r>
              <w:rPr>
                <w:rFonts w:ascii="Malgun Gothic" w:hAnsi="Malgun Gothic" w:eastAsia="Malgun Gothic"/>
                <w:b w:val="0"/>
                <w:sz w:val="14"/>
              </w:rPr>
              <w:t>210.332</w:t>
            </w:r>
          </w:p>
        </w:tc>
        <w:tc>
          <w:tcPr>
            <w:tcW w:type="dxa" w:w="759"/>
            <w:vAlign w:val="center"/>
          </w:tcPr>
          <w:p>
            <w:r/>
            <w:r>
              <w:rPr>
                <w:rFonts w:ascii="Malgun Gothic" w:hAnsi="Malgun Gothic" w:eastAsia="Malgun Gothic"/>
                <w:b w:val="0"/>
                <w:sz w:val="14"/>
              </w:rPr>
              <w:t>0.203005</w:t>
            </w:r>
          </w:p>
        </w:tc>
        <w:tc>
          <w:tcPr>
            <w:tcW w:type="dxa" w:w="759"/>
            <w:vAlign w:val="center"/>
          </w:tcPr>
          <w:p>
            <w:r/>
            <w:r>
              <w:rPr>
                <w:rFonts w:ascii="Malgun Gothic" w:hAnsi="Malgun Gothic" w:eastAsia="Malgun Gothic"/>
                <w:b w:val="0"/>
                <w:sz w:val="14"/>
              </w:rPr>
              <w:t>1.298346</w:t>
            </w:r>
          </w:p>
        </w:tc>
        <w:tc>
          <w:tcPr>
            <w:tcW w:type="dxa" w:w="759"/>
            <w:vAlign w:val="center"/>
          </w:tcPr>
          <w:p>
            <w:r/>
            <w:r>
              <w:rPr>
                <w:rFonts w:ascii="Malgun Gothic" w:hAnsi="Malgun Gothic" w:eastAsia="Malgun Gothic"/>
                <w:b w:val="0"/>
                <w:sz w:val="14"/>
              </w:rPr>
              <w:t>215</w:t>
            </w:r>
          </w:p>
        </w:tc>
        <w:tc>
          <w:tcPr>
            <w:tcW w:type="dxa" w:w="759"/>
            <w:vAlign w:val="center"/>
          </w:tcPr>
          <w:p>
            <w:r/>
            <w:r>
              <w:rPr>
                <w:rFonts w:ascii="Malgun Gothic" w:hAnsi="Malgun Gothic" w:eastAsia="Malgun Gothic"/>
                <w:b w:val="0"/>
                <w:sz w:val="14"/>
              </w:rPr>
              <w:t>754.177</w:t>
            </w:r>
          </w:p>
        </w:tc>
        <w:tc>
          <w:tcPr>
            <w:tcW w:type="dxa" w:w="759"/>
            <w:vAlign w:val="center"/>
          </w:tcPr>
          <w:p>
            <w:r/>
            <w:r>
              <w:rPr>
                <w:rFonts w:ascii="Malgun Gothic" w:hAnsi="Malgun Gothic" w:eastAsia="Malgun Gothic"/>
                <w:b w:val="0"/>
                <w:sz w:val="14"/>
              </w:rPr>
              <w:t>0.727906</w:t>
            </w:r>
          </w:p>
        </w:tc>
        <w:tc>
          <w:tcPr>
            <w:tcW w:type="dxa" w:w="759"/>
            <w:vAlign w:val="center"/>
          </w:tcPr>
          <w:p>
            <w:r/>
            <w:r>
              <w:rPr>
                <w:rFonts w:ascii="Malgun Gothic" w:hAnsi="Malgun Gothic" w:eastAsia="Malgun Gothic"/>
                <w:b w:val="0"/>
                <w:sz w:val="14"/>
              </w:rPr>
              <w:t>3.5078</w:t>
            </w:r>
          </w:p>
        </w:tc>
      </w:tr>
      <w:tr>
        <w:trPr>
          <w:cantSplit/>
        </w:trPr>
        <w:tc>
          <w:tcPr>
            <w:tcW w:type="dxa" w:w="759"/>
            <w:vAlign w:val="center"/>
          </w:tcPr>
          <w:p>
            <w:r/>
            <w:r>
              <w:rPr>
                <w:rFonts w:ascii="Malgun Gothic" w:hAnsi="Malgun Gothic" w:eastAsia="Malgun Gothic"/>
                <w:b w:val="0"/>
                <w:sz w:val="14"/>
              </w:rPr>
              <w:t>00__350002022300021.wav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0.605</w:t>
            </w:r>
          </w:p>
        </w:tc>
        <w:tc>
          <w:tcPr>
            <w:tcW w:type="dxa" w:w="759"/>
            <w:vAlign w:val="center"/>
          </w:tcPr>
          <w:p>
            <w:r/>
            <w:r>
              <w:rPr>
                <w:rFonts w:ascii="Malgun Gothic" w:hAnsi="Malgun Gothic" w:eastAsia="Malgun Gothic"/>
                <w:b w:val="0"/>
                <w:sz w:val="14"/>
              </w:rPr>
              <w:t>521.097</w:t>
            </w:r>
          </w:p>
        </w:tc>
        <w:tc>
          <w:tcPr>
            <w:tcW w:type="dxa" w:w="759"/>
            <w:vAlign w:val="center"/>
          </w:tcPr>
          <w:p>
            <w:r/>
            <w:r>
              <w:rPr>
                <w:rFonts w:ascii="Malgun Gothic" w:hAnsi="Malgun Gothic" w:eastAsia="Malgun Gothic"/>
                <w:b w:val="0"/>
                <w:sz w:val="14"/>
              </w:rPr>
              <w:t>520.492</w:t>
            </w:r>
          </w:p>
        </w:tc>
        <w:tc>
          <w:tcPr>
            <w:tcW w:type="dxa" w:w="759"/>
            <w:vAlign w:val="center"/>
          </w:tcPr>
          <w:p>
            <w:r/>
            <w:r>
              <w:rPr>
                <w:rFonts w:ascii="Malgun Gothic" w:hAnsi="Malgun Gothic" w:eastAsia="Malgun Gothic"/>
                <w:b w:val="0"/>
                <w:sz w:val="14"/>
              </w:rPr>
              <w:t>103</w:t>
            </w:r>
          </w:p>
        </w:tc>
        <w:tc>
          <w:tcPr>
            <w:tcW w:type="dxa" w:w="759"/>
            <w:vAlign w:val="center"/>
          </w:tcPr>
          <w:p>
            <w:r/>
            <w:r>
              <w:rPr>
                <w:rFonts w:ascii="Malgun Gothic" w:hAnsi="Malgun Gothic" w:eastAsia="Malgun Gothic"/>
                <w:b w:val="0"/>
                <w:sz w:val="14"/>
              </w:rPr>
              <w:t>417.253</w:t>
            </w:r>
          </w:p>
        </w:tc>
        <w:tc>
          <w:tcPr>
            <w:tcW w:type="dxa" w:w="759"/>
            <w:vAlign w:val="center"/>
          </w:tcPr>
          <w:p>
            <w:r/>
            <w:r>
              <w:rPr>
                <w:rFonts w:ascii="Malgun Gothic" w:hAnsi="Malgun Gothic" w:eastAsia="Malgun Gothic"/>
                <w:b w:val="0"/>
                <w:sz w:val="14"/>
              </w:rPr>
              <w:t>0.801651</w:t>
            </w:r>
          </w:p>
        </w:tc>
        <w:tc>
          <w:tcPr>
            <w:tcW w:type="dxa" w:w="759"/>
            <w:vAlign w:val="center"/>
          </w:tcPr>
          <w:p>
            <w:r/>
            <w:r>
              <w:rPr>
                <w:rFonts w:ascii="Malgun Gothic" w:hAnsi="Malgun Gothic" w:eastAsia="Malgun Gothic"/>
                <w:b w:val="0"/>
                <w:sz w:val="14"/>
              </w:rPr>
              <w:t>4.051</w:t>
            </w:r>
          </w:p>
        </w:tc>
        <w:tc>
          <w:tcPr>
            <w:tcW w:type="dxa" w:w="759"/>
            <w:vAlign w:val="center"/>
          </w:tcPr>
          <w:p>
            <w:r/>
            <w:r>
              <w:rPr>
                <w:rFonts w:ascii="Malgun Gothic" w:hAnsi="Malgun Gothic" w:eastAsia="Malgun Gothic"/>
                <w:b w:val="0"/>
                <w:sz w:val="14"/>
              </w:rPr>
              <w:t>75</w:t>
            </w:r>
          </w:p>
        </w:tc>
        <w:tc>
          <w:tcPr>
            <w:tcW w:type="dxa" w:w="759"/>
            <w:vAlign w:val="center"/>
          </w:tcPr>
          <w:p>
            <w:r/>
            <w:r>
              <w:rPr>
                <w:rFonts w:ascii="Malgun Gothic" w:hAnsi="Malgun Gothic" w:eastAsia="Malgun Gothic"/>
                <w:b w:val="0"/>
                <w:sz w:val="14"/>
              </w:rPr>
              <w:t>80.611</w:t>
            </w:r>
          </w:p>
        </w:tc>
        <w:tc>
          <w:tcPr>
            <w:tcW w:type="dxa" w:w="759"/>
            <w:vAlign w:val="center"/>
          </w:tcPr>
          <w:p>
            <w:r/>
            <w:r>
              <w:rPr>
                <w:rFonts w:ascii="Malgun Gothic" w:hAnsi="Malgun Gothic" w:eastAsia="Malgun Gothic"/>
                <w:b w:val="0"/>
                <w:sz w:val="14"/>
              </w:rPr>
              <w:t>0.154875</w:t>
            </w:r>
          </w:p>
        </w:tc>
        <w:tc>
          <w:tcPr>
            <w:tcW w:type="dxa" w:w="759"/>
            <w:vAlign w:val="center"/>
          </w:tcPr>
          <w:p>
            <w:r/>
            <w:r>
              <w:rPr>
                <w:rFonts w:ascii="Malgun Gothic" w:hAnsi="Malgun Gothic" w:eastAsia="Malgun Gothic"/>
                <w:b w:val="0"/>
                <w:sz w:val="14"/>
              </w:rPr>
              <w:t>1.074813</w:t>
            </w:r>
          </w:p>
        </w:tc>
      </w:tr>
      <w:tr>
        <w:trPr>
          <w:cantSplit/>
        </w:trPr>
        <w:tc>
          <w:tcPr>
            <w:tcW w:type="dxa" w:w="759"/>
            <w:vAlign w:val="center"/>
          </w:tcPr>
          <w:p>
            <w:r/>
            <w:r>
              <w:rPr>
                <w:rFonts w:ascii="Malgun Gothic" w:hAnsi="Malgun Gothic" w:eastAsia="Malgun Gothic"/>
                <w:b w:val="0"/>
                <w:sz w:val="14"/>
              </w:rPr>
              <w:t>00__350002022300022.wav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1.853</w:t>
            </w:r>
          </w:p>
        </w:tc>
        <w:tc>
          <w:tcPr>
            <w:tcW w:type="dxa" w:w="759"/>
            <w:vAlign w:val="center"/>
          </w:tcPr>
          <w:p>
            <w:r/>
            <w:r>
              <w:rPr>
                <w:rFonts w:ascii="Malgun Gothic" w:hAnsi="Malgun Gothic" w:eastAsia="Malgun Gothic"/>
                <w:b w:val="0"/>
                <w:sz w:val="14"/>
              </w:rPr>
              <w:t>26.693</w:t>
            </w:r>
          </w:p>
        </w:tc>
        <w:tc>
          <w:tcPr>
            <w:tcW w:type="dxa" w:w="759"/>
            <w:vAlign w:val="center"/>
          </w:tcPr>
          <w:p>
            <w:r/>
            <w:r>
              <w:rPr>
                <w:rFonts w:ascii="Malgun Gothic" w:hAnsi="Malgun Gothic" w:eastAsia="Malgun Gothic"/>
                <w:b w:val="0"/>
                <w:sz w:val="14"/>
              </w:rPr>
              <w:t>24.84</w:t>
            </w:r>
          </w:p>
        </w:tc>
        <w:tc>
          <w:tcPr>
            <w:tcW w:type="dxa" w:w="759"/>
            <w:vAlign w:val="center"/>
          </w:tcPr>
          <w:p>
            <w:r/>
            <w:r>
              <w:rPr>
                <w:rFonts w:ascii="Malgun Gothic" w:hAnsi="Malgun Gothic" w:eastAsia="Malgun Gothic"/>
                <w:b w:val="0"/>
                <w:sz w:val="14"/>
              </w:rPr>
              <w:t>5</w:t>
            </w:r>
          </w:p>
        </w:tc>
        <w:tc>
          <w:tcPr>
            <w:tcW w:type="dxa" w:w="759"/>
            <w:vAlign w:val="center"/>
          </w:tcPr>
          <w:p>
            <w:r/>
            <w:r>
              <w:rPr>
                <w:rFonts w:ascii="Malgun Gothic" w:hAnsi="Malgun Gothic" w:eastAsia="Malgun Gothic"/>
                <w:b w:val="0"/>
                <w:sz w:val="14"/>
              </w:rPr>
              <w:t>13.787</w:t>
            </w:r>
          </w:p>
        </w:tc>
        <w:tc>
          <w:tcPr>
            <w:tcW w:type="dxa" w:w="759"/>
            <w:vAlign w:val="center"/>
          </w:tcPr>
          <w:p>
            <w:r/>
            <w:r>
              <w:rPr>
                <w:rFonts w:ascii="Malgun Gothic" w:hAnsi="Malgun Gothic" w:eastAsia="Malgun Gothic"/>
                <w:b w:val="0"/>
                <w:sz w:val="14"/>
              </w:rPr>
              <w:t>0.555032</w:t>
            </w:r>
          </w:p>
        </w:tc>
        <w:tc>
          <w:tcPr>
            <w:tcW w:type="dxa" w:w="759"/>
            <w:vAlign w:val="center"/>
          </w:tcPr>
          <w:p>
            <w:r/>
            <w:r>
              <w:rPr>
                <w:rFonts w:ascii="Malgun Gothic" w:hAnsi="Malgun Gothic" w:eastAsia="Malgun Gothic"/>
                <w:b w:val="0"/>
                <w:sz w:val="14"/>
              </w:rPr>
              <w:t>2.7574</w:t>
            </w:r>
          </w:p>
        </w:tc>
        <w:tc>
          <w:tcPr>
            <w:tcW w:type="dxa" w:w="759"/>
            <w:vAlign w:val="center"/>
          </w:tcPr>
          <w:p>
            <w:r/>
            <w:r>
              <w:rPr>
                <w:rFonts w:ascii="Malgun Gothic" w:hAnsi="Malgun Gothic" w:eastAsia="Malgun Gothic"/>
                <w:b w:val="0"/>
                <w:sz w:val="14"/>
              </w:rPr>
              <w:t>7</w:t>
            </w:r>
          </w:p>
        </w:tc>
        <w:tc>
          <w:tcPr>
            <w:tcW w:type="dxa" w:w="759"/>
            <w:vAlign w:val="center"/>
          </w:tcPr>
          <w:p>
            <w:r/>
            <w:r>
              <w:rPr>
                <w:rFonts w:ascii="Malgun Gothic" w:hAnsi="Malgun Gothic" w:eastAsia="Malgun Gothic"/>
                <w:b w:val="0"/>
                <w:sz w:val="14"/>
              </w:rPr>
              <w:t>16.217</w:t>
            </w:r>
          </w:p>
        </w:tc>
        <w:tc>
          <w:tcPr>
            <w:tcW w:type="dxa" w:w="759"/>
            <w:vAlign w:val="center"/>
          </w:tcPr>
          <w:p>
            <w:r/>
            <w:r>
              <w:rPr>
                <w:rFonts w:ascii="Malgun Gothic" w:hAnsi="Malgun Gothic" w:eastAsia="Malgun Gothic"/>
                <w:b w:val="0"/>
                <w:sz w:val="14"/>
              </w:rPr>
              <w:t>0.652858</w:t>
            </w:r>
          </w:p>
        </w:tc>
        <w:tc>
          <w:tcPr>
            <w:tcW w:type="dxa" w:w="759"/>
            <w:vAlign w:val="center"/>
          </w:tcPr>
          <w:p>
            <w:r/>
            <w:r>
              <w:rPr>
                <w:rFonts w:ascii="Malgun Gothic" w:hAnsi="Malgun Gothic" w:eastAsia="Malgun Gothic"/>
                <w:b w:val="0"/>
                <w:sz w:val="14"/>
              </w:rPr>
              <w:t>2.316714</w:t>
            </w:r>
          </w:p>
        </w:tc>
      </w:tr>
      <w:tr>
        <w:trPr>
          <w:cantSplit/>
        </w:trPr>
        <w:tc>
          <w:tcPr>
            <w:tcW w:type="dxa" w:w="759"/>
            <w:vAlign w:val="center"/>
          </w:tcPr>
          <w:p>
            <w:r/>
            <w:r>
              <w:rPr>
                <w:rFonts w:ascii="Malgun Gothic" w:hAnsi="Malgun Gothic" w:eastAsia="Malgun Gothic"/>
                <w:b w:val="0"/>
                <w:sz w:val="14"/>
              </w:rPr>
              <w:t>00__350002022300023.wav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0.352</w:t>
            </w:r>
          </w:p>
        </w:tc>
        <w:tc>
          <w:tcPr>
            <w:tcW w:type="dxa" w:w="759"/>
            <w:vAlign w:val="center"/>
          </w:tcPr>
          <w:p>
            <w:r/>
            <w:r>
              <w:rPr>
                <w:rFonts w:ascii="Malgun Gothic" w:hAnsi="Malgun Gothic" w:eastAsia="Malgun Gothic"/>
                <w:b w:val="0"/>
                <w:sz w:val="14"/>
              </w:rPr>
              <w:t>299.613</w:t>
            </w:r>
          </w:p>
        </w:tc>
        <w:tc>
          <w:tcPr>
            <w:tcW w:type="dxa" w:w="759"/>
            <w:vAlign w:val="center"/>
          </w:tcPr>
          <w:p>
            <w:r/>
            <w:r>
              <w:rPr>
                <w:rFonts w:ascii="Malgun Gothic" w:hAnsi="Malgun Gothic" w:eastAsia="Malgun Gothic"/>
                <w:b w:val="0"/>
                <w:sz w:val="14"/>
              </w:rPr>
              <w:t>299.261</w:t>
            </w:r>
          </w:p>
        </w:tc>
        <w:tc>
          <w:tcPr>
            <w:tcW w:type="dxa" w:w="759"/>
            <w:vAlign w:val="center"/>
          </w:tcPr>
          <w:p>
            <w:r/>
            <w:r>
              <w:rPr>
                <w:rFonts w:ascii="Malgun Gothic" w:hAnsi="Malgun Gothic" w:eastAsia="Malgun Gothic"/>
                <w:b w:val="0"/>
                <w:sz w:val="14"/>
              </w:rPr>
              <w:t>68</w:t>
            </w:r>
          </w:p>
        </w:tc>
        <w:tc>
          <w:tcPr>
            <w:tcW w:type="dxa" w:w="759"/>
            <w:vAlign w:val="center"/>
          </w:tcPr>
          <w:p>
            <w:r/>
            <w:r>
              <w:rPr>
                <w:rFonts w:ascii="Malgun Gothic" w:hAnsi="Malgun Gothic" w:eastAsia="Malgun Gothic"/>
                <w:b w:val="0"/>
                <w:sz w:val="14"/>
              </w:rPr>
              <w:t>215.477</w:t>
            </w:r>
          </w:p>
        </w:tc>
        <w:tc>
          <w:tcPr>
            <w:tcW w:type="dxa" w:w="759"/>
            <w:vAlign w:val="center"/>
          </w:tcPr>
          <w:p>
            <w:r/>
            <w:r>
              <w:rPr>
                <w:rFonts w:ascii="Malgun Gothic" w:hAnsi="Malgun Gothic" w:eastAsia="Malgun Gothic"/>
                <w:b w:val="0"/>
                <w:sz w:val="14"/>
              </w:rPr>
              <w:t>0.72003</w:t>
            </w:r>
          </w:p>
        </w:tc>
        <w:tc>
          <w:tcPr>
            <w:tcW w:type="dxa" w:w="759"/>
            <w:vAlign w:val="center"/>
          </w:tcPr>
          <w:p>
            <w:r/>
            <w:r>
              <w:rPr>
                <w:rFonts w:ascii="Malgun Gothic" w:hAnsi="Malgun Gothic" w:eastAsia="Malgun Gothic"/>
                <w:b w:val="0"/>
                <w:sz w:val="14"/>
              </w:rPr>
              <w:t>3.168779</w:t>
            </w:r>
          </w:p>
        </w:tc>
        <w:tc>
          <w:tcPr>
            <w:tcW w:type="dxa" w:w="759"/>
            <w:vAlign w:val="center"/>
          </w:tcPr>
          <w:p>
            <w:r/>
            <w:r>
              <w:rPr>
                <w:rFonts w:ascii="Malgun Gothic" w:hAnsi="Malgun Gothic" w:eastAsia="Malgun Gothic"/>
                <w:b w:val="0"/>
                <w:sz w:val="14"/>
              </w:rPr>
              <w:t>51</w:t>
            </w:r>
          </w:p>
        </w:tc>
        <w:tc>
          <w:tcPr>
            <w:tcW w:type="dxa" w:w="759"/>
            <w:vAlign w:val="center"/>
          </w:tcPr>
          <w:p>
            <w:r/>
            <w:r>
              <w:rPr>
                <w:rFonts w:ascii="Malgun Gothic" w:hAnsi="Malgun Gothic" w:eastAsia="Malgun Gothic"/>
                <w:b w:val="0"/>
                <w:sz w:val="14"/>
              </w:rPr>
              <w:t>47.759</w:t>
            </w:r>
          </w:p>
        </w:tc>
        <w:tc>
          <w:tcPr>
            <w:tcW w:type="dxa" w:w="759"/>
            <w:vAlign w:val="center"/>
          </w:tcPr>
          <w:p>
            <w:r/>
            <w:r>
              <w:rPr>
                <w:rFonts w:ascii="Malgun Gothic" w:hAnsi="Malgun Gothic" w:eastAsia="Malgun Gothic"/>
                <w:b w:val="0"/>
                <w:sz w:val="14"/>
              </w:rPr>
              <w:t>0.15959</w:t>
            </w:r>
          </w:p>
        </w:tc>
        <w:tc>
          <w:tcPr>
            <w:tcW w:type="dxa" w:w="759"/>
            <w:vAlign w:val="center"/>
          </w:tcPr>
          <w:p>
            <w:r/>
            <w:r>
              <w:rPr>
                <w:rFonts w:ascii="Malgun Gothic" w:hAnsi="Malgun Gothic" w:eastAsia="Malgun Gothic"/>
                <w:b w:val="0"/>
                <w:sz w:val="14"/>
              </w:rPr>
              <w:t>0.936451</w:t>
            </w:r>
          </w:p>
        </w:tc>
      </w:tr>
      <w:tr>
        <w:trPr>
          <w:cantSplit/>
        </w:trPr>
        <w:tc>
          <w:tcPr>
            <w:tcW w:type="dxa" w:w="759"/>
            <w:vAlign w:val="center"/>
          </w:tcPr>
          <w:p>
            <w:r/>
            <w:r>
              <w:rPr>
                <w:rFonts w:ascii="Malgun Gothic" w:hAnsi="Malgun Gothic" w:eastAsia="Malgun Gothic"/>
                <w:b w:val="0"/>
                <w:sz w:val="14"/>
              </w:rPr>
              <w:t>00__350002022300024.wav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0.368</w:t>
            </w:r>
          </w:p>
        </w:tc>
        <w:tc>
          <w:tcPr>
            <w:tcW w:type="dxa" w:w="759"/>
            <w:vAlign w:val="center"/>
          </w:tcPr>
          <w:p>
            <w:r/>
            <w:r>
              <w:rPr>
                <w:rFonts w:ascii="Malgun Gothic" w:hAnsi="Malgun Gothic" w:eastAsia="Malgun Gothic"/>
                <w:b w:val="0"/>
                <w:sz w:val="14"/>
              </w:rPr>
              <w:t>30.895</w:t>
            </w:r>
          </w:p>
        </w:tc>
        <w:tc>
          <w:tcPr>
            <w:tcW w:type="dxa" w:w="759"/>
            <w:vAlign w:val="center"/>
          </w:tcPr>
          <w:p>
            <w:r/>
            <w:r>
              <w:rPr>
                <w:rFonts w:ascii="Malgun Gothic" w:hAnsi="Malgun Gothic" w:eastAsia="Malgun Gothic"/>
                <w:b w:val="0"/>
                <w:sz w:val="14"/>
              </w:rPr>
              <w:t>30.527</w:t>
            </w:r>
          </w:p>
        </w:tc>
        <w:tc>
          <w:tcPr>
            <w:tcW w:type="dxa" w:w="759"/>
            <w:vAlign w:val="center"/>
          </w:tcPr>
          <w:p>
            <w:r/>
            <w:r>
              <w:rPr>
                <w:rFonts w:ascii="Malgun Gothic" w:hAnsi="Malgun Gothic" w:eastAsia="Malgun Gothic"/>
                <w:b w:val="0"/>
                <w:sz w:val="14"/>
              </w:rPr>
              <w:t>10</w:t>
            </w:r>
          </w:p>
        </w:tc>
        <w:tc>
          <w:tcPr>
            <w:tcW w:type="dxa" w:w="759"/>
            <w:vAlign w:val="center"/>
          </w:tcPr>
          <w:p>
            <w:r/>
            <w:r>
              <w:rPr>
                <w:rFonts w:ascii="Malgun Gothic" w:hAnsi="Malgun Gothic" w:eastAsia="Malgun Gothic"/>
                <w:b w:val="0"/>
                <w:sz w:val="14"/>
              </w:rPr>
              <w:t>6.717</w:t>
            </w:r>
          </w:p>
        </w:tc>
        <w:tc>
          <w:tcPr>
            <w:tcW w:type="dxa" w:w="759"/>
            <w:vAlign w:val="center"/>
          </w:tcPr>
          <w:p>
            <w:r/>
            <w:r>
              <w:rPr>
                <w:rFonts w:ascii="Malgun Gothic" w:hAnsi="Malgun Gothic" w:eastAsia="Malgun Gothic"/>
                <w:b w:val="0"/>
                <w:sz w:val="14"/>
              </w:rPr>
              <w:t>0.220035</w:t>
            </w:r>
          </w:p>
        </w:tc>
        <w:tc>
          <w:tcPr>
            <w:tcW w:type="dxa" w:w="759"/>
            <w:vAlign w:val="center"/>
          </w:tcPr>
          <w:p>
            <w:r/>
            <w:r>
              <w:rPr>
                <w:rFonts w:ascii="Malgun Gothic" w:hAnsi="Malgun Gothic" w:eastAsia="Malgun Gothic"/>
                <w:b w:val="0"/>
                <w:sz w:val="14"/>
              </w:rPr>
              <w:t>0.6717</w:t>
            </w:r>
          </w:p>
        </w:tc>
        <w:tc>
          <w:tcPr>
            <w:tcW w:type="dxa" w:w="759"/>
            <w:vAlign w:val="center"/>
          </w:tcPr>
          <w:p>
            <w:r/>
            <w:r>
              <w:rPr>
                <w:rFonts w:ascii="Malgun Gothic" w:hAnsi="Malgun Gothic" w:eastAsia="Malgun Gothic"/>
                <w:b w:val="0"/>
                <w:sz w:val="14"/>
              </w:rPr>
              <w:t>9</w:t>
            </w:r>
          </w:p>
        </w:tc>
        <w:tc>
          <w:tcPr>
            <w:tcW w:type="dxa" w:w="759"/>
            <w:vAlign w:val="center"/>
          </w:tcPr>
          <w:p>
            <w:r/>
            <w:r>
              <w:rPr>
                <w:rFonts w:ascii="Malgun Gothic" w:hAnsi="Malgun Gothic" w:eastAsia="Malgun Gothic"/>
                <w:b w:val="0"/>
                <w:sz w:val="14"/>
              </w:rPr>
              <w:t>25.092</w:t>
            </w:r>
          </w:p>
        </w:tc>
        <w:tc>
          <w:tcPr>
            <w:tcW w:type="dxa" w:w="759"/>
            <w:vAlign w:val="center"/>
          </w:tcPr>
          <w:p>
            <w:r/>
            <w:r>
              <w:rPr>
                <w:rFonts w:ascii="Malgun Gothic" w:hAnsi="Malgun Gothic" w:eastAsia="Malgun Gothic"/>
                <w:b w:val="0"/>
                <w:sz w:val="14"/>
              </w:rPr>
              <w:t>0.821961</w:t>
            </w:r>
          </w:p>
        </w:tc>
        <w:tc>
          <w:tcPr>
            <w:tcW w:type="dxa" w:w="759"/>
            <w:vAlign w:val="center"/>
          </w:tcPr>
          <w:p>
            <w:r/>
            <w:r>
              <w:rPr>
                <w:rFonts w:ascii="Malgun Gothic" w:hAnsi="Malgun Gothic" w:eastAsia="Malgun Gothic"/>
                <w:b w:val="0"/>
                <w:sz w:val="14"/>
              </w:rPr>
              <w:t>2.788</w:t>
            </w:r>
          </w:p>
        </w:tc>
      </w:tr>
      <w:tr>
        <w:trPr>
          <w:cantSplit/>
        </w:trPr>
        <w:tc>
          <w:tcPr>
            <w:tcW w:type="dxa" w:w="759"/>
            <w:vAlign w:val="center"/>
          </w:tcPr>
          <w:p>
            <w:r/>
            <w:r>
              <w:rPr>
                <w:rFonts w:ascii="Malgun Gothic" w:hAnsi="Malgun Gothic" w:eastAsia="Malgun Gothic"/>
                <w:b w:val="0"/>
                <w:sz w:val="14"/>
              </w:rPr>
              <w:t>... 중간 950행은 전체 데이터 부록 ZIP에 원본으로 포함 ...</w:t>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r>
      <w:tr>
        <w:trPr>
          <w:cantSplit/>
        </w:trPr>
        <w:tc>
          <w:tcPr>
            <w:tcW w:type="dxa" w:w="759"/>
            <w:vAlign w:val="center"/>
          </w:tcPr>
          <w:p>
            <w:r/>
            <w:r>
              <w:rPr>
                <w:rFonts w:ascii="Malgun Gothic" w:hAnsi="Malgun Gothic" w:eastAsia="Malgun Gothic"/>
                <w:b w:val="0"/>
                <w:sz w:val="14"/>
              </w:rPr>
              <w:t>09__350002022300975.wav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0.436</w:t>
            </w:r>
          </w:p>
        </w:tc>
        <w:tc>
          <w:tcPr>
            <w:tcW w:type="dxa" w:w="759"/>
            <w:vAlign w:val="center"/>
          </w:tcPr>
          <w:p>
            <w:r/>
            <w:r>
              <w:rPr>
                <w:rFonts w:ascii="Malgun Gothic" w:hAnsi="Malgun Gothic" w:eastAsia="Malgun Gothic"/>
                <w:b w:val="0"/>
                <w:sz w:val="14"/>
              </w:rPr>
              <w:t>26.018</w:t>
            </w:r>
          </w:p>
        </w:tc>
        <w:tc>
          <w:tcPr>
            <w:tcW w:type="dxa" w:w="759"/>
            <w:vAlign w:val="center"/>
          </w:tcPr>
          <w:p>
            <w:r/>
            <w:r>
              <w:rPr>
                <w:rFonts w:ascii="Malgun Gothic" w:hAnsi="Malgun Gothic" w:eastAsia="Malgun Gothic"/>
                <w:b w:val="0"/>
                <w:sz w:val="14"/>
              </w:rPr>
              <w:t>25.582</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15.846</w:t>
            </w:r>
          </w:p>
        </w:tc>
        <w:tc>
          <w:tcPr>
            <w:tcW w:type="dxa" w:w="759"/>
            <w:vAlign w:val="center"/>
          </w:tcPr>
          <w:p>
            <w:r/>
            <w:r>
              <w:rPr>
                <w:rFonts w:ascii="Malgun Gothic" w:hAnsi="Malgun Gothic" w:eastAsia="Malgun Gothic"/>
                <w:b w:val="0"/>
                <w:sz w:val="14"/>
              </w:rPr>
              <w:t>0.61942</w:t>
            </w:r>
          </w:p>
        </w:tc>
        <w:tc>
          <w:tcPr>
            <w:tcW w:type="dxa" w:w="759"/>
            <w:vAlign w:val="center"/>
          </w:tcPr>
          <w:p>
            <w:r/>
            <w:r>
              <w:rPr>
                <w:rFonts w:ascii="Malgun Gothic" w:hAnsi="Malgun Gothic" w:eastAsia="Malgun Gothic"/>
                <w:b w:val="0"/>
                <w:sz w:val="14"/>
              </w:rPr>
              <w:t>2.641</w:t>
            </w:r>
          </w:p>
        </w:tc>
        <w:tc>
          <w:tcPr>
            <w:tcW w:type="dxa" w:w="759"/>
            <w:vAlign w:val="center"/>
          </w:tcPr>
          <w:p>
            <w:r/>
            <w:r>
              <w:rPr>
                <w:rFonts w:ascii="Malgun Gothic" w:hAnsi="Malgun Gothic" w:eastAsia="Malgun Gothic"/>
                <w:b w:val="0"/>
                <w:sz w:val="14"/>
              </w:rPr>
              <w:t>5</w:t>
            </w:r>
          </w:p>
        </w:tc>
        <w:tc>
          <w:tcPr>
            <w:tcW w:type="dxa" w:w="759"/>
            <w:vAlign w:val="center"/>
          </w:tcPr>
          <w:p>
            <w:r/>
            <w:r>
              <w:rPr>
                <w:rFonts w:ascii="Malgun Gothic" w:hAnsi="Malgun Gothic" w:eastAsia="Malgun Gothic"/>
                <w:b w:val="0"/>
                <w:sz w:val="14"/>
              </w:rPr>
              <w:t>10.261</w:t>
            </w:r>
          </w:p>
        </w:tc>
        <w:tc>
          <w:tcPr>
            <w:tcW w:type="dxa" w:w="759"/>
            <w:vAlign w:val="center"/>
          </w:tcPr>
          <w:p>
            <w:r/>
            <w:r>
              <w:rPr>
                <w:rFonts w:ascii="Malgun Gothic" w:hAnsi="Malgun Gothic" w:eastAsia="Malgun Gothic"/>
                <w:b w:val="0"/>
                <w:sz w:val="14"/>
              </w:rPr>
              <w:t>0.401102</w:t>
            </w:r>
          </w:p>
        </w:tc>
        <w:tc>
          <w:tcPr>
            <w:tcW w:type="dxa" w:w="759"/>
            <w:vAlign w:val="center"/>
          </w:tcPr>
          <w:p>
            <w:r/>
            <w:r>
              <w:rPr>
                <w:rFonts w:ascii="Malgun Gothic" w:hAnsi="Malgun Gothic" w:eastAsia="Malgun Gothic"/>
                <w:b w:val="0"/>
                <w:sz w:val="14"/>
              </w:rPr>
              <w:t>2.0522</w:t>
            </w:r>
          </w:p>
        </w:tc>
      </w:tr>
      <w:tr>
        <w:trPr>
          <w:cantSplit/>
        </w:trPr>
        <w:tc>
          <w:tcPr>
            <w:tcW w:type="dxa" w:w="759"/>
            <w:vAlign w:val="center"/>
          </w:tcPr>
          <w:p>
            <w:r/>
            <w:r>
              <w:rPr>
                <w:rFonts w:ascii="Malgun Gothic" w:hAnsi="Malgun Gothic" w:eastAsia="Malgun Gothic"/>
                <w:b w:val="0"/>
                <w:sz w:val="14"/>
              </w:rPr>
              <w:t>09__350002022300976.wav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0.875</w:t>
            </w:r>
          </w:p>
        </w:tc>
        <w:tc>
          <w:tcPr>
            <w:tcW w:type="dxa" w:w="759"/>
            <w:vAlign w:val="center"/>
          </w:tcPr>
          <w:p>
            <w:r/>
            <w:r>
              <w:rPr>
                <w:rFonts w:ascii="Malgun Gothic" w:hAnsi="Malgun Gothic" w:eastAsia="Malgun Gothic"/>
                <w:b w:val="0"/>
                <w:sz w:val="14"/>
              </w:rPr>
              <w:t>120.89</w:t>
            </w:r>
          </w:p>
        </w:tc>
        <w:tc>
          <w:tcPr>
            <w:tcW w:type="dxa" w:w="759"/>
            <w:vAlign w:val="center"/>
          </w:tcPr>
          <w:p>
            <w:r/>
            <w:r>
              <w:rPr>
                <w:rFonts w:ascii="Malgun Gothic" w:hAnsi="Malgun Gothic" w:eastAsia="Malgun Gothic"/>
                <w:b w:val="0"/>
                <w:sz w:val="14"/>
              </w:rPr>
              <w:t>120.015</w:t>
            </w:r>
          </w:p>
        </w:tc>
        <w:tc>
          <w:tcPr>
            <w:tcW w:type="dxa" w:w="759"/>
            <w:vAlign w:val="center"/>
          </w:tcPr>
          <w:p>
            <w:r/>
            <w:r>
              <w:rPr>
                <w:rFonts w:ascii="Malgun Gothic" w:hAnsi="Malgun Gothic" w:eastAsia="Malgun Gothic"/>
                <w:b w:val="0"/>
                <w:sz w:val="14"/>
              </w:rPr>
              <w:t>34</w:t>
            </w:r>
          </w:p>
        </w:tc>
        <w:tc>
          <w:tcPr>
            <w:tcW w:type="dxa" w:w="759"/>
            <w:vAlign w:val="center"/>
          </w:tcPr>
          <w:p>
            <w:r/>
            <w:r>
              <w:rPr>
                <w:rFonts w:ascii="Malgun Gothic" w:hAnsi="Malgun Gothic" w:eastAsia="Malgun Gothic"/>
                <w:b w:val="0"/>
                <w:sz w:val="14"/>
              </w:rPr>
              <w:t>65.137</w:t>
            </w:r>
          </w:p>
        </w:tc>
        <w:tc>
          <w:tcPr>
            <w:tcW w:type="dxa" w:w="759"/>
            <w:vAlign w:val="center"/>
          </w:tcPr>
          <w:p>
            <w:r/>
            <w:r>
              <w:rPr>
                <w:rFonts w:ascii="Malgun Gothic" w:hAnsi="Malgun Gothic" w:eastAsia="Malgun Gothic"/>
                <w:b w:val="0"/>
                <w:sz w:val="14"/>
              </w:rPr>
              <w:t>0.54274</w:t>
            </w:r>
          </w:p>
        </w:tc>
        <w:tc>
          <w:tcPr>
            <w:tcW w:type="dxa" w:w="759"/>
            <w:vAlign w:val="center"/>
          </w:tcPr>
          <w:p>
            <w:r/>
            <w:r>
              <w:rPr>
                <w:rFonts w:ascii="Malgun Gothic" w:hAnsi="Malgun Gothic" w:eastAsia="Malgun Gothic"/>
                <w:b w:val="0"/>
                <w:sz w:val="14"/>
              </w:rPr>
              <w:t>1.915794</w:t>
            </w:r>
          </w:p>
        </w:tc>
        <w:tc>
          <w:tcPr>
            <w:tcW w:type="dxa" w:w="759"/>
            <w:vAlign w:val="center"/>
          </w:tcPr>
          <w:p>
            <w:r/>
            <w:r>
              <w:rPr>
                <w:rFonts w:ascii="Malgun Gothic" w:hAnsi="Malgun Gothic" w:eastAsia="Malgun Gothic"/>
                <w:b w:val="0"/>
                <w:sz w:val="14"/>
              </w:rPr>
              <w:t>21</w:t>
            </w:r>
          </w:p>
        </w:tc>
        <w:tc>
          <w:tcPr>
            <w:tcW w:type="dxa" w:w="759"/>
            <w:vAlign w:val="center"/>
          </w:tcPr>
          <w:p>
            <w:r/>
            <w:r>
              <w:rPr>
                <w:rFonts w:ascii="Malgun Gothic" w:hAnsi="Malgun Gothic" w:eastAsia="Malgun Gothic"/>
                <w:b w:val="0"/>
                <w:sz w:val="14"/>
              </w:rPr>
              <w:t>23.067</w:t>
            </w:r>
          </w:p>
        </w:tc>
        <w:tc>
          <w:tcPr>
            <w:tcW w:type="dxa" w:w="759"/>
            <w:vAlign w:val="center"/>
          </w:tcPr>
          <w:p>
            <w:r/>
            <w:r>
              <w:rPr>
                <w:rFonts w:ascii="Malgun Gothic" w:hAnsi="Malgun Gothic" w:eastAsia="Malgun Gothic"/>
                <w:b w:val="0"/>
                <w:sz w:val="14"/>
              </w:rPr>
              <w:t>0.192201</w:t>
            </w:r>
          </w:p>
        </w:tc>
        <w:tc>
          <w:tcPr>
            <w:tcW w:type="dxa" w:w="759"/>
            <w:vAlign w:val="center"/>
          </w:tcPr>
          <w:p>
            <w:r/>
            <w:r>
              <w:rPr>
                <w:rFonts w:ascii="Malgun Gothic" w:hAnsi="Malgun Gothic" w:eastAsia="Malgun Gothic"/>
                <w:b w:val="0"/>
                <w:sz w:val="14"/>
              </w:rPr>
              <w:t>1.098429</w:t>
            </w:r>
          </w:p>
        </w:tc>
      </w:tr>
      <w:tr>
        <w:trPr>
          <w:cantSplit/>
        </w:trPr>
        <w:tc>
          <w:tcPr>
            <w:tcW w:type="dxa" w:w="759"/>
            <w:vAlign w:val="center"/>
          </w:tcPr>
          <w:p>
            <w:r/>
            <w:r>
              <w:rPr>
                <w:rFonts w:ascii="Malgun Gothic" w:hAnsi="Malgun Gothic" w:eastAsia="Malgun Gothic"/>
                <w:b w:val="0"/>
                <w:sz w:val="14"/>
              </w:rPr>
              <w:t>09__350002022300977.wav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0.25</w:t>
            </w:r>
          </w:p>
        </w:tc>
        <w:tc>
          <w:tcPr>
            <w:tcW w:type="dxa" w:w="759"/>
            <w:vAlign w:val="center"/>
          </w:tcPr>
          <w:p>
            <w:r/>
            <w:r>
              <w:rPr>
                <w:rFonts w:ascii="Malgun Gothic" w:hAnsi="Malgun Gothic" w:eastAsia="Malgun Gothic"/>
                <w:b w:val="0"/>
                <w:sz w:val="14"/>
              </w:rPr>
              <w:t>119.995</w:t>
            </w:r>
          </w:p>
        </w:tc>
        <w:tc>
          <w:tcPr>
            <w:tcW w:type="dxa" w:w="759"/>
            <w:vAlign w:val="center"/>
          </w:tcPr>
          <w:p>
            <w:r/>
            <w:r>
              <w:rPr>
                <w:rFonts w:ascii="Malgun Gothic" w:hAnsi="Malgun Gothic" w:eastAsia="Malgun Gothic"/>
                <w:b w:val="0"/>
                <w:sz w:val="14"/>
              </w:rPr>
              <w:t>119.745</w:t>
            </w:r>
          </w:p>
        </w:tc>
        <w:tc>
          <w:tcPr>
            <w:tcW w:type="dxa" w:w="759"/>
            <w:vAlign w:val="center"/>
          </w:tcPr>
          <w:p>
            <w:r/>
            <w:r>
              <w:rPr>
                <w:rFonts w:ascii="Malgun Gothic" w:hAnsi="Malgun Gothic" w:eastAsia="Malgun Gothic"/>
                <w:b w:val="0"/>
                <w:sz w:val="14"/>
              </w:rPr>
              <w:t>26</w:t>
            </w:r>
          </w:p>
        </w:tc>
        <w:tc>
          <w:tcPr>
            <w:tcW w:type="dxa" w:w="759"/>
            <w:vAlign w:val="center"/>
          </w:tcPr>
          <w:p>
            <w:r/>
            <w:r>
              <w:rPr>
                <w:rFonts w:ascii="Malgun Gothic" w:hAnsi="Malgun Gothic" w:eastAsia="Malgun Gothic"/>
                <w:b w:val="0"/>
                <w:sz w:val="14"/>
              </w:rPr>
              <w:t>61.074</w:t>
            </w:r>
          </w:p>
        </w:tc>
        <w:tc>
          <w:tcPr>
            <w:tcW w:type="dxa" w:w="759"/>
            <w:vAlign w:val="center"/>
          </w:tcPr>
          <w:p>
            <w:r/>
            <w:r>
              <w:rPr>
                <w:rFonts w:ascii="Malgun Gothic" w:hAnsi="Malgun Gothic" w:eastAsia="Malgun Gothic"/>
                <w:b w:val="0"/>
                <w:sz w:val="14"/>
              </w:rPr>
              <w:t>0.510034</w:t>
            </w:r>
          </w:p>
        </w:tc>
        <w:tc>
          <w:tcPr>
            <w:tcW w:type="dxa" w:w="759"/>
            <w:vAlign w:val="center"/>
          </w:tcPr>
          <w:p>
            <w:r/>
            <w:r>
              <w:rPr>
                <w:rFonts w:ascii="Malgun Gothic" w:hAnsi="Malgun Gothic" w:eastAsia="Malgun Gothic"/>
                <w:b w:val="0"/>
                <w:sz w:val="14"/>
              </w:rPr>
              <w:t>2.349</w:t>
            </w:r>
          </w:p>
        </w:tc>
        <w:tc>
          <w:tcPr>
            <w:tcW w:type="dxa" w:w="759"/>
            <w:vAlign w:val="center"/>
          </w:tcPr>
          <w:p>
            <w:r/>
            <w:r>
              <w:rPr>
                <w:rFonts w:ascii="Malgun Gothic" w:hAnsi="Malgun Gothic" w:eastAsia="Malgun Gothic"/>
                <w:b w:val="0"/>
                <w:sz w:val="14"/>
              </w:rPr>
              <w:t>27</w:t>
            </w:r>
          </w:p>
        </w:tc>
        <w:tc>
          <w:tcPr>
            <w:tcW w:type="dxa" w:w="759"/>
            <w:vAlign w:val="center"/>
          </w:tcPr>
          <w:p>
            <w:r/>
            <w:r>
              <w:rPr>
                <w:rFonts w:ascii="Malgun Gothic" w:hAnsi="Malgun Gothic" w:eastAsia="Malgun Gothic"/>
                <w:b w:val="0"/>
                <w:sz w:val="14"/>
              </w:rPr>
              <w:t>34.83</w:t>
            </w:r>
          </w:p>
        </w:tc>
        <w:tc>
          <w:tcPr>
            <w:tcW w:type="dxa" w:w="759"/>
            <w:vAlign w:val="center"/>
          </w:tcPr>
          <w:p>
            <w:r/>
            <w:r>
              <w:rPr>
                <w:rFonts w:ascii="Malgun Gothic" w:hAnsi="Malgun Gothic" w:eastAsia="Malgun Gothic"/>
                <w:b w:val="0"/>
                <w:sz w:val="14"/>
              </w:rPr>
              <w:t>0.290868</w:t>
            </w:r>
          </w:p>
        </w:tc>
        <w:tc>
          <w:tcPr>
            <w:tcW w:type="dxa" w:w="759"/>
            <w:vAlign w:val="center"/>
          </w:tcPr>
          <w:p>
            <w:r/>
            <w:r>
              <w:rPr>
                <w:rFonts w:ascii="Malgun Gothic" w:hAnsi="Malgun Gothic" w:eastAsia="Malgun Gothic"/>
                <w:b w:val="0"/>
                <w:sz w:val="14"/>
              </w:rPr>
              <w:t>1.29</w:t>
            </w:r>
          </w:p>
        </w:tc>
      </w:tr>
      <w:tr>
        <w:trPr>
          <w:cantSplit/>
        </w:trPr>
        <w:tc>
          <w:tcPr>
            <w:tcW w:type="dxa" w:w="759"/>
            <w:vAlign w:val="center"/>
          </w:tcPr>
          <w:p>
            <w:r/>
            <w:r>
              <w:rPr>
                <w:rFonts w:ascii="Malgun Gothic" w:hAnsi="Malgun Gothic" w:eastAsia="Malgun Gothic"/>
                <w:b w:val="0"/>
                <w:sz w:val="14"/>
              </w:rPr>
              <w:t>09__350002022300978.wav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0.605</w:t>
            </w:r>
          </w:p>
        </w:tc>
        <w:tc>
          <w:tcPr>
            <w:tcW w:type="dxa" w:w="759"/>
            <w:vAlign w:val="center"/>
          </w:tcPr>
          <w:p>
            <w:r/>
            <w:r>
              <w:rPr>
                <w:rFonts w:ascii="Malgun Gothic" w:hAnsi="Malgun Gothic" w:eastAsia="Malgun Gothic"/>
                <w:b w:val="0"/>
                <w:sz w:val="14"/>
              </w:rPr>
              <w:t>72.104</w:t>
            </w:r>
          </w:p>
        </w:tc>
        <w:tc>
          <w:tcPr>
            <w:tcW w:type="dxa" w:w="759"/>
            <w:vAlign w:val="center"/>
          </w:tcPr>
          <w:p>
            <w:r/>
            <w:r>
              <w:rPr>
                <w:rFonts w:ascii="Malgun Gothic" w:hAnsi="Malgun Gothic" w:eastAsia="Malgun Gothic"/>
                <w:b w:val="0"/>
                <w:sz w:val="14"/>
              </w:rPr>
              <w:t>71.499</w:t>
            </w:r>
          </w:p>
        </w:tc>
        <w:tc>
          <w:tcPr>
            <w:tcW w:type="dxa" w:w="759"/>
            <w:vAlign w:val="center"/>
          </w:tcPr>
          <w:p>
            <w:r/>
            <w:r>
              <w:rPr>
                <w:rFonts w:ascii="Malgun Gothic" w:hAnsi="Malgun Gothic" w:eastAsia="Malgun Gothic"/>
                <w:b w:val="0"/>
                <w:sz w:val="14"/>
              </w:rPr>
              <w:t>16</w:t>
            </w:r>
          </w:p>
        </w:tc>
        <w:tc>
          <w:tcPr>
            <w:tcW w:type="dxa" w:w="759"/>
            <w:vAlign w:val="center"/>
          </w:tcPr>
          <w:p>
            <w:r/>
            <w:r>
              <w:rPr>
                <w:rFonts w:ascii="Malgun Gothic" w:hAnsi="Malgun Gothic" w:eastAsia="Malgun Gothic"/>
                <w:b w:val="0"/>
                <w:sz w:val="14"/>
              </w:rPr>
              <w:t>35.268</w:t>
            </w:r>
          </w:p>
        </w:tc>
        <w:tc>
          <w:tcPr>
            <w:tcW w:type="dxa" w:w="759"/>
            <w:vAlign w:val="center"/>
          </w:tcPr>
          <w:p>
            <w:r/>
            <w:r>
              <w:rPr>
                <w:rFonts w:ascii="Malgun Gothic" w:hAnsi="Malgun Gothic" w:eastAsia="Malgun Gothic"/>
                <w:b w:val="0"/>
                <w:sz w:val="14"/>
              </w:rPr>
              <w:t>0.493266</w:t>
            </w:r>
          </w:p>
        </w:tc>
        <w:tc>
          <w:tcPr>
            <w:tcW w:type="dxa" w:w="759"/>
            <w:vAlign w:val="center"/>
          </w:tcPr>
          <w:p>
            <w:r/>
            <w:r>
              <w:rPr>
                <w:rFonts w:ascii="Malgun Gothic" w:hAnsi="Malgun Gothic" w:eastAsia="Malgun Gothic"/>
                <w:b w:val="0"/>
                <w:sz w:val="14"/>
              </w:rPr>
              <w:t>2.20425</w:t>
            </w:r>
          </w:p>
        </w:tc>
        <w:tc>
          <w:tcPr>
            <w:tcW w:type="dxa" w:w="759"/>
            <w:vAlign w:val="center"/>
          </w:tcPr>
          <w:p>
            <w:r/>
            <w:r>
              <w:rPr>
                <w:rFonts w:ascii="Malgun Gothic" w:hAnsi="Malgun Gothic" w:eastAsia="Malgun Gothic"/>
                <w:b w:val="0"/>
                <w:sz w:val="14"/>
              </w:rPr>
              <w:t>19</w:t>
            </w:r>
          </w:p>
        </w:tc>
        <w:tc>
          <w:tcPr>
            <w:tcW w:type="dxa" w:w="759"/>
            <w:vAlign w:val="center"/>
          </w:tcPr>
          <w:p>
            <w:r/>
            <w:r>
              <w:rPr>
                <w:rFonts w:ascii="Malgun Gothic" w:hAnsi="Malgun Gothic" w:eastAsia="Malgun Gothic"/>
                <w:b w:val="0"/>
                <w:sz w:val="14"/>
              </w:rPr>
              <w:t>25.112</w:t>
            </w:r>
          </w:p>
        </w:tc>
        <w:tc>
          <w:tcPr>
            <w:tcW w:type="dxa" w:w="759"/>
            <w:vAlign w:val="center"/>
          </w:tcPr>
          <w:p>
            <w:r/>
            <w:r>
              <w:rPr>
                <w:rFonts w:ascii="Malgun Gothic" w:hAnsi="Malgun Gothic" w:eastAsia="Malgun Gothic"/>
                <w:b w:val="0"/>
                <w:sz w:val="14"/>
              </w:rPr>
              <w:t>0.351222</w:t>
            </w:r>
          </w:p>
        </w:tc>
        <w:tc>
          <w:tcPr>
            <w:tcW w:type="dxa" w:w="759"/>
            <w:vAlign w:val="center"/>
          </w:tcPr>
          <w:p>
            <w:r/>
            <w:r>
              <w:rPr>
                <w:rFonts w:ascii="Malgun Gothic" w:hAnsi="Malgun Gothic" w:eastAsia="Malgun Gothic"/>
                <w:b w:val="0"/>
                <w:sz w:val="14"/>
              </w:rPr>
              <w:t>1.321684</w:t>
            </w:r>
          </w:p>
        </w:tc>
      </w:tr>
      <w:tr>
        <w:trPr>
          <w:cantSplit/>
        </w:trPr>
        <w:tc>
          <w:tcPr>
            <w:tcW w:type="dxa" w:w="759"/>
            <w:vAlign w:val="center"/>
          </w:tcPr>
          <w:p>
            <w:r/>
            <w:r>
              <w:rPr>
                <w:rFonts w:ascii="Malgun Gothic" w:hAnsi="Malgun Gothic" w:eastAsia="Malgun Gothic"/>
                <w:b w:val="0"/>
                <w:sz w:val="14"/>
              </w:rPr>
              <w:t>09__350002022300979.wav</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5.245</w:t>
            </w:r>
          </w:p>
        </w:tc>
        <w:tc>
          <w:tcPr>
            <w:tcW w:type="dxa" w:w="759"/>
            <w:vAlign w:val="center"/>
          </w:tcPr>
          <w:p>
            <w:r/>
            <w:r>
              <w:rPr>
                <w:rFonts w:ascii="Malgun Gothic" w:hAnsi="Malgun Gothic" w:eastAsia="Malgun Gothic"/>
                <w:b w:val="0"/>
                <w:sz w:val="14"/>
              </w:rPr>
              <w:t>5.214</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4.911</w:t>
            </w:r>
          </w:p>
        </w:tc>
        <w:tc>
          <w:tcPr>
            <w:tcW w:type="dxa" w:w="759"/>
            <w:vAlign w:val="center"/>
          </w:tcPr>
          <w:p>
            <w:r/>
            <w:r>
              <w:rPr>
                <w:rFonts w:ascii="Malgun Gothic" w:hAnsi="Malgun Gothic" w:eastAsia="Malgun Gothic"/>
                <w:b w:val="0"/>
                <w:sz w:val="14"/>
              </w:rPr>
              <w:t>0.941887</w:t>
            </w:r>
          </w:p>
        </w:tc>
        <w:tc>
          <w:tcPr>
            <w:tcW w:type="dxa" w:w="759"/>
            <w:vAlign w:val="center"/>
          </w:tcPr>
          <w:p>
            <w:r/>
            <w:r>
              <w:rPr>
                <w:rFonts w:ascii="Malgun Gothic" w:hAnsi="Malgun Gothic" w:eastAsia="Malgun Gothic"/>
                <w:b w:val="0"/>
                <w:sz w:val="14"/>
              </w:rPr>
              <w:t>2.4555</w:t>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r>
      <w:tr>
        <w:trPr>
          <w:cantSplit/>
        </w:trPr>
        <w:tc>
          <w:tcPr>
            <w:tcW w:type="dxa" w:w="759"/>
            <w:vAlign w:val="center"/>
          </w:tcPr>
          <w:p>
            <w:r/>
            <w:r>
              <w:rPr>
                <w:rFonts w:ascii="Malgun Gothic" w:hAnsi="Malgun Gothic" w:eastAsia="Malgun Gothic"/>
                <w:b w:val="0"/>
                <w:sz w:val="14"/>
              </w:rPr>
              <w:t>09__350002022300980.wav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44.969</w:t>
            </w:r>
          </w:p>
        </w:tc>
        <w:tc>
          <w:tcPr>
            <w:tcW w:type="dxa" w:w="759"/>
            <w:vAlign w:val="center"/>
          </w:tcPr>
          <w:p>
            <w:r/>
            <w:r>
              <w:rPr>
                <w:rFonts w:ascii="Malgun Gothic" w:hAnsi="Malgun Gothic" w:eastAsia="Malgun Gothic"/>
                <w:b w:val="0"/>
                <w:sz w:val="14"/>
              </w:rPr>
              <w:t>44.938</w:t>
            </w:r>
          </w:p>
        </w:tc>
        <w:tc>
          <w:tcPr>
            <w:tcW w:type="dxa" w:w="759"/>
            <w:vAlign w:val="center"/>
          </w:tcPr>
          <w:p>
            <w:r/>
            <w:r>
              <w:rPr>
                <w:rFonts w:ascii="Malgun Gothic" w:hAnsi="Malgun Gothic" w:eastAsia="Malgun Gothic"/>
                <w:b w:val="0"/>
                <w:sz w:val="14"/>
              </w:rPr>
              <w:t>13</w:t>
            </w:r>
          </w:p>
        </w:tc>
        <w:tc>
          <w:tcPr>
            <w:tcW w:type="dxa" w:w="759"/>
            <w:vAlign w:val="center"/>
          </w:tcPr>
          <w:p>
            <w:r/>
            <w:r>
              <w:rPr>
                <w:rFonts w:ascii="Malgun Gothic" w:hAnsi="Malgun Gothic" w:eastAsia="Malgun Gothic"/>
                <w:b w:val="0"/>
                <w:sz w:val="14"/>
              </w:rPr>
              <w:t>14.766</w:t>
            </w:r>
          </w:p>
        </w:tc>
        <w:tc>
          <w:tcPr>
            <w:tcW w:type="dxa" w:w="759"/>
            <w:vAlign w:val="center"/>
          </w:tcPr>
          <w:p>
            <w:r/>
            <w:r>
              <w:rPr>
                <w:rFonts w:ascii="Malgun Gothic" w:hAnsi="Malgun Gothic" w:eastAsia="Malgun Gothic"/>
                <w:b w:val="0"/>
                <w:sz w:val="14"/>
              </w:rPr>
              <w:t>0.328586</w:t>
            </w:r>
          </w:p>
        </w:tc>
        <w:tc>
          <w:tcPr>
            <w:tcW w:type="dxa" w:w="759"/>
            <w:vAlign w:val="center"/>
          </w:tcPr>
          <w:p>
            <w:r/>
            <w:r>
              <w:rPr>
                <w:rFonts w:ascii="Malgun Gothic" w:hAnsi="Malgun Gothic" w:eastAsia="Malgun Gothic"/>
                <w:b w:val="0"/>
                <w:sz w:val="14"/>
              </w:rPr>
              <w:t>1.135846</w:t>
            </w:r>
          </w:p>
        </w:tc>
        <w:tc>
          <w:tcPr>
            <w:tcW w:type="dxa" w:w="759"/>
            <w:vAlign w:val="center"/>
          </w:tcPr>
          <w:p>
            <w:r/>
            <w:r>
              <w:rPr>
                <w:rFonts w:ascii="Malgun Gothic" w:hAnsi="Malgun Gothic" w:eastAsia="Malgun Gothic"/>
                <w:b w:val="0"/>
                <w:sz w:val="14"/>
              </w:rPr>
              <w:t>15</w:t>
            </w:r>
          </w:p>
        </w:tc>
        <w:tc>
          <w:tcPr>
            <w:tcW w:type="dxa" w:w="759"/>
            <w:vAlign w:val="center"/>
          </w:tcPr>
          <w:p>
            <w:r/>
            <w:r>
              <w:rPr>
                <w:rFonts w:ascii="Malgun Gothic" w:hAnsi="Malgun Gothic" w:eastAsia="Malgun Gothic"/>
                <w:b w:val="0"/>
                <w:sz w:val="14"/>
              </w:rPr>
              <w:t>28.857</w:t>
            </w:r>
          </w:p>
        </w:tc>
        <w:tc>
          <w:tcPr>
            <w:tcW w:type="dxa" w:w="759"/>
            <w:vAlign w:val="center"/>
          </w:tcPr>
          <w:p>
            <w:r/>
            <w:r>
              <w:rPr>
                <w:rFonts w:ascii="Malgun Gothic" w:hAnsi="Malgun Gothic" w:eastAsia="Malgun Gothic"/>
                <w:b w:val="0"/>
                <w:sz w:val="14"/>
              </w:rPr>
              <w:t>0.642151</w:t>
            </w:r>
          </w:p>
        </w:tc>
        <w:tc>
          <w:tcPr>
            <w:tcW w:type="dxa" w:w="759"/>
            <w:vAlign w:val="center"/>
          </w:tcPr>
          <w:p>
            <w:r/>
            <w:r>
              <w:rPr>
                <w:rFonts w:ascii="Malgun Gothic" w:hAnsi="Malgun Gothic" w:eastAsia="Malgun Gothic"/>
                <w:b w:val="0"/>
                <w:sz w:val="14"/>
              </w:rPr>
              <w:t>1.9238</w:t>
            </w:r>
          </w:p>
        </w:tc>
      </w:tr>
      <w:tr>
        <w:trPr>
          <w:cantSplit/>
        </w:trPr>
        <w:tc>
          <w:tcPr>
            <w:tcW w:type="dxa" w:w="759"/>
            <w:vAlign w:val="center"/>
          </w:tcPr>
          <w:p>
            <w:r/>
            <w:r>
              <w:rPr>
                <w:rFonts w:ascii="Malgun Gothic" w:hAnsi="Malgun Gothic" w:eastAsia="Malgun Gothic"/>
                <w:b w:val="0"/>
                <w:sz w:val="14"/>
              </w:rPr>
              <w:t>09__350002022300981.wav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0.335</w:t>
            </w:r>
          </w:p>
        </w:tc>
        <w:tc>
          <w:tcPr>
            <w:tcW w:type="dxa" w:w="759"/>
            <w:vAlign w:val="center"/>
          </w:tcPr>
          <w:p>
            <w:r/>
            <w:r>
              <w:rPr>
                <w:rFonts w:ascii="Malgun Gothic" w:hAnsi="Malgun Gothic" w:eastAsia="Malgun Gothic"/>
                <w:b w:val="0"/>
                <w:sz w:val="14"/>
              </w:rPr>
              <w:t>140.228</w:t>
            </w:r>
          </w:p>
        </w:tc>
        <w:tc>
          <w:tcPr>
            <w:tcW w:type="dxa" w:w="759"/>
            <w:vAlign w:val="center"/>
          </w:tcPr>
          <w:p>
            <w:r/>
            <w:r>
              <w:rPr>
                <w:rFonts w:ascii="Malgun Gothic" w:hAnsi="Malgun Gothic" w:eastAsia="Malgun Gothic"/>
                <w:b w:val="0"/>
                <w:sz w:val="14"/>
              </w:rPr>
              <w:t>139.893</w:t>
            </w:r>
          </w:p>
        </w:tc>
        <w:tc>
          <w:tcPr>
            <w:tcW w:type="dxa" w:w="759"/>
            <w:vAlign w:val="center"/>
          </w:tcPr>
          <w:p>
            <w:r/>
            <w:r>
              <w:rPr>
                <w:rFonts w:ascii="Malgun Gothic" w:hAnsi="Malgun Gothic" w:eastAsia="Malgun Gothic"/>
                <w:b w:val="0"/>
                <w:sz w:val="14"/>
              </w:rPr>
              <w:t>27</w:t>
            </w:r>
          </w:p>
        </w:tc>
        <w:tc>
          <w:tcPr>
            <w:tcW w:type="dxa" w:w="759"/>
            <w:vAlign w:val="center"/>
          </w:tcPr>
          <w:p>
            <w:r/>
            <w:r>
              <w:rPr>
                <w:rFonts w:ascii="Malgun Gothic" w:hAnsi="Malgun Gothic" w:eastAsia="Malgun Gothic"/>
                <w:b w:val="0"/>
                <w:sz w:val="14"/>
              </w:rPr>
              <w:t>55.959</w:t>
            </w:r>
          </w:p>
        </w:tc>
        <w:tc>
          <w:tcPr>
            <w:tcW w:type="dxa" w:w="759"/>
            <w:vAlign w:val="center"/>
          </w:tcPr>
          <w:p>
            <w:r/>
            <w:r>
              <w:rPr>
                <w:rFonts w:ascii="Malgun Gothic" w:hAnsi="Malgun Gothic" w:eastAsia="Malgun Gothic"/>
                <w:b w:val="0"/>
                <w:sz w:val="14"/>
              </w:rPr>
              <w:t>0.400013</w:t>
            </w:r>
          </w:p>
        </w:tc>
        <w:tc>
          <w:tcPr>
            <w:tcW w:type="dxa" w:w="759"/>
            <w:vAlign w:val="center"/>
          </w:tcPr>
          <w:p>
            <w:r/>
            <w:r>
              <w:rPr>
                <w:rFonts w:ascii="Malgun Gothic" w:hAnsi="Malgun Gothic" w:eastAsia="Malgun Gothic"/>
                <w:b w:val="0"/>
                <w:sz w:val="14"/>
              </w:rPr>
              <w:t>2.072556</w:t>
            </w:r>
          </w:p>
        </w:tc>
        <w:tc>
          <w:tcPr>
            <w:tcW w:type="dxa" w:w="759"/>
            <w:vAlign w:val="center"/>
          </w:tcPr>
          <w:p>
            <w:r/>
            <w:r>
              <w:rPr>
                <w:rFonts w:ascii="Malgun Gothic" w:hAnsi="Malgun Gothic" w:eastAsia="Malgun Gothic"/>
                <w:b w:val="0"/>
                <w:sz w:val="14"/>
              </w:rPr>
              <w:t>33</w:t>
            </w:r>
          </w:p>
        </w:tc>
        <w:tc>
          <w:tcPr>
            <w:tcW w:type="dxa" w:w="759"/>
            <w:vAlign w:val="center"/>
          </w:tcPr>
          <w:p>
            <w:r/>
            <w:r>
              <w:rPr>
                <w:rFonts w:ascii="Malgun Gothic" w:hAnsi="Malgun Gothic" w:eastAsia="Malgun Gothic"/>
                <w:b w:val="0"/>
                <w:sz w:val="14"/>
              </w:rPr>
              <w:t>46.796</w:t>
            </w:r>
          </w:p>
        </w:tc>
        <w:tc>
          <w:tcPr>
            <w:tcW w:type="dxa" w:w="759"/>
            <w:vAlign w:val="center"/>
          </w:tcPr>
          <w:p>
            <w:r/>
            <w:r>
              <w:rPr>
                <w:rFonts w:ascii="Malgun Gothic" w:hAnsi="Malgun Gothic" w:eastAsia="Malgun Gothic"/>
                <w:b w:val="0"/>
                <w:sz w:val="14"/>
              </w:rPr>
              <w:t>0.334513</w:t>
            </w:r>
          </w:p>
        </w:tc>
        <w:tc>
          <w:tcPr>
            <w:tcW w:type="dxa" w:w="759"/>
            <w:vAlign w:val="center"/>
          </w:tcPr>
          <w:p>
            <w:r/>
            <w:r>
              <w:rPr>
                <w:rFonts w:ascii="Malgun Gothic" w:hAnsi="Malgun Gothic" w:eastAsia="Malgun Gothic"/>
                <w:b w:val="0"/>
                <w:sz w:val="14"/>
              </w:rPr>
              <w:t>1.418061</w:t>
            </w:r>
          </w:p>
        </w:tc>
      </w:tr>
      <w:tr>
        <w:trPr>
          <w:cantSplit/>
        </w:trPr>
        <w:tc>
          <w:tcPr>
            <w:tcW w:type="dxa" w:w="759"/>
            <w:vAlign w:val="center"/>
          </w:tcPr>
          <w:p>
            <w:r/>
            <w:r>
              <w:rPr>
                <w:rFonts w:ascii="Malgun Gothic" w:hAnsi="Malgun Gothic" w:eastAsia="Malgun Gothic"/>
                <w:b w:val="0"/>
                <w:sz w:val="14"/>
              </w:rPr>
              <w:t>09__350002022300982.wav</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0.841</w:t>
            </w:r>
          </w:p>
        </w:tc>
        <w:tc>
          <w:tcPr>
            <w:tcW w:type="dxa" w:w="759"/>
            <w:vAlign w:val="center"/>
          </w:tcPr>
          <w:p>
            <w:r/>
            <w:r>
              <w:rPr>
                <w:rFonts w:ascii="Malgun Gothic" w:hAnsi="Malgun Gothic" w:eastAsia="Malgun Gothic"/>
                <w:b w:val="0"/>
                <w:sz w:val="14"/>
              </w:rPr>
              <w:t>6.427</w:t>
            </w:r>
          </w:p>
        </w:tc>
        <w:tc>
          <w:tcPr>
            <w:tcW w:type="dxa" w:w="759"/>
            <w:vAlign w:val="center"/>
          </w:tcPr>
          <w:p>
            <w:r/>
            <w:r>
              <w:rPr>
                <w:rFonts w:ascii="Malgun Gothic" w:hAnsi="Malgun Gothic" w:eastAsia="Malgun Gothic"/>
                <w:b w:val="0"/>
                <w:sz w:val="14"/>
              </w:rPr>
              <w:t>5.586</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5.586</w:t>
            </w:r>
          </w:p>
        </w:tc>
        <w:tc>
          <w:tcPr>
            <w:tcW w:type="dxa" w:w="759"/>
            <w:vAlign w:val="center"/>
          </w:tcPr>
          <w:p>
            <w:r/>
            <w:r>
              <w:rPr>
                <w:rFonts w:ascii="Malgun Gothic" w:hAnsi="Malgun Gothic" w:eastAsia="Malgun Gothic"/>
                <w:b w:val="0"/>
                <w:sz w:val="14"/>
              </w:rPr>
              <w:t>1.0</w:t>
            </w:r>
          </w:p>
        </w:tc>
        <w:tc>
          <w:tcPr>
            <w:tcW w:type="dxa" w:w="759"/>
            <w:vAlign w:val="center"/>
          </w:tcPr>
          <w:p>
            <w:r/>
            <w:r>
              <w:rPr>
                <w:rFonts w:ascii="Malgun Gothic" w:hAnsi="Malgun Gothic" w:eastAsia="Malgun Gothic"/>
                <w:b w:val="0"/>
                <w:sz w:val="14"/>
              </w:rPr>
              <w:t>5.586</w:t>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r>
      <w:tr>
        <w:trPr>
          <w:cantSplit/>
        </w:trPr>
        <w:tc>
          <w:tcPr>
            <w:tcW w:type="dxa" w:w="759"/>
            <w:vAlign w:val="center"/>
          </w:tcPr>
          <w:p>
            <w:r/>
            <w:r>
              <w:rPr>
                <w:rFonts w:ascii="Malgun Gothic" w:hAnsi="Malgun Gothic" w:eastAsia="Malgun Gothic"/>
                <w:b w:val="0"/>
                <w:sz w:val="14"/>
              </w:rPr>
              <w:t>09__350002022300983.wav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0.588</w:t>
            </w:r>
          </w:p>
        </w:tc>
        <w:tc>
          <w:tcPr>
            <w:tcW w:type="dxa" w:w="759"/>
            <w:vAlign w:val="center"/>
          </w:tcPr>
          <w:p>
            <w:r/>
            <w:r>
              <w:rPr>
                <w:rFonts w:ascii="Malgun Gothic" w:hAnsi="Malgun Gothic" w:eastAsia="Malgun Gothic"/>
                <w:b w:val="0"/>
                <w:sz w:val="14"/>
              </w:rPr>
              <w:t>202.261</w:t>
            </w:r>
          </w:p>
        </w:tc>
        <w:tc>
          <w:tcPr>
            <w:tcW w:type="dxa" w:w="759"/>
            <w:vAlign w:val="center"/>
          </w:tcPr>
          <w:p>
            <w:r/>
            <w:r>
              <w:rPr>
                <w:rFonts w:ascii="Malgun Gothic" w:hAnsi="Malgun Gothic" w:eastAsia="Malgun Gothic"/>
                <w:b w:val="0"/>
                <w:sz w:val="14"/>
              </w:rPr>
              <w:t>201.673</w:t>
            </w:r>
          </w:p>
        </w:tc>
        <w:tc>
          <w:tcPr>
            <w:tcW w:type="dxa" w:w="759"/>
            <w:vAlign w:val="center"/>
          </w:tcPr>
          <w:p>
            <w:r/>
            <w:r>
              <w:rPr>
                <w:rFonts w:ascii="Malgun Gothic" w:hAnsi="Malgun Gothic" w:eastAsia="Malgun Gothic"/>
                <w:b w:val="0"/>
                <w:sz w:val="14"/>
              </w:rPr>
              <w:t>54</w:t>
            </w:r>
          </w:p>
        </w:tc>
        <w:tc>
          <w:tcPr>
            <w:tcW w:type="dxa" w:w="759"/>
            <w:vAlign w:val="center"/>
          </w:tcPr>
          <w:p>
            <w:r/>
            <w:r>
              <w:rPr>
                <w:rFonts w:ascii="Malgun Gothic" w:hAnsi="Malgun Gothic" w:eastAsia="Malgun Gothic"/>
                <w:b w:val="0"/>
                <w:sz w:val="14"/>
              </w:rPr>
              <w:t>95.141</w:t>
            </w:r>
          </w:p>
        </w:tc>
        <w:tc>
          <w:tcPr>
            <w:tcW w:type="dxa" w:w="759"/>
            <w:vAlign w:val="center"/>
          </w:tcPr>
          <w:p>
            <w:r/>
            <w:r>
              <w:rPr>
                <w:rFonts w:ascii="Malgun Gothic" w:hAnsi="Malgun Gothic" w:eastAsia="Malgun Gothic"/>
                <w:b w:val="0"/>
                <w:sz w:val="14"/>
              </w:rPr>
              <w:t>0.471759</w:t>
            </w:r>
          </w:p>
        </w:tc>
        <w:tc>
          <w:tcPr>
            <w:tcW w:type="dxa" w:w="759"/>
            <w:vAlign w:val="center"/>
          </w:tcPr>
          <w:p>
            <w:r/>
            <w:r>
              <w:rPr>
                <w:rFonts w:ascii="Malgun Gothic" w:hAnsi="Malgun Gothic" w:eastAsia="Malgun Gothic"/>
                <w:b w:val="0"/>
                <w:sz w:val="14"/>
              </w:rPr>
              <w:t>1.76187</w:t>
            </w:r>
          </w:p>
        </w:tc>
        <w:tc>
          <w:tcPr>
            <w:tcW w:type="dxa" w:w="759"/>
            <w:vAlign w:val="center"/>
          </w:tcPr>
          <w:p>
            <w:r/>
            <w:r>
              <w:rPr>
                <w:rFonts w:ascii="Malgun Gothic" w:hAnsi="Malgun Gothic" w:eastAsia="Malgun Gothic"/>
                <w:b w:val="0"/>
                <w:sz w:val="14"/>
              </w:rPr>
              <w:t>50</w:t>
            </w:r>
          </w:p>
        </w:tc>
        <w:tc>
          <w:tcPr>
            <w:tcW w:type="dxa" w:w="759"/>
            <w:vAlign w:val="center"/>
          </w:tcPr>
          <w:p>
            <w:r/>
            <w:r>
              <w:rPr>
                <w:rFonts w:ascii="Malgun Gothic" w:hAnsi="Malgun Gothic" w:eastAsia="Malgun Gothic"/>
                <w:b w:val="0"/>
                <w:sz w:val="14"/>
              </w:rPr>
              <w:t>59.064</w:t>
            </w:r>
          </w:p>
        </w:tc>
        <w:tc>
          <w:tcPr>
            <w:tcW w:type="dxa" w:w="759"/>
            <w:vAlign w:val="center"/>
          </w:tcPr>
          <w:p>
            <w:r/>
            <w:r>
              <w:rPr>
                <w:rFonts w:ascii="Malgun Gothic" w:hAnsi="Malgun Gothic" w:eastAsia="Malgun Gothic"/>
                <w:b w:val="0"/>
                <w:sz w:val="14"/>
              </w:rPr>
              <w:t>0.29287</w:t>
            </w:r>
          </w:p>
        </w:tc>
        <w:tc>
          <w:tcPr>
            <w:tcW w:type="dxa" w:w="759"/>
            <w:vAlign w:val="center"/>
          </w:tcPr>
          <w:p>
            <w:r/>
            <w:r>
              <w:rPr>
                <w:rFonts w:ascii="Malgun Gothic" w:hAnsi="Malgun Gothic" w:eastAsia="Malgun Gothic"/>
                <w:b w:val="0"/>
                <w:sz w:val="14"/>
              </w:rPr>
              <w:t>1.18128</w:t>
            </w:r>
          </w:p>
        </w:tc>
      </w:tr>
      <w:tr>
        <w:trPr>
          <w:cantSplit/>
        </w:trPr>
        <w:tc>
          <w:tcPr>
            <w:tcW w:type="dxa" w:w="759"/>
            <w:vAlign w:val="center"/>
          </w:tcPr>
          <w:p>
            <w:r/>
            <w:r>
              <w:rPr>
                <w:rFonts w:ascii="Malgun Gothic" w:hAnsi="Malgun Gothic" w:eastAsia="Malgun Gothic"/>
                <w:b w:val="0"/>
                <w:sz w:val="14"/>
              </w:rPr>
              <w:t>09__350002022300984.wav</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0.993</w:t>
            </w:r>
          </w:p>
        </w:tc>
        <w:tc>
          <w:tcPr>
            <w:tcW w:type="dxa" w:w="759"/>
            <w:vAlign w:val="center"/>
          </w:tcPr>
          <w:p>
            <w:r/>
            <w:r>
              <w:rPr>
                <w:rFonts w:ascii="Malgun Gothic" w:hAnsi="Malgun Gothic" w:eastAsia="Malgun Gothic"/>
                <w:b w:val="0"/>
                <w:sz w:val="14"/>
              </w:rPr>
              <w:t>6.595</w:t>
            </w:r>
          </w:p>
        </w:tc>
        <w:tc>
          <w:tcPr>
            <w:tcW w:type="dxa" w:w="759"/>
            <w:vAlign w:val="center"/>
          </w:tcPr>
          <w:p>
            <w:r/>
            <w:r>
              <w:rPr>
                <w:rFonts w:ascii="Malgun Gothic" w:hAnsi="Malgun Gothic" w:eastAsia="Malgun Gothic"/>
                <w:b w:val="0"/>
                <w:sz w:val="14"/>
              </w:rPr>
              <w:t>5.602</w:t>
            </w:r>
          </w:p>
        </w:tc>
        <w:tc>
          <w:tcPr>
            <w:tcW w:type="dxa" w:w="759"/>
            <w:vAlign w:val="center"/>
          </w:tcPr>
          <w:p>
            <w:r/>
            <w:r>
              <w:rPr>
                <w:rFonts w:ascii="Malgun Gothic" w:hAnsi="Malgun Gothic" w:eastAsia="Malgun Gothic"/>
                <w:b w:val="0"/>
                <w:sz w:val="14"/>
              </w:rPr>
              <w:t>1</w:t>
            </w:r>
          </w:p>
        </w:tc>
        <w:tc>
          <w:tcPr>
            <w:tcW w:type="dxa" w:w="759"/>
            <w:vAlign w:val="center"/>
          </w:tcPr>
          <w:p>
            <w:r/>
            <w:r>
              <w:rPr>
                <w:rFonts w:ascii="Malgun Gothic" w:hAnsi="Malgun Gothic" w:eastAsia="Malgun Gothic"/>
                <w:b w:val="0"/>
                <w:sz w:val="14"/>
              </w:rPr>
              <w:t>5.602</w:t>
            </w:r>
          </w:p>
        </w:tc>
        <w:tc>
          <w:tcPr>
            <w:tcW w:type="dxa" w:w="759"/>
            <w:vAlign w:val="center"/>
          </w:tcPr>
          <w:p>
            <w:r/>
            <w:r>
              <w:rPr>
                <w:rFonts w:ascii="Malgun Gothic" w:hAnsi="Malgun Gothic" w:eastAsia="Malgun Gothic"/>
                <w:b w:val="0"/>
                <w:sz w:val="14"/>
              </w:rPr>
              <w:t>1.0</w:t>
            </w:r>
          </w:p>
        </w:tc>
        <w:tc>
          <w:tcPr>
            <w:tcW w:type="dxa" w:w="759"/>
            <w:vAlign w:val="center"/>
          </w:tcPr>
          <w:p>
            <w:r/>
            <w:r>
              <w:rPr>
                <w:rFonts w:ascii="Malgun Gothic" w:hAnsi="Malgun Gothic" w:eastAsia="Malgun Gothic"/>
                <w:b w:val="0"/>
                <w:sz w:val="14"/>
              </w:rPr>
              <w:t>5.602</w:t>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c>
          <w:tcPr>
            <w:tcW w:type="dxa" w:w="759"/>
            <w:vAlign w:val="center"/>
          </w:tcPr>
          <w:p>
            <w:r/>
            <w:r>
              <w:rPr>
                <w:rFonts w:ascii="Malgun Gothic" w:hAnsi="Malgun Gothic" w:eastAsia="Malgun Gothic"/>
                <w:b w:val="0"/>
                <w:sz w:val="14"/>
              </w:rPr>
            </w:r>
          </w:p>
        </w:tc>
      </w:tr>
      <w:tr>
        <w:trPr>
          <w:cantSplit/>
        </w:trPr>
        <w:tc>
          <w:tcPr>
            <w:tcW w:type="dxa" w:w="759"/>
            <w:vAlign w:val="center"/>
          </w:tcPr>
          <w:p>
            <w:r/>
            <w:r>
              <w:rPr>
                <w:rFonts w:ascii="Malgun Gothic" w:hAnsi="Malgun Gothic" w:eastAsia="Malgun Gothic"/>
                <w:b w:val="0"/>
                <w:sz w:val="14"/>
              </w:rPr>
              <w:t>09__350002022300985.wav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1.55</w:t>
            </w:r>
          </w:p>
        </w:tc>
        <w:tc>
          <w:tcPr>
            <w:tcW w:type="dxa" w:w="759"/>
            <w:vAlign w:val="center"/>
          </w:tcPr>
          <w:p>
            <w:r/>
            <w:r>
              <w:rPr>
                <w:rFonts w:ascii="Malgun Gothic" w:hAnsi="Malgun Gothic" w:eastAsia="Malgun Gothic"/>
                <w:b w:val="0"/>
                <w:sz w:val="14"/>
              </w:rPr>
              <w:t>46.538</w:t>
            </w:r>
          </w:p>
        </w:tc>
        <w:tc>
          <w:tcPr>
            <w:tcW w:type="dxa" w:w="759"/>
            <w:vAlign w:val="center"/>
          </w:tcPr>
          <w:p>
            <w:r/>
            <w:r>
              <w:rPr>
                <w:rFonts w:ascii="Malgun Gothic" w:hAnsi="Malgun Gothic" w:eastAsia="Malgun Gothic"/>
                <w:b w:val="0"/>
                <w:sz w:val="14"/>
              </w:rPr>
              <w:t>44.988</w:t>
            </w:r>
          </w:p>
        </w:tc>
        <w:tc>
          <w:tcPr>
            <w:tcW w:type="dxa" w:w="759"/>
            <w:vAlign w:val="center"/>
          </w:tcPr>
          <w:p>
            <w:r/>
            <w:r>
              <w:rPr>
                <w:rFonts w:ascii="Malgun Gothic" w:hAnsi="Malgun Gothic" w:eastAsia="Malgun Gothic"/>
                <w:b w:val="0"/>
                <w:sz w:val="14"/>
              </w:rPr>
              <w:t>7</w:t>
            </w:r>
          </w:p>
        </w:tc>
        <w:tc>
          <w:tcPr>
            <w:tcW w:type="dxa" w:w="759"/>
            <w:vAlign w:val="center"/>
          </w:tcPr>
          <w:p>
            <w:r/>
            <w:r>
              <w:rPr>
                <w:rFonts w:ascii="Malgun Gothic" w:hAnsi="Malgun Gothic" w:eastAsia="Malgun Gothic"/>
                <w:b w:val="0"/>
                <w:sz w:val="14"/>
              </w:rPr>
              <w:t>9.247</w:t>
            </w:r>
          </w:p>
        </w:tc>
        <w:tc>
          <w:tcPr>
            <w:tcW w:type="dxa" w:w="759"/>
            <w:vAlign w:val="center"/>
          </w:tcPr>
          <w:p>
            <w:r/>
            <w:r>
              <w:rPr>
                <w:rFonts w:ascii="Malgun Gothic" w:hAnsi="Malgun Gothic" w:eastAsia="Malgun Gothic"/>
                <w:b w:val="0"/>
                <w:sz w:val="14"/>
              </w:rPr>
              <w:t>0.205544</w:t>
            </w:r>
          </w:p>
        </w:tc>
        <w:tc>
          <w:tcPr>
            <w:tcW w:type="dxa" w:w="759"/>
            <w:vAlign w:val="center"/>
          </w:tcPr>
          <w:p>
            <w:r/>
            <w:r>
              <w:rPr>
                <w:rFonts w:ascii="Malgun Gothic" w:hAnsi="Malgun Gothic" w:eastAsia="Malgun Gothic"/>
                <w:b w:val="0"/>
                <w:sz w:val="14"/>
              </w:rPr>
              <w:t>1.321</w:t>
            </w:r>
          </w:p>
        </w:tc>
        <w:tc>
          <w:tcPr>
            <w:tcW w:type="dxa" w:w="759"/>
            <w:vAlign w:val="center"/>
          </w:tcPr>
          <w:p>
            <w:r/>
            <w:r>
              <w:rPr>
                <w:rFonts w:ascii="Malgun Gothic" w:hAnsi="Malgun Gothic" w:eastAsia="Malgun Gothic"/>
                <w:b w:val="0"/>
                <w:sz w:val="14"/>
              </w:rPr>
              <w:t>11</w:t>
            </w:r>
          </w:p>
        </w:tc>
        <w:tc>
          <w:tcPr>
            <w:tcW w:type="dxa" w:w="759"/>
            <w:vAlign w:val="center"/>
          </w:tcPr>
          <w:p>
            <w:r/>
            <w:r>
              <w:rPr>
                <w:rFonts w:ascii="Malgun Gothic" w:hAnsi="Malgun Gothic" w:eastAsia="Malgun Gothic"/>
                <w:b w:val="0"/>
                <w:sz w:val="14"/>
              </w:rPr>
              <w:t>35.067</w:t>
            </w:r>
          </w:p>
        </w:tc>
        <w:tc>
          <w:tcPr>
            <w:tcW w:type="dxa" w:w="759"/>
            <w:vAlign w:val="center"/>
          </w:tcPr>
          <w:p>
            <w:r/>
            <w:r>
              <w:rPr>
                <w:rFonts w:ascii="Malgun Gothic" w:hAnsi="Malgun Gothic" w:eastAsia="Malgun Gothic"/>
                <w:b w:val="0"/>
                <w:sz w:val="14"/>
              </w:rPr>
              <w:t>0.779475</w:t>
            </w:r>
          </w:p>
        </w:tc>
        <w:tc>
          <w:tcPr>
            <w:tcW w:type="dxa" w:w="759"/>
            <w:vAlign w:val="center"/>
          </w:tcPr>
          <w:p>
            <w:r/>
            <w:r>
              <w:rPr>
                <w:rFonts w:ascii="Malgun Gothic" w:hAnsi="Malgun Gothic" w:eastAsia="Malgun Gothic"/>
                <w:b w:val="0"/>
                <w:sz w:val="14"/>
              </w:rPr>
              <w:t>3.187909</w:t>
            </w:r>
          </w:p>
        </w:tc>
      </w:tr>
      <w:tr>
        <w:trPr>
          <w:cantSplit/>
        </w:trPr>
        <w:tc>
          <w:tcPr>
            <w:tcW w:type="dxa" w:w="759"/>
            <w:vAlign w:val="center"/>
          </w:tcPr>
          <w:p>
            <w:r/>
            <w:r>
              <w:rPr>
                <w:rFonts w:ascii="Malgun Gothic" w:hAnsi="Malgun Gothic" w:eastAsia="Malgun Gothic"/>
                <w:b w:val="0"/>
                <w:sz w:val="14"/>
              </w:rPr>
              <w:t>09__350002022300986.wav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0.571</w:t>
            </w:r>
          </w:p>
        </w:tc>
        <w:tc>
          <w:tcPr>
            <w:tcW w:type="dxa" w:w="759"/>
            <w:vAlign w:val="center"/>
          </w:tcPr>
          <w:p>
            <w:r/>
            <w:r>
              <w:rPr>
                <w:rFonts w:ascii="Malgun Gothic" w:hAnsi="Malgun Gothic" w:eastAsia="Malgun Gothic"/>
                <w:b w:val="0"/>
                <w:sz w:val="14"/>
              </w:rPr>
              <w:t>172.493</w:t>
            </w:r>
          </w:p>
        </w:tc>
        <w:tc>
          <w:tcPr>
            <w:tcW w:type="dxa" w:w="759"/>
            <w:vAlign w:val="center"/>
          </w:tcPr>
          <w:p>
            <w:r/>
            <w:r>
              <w:rPr>
                <w:rFonts w:ascii="Malgun Gothic" w:hAnsi="Malgun Gothic" w:eastAsia="Malgun Gothic"/>
                <w:b w:val="0"/>
                <w:sz w:val="14"/>
              </w:rPr>
              <w:t>171.922</w:t>
            </w:r>
          </w:p>
        </w:tc>
        <w:tc>
          <w:tcPr>
            <w:tcW w:type="dxa" w:w="759"/>
            <w:vAlign w:val="center"/>
          </w:tcPr>
          <w:p>
            <w:r/>
            <w:r>
              <w:rPr>
                <w:rFonts w:ascii="Malgun Gothic" w:hAnsi="Malgun Gothic" w:eastAsia="Malgun Gothic"/>
                <w:b w:val="0"/>
                <w:sz w:val="14"/>
              </w:rPr>
              <w:t>47</w:t>
            </w:r>
          </w:p>
        </w:tc>
        <w:tc>
          <w:tcPr>
            <w:tcW w:type="dxa" w:w="759"/>
            <w:vAlign w:val="center"/>
          </w:tcPr>
          <w:p>
            <w:r/>
            <w:r>
              <w:rPr>
                <w:rFonts w:ascii="Malgun Gothic" w:hAnsi="Malgun Gothic" w:eastAsia="Malgun Gothic"/>
                <w:b w:val="0"/>
                <w:sz w:val="14"/>
              </w:rPr>
              <w:t>78.671</w:t>
            </w:r>
          </w:p>
        </w:tc>
        <w:tc>
          <w:tcPr>
            <w:tcW w:type="dxa" w:w="759"/>
            <w:vAlign w:val="center"/>
          </w:tcPr>
          <w:p>
            <w:r/>
            <w:r>
              <w:rPr>
                <w:rFonts w:ascii="Malgun Gothic" w:hAnsi="Malgun Gothic" w:eastAsia="Malgun Gothic"/>
                <w:b w:val="0"/>
                <w:sz w:val="14"/>
              </w:rPr>
              <w:t>0.457597</w:t>
            </w:r>
          </w:p>
        </w:tc>
        <w:tc>
          <w:tcPr>
            <w:tcW w:type="dxa" w:w="759"/>
            <w:vAlign w:val="center"/>
          </w:tcPr>
          <w:p>
            <w:r/>
            <w:r>
              <w:rPr>
                <w:rFonts w:ascii="Malgun Gothic" w:hAnsi="Malgun Gothic" w:eastAsia="Malgun Gothic"/>
                <w:b w:val="0"/>
                <w:sz w:val="14"/>
              </w:rPr>
              <w:t>1.673851</w:t>
            </w:r>
          </w:p>
        </w:tc>
        <w:tc>
          <w:tcPr>
            <w:tcW w:type="dxa" w:w="759"/>
            <w:vAlign w:val="center"/>
          </w:tcPr>
          <w:p>
            <w:r/>
            <w:r>
              <w:rPr>
                <w:rFonts w:ascii="Malgun Gothic" w:hAnsi="Malgun Gothic" w:eastAsia="Malgun Gothic"/>
                <w:b w:val="0"/>
                <w:sz w:val="14"/>
              </w:rPr>
              <w:t>36</w:t>
            </w:r>
          </w:p>
        </w:tc>
        <w:tc>
          <w:tcPr>
            <w:tcW w:type="dxa" w:w="759"/>
            <w:vAlign w:val="center"/>
          </w:tcPr>
          <w:p>
            <w:r/>
            <w:r>
              <w:rPr>
                <w:rFonts w:ascii="Malgun Gothic" w:hAnsi="Malgun Gothic" w:eastAsia="Malgun Gothic"/>
                <w:b w:val="0"/>
                <w:sz w:val="14"/>
              </w:rPr>
              <w:t>95.293</w:t>
            </w:r>
          </w:p>
        </w:tc>
        <w:tc>
          <w:tcPr>
            <w:tcW w:type="dxa" w:w="759"/>
            <w:vAlign w:val="center"/>
          </w:tcPr>
          <w:p>
            <w:r/>
            <w:r>
              <w:rPr>
                <w:rFonts w:ascii="Malgun Gothic" w:hAnsi="Malgun Gothic" w:eastAsia="Malgun Gothic"/>
                <w:b w:val="0"/>
                <w:sz w:val="14"/>
              </w:rPr>
              <w:t>0.55428</w:t>
            </w:r>
          </w:p>
        </w:tc>
        <w:tc>
          <w:tcPr>
            <w:tcW w:type="dxa" w:w="759"/>
            <w:vAlign w:val="center"/>
          </w:tcPr>
          <w:p>
            <w:r/>
            <w:r>
              <w:rPr>
                <w:rFonts w:ascii="Malgun Gothic" w:hAnsi="Malgun Gothic" w:eastAsia="Malgun Gothic"/>
                <w:b w:val="0"/>
                <w:sz w:val="14"/>
              </w:rPr>
              <w:t>2.647028</w:t>
            </w:r>
          </w:p>
        </w:tc>
      </w:tr>
      <w:tr>
        <w:trPr>
          <w:cantSplit/>
        </w:trPr>
        <w:tc>
          <w:tcPr>
            <w:tcW w:type="dxa" w:w="759"/>
            <w:vAlign w:val="center"/>
          </w:tcPr>
          <w:p>
            <w:r/>
            <w:r>
              <w:rPr>
                <w:rFonts w:ascii="Malgun Gothic" w:hAnsi="Malgun Gothic" w:eastAsia="Malgun Gothic"/>
                <w:b w:val="0"/>
                <w:sz w:val="14"/>
              </w:rPr>
              <w:t>09__350002022300987.wav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0.672</w:t>
            </w:r>
          </w:p>
        </w:tc>
        <w:tc>
          <w:tcPr>
            <w:tcW w:type="dxa" w:w="759"/>
            <w:vAlign w:val="center"/>
          </w:tcPr>
          <w:p>
            <w:r/>
            <w:r>
              <w:rPr>
                <w:rFonts w:ascii="Malgun Gothic" w:hAnsi="Malgun Gothic" w:eastAsia="Malgun Gothic"/>
                <w:b w:val="0"/>
                <w:sz w:val="14"/>
              </w:rPr>
              <w:t>171.228</w:t>
            </w:r>
          </w:p>
        </w:tc>
        <w:tc>
          <w:tcPr>
            <w:tcW w:type="dxa" w:w="759"/>
            <w:vAlign w:val="center"/>
          </w:tcPr>
          <w:p>
            <w:r/>
            <w:r>
              <w:rPr>
                <w:rFonts w:ascii="Malgun Gothic" w:hAnsi="Malgun Gothic" w:eastAsia="Malgun Gothic"/>
                <w:b w:val="0"/>
                <w:sz w:val="14"/>
              </w:rPr>
              <w:t>170.556</w:t>
            </w:r>
          </w:p>
        </w:tc>
        <w:tc>
          <w:tcPr>
            <w:tcW w:type="dxa" w:w="759"/>
            <w:vAlign w:val="center"/>
          </w:tcPr>
          <w:p>
            <w:r/>
            <w:r>
              <w:rPr>
                <w:rFonts w:ascii="Malgun Gothic" w:hAnsi="Malgun Gothic" w:eastAsia="Malgun Gothic"/>
                <w:b w:val="0"/>
                <w:sz w:val="14"/>
              </w:rPr>
              <w:t>40</w:t>
            </w:r>
          </w:p>
        </w:tc>
        <w:tc>
          <w:tcPr>
            <w:tcW w:type="dxa" w:w="759"/>
            <w:vAlign w:val="center"/>
          </w:tcPr>
          <w:p>
            <w:r/>
            <w:r>
              <w:rPr>
                <w:rFonts w:ascii="Malgun Gothic" w:hAnsi="Malgun Gothic" w:eastAsia="Malgun Gothic"/>
                <w:b w:val="0"/>
                <w:sz w:val="14"/>
              </w:rPr>
              <w:t>96.525</w:t>
            </w:r>
          </w:p>
        </w:tc>
        <w:tc>
          <w:tcPr>
            <w:tcW w:type="dxa" w:w="759"/>
            <w:vAlign w:val="center"/>
          </w:tcPr>
          <w:p>
            <w:r/>
            <w:r>
              <w:rPr>
                <w:rFonts w:ascii="Malgun Gothic" w:hAnsi="Malgun Gothic" w:eastAsia="Malgun Gothic"/>
                <w:b w:val="0"/>
                <w:sz w:val="14"/>
              </w:rPr>
              <w:t>0.565943</w:t>
            </w:r>
          </w:p>
        </w:tc>
        <w:tc>
          <w:tcPr>
            <w:tcW w:type="dxa" w:w="759"/>
            <w:vAlign w:val="center"/>
          </w:tcPr>
          <w:p>
            <w:r/>
            <w:r>
              <w:rPr>
                <w:rFonts w:ascii="Malgun Gothic" w:hAnsi="Malgun Gothic" w:eastAsia="Malgun Gothic"/>
                <w:b w:val="0"/>
                <w:sz w:val="14"/>
              </w:rPr>
              <w:t>2.413125</w:t>
            </w:r>
          </w:p>
        </w:tc>
        <w:tc>
          <w:tcPr>
            <w:tcW w:type="dxa" w:w="759"/>
            <w:vAlign w:val="center"/>
          </w:tcPr>
          <w:p>
            <w:r/>
            <w:r>
              <w:rPr>
                <w:rFonts w:ascii="Malgun Gothic" w:hAnsi="Malgun Gothic" w:eastAsia="Malgun Gothic"/>
                <w:b w:val="0"/>
                <w:sz w:val="14"/>
              </w:rPr>
              <w:t>28</w:t>
            </w:r>
          </w:p>
        </w:tc>
        <w:tc>
          <w:tcPr>
            <w:tcW w:type="dxa" w:w="759"/>
            <w:vAlign w:val="center"/>
          </w:tcPr>
          <w:p>
            <w:r/>
            <w:r>
              <w:rPr>
                <w:rFonts w:ascii="Malgun Gothic" w:hAnsi="Malgun Gothic" w:eastAsia="Malgun Gothic"/>
                <w:b w:val="0"/>
                <w:sz w:val="14"/>
              </w:rPr>
              <w:t>50.706</w:t>
            </w:r>
          </w:p>
        </w:tc>
        <w:tc>
          <w:tcPr>
            <w:tcW w:type="dxa" w:w="759"/>
            <w:vAlign w:val="center"/>
          </w:tcPr>
          <w:p>
            <w:r/>
            <w:r>
              <w:rPr>
                <w:rFonts w:ascii="Malgun Gothic" w:hAnsi="Malgun Gothic" w:eastAsia="Malgun Gothic"/>
                <w:b w:val="0"/>
                <w:sz w:val="14"/>
              </w:rPr>
              <w:t>0.297298</w:t>
            </w:r>
          </w:p>
        </w:tc>
        <w:tc>
          <w:tcPr>
            <w:tcW w:type="dxa" w:w="759"/>
            <w:vAlign w:val="center"/>
          </w:tcPr>
          <w:p>
            <w:r/>
            <w:r>
              <w:rPr>
                <w:rFonts w:ascii="Malgun Gothic" w:hAnsi="Malgun Gothic" w:eastAsia="Malgun Gothic"/>
                <w:b w:val="0"/>
                <w:sz w:val="14"/>
              </w:rPr>
              <w:t>1.810929</w:t>
            </w:r>
          </w:p>
        </w:tc>
      </w:tr>
      <w:tr>
        <w:trPr>
          <w:cantSplit/>
        </w:trPr>
        <w:tc>
          <w:tcPr>
            <w:tcW w:type="dxa" w:w="759"/>
            <w:vAlign w:val="center"/>
          </w:tcPr>
          <w:p>
            <w:r/>
            <w:r>
              <w:rPr>
                <w:rFonts w:ascii="Malgun Gothic" w:hAnsi="Malgun Gothic" w:eastAsia="Malgun Gothic"/>
                <w:b w:val="0"/>
                <w:sz w:val="14"/>
              </w:rPr>
              <w:t>09__350002022300988.wav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1.415</w:t>
            </w:r>
          </w:p>
        </w:tc>
        <w:tc>
          <w:tcPr>
            <w:tcW w:type="dxa" w:w="759"/>
            <w:vAlign w:val="center"/>
          </w:tcPr>
          <w:p>
            <w:r/>
            <w:r>
              <w:rPr>
                <w:rFonts w:ascii="Malgun Gothic" w:hAnsi="Malgun Gothic" w:eastAsia="Malgun Gothic"/>
                <w:b w:val="0"/>
                <w:sz w:val="14"/>
              </w:rPr>
              <w:t>163.752</w:t>
            </w:r>
          </w:p>
        </w:tc>
        <w:tc>
          <w:tcPr>
            <w:tcW w:type="dxa" w:w="759"/>
            <w:vAlign w:val="center"/>
          </w:tcPr>
          <w:p>
            <w:r/>
            <w:r>
              <w:rPr>
                <w:rFonts w:ascii="Malgun Gothic" w:hAnsi="Malgun Gothic" w:eastAsia="Malgun Gothic"/>
                <w:b w:val="0"/>
                <w:sz w:val="14"/>
              </w:rPr>
              <w:t>162.337</w:t>
            </w:r>
          </w:p>
        </w:tc>
        <w:tc>
          <w:tcPr>
            <w:tcW w:type="dxa" w:w="759"/>
            <w:vAlign w:val="center"/>
          </w:tcPr>
          <w:p>
            <w:r/>
            <w:r>
              <w:rPr>
                <w:rFonts w:ascii="Malgun Gothic" w:hAnsi="Malgun Gothic" w:eastAsia="Malgun Gothic"/>
                <w:b w:val="0"/>
                <w:sz w:val="14"/>
              </w:rPr>
              <w:t>9</w:t>
            </w:r>
          </w:p>
        </w:tc>
        <w:tc>
          <w:tcPr>
            <w:tcW w:type="dxa" w:w="759"/>
            <w:vAlign w:val="center"/>
          </w:tcPr>
          <w:p>
            <w:r/>
            <w:r>
              <w:rPr>
                <w:rFonts w:ascii="Malgun Gothic" w:hAnsi="Malgun Gothic" w:eastAsia="Malgun Gothic"/>
                <w:b w:val="0"/>
                <w:sz w:val="14"/>
              </w:rPr>
              <w:t>22.46</w:t>
            </w:r>
          </w:p>
        </w:tc>
        <w:tc>
          <w:tcPr>
            <w:tcW w:type="dxa" w:w="759"/>
            <w:vAlign w:val="center"/>
          </w:tcPr>
          <w:p>
            <w:r/>
            <w:r>
              <w:rPr>
                <w:rFonts w:ascii="Malgun Gothic" w:hAnsi="Malgun Gothic" w:eastAsia="Malgun Gothic"/>
                <w:b w:val="0"/>
                <w:sz w:val="14"/>
              </w:rPr>
              <w:t>0.138354</w:t>
            </w:r>
          </w:p>
        </w:tc>
        <w:tc>
          <w:tcPr>
            <w:tcW w:type="dxa" w:w="759"/>
            <w:vAlign w:val="center"/>
          </w:tcPr>
          <w:p>
            <w:r/>
            <w:r>
              <w:rPr>
                <w:rFonts w:ascii="Malgun Gothic" w:hAnsi="Malgun Gothic" w:eastAsia="Malgun Gothic"/>
                <w:b w:val="0"/>
                <w:sz w:val="14"/>
              </w:rPr>
              <w:t>2.495556</w:t>
            </w:r>
          </w:p>
        </w:tc>
        <w:tc>
          <w:tcPr>
            <w:tcW w:type="dxa" w:w="759"/>
            <w:vAlign w:val="center"/>
          </w:tcPr>
          <w:p>
            <w:r/>
            <w:r>
              <w:rPr>
                <w:rFonts w:ascii="Malgun Gothic" w:hAnsi="Malgun Gothic" w:eastAsia="Malgun Gothic"/>
                <w:b w:val="0"/>
                <w:sz w:val="14"/>
              </w:rPr>
              <w:t>49</w:t>
            </w:r>
          </w:p>
        </w:tc>
        <w:tc>
          <w:tcPr>
            <w:tcW w:type="dxa" w:w="759"/>
            <w:vAlign w:val="center"/>
          </w:tcPr>
          <w:p>
            <w:r/>
            <w:r>
              <w:rPr>
                <w:rFonts w:ascii="Malgun Gothic" w:hAnsi="Malgun Gothic" w:eastAsia="Malgun Gothic"/>
                <w:b w:val="0"/>
                <w:sz w:val="14"/>
              </w:rPr>
              <w:t>101.856</w:t>
            </w:r>
          </w:p>
        </w:tc>
        <w:tc>
          <w:tcPr>
            <w:tcW w:type="dxa" w:w="759"/>
            <w:vAlign w:val="center"/>
          </w:tcPr>
          <w:p>
            <w:r/>
            <w:r>
              <w:rPr>
                <w:rFonts w:ascii="Malgun Gothic" w:hAnsi="Malgun Gothic" w:eastAsia="Malgun Gothic"/>
                <w:b w:val="0"/>
                <w:sz w:val="14"/>
              </w:rPr>
              <w:t>0.627436</w:t>
            </w:r>
          </w:p>
        </w:tc>
        <w:tc>
          <w:tcPr>
            <w:tcW w:type="dxa" w:w="759"/>
            <w:vAlign w:val="center"/>
          </w:tcPr>
          <w:p>
            <w:r/>
            <w:r>
              <w:rPr>
                <w:rFonts w:ascii="Malgun Gothic" w:hAnsi="Malgun Gothic" w:eastAsia="Malgun Gothic"/>
                <w:b w:val="0"/>
                <w:sz w:val="14"/>
              </w:rPr>
              <w:t>2.078694</w:t>
            </w:r>
          </w:p>
        </w:tc>
      </w:tr>
      <w:tr>
        <w:trPr>
          <w:cantSplit/>
        </w:trPr>
        <w:tc>
          <w:tcPr>
            <w:tcW w:type="dxa" w:w="759"/>
            <w:vAlign w:val="center"/>
          </w:tcPr>
          <w:p>
            <w:r/>
            <w:r>
              <w:rPr>
                <w:rFonts w:ascii="Malgun Gothic" w:hAnsi="Malgun Gothic" w:eastAsia="Malgun Gothic"/>
                <w:b w:val="0"/>
                <w:sz w:val="14"/>
              </w:rPr>
              <w:t>09__350002022300989.wav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521.553</w:t>
            </w:r>
          </w:p>
        </w:tc>
        <w:tc>
          <w:tcPr>
            <w:tcW w:type="dxa" w:w="759"/>
            <w:vAlign w:val="center"/>
          </w:tcPr>
          <w:p>
            <w:r/>
            <w:r>
              <w:rPr>
                <w:rFonts w:ascii="Malgun Gothic" w:hAnsi="Malgun Gothic" w:eastAsia="Malgun Gothic"/>
                <w:b w:val="0"/>
                <w:sz w:val="14"/>
              </w:rPr>
              <w:t>521.522</w:t>
            </w:r>
          </w:p>
        </w:tc>
        <w:tc>
          <w:tcPr>
            <w:tcW w:type="dxa" w:w="759"/>
            <w:vAlign w:val="center"/>
          </w:tcPr>
          <w:p>
            <w:r/>
            <w:r>
              <w:rPr>
                <w:rFonts w:ascii="Malgun Gothic" w:hAnsi="Malgun Gothic" w:eastAsia="Malgun Gothic"/>
                <w:b w:val="0"/>
                <w:sz w:val="14"/>
              </w:rPr>
              <w:t>111</w:t>
            </w:r>
          </w:p>
        </w:tc>
        <w:tc>
          <w:tcPr>
            <w:tcW w:type="dxa" w:w="759"/>
            <w:vAlign w:val="center"/>
          </w:tcPr>
          <w:p>
            <w:r/>
            <w:r>
              <w:rPr>
                <w:rFonts w:ascii="Malgun Gothic" w:hAnsi="Malgun Gothic" w:eastAsia="Malgun Gothic"/>
                <w:b w:val="0"/>
                <w:sz w:val="14"/>
              </w:rPr>
              <w:t>217.061</w:t>
            </w:r>
          </w:p>
        </w:tc>
        <w:tc>
          <w:tcPr>
            <w:tcW w:type="dxa" w:w="759"/>
            <w:vAlign w:val="center"/>
          </w:tcPr>
          <w:p>
            <w:r/>
            <w:r>
              <w:rPr>
                <w:rFonts w:ascii="Malgun Gothic" w:hAnsi="Malgun Gothic" w:eastAsia="Malgun Gothic"/>
                <w:b w:val="0"/>
                <w:sz w:val="14"/>
              </w:rPr>
              <w:t>0.416207</w:t>
            </w:r>
          </w:p>
        </w:tc>
        <w:tc>
          <w:tcPr>
            <w:tcW w:type="dxa" w:w="759"/>
            <w:vAlign w:val="center"/>
          </w:tcPr>
          <w:p>
            <w:r/>
            <w:r>
              <w:rPr>
                <w:rFonts w:ascii="Malgun Gothic" w:hAnsi="Malgun Gothic" w:eastAsia="Malgun Gothic"/>
                <w:b w:val="0"/>
                <w:sz w:val="14"/>
              </w:rPr>
              <w:t>1.955505</w:t>
            </w:r>
          </w:p>
        </w:tc>
        <w:tc>
          <w:tcPr>
            <w:tcW w:type="dxa" w:w="759"/>
            <w:vAlign w:val="center"/>
          </w:tcPr>
          <w:p>
            <w:r/>
            <w:r>
              <w:rPr>
                <w:rFonts w:ascii="Malgun Gothic" w:hAnsi="Malgun Gothic" w:eastAsia="Malgun Gothic"/>
                <w:b w:val="0"/>
                <w:sz w:val="14"/>
              </w:rPr>
              <w:t>89</w:t>
            </w:r>
          </w:p>
        </w:tc>
        <w:tc>
          <w:tcPr>
            <w:tcW w:type="dxa" w:w="759"/>
            <w:vAlign w:val="center"/>
          </w:tcPr>
          <w:p>
            <w:r/>
            <w:r>
              <w:rPr>
                <w:rFonts w:ascii="Malgun Gothic" w:hAnsi="Malgun Gothic" w:eastAsia="Malgun Gothic"/>
                <w:b w:val="0"/>
                <w:sz w:val="14"/>
              </w:rPr>
              <w:t>237.939</w:t>
            </w:r>
          </w:p>
        </w:tc>
        <w:tc>
          <w:tcPr>
            <w:tcW w:type="dxa" w:w="759"/>
            <w:vAlign w:val="center"/>
          </w:tcPr>
          <w:p>
            <w:r/>
            <w:r>
              <w:rPr>
                <w:rFonts w:ascii="Malgun Gothic" w:hAnsi="Malgun Gothic" w:eastAsia="Malgun Gothic"/>
                <w:b w:val="0"/>
                <w:sz w:val="14"/>
              </w:rPr>
              <w:t>0.45624</w:t>
            </w:r>
          </w:p>
        </w:tc>
        <w:tc>
          <w:tcPr>
            <w:tcW w:type="dxa" w:w="759"/>
            <w:vAlign w:val="center"/>
          </w:tcPr>
          <w:p>
            <w:r/>
            <w:r>
              <w:rPr>
                <w:rFonts w:ascii="Malgun Gothic" w:hAnsi="Malgun Gothic" w:eastAsia="Malgun Gothic"/>
                <w:b w:val="0"/>
                <w:sz w:val="14"/>
              </w:rPr>
              <w:t>2.673472</w:t>
            </w:r>
          </w:p>
        </w:tc>
      </w:tr>
      <w:tr>
        <w:trPr>
          <w:cantSplit/>
        </w:trPr>
        <w:tc>
          <w:tcPr>
            <w:tcW w:type="dxa" w:w="759"/>
            <w:vAlign w:val="center"/>
          </w:tcPr>
          <w:p>
            <w:r/>
            <w:r>
              <w:rPr>
                <w:rFonts w:ascii="Malgun Gothic" w:hAnsi="Malgun Gothic" w:eastAsia="Malgun Gothic"/>
                <w:b w:val="0"/>
                <w:sz w:val="14"/>
              </w:rPr>
              <w:t>09__350002022300990.wav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0.655</w:t>
            </w:r>
          </w:p>
        </w:tc>
        <w:tc>
          <w:tcPr>
            <w:tcW w:type="dxa" w:w="759"/>
            <w:vAlign w:val="center"/>
          </w:tcPr>
          <w:p>
            <w:r/>
            <w:r>
              <w:rPr>
                <w:rFonts w:ascii="Malgun Gothic" w:hAnsi="Malgun Gothic" w:eastAsia="Malgun Gothic"/>
                <w:b w:val="0"/>
                <w:sz w:val="14"/>
              </w:rPr>
              <w:t>172.679</w:t>
            </w:r>
          </w:p>
        </w:tc>
        <w:tc>
          <w:tcPr>
            <w:tcW w:type="dxa" w:w="759"/>
            <w:vAlign w:val="center"/>
          </w:tcPr>
          <w:p>
            <w:r/>
            <w:r>
              <w:rPr>
                <w:rFonts w:ascii="Malgun Gothic" w:hAnsi="Malgun Gothic" w:eastAsia="Malgun Gothic"/>
                <w:b w:val="0"/>
                <w:sz w:val="14"/>
              </w:rPr>
              <w:t>172.024</w:t>
            </w:r>
          </w:p>
        </w:tc>
        <w:tc>
          <w:tcPr>
            <w:tcW w:type="dxa" w:w="759"/>
            <w:vAlign w:val="center"/>
          </w:tcPr>
          <w:p>
            <w:r/>
            <w:r>
              <w:rPr>
                <w:rFonts w:ascii="Malgun Gothic" w:hAnsi="Malgun Gothic" w:eastAsia="Malgun Gothic"/>
                <w:b w:val="0"/>
                <w:sz w:val="14"/>
              </w:rPr>
              <w:t>39</w:t>
            </w:r>
          </w:p>
        </w:tc>
        <w:tc>
          <w:tcPr>
            <w:tcW w:type="dxa" w:w="759"/>
            <w:vAlign w:val="center"/>
          </w:tcPr>
          <w:p>
            <w:r/>
            <w:r>
              <w:rPr>
                <w:rFonts w:ascii="Malgun Gothic" w:hAnsi="Malgun Gothic" w:eastAsia="Malgun Gothic"/>
                <w:b w:val="0"/>
                <w:sz w:val="14"/>
              </w:rPr>
              <w:t>95.46</w:t>
            </w:r>
          </w:p>
        </w:tc>
        <w:tc>
          <w:tcPr>
            <w:tcW w:type="dxa" w:w="759"/>
            <w:vAlign w:val="center"/>
          </w:tcPr>
          <w:p>
            <w:r/>
            <w:r>
              <w:rPr>
                <w:rFonts w:ascii="Malgun Gothic" w:hAnsi="Malgun Gothic" w:eastAsia="Malgun Gothic"/>
                <w:b w:val="0"/>
                <w:sz w:val="14"/>
              </w:rPr>
              <w:t>0.554923</w:t>
            </w:r>
          </w:p>
        </w:tc>
        <w:tc>
          <w:tcPr>
            <w:tcW w:type="dxa" w:w="759"/>
            <w:vAlign w:val="center"/>
          </w:tcPr>
          <w:p>
            <w:r/>
            <w:r>
              <w:rPr>
                <w:rFonts w:ascii="Malgun Gothic" w:hAnsi="Malgun Gothic" w:eastAsia="Malgun Gothic"/>
                <w:b w:val="0"/>
                <w:sz w:val="14"/>
              </w:rPr>
              <w:t>2.447692</w:t>
            </w:r>
          </w:p>
        </w:tc>
        <w:tc>
          <w:tcPr>
            <w:tcW w:type="dxa" w:w="759"/>
            <w:vAlign w:val="center"/>
          </w:tcPr>
          <w:p>
            <w:r/>
            <w:r>
              <w:rPr>
                <w:rFonts w:ascii="Malgun Gothic" w:hAnsi="Malgun Gothic" w:eastAsia="Malgun Gothic"/>
                <w:b w:val="0"/>
                <w:sz w:val="14"/>
              </w:rPr>
              <w:t>28</w:t>
            </w:r>
          </w:p>
        </w:tc>
        <w:tc>
          <w:tcPr>
            <w:tcW w:type="dxa" w:w="759"/>
            <w:vAlign w:val="center"/>
          </w:tcPr>
          <w:p>
            <w:r/>
            <w:r>
              <w:rPr>
                <w:rFonts w:ascii="Malgun Gothic" w:hAnsi="Malgun Gothic" w:eastAsia="Malgun Gothic"/>
                <w:b w:val="0"/>
                <w:sz w:val="14"/>
              </w:rPr>
              <w:t>25.463</w:t>
            </w:r>
          </w:p>
        </w:tc>
        <w:tc>
          <w:tcPr>
            <w:tcW w:type="dxa" w:w="759"/>
            <w:vAlign w:val="center"/>
          </w:tcPr>
          <w:p>
            <w:r/>
            <w:r>
              <w:rPr>
                <w:rFonts w:ascii="Malgun Gothic" w:hAnsi="Malgun Gothic" w:eastAsia="Malgun Gothic"/>
                <w:b w:val="0"/>
                <w:sz w:val="14"/>
              </w:rPr>
              <w:t>0.14802</w:t>
            </w:r>
          </w:p>
        </w:tc>
        <w:tc>
          <w:tcPr>
            <w:tcW w:type="dxa" w:w="759"/>
            <w:vAlign w:val="center"/>
          </w:tcPr>
          <w:p>
            <w:r/>
            <w:r>
              <w:rPr>
                <w:rFonts w:ascii="Malgun Gothic" w:hAnsi="Malgun Gothic" w:eastAsia="Malgun Gothic"/>
                <w:b w:val="0"/>
                <w:sz w:val="14"/>
              </w:rPr>
              <w:t>0.909393</w:t>
            </w:r>
          </w:p>
        </w:tc>
      </w:tr>
      <w:tr>
        <w:trPr>
          <w:cantSplit/>
        </w:trPr>
        <w:tc>
          <w:tcPr>
            <w:tcW w:type="dxa" w:w="759"/>
            <w:vAlign w:val="center"/>
          </w:tcPr>
          <w:p>
            <w:r/>
            <w:r>
              <w:rPr>
                <w:rFonts w:ascii="Malgun Gothic" w:hAnsi="Malgun Gothic" w:eastAsia="Malgun Gothic"/>
                <w:b w:val="0"/>
                <w:sz w:val="14"/>
              </w:rPr>
              <w:t>09__350002022300991.wav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0.622</w:t>
            </w:r>
          </w:p>
        </w:tc>
        <w:tc>
          <w:tcPr>
            <w:tcW w:type="dxa" w:w="759"/>
            <w:vAlign w:val="center"/>
          </w:tcPr>
          <w:p>
            <w:r/>
            <w:r>
              <w:rPr>
                <w:rFonts w:ascii="Malgun Gothic" w:hAnsi="Malgun Gothic" w:eastAsia="Malgun Gothic"/>
                <w:b w:val="0"/>
                <w:sz w:val="14"/>
              </w:rPr>
              <w:t>149.611</w:t>
            </w:r>
          </w:p>
        </w:tc>
        <w:tc>
          <w:tcPr>
            <w:tcW w:type="dxa" w:w="759"/>
            <w:vAlign w:val="center"/>
          </w:tcPr>
          <w:p>
            <w:r/>
            <w:r>
              <w:rPr>
                <w:rFonts w:ascii="Malgun Gothic" w:hAnsi="Malgun Gothic" w:eastAsia="Malgun Gothic"/>
                <w:b w:val="0"/>
                <w:sz w:val="14"/>
              </w:rPr>
              <w:t>148.989</w:t>
            </w:r>
          </w:p>
        </w:tc>
        <w:tc>
          <w:tcPr>
            <w:tcW w:type="dxa" w:w="759"/>
            <w:vAlign w:val="center"/>
          </w:tcPr>
          <w:p>
            <w:r/>
            <w:r>
              <w:rPr>
                <w:rFonts w:ascii="Malgun Gothic" w:hAnsi="Malgun Gothic" w:eastAsia="Malgun Gothic"/>
                <w:b w:val="0"/>
                <w:sz w:val="14"/>
              </w:rPr>
              <w:t>44</w:t>
            </w:r>
          </w:p>
        </w:tc>
        <w:tc>
          <w:tcPr>
            <w:tcW w:type="dxa" w:w="759"/>
            <w:vAlign w:val="center"/>
          </w:tcPr>
          <w:p>
            <w:r/>
            <w:r>
              <w:rPr>
                <w:rFonts w:ascii="Malgun Gothic" w:hAnsi="Malgun Gothic" w:eastAsia="Malgun Gothic"/>
                <w:b w:val="0"/>
                <w:sz w:val="14"/>
              </w:rPr>
              <w:t>110.209</w:t>
            </w:r>
          </w:p>
        </w:tc>
        <w:tc>
          <w:tcPr>
            <w:tcW w:type="dxa" w:w="759"/>
            <w:vAlign w:val="center"/>
          </w:tcPr>
          <w:p>
            <w:r/>
            <w:r>
              <w:rPr>
                <w:rFonts w:ascii="Malgun Gothic" w:hAnsi="Malgun Gothic" w:eastAsia="Malgun Gothic"/>
                <w:b w:val="0"/>
                <w:sz w:val="14"/>
              </w:rPr>
              <w:t>0.739712</w:t>
            </w:r>
          </w:p>
        </w:tc>
        <w:tc>
          <w:tcPr>
            <w:tcW w:type="dxa" w:w="759"/>
            <w:vAlign w:val="center"/>
          </w:tcPr>
          <w:p>
            <w:r/>
            <w:r>
              <w:rPr>
                <w:rFonts w:ascii="Malgun Gothic" w:hAnsi="Malgun Gothic" w:eastAsia="Malgun Gothic"/>
                <w:b w:val="0"/>
                <w:sz w:val="14"/>
              </w:rPr>
              <w:t>2.50475</w:t>
            </w:r>
          </w:p>
        </w:tc>
        <w:tc>
          <w:tcPr>
            <w:tcW w:type="dxa" w:w="759"/>
            <w:vAlign w:val="center"/>
          </w:tcPr>
          <w:p>
            <w:r/>
            <w:r>
              <w:rPr>
                <w:rFonts w:ascii="Malgun Gothic" w:hAnsi="Malgun Gothic" w:eastAsia="Malgun Gothic"/>
                <w:b w:val="0"/>
                <w:sz w:val="14"/>
              </w:rPr>
              <w:t>16</w:t>
            </w:r>
          </w:p>
        </w:tc>
        <w:tc>
          <w:tcPr>
            <w:tcW w:type="dxa" w:w="759"/>
            <w:vAlign w:val="center"/>
          </w:tcPr>
          <w:p>
            <w:r/>
            <w:r>
              <w:rPr>
                <w:rFonts w:ascii="Malgun Gothic" w:hAnsi="Malgun Gothic" w:eastAsia="Malgun Gothic"/>
                <w:b w:val="0"/>
                <w:sz w:val="14"/>
              </w:rPr>
              <w:t>29.634</w:t>
            </w:r>
          </w:p>
        </w:tc>
        <w:tc>
          <w:tcPr>
            <w:tcW w:type="dxa" w:w="759"/>
            <w:vAlign w:val="center"/>
          </w:tcPr>
          <w:p>
            <w:r/>
            <w:r>
              <w:rPr>
                <w:rFonts w:ascii="Malgun Gothic" w:hAnsi="Malgun Gothic" w:eastAsia="Malgun Gothic"/>
                <w:b w:val="0"/>
                <w:sz w:val="14"/>
              </w:rPr>
              <w:t>0.198901</w:t>
            </w:r>
          </w:p>
        </w:tc>
        <w:tc>
          <w:tcPr>
            <w:tcW w:type="dxa" w:w="759"/>
            <w:vAlign w:val="center"/>
          </w:tcPr>
          <w:p>
            <w:r/>
            <w:r>
              <w:rPr>
                <w:rFonts w:ascii="Malgun Gothic" w:hAnsi="Malgun Gothic" w:eastAsia="Malgun Gothic"/>
                <w:b w:val="0"/>
                <w:sz w:val="14"/>
              </w:rPr>
              <w:t>1.852125</w:t>
            </w:r>
          </w:p>
        </w:tc>
      </w:tr>
      <w:tr>
        <w:trPr>
          <w:cantSplit/>
        </w:trPr>
        <w:tc>
          <w:tcPr>
            <w:tcW w:type="dxa" w:w="759"/>
            <w:vAlign w:val="center"/>
          </w:tcPr>
          <w:p>
            <w:r/>
            <w:r>
              <w:rPr>
                <w:rFonts w:ascii="Malgun Gothic" w:hAnsi="Malgun Gothic" w:eastAsia="Malgun Gothic"/>
                <w:b w:val="0"/>
                <w:sz w:val="14"/>
              </w:rPr>
              <w:t>09__350002022300992.wav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0.554</w:t>
            </w:r>
          </w:p>
        </w:tc>
        <w:tc>
          <w:tcPr>
            <w:tcW w:type="dxa" w:w="759"/>
            <w:vAlign w:val="center"/>
          </w:tcPr>
          <w:p>
            <w:r/>
            <w:r>
              <w:rPr>
                <w:rFonts w:ascii="Malgun Gothic" w:hAnsi="Malgun Gothic" w:eastAsia="Malgun Gothic"/>
                <w:b w:val="0"/>
                <w:sz w:val="14"/>
              </w:rPr>
              <w:t>61.625</w:t>
            </w:r>
          </w:p>
        </w:tc>
        <w:tc>
          <w:tcPr>
            <w:tcW w:type="dxa" w:w="759"/>
            <w:vAlign w:val="center"/>
          </w:tcPr>
          <w:p>
            <w:r/>
            <w:r>
              <w:rPr>
                <w:rFonts w:ascii="Malgun Gothic" w:hAnsi="Malgun Gothic" w:eastAsia="Malgun Gothic"/>
                <w:b w:val="0"/>
                <w:sz w:val="14"/>
              </w:rPr>
              <w:t>61.071</w:t>
            </w:r>
          </w:p>
        </w:tc>
        <w:tc>
          <w:tcPr>
            <w:tcW w:type="dxa" w:w="759"/>
            <w:vAlign w:val="center"/>
          </w:tcPr>
          <w:p>
            <w:r/>
            <w:r>
              <w:rPr>
                <w:rFonts w:ascii="Malgun Gothic" w:hAnsi="Malgun Gothic" w:eastAsia="Malgun Gothic"/>
                <w:b w:val="0"/>
                <w:sz w:val="14"/>
              </w:rPr>
              <w:t>11</w:t>
            </w:r>
          </w:p>
        </w:tc>
        <w:tc>
          <w:tcPr>
            <w:tcW w:type="dxa" w:w="759"/>
            <w:vAlign w:val="center"/>
          </w:tcPr>
          <w:p>
            <w:r/>
            <w:r>
              <w:rPr>
                <w:rFonts w:ascii="Malgun Gothic" w:hAnsi="Malgun Gothic" w:eastAsia="Malgun Gothic"/>
                <w:b w:val="0"/>
                <w:sz w:val="14"/>
              </w:rPr>
              <w:t>19.862</w:t>
            </w:r>
          </w:p>
        </w:tc>
        <w:tc>
          <w:tcPr>
            <w:tcW w:type="dxa" w:w="759"/>
            <w:vAlign w:val="center"/>
          </w:tcPr>
          <w:p>
            <w:r/>
            <w:r>
              <w:rPr>
                <w:rFonts w:ascii="Malgun Gothic" w:hAnsi="Malgun Gothic" w:eastAsia="Malgun Gothic"/>
                <w:b w:val="0"/>
                <w:sz w:val="14"/>
              </w:rPr>
              <w:t>0.325228</w:t>
            </w:r>
          </w:p>
        </w:tc>
        <w:tc>
          <w:tcPr>
            <w:tcW w:type="dxa" w:w="759"/>
            <w:vAlign w:val="center"/>
          </w:tcPr>
          <w:p>
            <w:r/>
            <w:r>
              <w:rPr>
                <w:rFonts w:ascii="Malgun Gothic" w:hAnsi="Malgun Gothic" w:eastAsia="Malgun Gothic"/>
                <w:b w:val="0"/>
                <w:sz w:val="14"/>
              </w:rPr>
              <w:t>1.805636</w:t>
            </w:r>
          </w:p>
        </w:tc>
        <w:tc>
          <w:tcPr>
            <w:tcW w:type="dxa" w:w="759"/>
            <w:vAlign w:val="center"/>
          </w:tcPr>
          <w:p>
            <w:r/>
            <w:r>
              <w:rPr>
                <w:rFonts w:ascii="Malgun Gothic" w:hAnsi="Malgun Gothic" w:eastAsia="Malgun Gothic"/>
                <w:b w:val="0"/>
                <w:sz w:val="14"/>
              </w:rPr>
              <w:t>15</w:t>
            </w:r>
          </w:p>
        </w:tc>
        <w:tc>
          <w:tcPr>
            <w:tcW w:type="dxa" w:w="759"/>
            <w:vAlign w:val="center"/>
          </w:tcPr>
          <w:p>
            <w:r/>
            <w:r>
              <w:rPr>
                <w:rFonts w:ascii="Malgun Gothic" w:hAnsi="Malgun Gothic" w:eastAsia="Malgun Gothic"/>
                <w:b w:val="0"/>
                <w:sz w:val="14"/>
              </w:rPr>
              <w:t>23.729</w:t>
            </w:r>
          </w:p>
        </w:tc>
        <w:tc>
          <w:tcPr>
            <w:tcW w:type="dxa" w:w="759"/>
            <w:vAlign w:val="center"/>
          </w:tcPr>
          <w:p>
            <w:r/>
            <w:r>
              <w:rPr>
                <w:rFonts w:ascii="Malgun Gothic" w:hAnsi="Malgun Gothic" w:eastAsia="Malgun Gothic"/>
                <w:b w:val="0"/>
                <w:sz w:val="14"/>
              </w:rPr>
              <w:t>0.388548</w:t>
            </w:r>
          </w:p>
        </w:tc>
        <w:tc>
          <w:tcPr>
            <w:tcW w:type="dxa" w:w="759"/>
            <w:vAlign w:val="center"/>
          </w:tcPr>
          <w:p>
            <w:r/>
            <w:r>
              <w:rPr>
                <w:rFonts w:ascii="Malgun Gothic" w:hAnsi="Malgun Gothic" w:eastAsia="Malgun Gothic"/>
                <w:b w:val="0"/>
                <w:sz w:val="14"/>
              </w:rPr>
              <w:t>1.581933</w:t>
            </w:r>
          </w:p>
        </w:tc>
      </w:tr>
      <w:tr>
        <w:trPr>
          <w:cantSplit/>
        </w:trPr>
        <w:tc>
          <w:tcPr>
            <w:tcW w:type="dxa" w:w="759"/>
            <w:vAlign w:val="center"/>
          </w:tcPr>
          <w:p>
            <w:r/>
            <w:r>
              <w:rPr>
                <w:rFonts w:ascii="Malgun Gothic" w:hAnsi="Malgun Gothic" w:eastAsia="Malgun Gothic"/>
                <w:b w:val="0"/>
                <w:sz w:val="14"/>
              </w:rPr>
              <w:t>09__350002022300993.wav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29.714</w:t>
            </w:r>
          </w:p>
        </w:tc>
        <w:tc>
          <w:tcPr>
            <w:tcW w:type="dxa" w:w="759"/>
            <w:vAlign w:val="center"/>
          </w:tcPr>
          <w:p>
            <w:r/>
            <w:r>
              <w:rPr>
                <w:rFonts w:ascii="Malgun Gothic" w:hAnsi="Malgun Gothic" w:eastAsia="Malgun Gothic"/>
                <w:b w:val="0"/>
                <w:sz w:val="14"/>
              </w:rPr>
              <w:t>29.683</w:t>
            </w:r>
          </w:p>
        </w:tc>
        <w:tc>
          <w:tcPr>
            <w:tcW w:type="dxa" w:w="759"/>
            <w:vAlign w:val="center"/>
          </w:tcPr>
          <w:p>
            <w:r/>
            <w:r>
              <w:rPr>
                <w:rFonts w:ascii="Malgun Gothic" w:hAnsi="Malgun Gothic" w:eastAsia="Malgun Gothic"/>
                <w:b w:val="0"/>
                <w:sz w:val="14"/>
              </w:rPr>
              <w:t>4</w:t>
            </w:r>
          </w:p>
        </w:tc>
        <w:tc>
          <w:tcPr>
            <w:tcW w:type="dxa" w:w="759"/>
            <w:vAlign w:val="center"/>
          </w:tcPr>
          <w:p>
            <w:r/>
            <w:r>
              <w:rPr>
                <w:rFonts w:ascii="Malgun Gothic" w:hAnsi="Malgun Gothic" w:eastAsia="Malgun Gothic"/>
                <w:b w:val="0"/>
                <w:sz w:val="14"/>
              </w:rPr>
              <w:t>14.26</w:t>
            </w:r>
          </w:p>
        </w:tc>
        <w:tc>
          <w:tcPr>
            <w:tcW w:type="dxa" w:w="759"/>
            <w:vAlign w:val="center"/>
          </w:tcPr>
          <w:p>
            <w:r/>
            <w:r>
              <w:rPr>
                <w:rFonts w:ascii="Malgun Gothic" w:hAnsi="Malgun Gothic" w:eastAsia="Malgun Gothic"/>
                <w:b w:val="0"/>
                <w:sz w:val="14"/>
              </w:rPr>
              <w:t>0.48041</w:t>
            </w:r>
          </w:p>
        </w:tc>
        <w:tc>
          <w:tcPr>
            <w:tcW w:type="dxa" w:w="759"/>
            <w:vAlign w:val="center"/>
          </w:tcPr>
          <w:p>
            <w:r/>
            <w:r>
              <w:rPr>
                <w:rFonts w:ascii="Malgun Gothic" w:hAnsi="Malgun Gothic" w:eastAsia="Malgun Gothic"/>
                <w:b w:val="0"/>
                <w:sz w:val="14"/>
              </w:rPr>
              <w:t>3.565</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16.841</w:t>
            </w:r>
          </w:p>
        </w:tc>
        <w:tc>
          <w:tcPr>
            <w:tcW w:type="dxa" w:w="759"/>
            <w:vAlign w:val="center"/>
          </w:tcPr>
          <w:p>
            <w:r/>
            <w:r>
              <w:rPr>
                <w:rFonts w:ascii="Malgun Gothic" w:hAnsi="Malgun Gothic" w:eastAsia="Malgun Gothic"/>
                <w:b w:val="0"/>
                <w:sz w:val="14"/>
              </w:rPr>
              <w:t>0.567362</w:t>
            </w:r>
          </w:p>
        </w:tc>
        <w:tc>
          <w:tcPr>
            <w:tcW w:type="dxa" w:w="759"/>
            <w:vAlign w:val="center"/>
          </w:tcPr>
          <w:p>
            <w:r/>
            <w:r>
              <w:rPr>
                <w:rFonts w:ascii="Malgun Gothic" w:hAnsi="Malgun Gothic" w:eastAsia="Malgun Gothic"/>
                <w:b w:val="0"/>
                <w:sz w:val="14"/>
              </w:rPr>
              <w:t>2.806833</w:t>
            </w:r>
          </w:p>
        </w:tc>
      </w:tr>
      <w:tr>
        <w:trPr>
          <w:cantSplit/>
        </w:trPr>
        <w:tc>
          <w:tcPr>
            <w:tcW w:type="dxa" w:w="759"/>
            <w:vAlign w:val="center"/>
          </w:tcPr>
          <w:p>
            <w:r/>
            <w:r>
              <w:rPr>
                <w:rFonts w:ascii="Malgun Gothic" w:hAnsi="Malgun Gothic" w:eastAsia="Malgun Gothic"/>
                <w:b w:val="0"/>
                <w:sz w:val="14"/>
              </w:rPr>
              <w:t>09__350002022300994.wav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1.077</w:t>
            </w:r>
          </w:p>
        </w:tc>
        <w:tc>
          <w:tcPr>
            <w:tcW w:type="dxa" w:w="759"/>
            <w:vAlign w:val="center"/>
          </w:tcPr>
          <w:p>
            <w:r/>
            <w:r>
              <w:rPr>
                <w:rFonts w:ascii="Malgun Gothic" w:hAnsi="Malgun Gothic" w:eastAsia="Malgun Gothic"/>
                <w:b w:val="0"/>
                <w:sz w:val="14"/>
              </w:rPr>
              <w:t>14.763</w:t>
            </w:r>
          </w:p>
        </w:tc>
        <w:tc>
          <w:tcPr>
            <w:tcW w:type="dxa" w:w="759"/>
            <w:vAlign w:val="center"/>
          </w:tcPr>
          <w:p>
            <w:r/>
            <w:r>
              <w:rPr>
                <w:rFonts w:ascii="Malgun Gothic" w:hAnsi="Malgun Gothic" w:eastAsia="Malgun Gothic"/>
                <w:b w:val="0"/>
                <w:sz w:val="14"/>
              </w:rPr>
              <w:t>13.686</w:t>
            </w:r>
          </w:p>
        </w:tc>
        <w:tc>
          <w:tcPr>
            <w:tcW w:type="dxa" w:w="759"/>
            <w:vAlign w:val="center"/>
          </w:tcPr>
          <w:p>
            <w:r/>
            <w:r>
              <w:rPr>
                <w:rFonts w:ascii="Malgun Gothic" w:hAnsi="Malgun Gothic" w:eastAsia="Malgun Gothic"/>
                <w:b w:val="0"/>
                <w:sz w:val="14"/>
              </w:rPr>
              <w:t>4</w:t>
            </w:r>
          </w:p>
        </w:tc>
        <w:tc>
          <w:tcPr>
            <w:tcW w:type="dxa" w:w="759"/>
            <w:vAlign w:val="center"/>
          </w:tcPr>
          <w:p>
            <w:r/>
            <w:r>
              <w:rPr>
                <w:rFonts w:ascii="Malgun Gothic" w:hAnsi="Malgun Gothic" w:eastAsia="Malgun Gothic"/>
                <w:b w:val="0"/>
                <w:sz w:val="14"/>
              </w:rPr>
              <w:t>8.168</w:t>
            </w:r>
          </w:p>
        </w:tc>
        <w:tc>
          <w:tcPr>
            <w:tcW w:type="dxa" w:w="759"/>
            <w:vAlign w:val="center"/>
          </w:tcPr>
          <w:p>
            <w:r/>
            <w:r>
              <w:rPr>
                <w:rFonts w:ascii="Malgun Gothic" w:hAnsi="Malgun Gothic" w:eastAsia="Malgun Gothic"/>
                <w:b w:val="0"/>
                <w:sz w:val="14"/>
              </w:rPr>
              <w:t>0.596814</w:t>
            </w:r>
          </w:p>
        </w:tc>
        <w:tc>
          <w:tcPr>
            <w:tcW w:type="dxa" w:w="759"/>
            <w:vAlign w:val="center"/>
          </w:tcPr>
          <w:p>
            <w:r/>
            <w:r>
              <w:rPr>
                <w:rFonts w:ascii="Malgun Gothic" w:hAnsi="Malgun Gothic" w:eastAsia="Malgun Gothic"/>
                <w:b w:val="0"/>
                <w:sz w:val="14"/>
              </w:rPr>
              <w:t>2.042</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6.261</w:t>
            </w:r>
          </w:p>
        </w:tc>
        <w:tc>
          <w:tcPr>
            <w:tcW w:type="dxa" w:w="759"/>
            <w:vAlign w:val="center"/>
          </w:tcPr>
          <w:p>
            <w:r/>
            <w:r>
              <w:rPr>
                <w:rFonts w:ascii="Malgun Gothic" w:hAnsi="Malgun Gothic" w:eastAsia="Malgun Gothic"/>
                <w:b w:val="0"/>
                <w:sz w:val="14"/>
              </w:rPr>
              <w:t>0.457475</w:t>
            </w:r>
          </w:p>
        </w:tc>
        <w:tc>
          <w:tcPr>
            <w:tcW w:type="dxa" w:w="759"/>
            <w:vAlign w:val="center"/>
          </w:tcPr>
          <w:p>
            <w:r/>
            <w:r>
              <w:rPr>
                <w:rFonts w:ascii="Malgun Gothic" w:hAnsi="Malgun Gothic" w:eastAsia="Malgun Gothic"/>
                <w:b w:val="0"/>
                <w:sz w:val="14"/>
              </w:rPr>
              <w:t>3.1305</w:t>
            </w:r>
          </w:p>
        </w:tc>
      </w:tr>
      <w:tr>
        <w:trPr>
          <w:cantSplit/>
        </w:trPr>
        <w:tc>
          <w:tcPr>
            <w:tcW w:type="dxa" w:w="759"/>
            <w:vAlign w:val="center"/>
          </w:tcPr>
          <w:p>
            <w:r/>
            <w:r>
              <w:rPr>
                <w:rFonts w:ascii="Malgun Gothic" w:hAnsi="Malgun Gothic" w:eastAsia="Malgun Gothic"/>
                <w:b w:val="0"/>
                <w:sz w:val="14"/>
              </w:rPr>
              <w:t>09__350002022300995.wav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1.87</w:t>
            </w:r>
          </w:p>
        </w:tc>
        <w:tc>
          <w:tcPr>
            <w:tcW w:type="dxa" w:w="759"/>
            <w:vAlign w:val="center"/>
          </w:tcPr>
          <w:p>
            <w:r/>
            <w:r>
              <w:rPr>
                <w:rFonts w:ascii="Malgun Gothic" w:hAnsi="Malgun Gothic" w:eastAsia="Malgun Gothic"/>
                <w:b w:val="0"/>
                <w:sz w:val="14"/>
              </w:rPr>
              <w:t>154.758</w:t>
            </w:r>
          </w:p>
        </w:tc>
        <w:tc>
          <w:tcPr>
            <w:tcW w:type="dxa" w:w="759"/>
            <w:vAlign w:val="center"/>
          </w:tcPr>
          <w:p>
            <w:r/>
            <w:r>
              <w:rPr>
                <w:rFonts w:ascii="Malgun Gothic" w:hAnsi="Malgun Gothic" w:eastAsia="Malgun Gothic"/>
                <w:b w:val="0"/>
                <w:sz w:val="14"/>
              </w:rPr>
              <w:t>152.888</w:t>
            </w:r>
          </w:p>
        </w:tc>
        <w:tc>
          <w:tcPr>
            <w:tcW w:type="dxa" w:w="759"/>
            <w:vAlign w:val="center"/>
          </w:tcPr>
          <w:p>
            <w:r/>
            <w:r>
              <w:rPr>
                <w:rFonts w:ascii="Malgun Gothic" w:hAnsi="Malgun Gothic" w:eastAsia="Malgun Gothic"/>
                <w:b w:val="0"/>
                <w:sz w:val="14"/>
              </w:rPr>
              <w:t>45</w:t>
            </w:r>
          </w:p>
        </w:tc>
        <w:tc>
          <w:tcPr>
            <w:tcW w:type="dxa" w:w="759"/>
            <w:vAlign w:val="center"/>
          </w:tcPr>
          <w:p>
            <w:r/>
            <w:r>
              <w:rPr>
                <w:rFonts w:ascii="Malgun Gothic" w:hAnsi="Malgun Gothic" w:eastAsia="Malgun Gothic"/>
                <w:b w:val="0"/>
                <w:sz w:val="14"/>
              </w:rPr>
              <w:t>89.491</w:t>
            </w:r>
          </w:p>
        </w:tc>
        <w:tc>
          <w:tcPr>
            <w:tcW w:type="dxa" w:w="759"/>
            <w:vAlign w:val="center"/>
          </w:tcPr>
          <w:p>
            <w:r/>
            <w:r>
              <w:rPr>
                <w:rFonts w:ascii="Malgun Gothic" w:hAnsi="Malgun Gothic" w:eastAsia="Malgun Gothic"/>
                <w:b w:val="0"/>
                <w:sz w:val="14"/>
              </w:rPr>
              <w:t>0.585337</w:t>
            </w:r>
          </w:p>
        </w:tc>
        <w:tc>
          <w:tcPr>
            <w:tcW w:type="dxa" w:w="759"/>
            <w:vAlign w:val="center"/>
          </w:tcPr>
          <w:p>
            <w:r/>
            <w:r>
              <w:rPr>
                <w:rFonts w:ascii="Malgun Gothic" w:hAnsi="Malgun Gothic" w:eastAsia="Malgun Gothic"/>
                <w:b w:val="0"/>
                <w:sz w:val="14"/>
              </w:rPr>
              <w:t>1.988689</w:t>
            </w:r>
          </w:p>
        </w:tc>
        <w:tc>
          <w:tcPr>
            <w:tcW w:type="dxa" w:w="759"/>
            <w:vAlign w:val="center"/>
          </w:tcPr>
          <w:p>
            <w:r/>
            <w:r>
              <w:rPr>
                <w:rFonts w:ascii="Malgun Gothic" w:hAnsi="Malgun Gothic" w:eastAsia="Malgun Gothic"/>
                <w:b w:val="0"/>
                <w:sz w:val="14"/>
              </w:rPr>
              <w:t>34</w:t>
            </w:r>
          </w:p>
        </w:tc>
        <w:tc>
          <w:tcPr>
            <w:tcW w:type="dxa" w:w="759"/>
            <w:vAlign w:val="center"/>
          </w:tcPr>
          <w:p>
            <w:r/>
            <w:r>
              <w:rPr>
                <w:rFonts w:ascii="Malgun Gothic" w:hAnsi="Malgun Gothic" w:eastAsia="Malgun Gothic"/>
                <w:b w:val="0"/>
                <w:sz w:val="14"/>
              </w:rPr>
              <w:t>55.691</w:t>
            </w:r>
          </w:p>
        </w:tc>
        <w:tc>
          <w:tcPr>
            <w:tcW w:type="dxa" w:w="759"/>
            <w:vAlign w:val="center"/>
          </w:tcPr>
          <w:p>
            <w:r/>
            <w:r>
              <w:rPr>
                <w:rFonts w:ascii="Malgun Gothic" w:hAnsi="Malgun Gothic" w:eastAsia="Malgun Gothic"/>
                <w:b w:val="0"/>
                <w:sz w:val="14"/>
              </w:rPr>
              <w:t>0.36426</w:t>
            </w:r>
          </w:p>
        </w:tc>
        <w:tc>
          <w:tcPr>
            <w:tcW w:type="dxa" w:w="759"/>
            <w:vAlign w:val="center"/>
          </w:tcPr>
          <w:p>
            <w:r/>
            <w:r>
              <w:rPr>
                <w:rFonts w:ascii="Malgun Gothic" w:hAnsi="Malgun Gothic" w:eastAsia="Malgun Gothic"/>
                <w:b w:val="0"/>
                <w:sz w:val="14"/>
              </w:rPr>
              <w:t>1.637971</w:t>
            </w:r>
          </w:p>
        </w:tc>
      </w:tr>
      <w:tr>
        <w:trPr>
          <w:cantSplit/>
        </w:trPr>
        <w:tc>
          <w:tcPr>
            <w:tcW w:type="dxa" w:w="759"/>
            <w:vAlign w:val="center"/>
          </w:tcPr>
          <w:p>
            <w:r/>
            <w:r>
              <w:rPr>
                <w:rFonts w:ascii="Malgun Gothic" w:hAnsi="Malgun Gothic" w:eastAsia="Malgun Gothic"/>
                <w:b w:val="0"/>
                <w:sz w:val="14"/>
              </w:rPr>
              <w:t>09__350002022300996.wav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0.031</w:t>
            </w:r>
          </w:p>
        </w:tc>
        <w:tc>
          <w:tcPr>
            <w:tcW w:type="dxa" w:w="759"/>
            <w:vAlign w:val="center"/>
          </w:tcPr>
          <w:p>
            <w:r/>
            <w:r>
              <w:rPr>
                <w:rFonts w:ascii="Malgun Gothic" w:hAnsi="Malgun Gothic" w:eastAsia="Malgun Gothic"/>
                <w:b w:val="0"/>
                <w:sz w:val="14"/>
              </w:rPr>
              <w:t>59.92</w:t>
            </w:r>
          </w:p>
        </w:tc>
        <w:tc>
          <w:tcPr>
            <w:tcW w:type="dxa" w:w="759"/>
            <w:vAlign w:val="center"/>
          </w:tcPr>
          <w:p>
            <w:r/>
            <w:r>
              <w:rPr>
                <w:rFonts w:ascii="Malgun Gothic" w:hAnsi="Malgun Gothic" w:eastAsia="Malgun Gothic"/>
                <w:b w:val="0"/>
                <w:sz w:val="14"/>
              </w:rPr>
              <w:t>59.889</w:t>
            </w:r>
          </w:p>
        </w:tc>
        <w:tc>
          <w:tcPr>
            <w:tcW w:type="dxa" w:w="759"/>
            <w:vAlign w:val="center"/>
          </w:tcPr>
          <w:p>
            <w:r/>
            <w:r>
              <w:rPr>
                <w:rFonts w:ascii="Malgun Gothic" w:hAnsi="Malgun Gothic" w:eastAsia="Malgun Gothic"/>
                <w:b w:val="0"/>
                <w:sz w:val="14"/>
              </w:rPr>
              <w:t>22</w:t>
            </w:r>
          </w:p>
        </w:tc>
        <w:tc>
          <w:tcPr>
            <w:tcW w:type="dxa" w:w="759"/>
            <w:vAlign w:val="center"/>
          </w:tcPr>
          <w:p>
            <w:r/>
            <w:r>
              <w:rPr>
                <w:rFonts w:ascii="Malgun Gothic" w:hAnsi="Malgun Gothic" w:eastAsia="Malgun Gothic"/>
                <w:b w:val="0"/>
                <w:sz w:val="14"/>
              </w:rPr>
              <w:t>41.901</w:t>
            </w:r>
          </w:p>
        </w:tc>
        <w:tc>
          <w:tcPr>
            <w:tcW w:type="dxa" w:w="759"/>
            <w:vAlign w:val="center"/>
          </w:tcPr>
          <w:p>
            <w:r/>
            <w:r>
              <w:rPr>
                <w:rFonts w:ascii="Malgun Gothic" w:hAnsi="Malgun Gothic" w:eastAsia="Malgun Gothic"/>
                <w:b w:val="0"/>
                <w:sz w:val="14"/>
              </w:rPr>
              <w:t>0.699644</w:t>
            </w:r>
          </w:p>
        </w:tc>
        <w:tc>
          <w:tcPr>
            <w:tcW w:type="dxa" w:w="759"/>
            <w:vAlign w:val="center"/>
          </w:tcPr>
          <w:p>
            <w:r/>
            <w:r>
              <w:rPr>
                <w:rFonts w:ascii="Malgun Gothic" w:hAnsi="Malgun Gothic" w:eastAsia="Malgun Gothic"/>
                <w:b w:val="0"/>
                <w:sz w:val="14"/>
              </w:rPr>
              <w:t>1.904591</w:t>
            </w:r>
          </w:p>
        </w:tc>
        <w:tc>
          <w:tcPr>
            <w:tcW w:type="dxa" w:w="759"/>
            <w:vAlign w:val="center"/>
          </w:tcPr>
          <w:p>
            <w:r/>
            <w:r>
              <w:rPr>
                <w:rFonts w:ascii="Malgun Gothic" w:hAnsi="Malgun Gothic" w:eastAsia="Malgun Gothic"/>
                <w:b w:val="0"/>
                <w:sz w:val="14"/>
              </w:rPr>
              <w:t>23</w:t>
            </w:r>
          </w:p>
        </w:tc>
        <w:tc>
          <w:tcPr>
            <w:tcW w:type="dxa" w:w="759"/>
            <w:vAlign w:val="center"/>
          </w:tcPr>
          <w:p>
            <w:r/>
            <w:r>
              <w:rPr>
                <w:rFonts w:ascii="Malgun Gothic" w:hAnsi="Malgun Gothic" w:eastAsia="Malgun Gothic"/>
                <w:b w:val="0"/>
                <w:sz w:val="14"/>
              </w:rPr>
              <w:t>23.676</w:t>
            </w:r>
          </w:p>
        </w:tc>
        <w:tc>
          <w:tcPr>
            <w:tcW w:type="dxa" w:w="759"/>
            <w:vAlign w:val="center"/>
          </w:tcPr>
          <w:p>
            <w:r/>
            <w:r>
              <w:rPr>
                <w:rFonts w:ascii="Malgun Gothic" w:hAnsi="Malgun Gothic" w:eastAsia="Malgun Gothic"/>
                <w:b w:val="0"/>
                <w:sz w:val="14"/>
              </w:rPr>
              <w:t>0.395331</w:t>
            </w:r>
          </w:p>
        </w:tc>
        <w:tc>
          <w:tcPr>
            <w:tcW w:type="dxa" w:w="759"/>
            <w:vAlign w:val="center"/>
          </w:tcPr>
          <w:p>
            <w:r/>
            <w:r>
              <w:rPr>
                <w:rFonts w:ascii="Malgun Gothic" w:hAnsi="Malgun Gothic" w:eastAsia="Malgun Gothic"/>
                <w:b w:val="0"/>
                <w:sz w:val="14"/>
              </w:rPr>
              <w:t>1.029391</w:t>
            </w:r>
          </w:p>
        </w:tc>
      </w:tr>
      <w:tr>
        <w:trPr>
          <w:cantSplit/>
        </w:trPr>
        <w:tc>
          <w:tcPr>
            <w:tcW w:type="dxa" w:w="759"/>
            <w:vAlign w:val="center"/>
          </w:tcPr>
          <w:p>
            <w:r/>
            <w:r>
              <w:rPr>
                <w:rFonts w:ascii="Malgun Gothic" w:hAnsi="Malgun Gothic" w:eastAsia="Malgun Gothic"/>
                <w:b w:val="0"/>
                <w:sz w:val="14"/>
              </w:rPr>
              <w:t>09__350002022300997.wav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0.79</w:t>
            </w:r>
          </w:p>
        </w:tc>
        <w:tc>
          <w:tcPr>
            <w:tcW w:type="dxa" w:w="759"/>
            <w:vAlign w:val="center"/>
          </w:tcPr>
          <w:p>
            <w:r/>
            <w:r>
              <w:rPr>
                <w:rFonts w:ascii="Malgun Gothic" w:hAnsi="Malgun Gothic" w:eastAsia="Malgun Gothic"/>
                <w:b w:val="0"/>
                <w:sz w:val="14"/>
              </w:rPr>
              <w:t>103.154</w:t>
            </w:r>
          </w:p>
        </w:tc>
        <w:tc>
          <w:tcPr>
            <w:tcW w:type="dxa" w:w="759"/>
            <w:vAlign w:val="center"/>
          </w:tcPr>
          <w:p>
            <w:r/>
            <w:r>
              <w:rPr>
                <w:rFonts w:ascii="Malgun Gothic" w:hAnsi="Malgun Gothic" w:eastAsia="Malgun Gothic"/>
                <w:b w:val="0"/>
                <w:sz w:val="14"/>
              </w:rPr>
              <w:t>102.364</w:t>
            </w:r>
          </w:p>
        </w:tc>
        <w:tc>
          <w:tcPr>
            <w:tcW w:type="dxa" w:w="759"/>
            <w:vAlign w:val="center"/>
          </w:tcPr>
          <w:p>
            <w:r/>
            <w:r>
              <w:rPr>
                <w:rFonts w:ascii="Malgun Gothic" w:hAnsi="Malgun Gothic" w:eastAsia="Malgun Gothic"/>
                <w:b w:val="0"/>
                <w:sz w:val="14"/>
              </w:rPr>
              <w:t>30</w:t>
            </w:r>
          </w:p>
        </w:tc>
        <w:tc>
          <w:tcPr>
            <w:tcW w:type="dxa" w:w="759"/>
            <w:vAlign w:val="center"/>
          </w:tcPr>
          <w:p>
            <w:r/>
            <w:r>
              <w:rPr>
                <w:rFonts w:ascii="Malgun Gothic" w:hAnsi="Malgun Gothic" w:eastAsia="Malgun Gothic"/>
                <w:b w:val="0"/>
                <w:sz w:val="14"/>
              </w:rPr>
              <w:t>30.391</w:t>
            </w:r>
          </w:p>
        </w:tc>
        <w:tc>
          <w:tcPr>
            <w:tcW w:type="dxa" w:w="759"/>
            <w:vAlign w:val="center"/>
          </w:tcPr>
          <w:p>
            <w:r/>
            <w:r>
              <w:rPr>
                <w:rFonts w:ascii="Malgun Gothic" w:hAnsi="Malgun Gothic" w:eastAsia="Malgun Gothic"/>
                <w:b w:val="0"/>
                <w:sz w:val="14"/>
              </w:rPr>
              <w:t>0.296891</w:t>
            </w:r>
          </w:p>
        </w:tc>
        <w:tc>
          <w:tcPr>
            <w:tcW w:type="dxa" w:w="759"/>
            <w:vAlign w:val="center"/>
          </w:tcPr>
          <w:p>
            <w:r/>
            <w:r>
              <w:rPr>
                <w:rFonts w:ascii="Malgun Gothic" w:hAnsi="Malgun Gothic" w:eastAsia="Malgun Gothic"/>
                <w:b w:val="0"/>
                <w:sz w:val="14"/>
              </w:rPr>
              <w:t>1.013033</w:t>
            </w:r>
          </w:p>
        </w:tc>
        <w:tc>
          <w:tcPr>
            <w:tcW w:type="dxa" w:w="759"/>
            <w:vAlign w:val="center"/>
          </w:tcPr>
          <w:p>
            <w:r/>
            <w:r>
              <w:rPr>
                <w:rFonts w:ascii="Malgun Gothic" w:hAnsi="Malgun Gothic" w:eastAsia="Malgun Gothic"/>
                <w:b w:val="0"/>
                <w:sz w:val="14"/>
              </w:rPr>
              <w:t>29</w:t>
            </w:r>
          </w:p>
        </w:tc>
        <w:tc>
          <w:tcPr>
            <w:tcW w:type="dxa" w:w="759"/>
            <w:vAlign w:val="center"/>
          </w:tcPr>
          <w:p>
            <w:r/>
            <w:r>
              <w:rPr>
                <w:rFonts w:ascii="Malgun Gothic" w:hAnsi="Malgun Gothic" w:eastAsia="Malgun Gothic"/>
                <w:b w:val="0"/>
                <w:sz w:val="14"/>
              </w:rPr>
              <w:t>65.105</w:t>
            </w:r>
          </w:p>
        </w:tc>
        <w:tc>
          <w:tcPr>
            <w:tcW w:type="dxa" w:w="759"/>
            <w:vAlign w:val="center"/>
          </w:tcPr>
          <w:p>
            <w:r/>
            <w:r>
              <w:rPr>
                <w:rFonts w:ascii="Malgun Gothic" w:hAnsi="Malgun Gothic" w:eastAsia="Malgun Gothic"/>
                <w:b w:val="0"/>
                <w:sz w:val="14"/>
              </w:rPr>
              <w:t>0.636015</w:t>
            </w:r>
          </w:p>
        </w:tc>
        <w:tc>
          <w:tcPr>
            <w:tcW w:type="dxa" w:w="759"/>
            <w:vAlign w:val="center"/>
          </w:tcPr>
          <w:p>
            <w:r/>
            <w:r>
              <w:rPr>
                <w:rFonts w:ascii="Malgun Gothic" w:hAnsi="Malgun Gothic" w:eastAsia="Malgun Gothic"/>
                <w:b w:val="0"/>
                <w:sz w:val="14"/>
              </w:rPr>
              <w:t>2.245</w:t>
            </w:r>
          </w:p>
        </w:tc>
      </w:tr>
      <w:tr>
        <w:trPr>
          <w:cantSplit/>
        </w:trPr>
        <w:tc>
          <w:tcPr>
            <w:tcW w:type="dxa" w:w="759"/>
            <w:vAlign w:val="center"/>
          </w:tcPr>
          <w:p>
            <w:r/>
            <w:r>
              <w:rPr>
                <w:rFonts w:ascii="Malgun Gothic" w:hAnsi="Malgun Gothic" w:eastAsia="Malgun Gothic"/>
                <w:b w:val="0"/>
                <w:sz w:val="14"/>
              </w:rPr>
              <w:t>09__350002022300998.wav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0.318</w:t>
            </w:r>
          </w:p>
        </w:tc>
        <w:tc>
          <w:tcPr>
            <w:tcW w:type="dxa" w:w="759"/>
            <w:vAlign w:val="center"/>
          </w:tcPr>
          <w:p>
            <w:r/>
            <w:r>
              <w:rPr>
                <w:rFonts w:ascii="Malgun Gothic" w:hAnsi="Malgun Gothic" w:eastAsia="Malgun Gothic"/>
                <w:b w:val="0"/>
                <w:sz w:val="14"/>
              </w:rPr>
              <w:t>44.767</w:t>
            </w:r>
          </w:p>
        </w:tc>
        <w:tc>
          <w:tcPr>
            <w:tcW w:type="dxa" w:w="759"/>
            <w:vAlign w:val="center"/>
          </w:tcPr>
          <w:p>
            <w:r/>
            <w:r>
              <w:rPr>
                <w:rFonts w:ascii="Malgun Gothic" w:hAnsi="Malgun Gothic" w:eastAsia="Malgun Gothic"/>
                <w:b w:val="0"/>
                <w:sz w:val="14"/>
              </w:rPr>
              <w:t>44.449</w:t>
            </w:r>
          </w:p>
        </w:tc>
        <w:tc>
          <w:tcPr>
            <w:tcW w:type="dxa" w:w="759"/>
            <w:vAlign w:val="center"/>
          </w:tcPr>
          <w:p>
            <w:r/>
            <w:r>
              <w:rPr>
                <w:rFonts w:ascii="Malgun Gothic" w:hAnsi="Malgun Gothic" w:eastAsia="Malgun Gothic"/>
                <w:b w:val="0"/>
                <w:sz w:val="14"/>
              </w:rPr>
              <w:t>8</w:t>
            </w:r>
          </w:p>
        </w:tc>
        <w:tc>
          <w:tcPr>
            <w:tcW w:type="dxa" w:w="759"/>
            <w:vAlign w:val="center"/>
          </w:tcPr>
          <w:p>
            <w:r/>
            <w:r>
              <w:rPr>
                <w:rFonts w:ascii="Malgun Gothic" w:hAnsi="Malgun Gothic" w:eastAsia="Malgun Gothic"/>
                <w:b w:val="0"/>
                <w:sz w:val="14"/>
              </w:rPr>
              <w:t>12.353</w:t>
            </w:r>
          </w:p>
        </w:tc>
        <w:tc>
          <w:tcPr>
            <w:tcW w:type="dxa" w:w="759"/>
            <w:vAlign w:val="center"/>
          </w:tcPr>
          <w:p>
            <w:r/>
            <w:r>
              <w:rPr>
                <w:rFonts w:ascii="Malgun Gothic" w:hAnsi="Malgun Gothic" w:eastAsia="Malgun Gothic"/>
                <w:b w:val="0"/>
                <w:sz w:val="14"/>
              </w:rPr>
              <w:t>0.277914</w:t>
            </w:r>
          </w:p>
        </w:tc>
        <w:tc>
          <w:tcPr>
            <w:tcW w:type="dxa" w:w="759"/>
            <w:vAlign w:val="center"/>
          </w:tcPr>
          <w:p>
            <w:r/>
            <w:r>
              <w:rPr>
                <w:rFonts w:ascii="Malgun Gothic" w:hAnsi="Malgun Gothic" w:eastAsia="Malgun Gothic"/>
                <w:b w:val="0"/>
                <w:sz w:val="14"/>
              </w:rPr>
              <w:t>1.544125</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19.035</w:t>
            </w:r>
          </w:p>
        </w:tc>
        <w:tc>
          <w:tcPr>
            <w:tcW w:type="dxa" w:w="759"/>
            <w:vAlign w:val="center"/>
          </w:tcPr>
          <w:p>
            <w:r/>
            <w:r>
              <w:rPr>
                <w:rFonts w:ascii="Malgun Gothic" w:hAnsi="Malgun Gothic" w:eastAsia="Malgun Gothic"/>
                <w:b w:val="0"/>
                <w:sz w:val="14"/>
              </w:rPr>
              <w:t>0.428244</w:t>
            </w:r>
          </w:p>
        </w:tc>
        <w:tc>
          <w:tcPr>
            <w:tcW w:type="dxa" w:w="759"/>
            <w:vAlign w:val="center"/>
          </w:tcPr>
          <w:p>
            <w:r/>
            <w:r>
              <w:rPr>
                <w:rFonts w:ascii="Malgun Gothic" w:hAnsi="Malgun Gothic" w:eastAsia="Malgun Gothic"/>
                <w:b w:val="0"/>
                <w:sz w:val="14"/>
              </w:rPr>
              <w:t>3.1725</w:t>
            </w:r>
          </w:p>
        </w:tc>
      </w:tr>
      <w:tr>
        <w:trPr>
          <w:cantSplit/>
        </w:trPr>
        <w:tc>
          <w:tcPr>
            <w:tcW w:type="dxa" w:w="759"/>
            <w:vAlign w:val="center"/>
          </w:tcPr>
          <w:p>
            <w:r/>
            <w:r>
              <w:rPr>
                <w:rFonts w:ascii="Malgun Gothic" w:hAnsi="Malgun Gothic" w:eastAsia="Malgun Gothic"/>
                <w:b w:val="0"/>
                <w:sz w:val="14"/>
              </w:rPr>
              <w:t>09__350002022300999.wav</w:t>
            </w:r>
          </w:p>
        </w:tc>
        <w:tc>
          <w:tcPr>
            <w:tcW w:type="dxa" w:w="759"/>
            <w:vAlign w:val="center"/>
          </w:tcPr>
          <w:p>
            <w:r/>
            <w:r>
              <w:rPr>
                <w:rFonts w:ascii="Malgun Gothic" w:hAnsi="Malgun Gothic" w:eastAsia="Malgun Gothic"/>
                <w:b w:val="0"/>
                <w:sz w:val="14"/>
              </w:rPr>
              <w:t>2</w:t>
            </w:r>
          </w:p>
        </w:tc>
        <w:tc>
          <w:tcPr>
            <w:tcW w:type="dxa" w:w="759"/>
            <w:vAlign w:val="center"/>
          </w:tcPr>
          <w:p>
            <w:r/>
            <w:r>
              <w:rPr>
                <w:rFonts w:ascii="Malgun Gothic" w:hAnsi="Malgun Gothic" w:eastAsia="Malgun Gothic"/>
                <w:b w:val="0"/>
                <w:sz w:val="14"/>
              </w:rPr>
              <w:t>0.773</w:t>
            </w:r>
          </w:p>
        </w:tc>
        <w:tc>
          <w:tcPr>
            <w:tcW w:type="dxa" w:w="759"/>
            <w:vAlign w:val="center"/>
          </w:tcPr>
          <w:p>
            <w:r/>
            <w:r>
              <w:rPr>
                <w:rFonts w:ascii="Malgun Gothic" w:hAnsi="Malgun Gothic" w:eastAsia="Malgun Gothic"/>
                <w:b w:val="0"/>
                <w:sz w:val="14"/>
              </w:rPr>
              <w:t>34.405</w:t>
            </w:r>
          </w:p>
        </w:tc>
        <w:tc>
          <w:tcPr>
            <w:tcW w:type="dxa" w:w="759"/>
            <w:vAlign w:val="center"/>
          </w:tcPr>
          <w:p>
            <w:r/>
            <w:r>
              <w:rPr>
                <w:rFonts w:ascii="Malgun Gothic" w:hAnsi="Malgun Gothic" w:eastAsia="Malgun Gothic"/>
                <w:b w:val="0"/>
                <w:sz w:val="14"/>
              </w:rPr>
              <w:t>33.632</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9.265</w:t>
            </w:r>
          </w:p>
        </w:tc>
        <w:tc>
          <w:tcPr>
            <w:tcW w:type="dxa" w:w="759"/>
            <w:vAlign w:val="center"/>
          </w:tcPr>
          <w:p>
            <w:r/>
            <w:r>
              <w:rPr>
                <w:rFonts w:ascii="Malgun Gothic" w:hAnsi="Malgun Gothic" w:eastAsia="Malgun Gothic"/>
                <w:b w:val="0"/>
                <w:sz w:val="14"/>
              </w:rPr>
              <w:t>0.275482</w:t>
            </w:r>
          </w:p>
        </w:tc>
        <w:tc>
          <w:tcPr>
            <w:tcW w:type="dxa" w:w="759"/>
            <w:vAlign w:val="center"/>
          </w:tcPr>
          <w:p>
            <w:r/>
            <w:r>
              <w:rPr>
                <w:rFonts w:ascii="Malgun Gothic" w:hAnsi="Malgun Gothic" w:eastAsia="Malgun Gothic"/>
                <w:b w:val="0"/>
                <w:sz w:val="14"/>
              </w:rPr>
              <w:t>1.544167</w:t>
            </w:r>
          </w:p>
        </w:tc>
        <w:tc>
          <w:tcPr>
            <w:tcW w:type="dxa" w:w="759"/>
            <w:vAlign w:val="center"/>
          </w:tcPr>
          <w:p>
            <w:r/>
            <w:r>
              <w:rPr>
                <w:rFonts w:ascii="Malgun Gothic" w:hAnsi="Malgun Gothic" w:eastAsia="Malgun Gothic"/>
                <w:b w:val="0"/>
                <w:sz w:val="14"/>
              </w:rPr>
              <w:t>6</w:t>
            </w:r>
          </w:p>
        </w:tc>
        <w:tc>
          <w:tcPr>
            <w:tcW w:type="dxa" w:w="759"/>
            <w:vAlign w:val="center"/>
          </w:tcPr>
          <w:p>
            <w:r/>
            <w:r>
              <w:rPr>
                <w:rFonts w:ascii="Malgun Gothic" w:hAnsi="Malgun Gothic" w:eastAsia="Malgun Gothic"/>
                <w:b w:val="0"/>
                <w:sz w:val="14"/>
              </w:rPr>
              <w:t>22.596</w:t>
            </w:r>
          </w:p>
        </w:tc>
        <w:tc>
          <w:tcPr>
            <w:tcW w:type="dxa" w:w="759"/>
            <w:vAlign w:val="center"/>
          </w:tcPr>
          <w:p>
            <w:r/>
            <w:r>
              <w:rPr>
                <w:rFonts w:ascii="Malgun Gothic" w:hAnsi="Malgun Gothic" w:eastAsia="Malgun Gothic"/>
                <w:b w:val="0"/>
                <w:sz w:val="14"/>
              </w:rPr>
              <w:t>0.67186</w:t>
            </w:r>
          </w:p>
        </w:tc>
        <w:tc>
          <w:tcPr>
            <w:tcW w:type="dxa" w:w="759"/>
            <w:vAlign w:val="center"/>
          </w:tcPr>
          <w:p>
            <w:r/>
            <w:r>
              <w:rPr>
                <w:rFonts w:ascii="Malgun Gothic" w:hAnsi="Malgun Gothic" w:eastAsia="Malgun Gothic"/>
                <w:b w:val="0"/>
                <w:sz w:val="14"/>
              </w:rPr>
              <w:t>3.766</w:t>
            </w:r>
          </w:p>
        </w:tc>
      </w:tr>
    </w:tbl>
    <w:p/>
    <w:p>
      <w:r>
        <w:t>대용량 표의 앞/뒤 표본 및 구조 포함; 원본 전수 행은 데이터 부록 ZIP 포함</w:t>
      </w:r>
    </w:p>
    <w:p>
      <w:r>
        <w:rPr>
          <w:b/>
        </w:rPr>
        <w:t>산출물 CSV: research_continuity/25_customer_agent_interaction_v182/speaker_role_mapping_template_v182.csv (행 2,000,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audio_name</w:t>
            </w:r>
          </w:p>
        </w:tc>
        <w:tc>
          <w:tcPr>
            <w:tcW w:type="dxa" w:w="1644"/>
          </w:tcPr>
          <w:p>
            <w:r/>
            <w:r>
              <w:rPr>
                <w:rFonts w:ascii="Malgun Gothic" w:hAnsi="Malgun Gothic" w:eastAsia="Malgun Gothic"/>
                <w:b/>
                <w:sz w:val="14"/>
              </w:rPr>
              <w:t>speaker</w:t>
            </w:r>
          </w:p>
        </w:tc>
        <w:tc>
          <w:tcPr>
            <w:tcW w:type="dxa" w:w="1644"/>
          </w:tcPr>
          <w:p>
            <w:r/>
            <w:r>
              <w:rPr>
                <w:rFonts w:ascii="Malgun Gothic" w:hAnsi="Malgun Gothic" w:eastAsia="Malgun Gothic"/>
                <w:b/>
                <w:sz w:val="14"/>
              </w:rPr>
              <w:t>role_candidate</w:t>
            </w:r>
          </w:p>
        </w:tc>
        <w:tc>
          <w:tcPr>
            <w:tcW w:type="dxa" w:w="1644"/>
          </w:tcPr>
          <w:p>
            <w:r/>
            <w:r>
              <w:rPr>
                <w:rFonts w:ascii="Malgun Gothic" w:hAnsi="Malgun Gothic" w:eastAsia="Malgun Gothic"/>
                <w:b/>
                <w:sz w:val="14"/>
              </w:rPr>
              <w:t>role_confirmed</w:t>
            </w:r>
          </w:p>
        </w:tc>
        <w:tc>
          <w:tcPr>
            <w:tcW w:type="dxa" w:w="1644"/>
          </w:tcPr>
          <w:p>
            <w:r/>
            <w:r>
              <w:rPr>
                <w:rFonts w:ascii="Malgun Gothic" w:hAnsi="Malgun Gothic" w:eastAsia="Malgun Gothic"/>
                <w:b/>
                <w:sz w:val="14"/>
              </w:rPr>
              <w:t>confidence</w:t>
            </w:r>
          </w:p>
        </w:tc>
        <w:tc>
          <w:tcPr>
            <w:tcW w:type="dxa" w:w="1644"/>
          </w:tcPr>
          <w:p>
            <w:r/>
            <w:r>
              <w:rPr>
                <w:rFonts w:ascii="Malgun Gothic" w:hAnsi="Malgun Gothic" w:eastAsia="Malgun Gothic"/>
                <w:b/>
                <w:sz w:val="14"/>
              </w:rPr>
              <w:t>evidence_note</w:t>
            </w:r>
          </w:p>
        </w:tc>
      </w:tr>
      <w:tr>
        <w:trPr>
          <w:cantSplit/>
        </w:trPr>
        <w:tc>
          <w:tcPr>
            <w:tcW w:type="dxa" w:w="1644"/>
            <w:vAlign w:val="center"/>
          </w:tcPr>
          <w:p>
            <w:r/>
            <w:r>
              <w:rPr>
                <w:rFonts w:ascii="Malgun Gothic" w:hAnsi="Malgun Gothic" w:eastAsia="Malgun Gothic"/>
                <w:b w:val="0"/>
                <w:sz w:val="14"/>
              </w:rPr>
              <w:t>00__350002022300000.wav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00__350002022300000.wav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00__350002022300001.wav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00__350002022300001.wav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00__350002022300002.wav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00__350002022300002.wav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00__350002022300003.wav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00__350002022300003.wav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00__350002022300004.wav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00__350002022300004.wav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00__350002022300005.wav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00__350002022300005.wav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00__350002022300006.wav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00__350002022300006.wav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00__350002022300007.wav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00__350002022300007.wav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00__350002022300008.wav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00__350002022300008.wav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00__350002022300009.wav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00__350002022300009.wav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00__350002022300010.wav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00__350002022300010.wav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00__350002022300011.wav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00__350002022300011.wav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00__350002022300012.wav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 중간 1,950행은 전체 데이터 부록 ZIP에 원본으로 포함 ...</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r>
      <w:tr>
        <w:trPr>
          <w:cantSplit/>
        </w:trPr>
        <w:tc>
          <w:tcPr>
            <w:tcW w:type="dxa" w:w="1644"/>
            <w:vAlign w:val="center"/>
          </w:tcPr>
          <w:p>
            <w:r/>
            <w:r>
              <w:rPr>
                <w:rFonts w:ascii="Malgun Gothic" w:hAnsi="Malgun Gothic" w:eastAsia="Malgun Gothic"/>
                <w:b w:val="0"/>
                <w:sz w:val="14"/>
              </w:rPr>
              <w:t>09__350002022300987.wav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09__350002022300988.wav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09__350002022300988.wav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09__350002022300989.wav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09__350002022300989.wav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09__350002022300990.wav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09__350002022300990.wav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09__350002022300991.wav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09__350002022300991.wav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09__350002022300992.wav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09__350002022300992.wav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09__350002022300993.wav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09__350002022300993.wav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09__350002022300994.wav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09__350002022300994.wav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09__350002022300995.wav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09__350002022300995.wav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09__350002022300996.wav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09__350002022300996.wav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09__350002022300997.wav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09__350002022300997.wav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09__350002022300998.wav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09__350002022300998.wav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09__350002022300999.wav</w:t>
            </w:r>
          </w:p>
        </w:tc>
        <w:tc>
          <w:tcPr>
            <w:tcW w:type="dxa" w:w="1644"/>
            <w:vAlign w:val="center"/>
          </w:tcPr>
          <w:p>
            <w:r/>
            <w:r>
              <w:rPr>
                <w:rFonts w:ascii="Malgun Gothic" w:hAnsi="Malgun Gothic" w:eastAsia="Malgun Gothic"/>
                <w:b w:val="0"/>
                <w:sz w:val="14"/>
              </w:rPr>
              <w:t>SPEAKER_00</w:t>
            </w:r>
          </w:p>
        </w:tc>
        <w:tc>
          <w:tcPr>
            <w:tcW w:type="dxa" w:w="1644"/>
            <w:vAlign w:val="center"/>
          </w:tcPr>
          <w:p>
            <w:r/>
            <w:r>
              <w:rPr>
                <w:rFonts w:ascii="Malgun Gothic" w:hAnsi="Malgun Gothic" w:eastAsia="Malgun Gothic"/>
                <w:b w:val="0"/>
                <w:sz w:val="14"/>
              </w:rPr>
              <w:t>customer_candidate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SPEAKER_00을 고객 후보로 두되, 실제 상담 시작 멘트/STT/청취 검증 필요</w:t>
            </w:r>
          </w:p>
        </w:tc>
      </w:tr>
      <w:tr>
        <w:trPr>
          <w:cantSplit/>
        </w:trPr>
        <w:tc>
          <w:tcPr>
            <w:tcW w:type="dxa" w:w="1644"/>
            <w:vAlign w:val="center"/>
          </w:tcPr>
          <w:p>
            <w:r/>
            <w:r>
              <w:rPr>
                <w:rFonts w:ascii="Malgun Gothic" w:hAnsi="Malgun Gothic" w:eastAsia="Malgun Gothic"/>
                <w:b w:val="0"/>
                <w:sz w:val="14"/>
              </w:rPr>
              <w:t>09__350002022300999.wav</w:t>
            </w:r>
          </w:p>
        </w:tc>
        <w:tc>
          <w:tcPr>
            <w:tcW w:type="dxa" w:w="1644"/>
            <w:vAlign w:val="center"/>
          </w:tcPr>
          <w:p>
            <w:r/>
            <w:r>
              <w:rPr>
                <w:rFonts w:ascii="Malgun Gothic" w:hAnsi="Malgun Gothic" w:eastAsia="Malgun Gothic"/>
                <w:b w:val="0"/>
                <w:sz w:val="14"/>
              </w:rPr>
              <w:t>SPEAKER_01</w:t>
            </w:r>
          </w:p>
        </w:tc>
        <w:tc>
          <w:tcPr>
            <w:tcW w:type="dxa" w:w="1644"/>
            <w:vAlign w:val="center"/>
          </w:tcPr>
          <w:p>
            <w:r/>
            <w:r>
              <w:rPr>
                <w:rFonts w:ascii="Malgun Gothic" w:hAnsi="Malgun Gothic" w:eastAsia="Malgun Gothic"/>
                <w:b w:val="0"/>
                <w:sz w:val="14"/>
              </w:rPr>
              <w:t>agent_candidate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NEEDS_MANUAL_VALIDATION</w:t>
            </w:r>
          </w:p>
        </w:tc>
        <w:tc>
          <w:tcPr>
            <w:tcW w:type="dxa" w:w="1644"/>
            <w:vAlign w:val="center"/>
          </w:tcPr>
          <w:p>
            <w:r/>
            <w:r>
              <w:rPr>
                <w:rFonts w:ascii="Malgun Gothic" w:hAnsi="Malgun Gothic" w:eastAsia="Malgun Gothic"/>
                <w:b w:val="0"/>
                <w:sz w:val="14"/>
              </w:rPr>
              <w:t>초기 가정: SPEAKER_01을 상담사 후보로 두되, 실제 상담 시작 멘트/STT/청취 검증 필요</w:t>
            </w:r>
          </w:p>
        </w:tc>
      </w:tr>
    </w:tbl>
    <w:p/>
    <w:p>
      <w:r>
        <w:t>대용량 표의 앞/뒤 표본 및 구조 포함; 원본 전수 행은 데이터 부록 ZIP 포함</w:t>
      </w:r>
    </w:p>
    <w:p>
      <w:r>
        <w:rPr>
          <w:b/>
        </w:rPr>
        <w:t>산출물 CSV: research_continuity/25_customer_agent_interaction_v182/speaker_side_candidate_records_2000_v194.csv (행 2,000, 열 17)</w:t>
      </w:r>
    </w:p>
    <w:tbl>
      <w:tblPr>
        <w:tblStyle w:val="TableGrid"/>
        <w:tblW w:type="auto" w:w="0"/>
        <w:jc w:val="center"/>
        <w:tblLook w:firstColumn="1" w:firstRow="1" w:lastColumn="0" w:lastRow="0" w:noHBand="0" w:noVBand="1" w:val="04A0"/>
      </w:tblPr>
      <w:tblGrid>
        <w:gridCol w:w="580"/>
        <w:gridCol w:w="580"/>
        <w:gridCol w:w="580"/>
        <w:gridCol w:w="580"/>
        <w:gridCol w:w="580"/>
        <w:gridCol w:w="580"/>
        <w:gridCol w:w="580"/>
        <w:gridCol w:w="580"/>
        <w:gridCol w:w="580"/>
        <w:gridCol w:w="580"/>
        <w:gridCol w:w="580"/>
        <w:gridCol w:w="580"/>
        <w:gridCol w:w="580"/>
        <w:gridCol w:w="580"/>
        <w:gridCol w:w="580"/>
        <w:gridCol w:w="580"/>
        <w:gridCol w:w="580"/>
      </w:tblGrid>
      <w:tr>
        <w:trPr>
          <w:tblHeader w:val="true"/>
          <w:cantSplit/>
        </w:trPr>
        <w:tc>
          <w:tcPr>
            <w:tcW w:type="dxa" w:w="580"/>
          </w:tcPr>
          <w:p>
            <w:r/>
            <w:r>
              <w:rPr>
                <w:rFonts w:ascii="Malgun Gothic" w:hAnsi="Malgun Gothic" w:eastAsia="Malgun Gothic"/>
                <w:b/>
                <w:sz w:val="14"/>
              </w:rPr>
              <w:t>audio_name</w:t>
            </w:r>
          </w:p>
        </w:tc>
        <w:tc>
          <w:tcPr>
            <w:tcW w:type="dxa" w:w="580"/>
          </w:tcPr>
          <w:p>
            <w:r/>
            <w:r>
              <w:rPr>
                <w:rFonts w:ascii="Malgun Gothic" w:hAnsi="Malgun Gothic" w:eastAsia="Malgun Gothic"/>
                <w:b/>
                <w:sz w:val="14"/>
              </w:rPr>
              <w:t>speaker</w:t>
            </w:r>
          </w:p>
        </w:tc>
        <w:tc>
          <w:tcPr>
            <w:tcW w:type="dxa" w:w="580"/>
          </w:tcPr>
          <w:p>
            <w:r/>
            <w:r>
              <w:rPr>
                <w:rFonts w:ascii="Malgun Gothic" w:hAnsi="Malgun Gothic" w:eastAsia="Malgun Gothic"/>
                <w:b/>
                <w:sz w:val="14"/>
              </w:rPr>
              <w:t>role_candidate</w:t>
            </w:r>
          </w:p>
        </w:tc>
        <w:tc>
          <w:tcPr>
            <w:tcW w:type="dxa" w:w="580"/>
          </w:tcPr>
          <w:p>
            <w:r/>
            <w:r>
              <w:rPr>
                <w:rFonts w:ascii="Malgun Gothic" w:hAnsi="Malgun Gothic" w:eastAsia="Malgun Gothic"/>
                <w:b/>
                <w:sz w:val="14"/>
              </w:rPr>
              <w:t>segment_count</w:t>
            </w:r>
          </w:p>
        </w:tc>
        <w:tc>
          <w:tcPr>
            <w:tcW w:type="dxa" w:w="580"/>
          </w:tcPr>
          <w:p>
            <w:r/>
            <w:r>
              <w:rPr>
                <w:rFonts w:ascii="Malgun Gothic" w:hAnsi="Malgun Gothic" w:eastAsia="Malgun Gothic"/>
                <w:b/>
                <w:sz w:val="14"/>
              </w:rPr>
              <w:t>total_speech_sec</w:t>
            </w:r>
          </w:p>
        </w:tc>
        <w:tc>
          <w:tcPr>
            <w:tcW w:type="dxa" w:w="580"/>
          </w:tcPr>
          <w:p>
            <w:r/>
            <w:r>
              <w:rPr>
                <w:rFonts w:ascii="Malgun Gothic" w:hAnsi="Malgun Gothic" w:eastAsia="Malgun Gothic"/>
                <w:b/>
                <w:sz w:val="14"/>
              </w:rPr>
              <w:t>speech_ratio_in_call</w:t>
            </w:r>
          </w:p>
        </w:tc>
        <w:tc>
          <w:tcPr>
            <w:tcW w:type="dxa" w:w="580"/>
          </w:tcPr>
          <w:p>
            <w:r/>
            <w:r>
              <w:rPr>
                <w:rFonts w:ascii="Malgun Gothic" w:hAnsi="Malgun Gothic" w:eastAsia="Malgun Gothic"/>
                <w:b/>
                <w:sz w:val="14"/>
              </w:rPr>
              <w:t>mean_segment_sec</w:t>
            </w:r>
          </w:p>
        </w:tc>
        <w:tc>
          <w:tcPr>
            <w:tcW w:type="dxa" w:w="580"/>
          </w:tcPr>
          <w:p>
            <w:r/>
            <w:r>
              <w:rPr>
                <w:rFonts w:ascii="Malgun Gothic" w:hAnsi="Malgun Gothic" w:eastAsia="Malgun Gothic"/>
                <w:b/>
                <w:sz w:val="14"/>
              </w:rPr>
              <w:t>median_segment_sec</w:t>
            </w:r>
          </w:p>
        </w:tc>
        <w:tc>
          <w:tcPr>
            <w:tcW w:type="dxa" w:w="580"/>
          </w:tcPr>
          <w:p>
            <w:r/>
            <w:r>
              <w:rPr>
                <w:rFonts w:ascii="Malgun Gothic" w:hAnsi="Malgun Gothic" w:eastAsia="Malgun Gothic"/>
                <w:b/>
                <w:sz w:val="14"/>
              </w:rPr>
              <w:t>first_start_sec</w:t>
            </w:r>
          </w:p>
        </w:tc>
        <w:tc>
          <w:tcPr>
            <w:tcW w:type="dxa" w:w="580"/>
          </w:tcPr>
          <w:p>
            <w:r/>
            <w:r>
              <w:rPr>
                <w:rFonts w:ascii="Malgun Gothic" w:hAnsi="Malgun Gothic" w:eastAsia="Malgun Gothic"/>
                <w:b/>
                <w:sz w:val="14"/>
              </w:rPr>
              <w:t>last_end_sec</w:t>
            </w:r>
          </w:p>
        </w:tc>
        <w:tc>
          <w:tcPr>
            <w:tcW w:type="dxa" w:w="580"/>
          </w:tcPr>
          <w:p>
            <w:r/>
            <w:r>
              <w:rPr>
                <w:rFonts w:ascii="Malgun Gothic" w:hAnsi="Malgun Gothic" w:eastAsia="Malgun Gothic"/>
                <w:b/>
                <w:sz w:val="14"/>
              </w:rPr>
              <w:t>side_status</w:t>
            </w:r>
          </w:p>
        </w:tc>
        <w:tc>
          <w:tcPr>
            <w:tcW w:type="dxa" w:w="580"/>
          </w:tcPr>
          <w:p>
            <w:r/>
            <w:r>
              <w:rPr>
                <w:rFonts w:ascii="Malgun Gothic" w:hAnsi="Malgun Gothic" w:eastAsia="Malgun Gothic"/>
                <w:b/>
                <w:sz w:val="14"/>
              </w:rPr>
              <w:t>detected_in_diarization</w:t>
            </w:r>
          </w:p>
        </w:tc>
        <w:tc>
          <w:tcPr>
            <w:tcW w:type="dxa" w:w="580"/>
          </w:tcPr>
          <w:p>
            <w:r/>
            <w:r>
              <w:rPr>
                <w:rFonts w:ascii="Malgun Gothic" w:hAnsi="Malgun Gothic" w:eastAsia="Malgun Gothic"/>
                <w:b/>
                <w:sz w:val="14"/>
              </w:rPr>
              <w:t>missing_reason</w:t>
            </w:r>
          </w:p>
        </w:tc>
        <w:tc>
          <w:tcPr>
            <w:tcW w:type="dxa" w:w="580"/>
          </w:tcPr>
          <w:p>
            <w:r/>
            <w:r>
              <w:rPr>
                <w:rFonts w:ascii="Malgun Gothic" w:hAnsi="Malgun Gothic" w:eastAsia="Malgun Gothic"/>
                <w:b/>
                <w:sz w:val="14"/>
              </w:rPr>
              <w:t>speaker_side_key</w:t>
            </w:r>
          </w:p>
        </w:tc>
        <w:tc>
          <w:tcPr>
            <w:tcW w:type="dxa" w:w="580"/>
          </w:tcPr>
          <w:p>
            <w:r/>
            <w:r>
              <w:rPr>
                <w:rFonts w:ascii="Malgun Gothic" w:hAnsi="Malgun Gothic" w:eastAsia="Malgun Gothic"/>
                <w:b/>
                <w:sz w:val="14"/>
              </w:rPr>
              <w:t>role_confirmed</w:t>
            </w:r>
          </w:p>
        </w:tc>
        <w:tc>
          <w:tcPr>
            <w:tcW w:type="dxa" w:w="580"/>
          </w:tcPr>
          <w:p>
            <w:r/>
            <w:r>
              <w:rPr>
                <w:rFonts w:ascii="Malgun Gothic" w:hAnsi="Malgun Gothic" w:eastAsia="Malgun Gothic"/>
                <w:b/>
                <w:sz w:val="14"/>
              </w:rPr>
              <w:t>claim_policy</w:t>
            </w:r>
          </w:p>
        </w:tc>
        <w:tc>
          <w:tcPr>
            <w:tcW w:type="dxa" w:w="580"/>
          </w:tcPr>
          <w:p>
            <w:r/>
            <w:r>
              <w:rPr>
                <w:rFonts w:ascii="Malgun Gothic" w:hAnsi="Malgun Gothic" w:eastAsia="Malgun Gothic"/>
                <w:b/>
                <w:sz w:val="14"/>
              </w:rPr>
              <w:t>unit_definition</w:t>
            </w:r>
          </w:p>
        </w:tc>
      </w:tr>
      <w:tr>
        <w:trPr>
          <w:cantSplit/>
        </w:trPr>
        <w:tc>
          <w:tcPr>
            <w:tcW w:type="dxa" w:w="580"/>
            <w:vAlign w:val="center"/>
          </w:tcPr>
          <w:p>
            <w:r/>
            <w:r>
              <w:rPr>
                <w:rFonts w:ascii="Malgun Gothic" w:hAnsi="Malgun Gothic" w:eastAsia="Malgun Gothic"/>
                <w:b w:val="0"/>
                <w:sz w:val="14"/>
              </w:rPr>
              <w:t>00__350002022300000.wav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89</w:t>
            </w:r>
          </w:p>
        </w:tc>
        <w:tc>
          <w:tcPr>
            <w:tcW w:type="dxa" w:w="580"/>
            <w:vAlign w:val="center"/>
          </w:tcPr>
          <w:p>
            <w:r/>
            <w:r>
              <w:rPr>
                <w:rFonts w:ascii="Malgun Gothic" w:hAnsi="Malgun Gothic" w:eastAsia="Malgun Gothic"/>
                <w:b w:val="0"/>
                <w:sz w:val="14"/>
              </w:rPr>
              <w:t>141.581</w:t>
            </w:r>
          </w:p>
        </w:tc>
        <w:tc>
          <w:tcPr>
            <w:tcW w:type="dxa" w:w="580"/>
            <w:vAlign w:val="center"/>
          </w:tcPr>
          <w:p>
            <w:r/>
            <w:r>
              <w:rPr>
                <w:rFonts w:ascii="Malgun Gothic" w:hAnsi="Malgun Gothic" w:eastAsia="Malgun Gothic"/>
                <w:b w:val="0"/>
                <w:sz w:val="14"/>
              </w:rPr>
              <w:t>0.270357</w:t>
            </w:r>
          </w:p>
        </w:tc>
        <w:tc>
          <w:tcPr>
            <w:tcW w:type="dxa" w:w="580"/>
            <w:vAlign w:val="center"/>
          </w:tcPr>
          <w:p>
            <w:r/>
            <w:r>
              <w:rPr>
                <w:rFonts w:ascii="Malgun Gothic" w:hAnsi="Malgun Gothic" w:eastAsia="Malgun Gothic"/>
                <w:b w:val="0"/>
                <w:sz w:val="14"/>
              </w:rPr>
              <w:t>1.590798</w:t>
            </w:r>
          </w:p>
        </w:tc>
        <w:tc>
          <w:tcPr>
            <w:tcW w:type="dxa" w:w="580"/>
            <w:vAlign w:val="center"/>
          </w:tcPr>
          <w:p>
            <w:r/>
            <w:r>
              <w:rPr>
                <w:rFonts w:ascii="Malgun Gothic" w:hAnsi="Malgun Gothic" w:eastAsia="Malgun Gothic"/>
                <w:b w:val="0"/>
                <w:sz w:val="14"/>
              </w:rPr>
              <w:t>1.063</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522.093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00__350002022300000.wav::SPEAKER_00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00__350002022300000.wav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105</w:t>
            </w:r>
          </w:p>
        </w:tc>
        <w:tc>
          <w:tcPr>
            <w:tcW w:type="dxa" w:w="580"/>
            <w:vAlign w:val="center"/>
          </w:tcPr>
          <w:p>
            <w:r/>
            <w:r>
              <w:rPr>
                <w:rFonts w:ascii="Malgun Gothic" w:hAnsi="Malgun Gothic" w:eastAsia="Malgun Gothic"/>
                <w:b w:val="0"/>
                <w:sz w:val="14"/>
              </w:rPr>
              <w:t>189.085</w:t>
            </w:r>
          </w:p>
        </w:tc>
        <w:tc>
          <w:tcPr>
            <w:tcW w:type="dxa" w:w="580"/>
            <w:vAlign w:val="center"/>
          </w:tcPr>
          <w:p>
            <w:r/>
            <w:r>
              <w:rPr>
                <w:rFonts w:ascii="Malgun Gothic" w:hAnsi="Malgun Gothic" w:eastAsia="Malgun Gothic"/>
                <w:b w:val="0"/>
                <w:sz w:val="14"/>
              </w:rPr>
              <w:t>0.361068</w:t>
            </w:r>
          </w:p>
        </w:tc>
        <w:tc>
          <w:tcPr>
            <w:tcW w:type="dxa" w:w="580"/>
            <w:vAlign w:val="center"/>
          </w:tcPr>
          <w:p>
            <w:r/>
            <w:r>
              <w:rPr>
                <w:rFonts w:ascii="Malgun Gothic" w:hAnsi="Malgun Gothic" w:eastAsia="Malgun Gothic"/>
                <w:b w:val="0"/>
                <w:sz w:val="14"/>
              </w:rPr>
              <w:t>1.80081</w:t>
            </w:r>
          </w:p>
        </w:tc>
        <w:tc>
          <w:tcPr>
            <w:tcW w:type="dxa" w:w="580"/>
            <w:vAlign w:val="center"/>
          </w:tcPr>
          <w:p>
            <w:r/>
            <w:r>
              <w:rPr>
                <w:rFonts w:ascii="Malgun Gothic" w:hAnsi="Malgun Gothic" w:eastAsia="Malgun Gothic"/>
                <w:b w:val="0"/>
                <w:sz w:val="14"/>
              </w:rPr>
              <w:t>0.861</w:t>
            </w:r>
          </w:p>
        </w:tc>
        <w:tc>
          <w:tcPr>
            <w:tcW w:type="dxa" w:w="580"/>
            <w:vAlign w:val="center"/>
          </w:tcPr>
          <w:p>
            <w:r/>
            <w:r>
              <w:rPr>
                <w:rFonts w:ascii="Malgun Gothic" w:hAnsi="Malgun Gothic" w:eastAsia="Malgun Gothic"/>
                <w:b w:val="0"/>
                <w:sz w:val="14"/>
              </w:rPr>
              <w:t>4.267</w:t>
            </w:r>
          </w:p>
        </w:tc>
        <w:tc>
          <w:tcPr>
            <w:tcW w:type="dxa" w:w="580"/>
            <w:vAlign w:val="center"/>
          </w:tcPr>
          <w:p>
            <w:r/>
            <w:r>
              <w:rPr>
                <w:rFonts w:ascii="Malgun Gothic" w:hAnsi="Malgun Gothic" w:eastAsia="Malgun Gothic"/>
                <w:b w:val="0"/>
                <w:sz w:val="14"/>
              </w:rPr>
              <w:t>523.713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00__350002022300000.wav::SPEAKER_01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00__350002022300001.wav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29</w:t>
            </w:r>
          </w:p>
        </w:tc>
        <w:tc>
          <w:tcPr>
            <w:tcW w:type="dxa" w:w="580"/>
            <w:vAlign w:val="center"/>
          </w:tcPr>
          <w:p>
            <w:r/>
            <w:r>
              <w:rPr>
                <w:rFonts w:ascii="Malgun Gothic" w:hAnsi="Malgun Gothic" w:eastAsia="Malgun Gothic"/>
                <w:b w:val="0"/>
                <w:sz w:val="14"/>
              </w:rPr>
              <w:t>59.638</w:t>
            </w:r>
          </w:p>
        </w:tc>
        <w:tc>
          <w:tcPr>
            <w:tcW w:type="dxa" w:w="580"/>
            <w:vAlign w:val="center"/>
          </w:tcPr>
          <w:p>
            <w:r/>
            <w:r>
              <w:rPr>
                <w:rFonts w:ascii="Malgun Gothic" w:hAnsi="Malgun Gothic" w:eastAsia="Malgun Gothic"/>
                <w:b w:val="0"/>
                <w:sz w:val="14"/>
              </w:rPr>
              <w:t>0.411135</w:t>
            </w:r>
          </w:p>
        </w:tc>
        <w:tc>
          <w:tcPr>
            <w:tcW w:type="dxa" w:w="580"/>
            <w:vAlign w:val="center"/>
          </w:tcPr>
          <w:p>
            <w:r/>
            <w:r>
              <w:rPr>
                <w:rFonts w:ascii="Malgun Gothic" w:hAnsi="Malgun Gothic" w:eastAsia="Malgun Gothic"/>
                <w:b w:val="0"/>
                <w:sz w:val="14"/>
              </w:rPr>
              <w:t>2.056483</w:t>
            </w:r>
          </w:p>
        </w:tc>
        <w:tc>
          <w:tcPr>
            <w:tcW w:type="dxa" w:w="580"/>
            <w:vAlign w:val="center"/>
          </w:tcPr>
          <w:p>
            <w:r/>
            <w:r>
              <w:rPr>
                <w:rFonts w:ascii="Malgun Gothic" w:hAnsi="Malgun Gothic" w:eastAsia="Malgun Gothic"/>
                <w:b w:val="0"/>
                <w:sz w:val="14"/>
              </w:rPr>
              <w:t>1.401</w:t>
            </w:r>
          </w:p>
        </w:tc>
        <w:tc>
          <w:tcPr>
            <w:tcW w:type="dxa" w:w="580"/>
            <w:vAlign w:val="center"/>
          </w:tcPr>
          <w:p>
            <w:r/>
            <w:r>
              <w:rPr>
                <w:rFonts w:ascii="Malgun Gothic" w:hAnsi="Malgun Gothic" w:eastAsia="Malgun Gothic"/>
                <w:b w:val="0"/>
                <w:sz w:val="14"/>
              </w:rPr>
              <w:t>0.301</w:t>
            </w:r>
          </w:p>
        </w:tc>
        <w:tc>
          <w:tcPr>
            <w:tcW w:type="dxa" w:w="580"/>
            <w:vAlign w:val="center"/>
          </w:tcPr>
          <w:p>
            <w:r/>
            <w:r>
              <w:rPr>
                <w:rFonts w:ascii="Malgun Gothic" w:hAnsi="Malgun Gothic" w:eastAsia="Malgun Gothic"/>
                <w:b w:val="0"/>
                <w:sz w:val="14"/>
              </w:rPr>
              <w:t>145.358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00__350002022300001.wav::SPEAKER_00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00__350002022300001.wav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32</w:t>
            </w:r>
          </w:p>
        </w:tc>
        <w:tc>
          <w:tcPr>
            <w:tcW w:type="dxa" w:w="580"/>
            <w:vAlign w:val="center"/>
          </w:tcPr>
          <w:p>
            <w:r/>
            <w:r>
              <w:rPr>
                <w:rFonts w:ascii="Malgun Gothic" w:hAnsi="Malgun Gothic" w:eastAsia="Malgun Gothic"/>
                <w:b w:val="0"/>
                <w:sz w:val="14"/>
              </w:rPr>
              <w:t>67.567</w:t>
            </w:r>
          </w:p>
        </w:tc>
        <w:tc>
          <w:tcPr>
            <w:tcW w:type="dxa" w:w="580"/>
            <w:vAlign w:val="center"/>
          </w:tcPr>
          <w:p>
            <w:r/>
            <w:r>
              <w:rPr>
                <w:rFonts w:ascii="Malgun Gothic" w:hAnsi="Malgun Gothic" w:eastAsia="Malgun Gothic"/>
                <w:b w:val="0"/>
                <w:sz w:val="14"/>
              </w:rPr>
              <w:t>0.465796</w:t>
            </w:r>
          </w:p>
        </w:tc>
        <w:tc>
          <w:tcPr>
            <w:tcW w:type="dxa" w:w="580"/>
            <w:vAlign w:val="center"/>
          </w:tcPr>
          <w:p>
            <w:r/>
            <w:r>
              <w:rPr>
                <w:rFonts w:ascii="Malgun Gothic" w:hAnsi="Malgun Gothic" w:eastAsia="Malgun Gothic"/>
                <w:b w:val="0"/>
                <w:sz w:val="14"/>
              </w:rPr>
              <w:t>2.111469</w:t>
            </w:r>
          </w:p>
        </w:tc>
        <w:tc>
          <w:tcPr>
            <w:tcW w:type="dxa" w:w="580"/>
            <w:vAlign w:val="center"/>
          </w:tcPr>
          <w:p>
            <w:r/>
            <w:r>
              <w:rPr>
                <w:rFonts w:ascii="Malgun Gothic" w:hAnsi="Malgun Gothic" w:eastAsia="Malgun Gothic"/>
                <w:b w:val="0"/>
                <w:sz w:val="14"/>
              </w:rPr>
              <w:t>1.7635</w:t>
            </w:r>
          </w:p>
        </w:tc>
        <w:tc>
          <w:tcPr>
            <w:tcW w:type="dxa" w:w="580"/>
            <w:vAlign w:val="center"/>
          </w:tcPr>
          <w:p>
            <w:r/>
            <w:r>
              <w:rPr>
                <w:rFonts w:ascii="Malgun Gothic" w:hAnsi="Malgun Gothic" w:eastAsia="Malgun Gothic"/>
                <w:b w:val="0"/>
                <w:sz w:val="14"/>
              </w:rPr>
              <w:t>3.001</w:t>
            </w:r>
          </w:p>
        </w:tc>
        <w:tc>
          <w:tcPr>
            <w:tcW w:type="dxa" w:w="580"/>
            <w:vAlign w:val="center"/>
          </w:tcPr>
          <w:p>
            <w:r/>
            <w:r>
              <w:rPr>
                <w:rFonts w:ascii="Malgun Gothic" w:hAnsi="Malgun Gothic" w:eastAsia="Malgun Gothic"/>
                <w:b w:val="0"/>
                <w:sz w:val="14"/>
              </w:rPr>
              <w:t>144.515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00__350002022300001.wav::SPEAKER_01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00__350002022300002.wav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17</w:t>
            </w:r>
          </w:p>
        </w:tc>
        <w:tc>
          <w:tcPr>
            <w:tcW w:type="dxa" w:w="580"/>
            <w:vAlign w:val="center"/>
          </w:tcPr>
          <w:p>
            <w:r/>
            <w:r>
              <w:rPr>
                <w:rFonts w:ascii="Malgun Gothic" w:hAnsi="Malgun Gothic" w:eastAsia="Malgun Gothic"/>
                <w:b w:val="0"/>
                <w:sz w:val="14"/>
              </w:rPr>
              <w:t>33.024</w:t>
            </w:r>
          </w:p>
        </w:tc>
        <w:tc>
          <w:tcPr>
            <w:tcW w:type="dxa" w:w="580"/>
            <w:vAlign w:val="center"/>
          </w:tcPr>
          <w:p>
            <w:r/>
            <w:r>
              <w:rPr>
                <w:rFonts w:ascii="Malgun Gothic" w:hAnsi="Malgun Gothic" w:eastAsia="Malgun Gothic"/>
                <w:b w:val="0"/>
                <w:sz w:val="14"/>
              </w:rPr>
              <w:t>0.528485</w:t>
            </w:r>
          </w:p>
        </w:tc>
        <w:tc>
          <w:tcPr>
            <w:tcW w:type="dxa" w:w="580"/>
            <w:vAlign w:val="center"/>
          </w:tcPr>
          <w:p>
            <w:r/>
            <w:r>
              <w:rPr>
                <w:rFonts w:ascii="Malgun Gothic" w:hAnsi="Malgun Gothic" w:eastAsia="Malgun Gothic"/>
                <w:b w:val="0"/>
                <w:sz w:val="14"/>
              </w:rPr>
              <w:t>1.942588</w:t>
            </w:r>
          </w:p>
        </w:tc>
        <w:tc>
          <w:tcPr>
            <w:tcW w:type="dxa" w:w="580"/>
            <w:vAlign w:val="center"/>
          </w:tcPr>
          <w:p>
            <w:r/>
            <w:r>
              <w:rPr>
                <w:rFonts w:ascii="Malgun Gothic" w:hAnsi="Malgun Gothic" w:eastAsia="Malgun Gothic"/>
                <w:b w:val="0"/>
                <w:sz w:val="14"/>
              </w:rPr>
              <w:t>1.063</w:t>
            </w:r>
          </w:p>
        </w:tc>
        <w:tc>
          <w:tcPr>
            <w:tcW w:type="dxa" w:w="580"/>
            <w:vAlign w:val="center"/>
          </w:tcPr>
          <w:p>
            <w:r/>
            <w:r>
              <w:rPr>
                <w:rFonts w:ascii="Malgun Gothic" w:hAnsi="Malgun Gothic" w:eastAsia="Malgun Gothic"/>
                <w:b w:val="0"/>
                <w:sz w:val="14"/>
              </w:rPr>
              <w:t>3.001</w:t>
            </w:r>
          </w:p>
        </w:tc>
        <w:tc>
          <w:tcPr>
            <w:tcW w:type="dxa" w:w="580"/>
            <w:vAlign w:val="center"/>
          </w:tcPr>
          <w:p>
            <w:r/>
            <w:r>
              <w:rPr>
                <w:rFonts w:ascii="Malgun Gothic" w:hAnsi="Malgun Gothic" w:eastAsia="Malgun Gothic"/>
                <w:b w:val="0"/>
                <w:sz w:val="14"/>
              </w:rPr>
              <w:t>63.076</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00__350002022300002.wav::SPEAKER_00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00__350002022300002.wav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19</w:t>
            </w:r>
          </w:p>
        </w:tc>
        <w:tc>
          <w:tcPr>
            <w:tcW w:type="dxa" w:w="580"/>
            <w:vAlign w:val="center"/>
          </w:tcPr>
          <w:p>
            <w:r/>
            <w:r>
              <w:rPr>
                <w:rFonts w:ascii="Malgun Gothic" w:hAnsi="Malgun Gothic" w:eastAsia="Malgun Gothic"/>
                <w:b w:val="0"/>
                <w:sz w:val="14"/>
              </w:rPr>
              <w:t>17.432</w:t>
            </w:r>
          </w:p>
        </w:tc>
        <w:tc>
          <w:tcPr>
            <w:tcW w:type="dxa" w:w="580"/>
            <w:vAlign w:val="center"/>
          </w:tcPr>
          <w:p>
            <w:r/>
            <w:r>
              <w:rPr>
                <w:rFonts w:ascii="Malgun Gothic" w:hAnsi="Malgun Gothic" w:eastAsia="Malgun Gothic"/>
                <w:b w:val="0"/>
                <w:sz w:val="14"/>
              </w:rPr>
              <w:t>0.278966</w:t>
            </w:r>
          </w:p>
        </w:tc>
        <w:tc>
          <w:tcPr>
            <w:tcW w:type="dxa" w:w="580"/>
            <w:vAlign w:val="center"/>
          </w:tcPr>
          <w:p>
            <w:r/>
            <w:r>
              <w:rPr>
                <w:rFonts w:ascii="Malgun Gothic" w:hAnsi="Malgun Gothic" w:eastAsia="Malgun Gothic"/>
                <w:b w:val="0"/>
                <w:sz w:val="14"/>
              </w:rPr>
              <w:t>0.917474</w:t>
            </w:r>
          </w:p>
        </w:tc>
        <w:tc>
          <w:tcPr>
            <w:tcW w:type="dxa" w:w="580"/>
            <w:vAlign w:val="center"/>
          </w:tcPr>
          <w:p>
            <w:r/>
            <w:r>
              <w:rPr>
                <w:rFonts w:ascii="Malgun Gothic" w:hAnsi="Malgun Gothic" w:eastAsia="Malgun Gothic"/>
                <w:b w:val="0"/>
                <w:sz w:val="14"/>
              </w:rPr>
              <w:t>0.726</w:t>
            </w:r>
          </w:p>
        </w:tc>
        <w:tc>
          <w:tcPr>
            <w:tcW w:type="dxa" w:w="580"/>
            <w:vAlign w:val="center"/>
          </w:tcPr>
          <w:p>
            <w:r/>
            <w:r>
              <w:rPr>
                <w:rFonts w:ascii="Malgun Gothic" w:hAnsi="Malgun Gothic" w:eastAsia="Malgun Gothic"/>
                <w:b w:val="0"/>
                <w:sz w:val="14"/>
              </w:rPr>
              <w:t>0.588</w:t>
            </w:r>
          </w:p>
        </w:tc>
        <w:tc>
          <w:tcPr>
            <w:tcW w:type="dxa" w:w="580"/>
            <w:vAlign w:val="center"/>
          </w:tcPr>
          <w:p>
            <w:r/>
            <w:r>
              <w:rPr>
                <w:rFonts w:ascii="Malgun Gothic" w:hAnsi="Malgun Gothic" w:eastAsia="Malgun Gothic"/>
                <w:b w:val="0"/>
                <w:sz w:val="14"/>
              </w:rPr>
              <w:t>62.502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00__350002022300002.wav::SPEAKER_01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00__350002022300003.wav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12</w:t>
            </w:r>
          </w:p>
        </w:tc>
        <w:tc>
          <w:tcPr>
            <w:tcW w:type="dxa" w:w="580"/>
            <w:vAlign w:val="center"/>
          </w:tcPr>
          <w:p>
            <w:r/>
            <w:r>
              <w:rPr>
                <w:rFonts w:ascii="Malgun Gothic" w:hAnsi="Malgun Gothic" w:eastAsia="Malgun Gothic"/>
                <w:b w:val="0"/>
                <w:sz w:val="14"/>
              </w:rPr>
              <w:t>24.081</w:t>
            </w:r>
          </w:p>
        </w:tc>
        <w:tc>
          <w:tcPr>
            <w:tcW w:type="dxa" w:w="580"/>
            <w:vAlign w:val="center"/>
          </w:tcPr>
          <w:p>
            <w:r/>
            <w:r>
              <w:rPr>
                <w:rFonts w:ascii="Malgun Gothic" w:hAnsi="Malgun Gothic" w:eastAsia="Malgun Gothic"/>
                <w:b w:val="0"/>
                <w:sz w:val="14"/>
              </w:rPr>
              <w:t>0.452446</w:t>
            </w:r>
          </w:p>
        </w:tc>
        <w:tc>
          <w:tcPr>
            <w:tcW w:type="dxa" w:w="580"/>
            <w:vAlign w:val="center"/>
          </w:tcPr>
          <w:p>
            <w:r/>
            <w:r>
              <w:rPr>
                <w:rFonts w:ascii="Malgun Gothic" w:hAnsi="Malgun Gothic" w:eastAsia="Malgun Gothic"/>
                <w:b w:val="0"/>
                <w:sz w:val="14"/>
              </w:rPr>
              <w:t>2.00675</w:t>
            </w:r>
          </w:p>
        </w:tc>
        <w:tc>
          <w:tcPr>
            <w:tcW w:type="dxa" w:w="580"/>
            <w:vAlign w:val="center"/>
          </w:tcPr>
          <w:p>
            <w:r/>
            <w:r>
              <w:rPr>
                <w:rFonts w:ascii="Malgun Gothic" w:hAnsi="Malgun Gothic" w:eastAsia="Malgun Gothic"/>
                <w:b w:val="0"/>
                <w:sz w:val="14"/>
              </w:rPr>
              <w:t>1.7385</w:t>
            </w:r>
          </w:p>
        </w:tc>
        <w:tc>
          <w:tcPr>
            <w:tcW w:type="dxa" w:w="580"/>
            <w:vAlign w:val="center"/>
          </w:tcPr>
          <w:p>
            <w:r/>
            <w:r>
              <w:rPr>
                <w:rFonts w:ascii="Malgun Gothic" w:hAnsi="Malgun Gothic" w:eastAsia="Malgun Gothic"/>
                <w:b w:val="0"/>
                <w:sz w:val="14"/>
              </w:rPr>
              <w:t>1.786</w:t>
            </w:r>
          </w:p>
        </w:tc>
        <w:tc>
          <w:tcPr>
            <w:tcW w:type="dxa" w:w="580"/>
            <w:vAlign w:val="center"/>
          </w:tcPr>
          <w:p>
            <w:r/>
            <w:r>
              <w:rPr>
                <w:rFonts w:ascii="Malgun Gothic" w:hAnsi="Malgun Gothic" w:eastAsia="Malgun Gothic"/>
                <w:b w:val="0"/>
                <w:sz w:val="14"/>
              </w:rPr>
              <w:t>54.082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00__350002022300003.wav::SPEAKER_00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00__350002022300003.wav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18</w:t>
            </w:r>
          </w:p>
        </w:tc>
        <w:tc>
          <w:tcPr>
            <w:tcW w:type="dxa" w:w="580"/>
            <w:vAlign w:val="center"/>
          </w:tcPr>
          <w:p>
            <w:r/>
            <w:r>
              <w:rPr>
                <w:rFonts w:ascii="Malgun Gothic" w:hAnsi="Malgun Gothic" w:eastAsia="Malgun Gothic"/>
                <w:b w:val="0"/>
                <w:sz w:val="14"/>
              </w:rPr>
              <w:t>22.645</w:t>
            </w:r>
          </w:p>
        </w:tc>
        <w:tc>
          <w:tcPr>
            <w:tcW w:type="dxa" w:w="580"/>
            <w:vAlign w:val="center"/>
          </w:tcPr>
          <w:p>
            <w:r/>
            <w:r>
              <w:rPr>
                <w:rFonts w:ascii="Malgun Gothic" w:hAnsi="Malgun Gothic" w:eastAsia="Malgun Gothic"/>
                <w:b w:val="0"/>
                <w:sz w:val="14"/>
              </w:rPr>
              <w:t>0.425466</w:t>
            </w:r>
          </w:p>
        </w:tc>
        <w:tc>
          <w:tcPr>
            <w:tcW w:type="dxa" w:w="580"/>
            <w:vAlign w:val="center"/>
          </w:tcPr>
          <w:p>
            <w:r/>
            <w:r>
              <w:rPr>
                <w:rFonts w:ascii="Malgun Gothic" w:hAnsi="Malgun Gothic" w:eastAsia="Malgun Gothic"/>
                <w:b w:val="0"/>
                <w:sz w:val="14"/>
              </w:rPr>
              <w:t>1.258056</w:t>
            </w:r>
          </w:p>
        </w:tc>
        <w:tc>
          <w:tcPr>
            <w:tcW w:type="dxa" w:w="580"/>
            <w:vAlign w:val="center"/>
          </w:tcPr>
          <w:p>
            <w:r/>
            <w:r>
              <w:rPr>
                <w:rFonts w:ascii="Malgun Gothic" w:hAnsi="Malgun Gothic" w:eastAsia="Malgun Gothic"/>
                <w:b w:val="0"/>
                <w:sz w:val="14"/>
              </w:rPr>
              <w:t>1.2655</w:t>
            </w:r>
          </w:p>
        </w:tc>
        <w:tc>
          <w:tcPr>
            <w:tcW w:type="dxa" w:w="580"/>
            <w:vAlign w:val="center"/>
          </w:tcPr>
          <w:p>
            <w:r/>
            <w:r>
              <w:rPr>
                <w:rFonts w:ascii="Malgun Gothic" w:hAnsi="Malgun Gothic" w:eastAsia="Malgun Gothic"/>
                <w:b w:val="0"/>
                <w:sz w:val="14"/>
              </w:rPr>
              <w:t>0.858</w:t>
            </w:r>
          </w:p>
        </w:tc>
        <w:tc>
          <w:tcPr>
            <w:tcW w:type="dxa" w:w="580"/>
            <w:vAlign w:val="center"/>
          </w:tcPr>
          <w:p>
            <w:r/>
            <w:r>
              <w:rPr>
                <w:rFonts w:ascii="Malgun Gothic" w:hAnsi="Malgun Gothic" w:eastAsia="Malgun Gothic"/>
                <w:b w:val="0"/>
                <w:sz w:val="14"/>
              </w:rPr>
              <w:t>50.74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00__350002022300003.wav::SPEAKER_01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00__350002022300004.wav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14</w:t>
            </w:r>
          </w:p>
        </w:tc>
        <w:tc>
          <w:tcPr>
            <w:tcW w:type="dxa" w:w="580"/>
            <w:vAlign w:val="center"/>
          </w:tcPr>
          <w:p>
            <w:r/>
            <w:r>
              <w:rPr>
                <w:rFonts w:ascii="Malgun Gothic" w:hAnsi="Malgun Gothic" w:eastAsia="Malgun Gothic"/>
                <w:b w:val="0"/>
                <w:sz w:val="14"/>
              </w:rPr>
              <w:t>35.707</w:t>
            </w:r>
          </w:p>
        </w:tc>
        <w:tc>
          <w:tcPr>
            <w:tcW w:type="dxa" w:w="580"/>
            <w:vAlign w:val="center"/>
          </w:tcPr>
          <w:p>
            <w:r/>
            <w:r>
              <w:rPr>
                <w:rFonts w:ascii="Malgun Gothic" w:hAnsi="Malgun Gothic" w:eastAsia="Malgun Gothic"/>
                <w:b w:val="0"/>
                <w:sz w:val="14"/>
              </w:rPr>
              <w:t>0.688792</w:t>
            </w:r>
          </w:p>
        </w:tc>
        <w:tc>
          <w:tcPr>
            <w:tcW w:type="dxa" w:w="580"/>
            <w:vAlign w:val="center"/>
          </w:tcPr>
          <w:p>
            <w:r/>
            <w:r>
              <w:rPr>
                <w:rFonts w:ascii="Malgun Gothic" w:hAnsi="Malgun Gothic" w:eastAsia="Malgun Gothic"/>
                <w:b w:val="0"/>
                <w:sz w:val="14"/>
              </w:rPr>
              <w:t>2.5505</w:t>
            </w:r>
          </w:p>
        </w:tc>
        <w:tc>
          <w:tcPr>
            <w:tcW w:type="dxa" w:w="580"/>
            <w:vAlign w:val="center"/>
          </w:tcPr>
          <w:p>
            <w:r/>
            <w:r>
              <w:rPr>
                <w:rFonts w:ascii="Malgun Gothic" w:hAnsi="Malgun Gothic" w:eastAsia="Malgun Gothic"/>
                <w:b w:val="0"/>
                <w:sz w:val="14"/>
              </w:rPr>
              <w:t>2.472</w:t>
            </w:r>
          </w:p>
        </w:tc>
        <w:tc>
          <w:tcPr>
            <w:tcW w:type="dxa" w:w="580"/>
            <w:vAlign w:val="center"/>
          </w:tcPr>
          <w:p>
            <w:r/>
            <w:r>
              <w:rPr>
                <w:rFonts w:ascii="Malgun Gothic" w:hAnsi="Malgun Gothic" w:eastAsia="Malgun Gothic"/>
                <w:b w:val="0"/>
                <w:sz w:val="14"/>
              </w:rPr>
              <w:t>1.313</w:t>
            </w:r>
          </w:p>
        </w:tc>
        <w:tc>
          <w:tcPr>
            <w:tcW w:type="dxa" w:w="580"/>
            <w:vAlign w:val="center"/>
          </w:tcPr>
          <w:p>
            <w:r/>
            <w:r>
              <w:rPr>
                <w:rFonts w:ascii="Malgun Gothic" w:hAnsi="Malgun Gothic" w:eastAsia="Malgun Gothic"/>
                <w:b w:val="0"/>
                <w:sz w:val="14"/>
              </w:rPr>
              <w:t>51.922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00__350002022300004.wav::SPEAKER_00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00__350002022300004.wav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17</w:t>
            </w:r>
          </w:p>
        </w:tc>
        <w:tc>
          <w:tcPr>
            <w:tcW w:type="dxa" w:w="580"/>
            <w:vAlign w:val="center"/>
          </w:tcPr>
          <w:p>
            <w:r/>
            <w:r>
              <w:rPr>
                <w:rFonts w:ascii="Malgun Gothic" w:hAnsi="Malgun Gothic" w:eastAsia="Malgun Gothic"/>
                <w:b w:val="0"/>
                <w:sz w:val="14"/>
              </w:rPr>
              <w:t>19.185</w:t>
            </w:r>
          </w:p>
        </w:tc>
        <w:tc>
          <w:tcPr>
            <w:tcW w:type="dxa" w:w="580"/>
            <w:vAlign w:val="center"/>
          </w:tcPr>
          <w:p>
            <w:r/>
            <w:r>
              <w:rPr>
                <w:rFonts w:ascii="Malgun Gothic" w:hAnsi="Malgun Gothic" w:eastAsia="Malgun Gothic"/>
                <w:b w:val="0"/>
                <w:sz w:val="14"/>
              </w:rPr>
              <w:t>0.370081</w:t>
            </w:r>
          </w:p>
        </w:tc>
        <w:tc>
          <w:tcPr>
            <w:tcW w:type="dxa" w:w="580"/>
            <w:vAlign w:val="center"/>
          </w:tcPr>
          <w:p>
            <w:r/>
            <w:r>
              <w:rPr>
                <w:rFonts w:ascii="Malgun Gothic" w:hAnsi="Malgun Gothic" w:eastAsia="Malgun Gothic"/>
                <w:b w:val="0"/>
                <w:sz w:val="14"/>
              </w:rPr>
              <w:t>1.128529</w:t>
            </w:r>
          </w:p>
        </w:tc>
        <w:tc>
          <w:tcPr>
            <w:tcW w:type="dxa" w:w="580"/>
            <w:vAlign w:val="center"/>
          </w:tcPr>
          <w:p>
            <w:r/>
            <w:r>
              <w:rPr>
                <w:rFonts w:ascii="Malgun Gothic" w:hAnsi="Malgun Gothic" w:eastAsia="Malgun Gothic"/>
                <w:b w:val="0"/>
                <w:sz w:val="14"/>
              </w:rPr>
              <w:t>0.742</w:t>
            </w:r>
          </w:p>
        </w:tc>
        <w:tc>
          <w:tcPr>
            <w:tcW w:type="dxa" w:w="580"/>
            <w:vAlign w:val="center"/>
          </w:tcPr>
          <w:p>
            <w:r/>
            <w:r>
              <w:rPr>
                <w:rFonts w:ascii="Malgun Gothic" w:hAnsi="Malgun Gothic" w:eastAsia="Malgun Gothic"/>
                <w:b w:val="0"/>
                <w:sz w:val="14"/>
              </w:rPr>
              <w:t>0.082</w:t>
            </w:r>
          </w:p>
        </w:tc>
        <w:tc>
          <w:tcPr>
            <w:tcW w:type="dxa" w:w="580"/>
            <w:vAlign w:val="center"/>
          </w:tcPr>
          <w:p>
            <w:r/>
            <w:r>
              <w:rPr>
                <w:rFonts w:ascii="Malgun Gothic" w:hAnsi="Malgun Gothic" w:eastAsia="Malgun Gothic"/>
                <w:b w:val="0"/>
                <w:sz w:val="14"/>
              </w:rPr>
              <w:t>50.437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00__350002022300004.wav::SPEAKER_01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00__350002022300005.wav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7</w:t>
            </w:r>
          </w:p>
        </w:tc>
        <w:tc>
          <w:tcPr>
            <w:tcW w:type="dxa" w:w="580"/>
            <w:vAlign w:val="center"/>
          </w:tcPr>
          <w:p>
            <w:r/>
            <w:r>
              <w:rPr>
                <w:rFonts w:ascii="Malgun Gothic" w:hAnsi="Malgun Gothic" w:eastAsia="Malgun Gothic"/>
                <w:b w:val="0"/>
                <w:sz w:val="14"/>
              </w:rPr>
              <w:t>10.664</w:t>
            </w:r>
          </w:p>
        </w:tc>
        <w:tc>
          <w:tcPr>
            <w:tcW w:type="dxa" w:w="580"/>
            <w:vAlign w:val="center"/>
          </w:tcPr>
          <w:p>
            <w:r/>
            <w:r>
              <w:rPr>
                <w:rFonts w:ascii="Malgun Gothic" w:hAnsi="Malgun Gothic" w:eastAsia="Malgun Gothic"/>
                <w:b w:val="0"/>
                <w:sz w:val="14"/>
              </w:rPr>
              <w:t>0.393738</w:t>
            </w:r>
          </w:p>
        </w:tc>
        <w:tc>
          <w:tcPr>
            <w:tcW w:type="dxa" w:w="580"/>
            <w:vAlign w:val="center"/>
          </w:tcPr>
          <w:p>
            <w:r/>
            <w:r>
              <w:rPr>
                <w:rFonts w:ascii="Malgun Gothic" w:hAnsi="Malgun Gothic" w:eastAsia="Malgun Gothic"/>
                <w:b w:val="0"/>
                <w:sz w:val="14"/>
              </w:rPr>
              <w:t>1.523429</w:t>
            </w:r>
          </w:p>
        </w:tc>
        <w:tc>
          <w:tcPr>
            <w:tcW w:type="dxa" w:w="580"/>
            <w:vAlign w:val="center"/>
          </w:tcPr>
          <w:p>
            <w:r/>
            <w:r>
              <w:rPr>
                <w:rFonts w:ascii="Malgun Gothic" w:hAnsi="Malgun Gothic" w:eastAsia="Malgun Gothic"/>
                <w:b w:val="0"/>
                <w:sz w:val="14"/>
              </w:rPr>
              <w:t>1.755</w:t>
            </w:r>
          </w:p>
        </w:tc>
        <w:tc>
          <w:tcPr>
            <w:tcW w:type="dxa" w:w="580"/>
            <w:vAlign w:val="center"/>
          </w:tcPr>
          <w:p>
            <w:r/>
            <w:r>
              <w:rPr>
                <w:rFonts w:ascii="Malgun Gothic" w:hAnsi="Malgun Gothic" w:eastAsia="Malgun Gothic"/>
                <w:b w:val="0"/>
                <w:sz w:val="14"/>
              </w:rPr>
              <w:t>2.697</w:t>
            </w:r>
          </w:p>
        </w:tc>
        <w:tc>
          <w:tcPr>
            <w:tcW w:type="dxa" w:w="580"/>
            <w:vAlign w:val="center"/>
          </w:tcPr>
          <w:p>
            <w:r/>
            <w:r>
              <w:rPr>
                <w:rFonts w:ascii="Malgun Gothic" w:hAnsi="Malgun Gothic" w:eastAsia="Malgun Gothic"/>
                <w:b w:val="0"/>
                <w:sz w:val="14"/>
              </w:rPr>
              <w:t>29.275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00__350002022300005.wav::SPEAKER_00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00__350002022300005.wav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17.112</w:t>
            </w:r>
          </w:p>
        </w:tc>
        <w:tc>
          <w:tcPr>
            <w:tcW w:type="dxa" w:w="580"/>
            <w:vAlign w:val="center"/>
          </w:tcPr>
          <w:p>
            <w:r/>
            <w:r>
              <w:rPr>
                <w:rFonts w:ascii="Malgun Gothic" w:hAnsi="Malgun Gothic" w:eastAsia="Malgun Gothic"/>
                <w:b w:val="0"/>
                <w:sz w:val="14"/>
              </w:rPr>
              <w:t>0.631812</w:t>
            </w:r>
          </w:p>
        </w:tc>
        <w:tc>
          <w:tcPr>
            <w:tcW w:type="dxa" w:w="580"/>
            <w:vAlign w:val="center"/>
          </w:tcPr>
          <w:p>
            <w:r/>
            <w:r>
              <w:rPr>
                <w:rFonts w:ascii="Malgun Gothic" w:hAnsi="Malgun Gothic" w:eastAsia="Malgun Gothic"/>
                <w:b w:val="0"/>
                <w:sz w:val="14"/>
              </w:rPr>
              <w:t>2.852</w:t>
            </w:r>
          </w:p>
        </w:tc>
        <w:tc>
          <w:tcPr>
            <w:tcW w:type="dxa" w:w="580"/>
            <w:vAlign w:val="center"/>
          </w:tcPr>
          <w:p>
            <w:r/>
            <w:r>
              <w:rPr>
                <w:rFonts w:ascii="Malgun Gothic" w:hAnsi="Malgun Gothic" w:eastAsia="Malgun Gothic"/>
                <w:b w:val="0"/>
                <w:sz w:val="14"/>
              </w:rPr>
              <w:t>2.5905</w:t>
            </w:r>
          </w:p>
        </w:tc>
        <w:tc>
          <w:tcPr>
            <w:tcW w:type="dxa" w:w="580"/>
            <w:vAlign w:val="center"/>
          </w:tcPr>
          <w:p>
            <w:r/>
            <w:r>
              <w:rPr>
                <w:rFonts w:ascii="Malgun Gothic" w:hAnsi="Malgun Gothic" w:eastAsia="Malgun Gothic"/>
                <w:b w:val="0"/>
                <w:sz w:val="14"/>
              </w:rPr>
              <w:t>2.191</w:t>
            </w:r>
          </w:p>
        </w:tc>
        <w:tc>
          <w:tcPr>
            <w:tcW w:type="dxa" w:w="580"/>
            <w:vAlign w:val="center"/>
          </w:tcPr>
          <w:p>
            <w:r/>
            <w:r>
              <w:rPr>
                <w:rFonts w:ascii="Malgun Gothic" w:hAnsi="Malgun Gothic" w:eastAsia="Malgun Gothic"/>
                <w:b w:val="0"/>
                <w:sz w:val="14"/>
              </w:rPr>
              <w:t>29.191</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00__350002022300005.wav::SPEAKER_01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00__350002022300006.wav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26</w:t>
            </w:r>
          </w:p>
        </w:tc>
        <w:tc>
          <w:tcPr>
            <w:tcW w:type="dxa" w:w="580"/>
            <w:vAlign w:val="center"/>
          </w:tcPr>
          <w:p>
            <w:r/>
            <w:r>
              <w:rPr>
                <w:rFonts w:ascii="Malgun Gothic" w:hAnsi="Malgun Gothic" w:eastAsia="Malgun Gothic"/>
                <w:b w:val="0"/>
                <w:sz w:val="14"/>
              </w:rPr>
              <w:t>37.276</w:t>
            </w:r>
          </w:p>
        </w:tc>
        <w:tc>
          <w:tcPr>
            <w:tcW w:type="dxa" w:w="580"/>
            <w:vAlign w:val="center"/>
          </w:tcPr>
          <w:p>
            <w:r/>
            <w:r>
              <w:rPr>
                <w:rFonts w:ascii="Malgun Gothic" w:hAnsi="Malgun Gothic" w:eastAsia="Malgun Gothic"/>
                <w:b w:val="0"/>
                <w:sz w:val="14"/>
              </w:rPr>
              <w:t>0.384431</w:t>
            </w:r>
          </w:p>
        </w:tc>
        <w:tc>
          <w:tcPr>
            <w:tcW w:type="dxa" w:w="580"/>
            <w:vAlign w:val="center"/>
          </w:tcPr>
          <w:p>
            <w:r/>
            <w:r>
              <w:rPr>
                <w:rFonts w:ascii="Malgun Gothic" w:hAnsi="Malgun Gothic" w:eastAsia="Malgun Gothic"/>
                <w:b w:val="0"/>
                <w:sz w:val="14"/>
              </w:rPr>
              <w:t>1.433692</w:t>
            </w:r>
          </w:p>
        </w:tc>
        <w:tc>
          <w:tcPr>
            <w:tcW w:type="dxa" w:w="580"/>
            <w:vAlign w:val="center"/>
          </w:tcPr>
          <w:p>
            <w:r/>
            <w:r>
              <w:rPr>
                <w:rFonts w:ascii="Malgun Gothic" w:hAnsi="Malgun Gothic" w:eastAsia="Malgun Gothic"/>
                <w:b w:val="0"/>
                <w:sz w:val="14"/>
              </w:rPr>
              <w:t>1.139</w:t>
            </w:r>
          </w:p>
        </w:tc>
        <w:tc>
          <w:tcPr>
            <w:tcW w:type="dxa" w:w="580"/>
            <w:vAlign w:val="center"/>
          </w:tcPr>
          <w:p>
            <w:r/>
            <w:r>
              <w:rPr>
                <w:rFonts w:ascii="Malgun Gothic" w:hAnsi="Malgun Gothic" w:eastAsia="Malgun Gothic"/>
                <w:b w:val="0"/>
                <w:sz w:val="14"/>
              </w:rPr>
              <w:t>0.79</w:t>
            </w:r>
          </w:p>
        </w:tc>
        <w:tc>
          <w:tcPr>
            <w:tcW w:type="dxa" w:w="580"/>
            <w:vAlign w:val="center"/>
          </w:tcPr>
          <w:p>
            <w:r/>
            <w:r>
              <w:rPr>
                <w:rFonts w:ascii="Malgun Gothic" w:hAnsi="Malgun Gothic" w:eastAsia="Malgun Gothic"/>
                <w:b w:val="0"/>
                <w:sz w:val="14"/>
              </w:rPr>
              <w:t>97.012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00__350002022300006.wav::SPEAKER_00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00__350002022300006.wav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27</w:t>
            </w:r>
          </w:p>
        </w:tc>
        <w:tc>
          <w:tcPr>
            <w:tcW w:type="dxa" w:w="580"/>
            <w:vAlign w:val="center"/>
          </w:tcPr>
          <w:p>
            <w:r/>
            <w:r>
              <w:rPr>
                <w:rFonts w:ascii="Malgun Gothic" w:hAnsi="Malgun Gothic" w:eastAsia="Malgun Gothic"/>
                <w:b w:val="0"/>
                <w:sz w:val="14"/>
              </w:rPr>
              <w:t>33.682</w:t>
            </w:r>
          </w:p>
        </w:tc>
        <w:tc>
          <w:tcPr>
            <w:tcW w:type="dxa" w:w="580"/>
            <w:vAlign w:val="center"/>
          </w:tcPr>
          <w:p>
            <w:r/>
            <w:r>
              <w:rPr>
                <w:rFonts w:ascii="Malgun Gothic" w:hAnsi="Malgun Gothic" w:eastAsia="Malgun Gothic"/>
                <w:b w:val="0"/>
                <w:sz w:val="14"/>
              </w:rPr>
              <w:t>0.347366</w:t>
            </w:r>
          </w:p>
        </w:tc>
        <w:tc>
          <w:tcPr>
            <w:tcW w:type="dxa" w:w="580"/>
            <w:vAlign w:val="center"/>
          </w:tcPr>
          <w:p>
            <w:r/>
            <w:r>
              <w:rPr>
                <w:rFonts w:ascii="Malgun Gothic" w:hAnsi="Malgun Gothic" w:eastAsia="Malgun Gothic"/>
                <w:b w:val="0"/>
                <w:sz w:val="14"/>
              </w:rPr>
              <w:t>1.247481</w:t>
            </w:r>
          </w:p>
        </w:tc>
        <w:tc>
          <w:tcPr>
            <w:tcW w:type="dxa" w:w="580"/>
            <w:vAlign w:val="center"/>
          </w:tcPr>
          <w:p>
            <w:r/>
            <w:r>
              <w:rPr>
                <w:rFonts w:ascii="Malgun Gothic" w:hAnsi="Malgun Gothic" w:eastAsia="Malgun Gothic"/>
                <w:b w:val="0"/>
                <w:sz w:val="14"/>
              </w:rPr>
              <w:t>0.81</w:t>
            </w:r>
          </w:p>
        </w:tc>
        <w:tc>
          <w:tcPr>
            <w:tcW w:type="dxa" w:w="580"/>
            <w:vAlign w:val="center"/>
          </w:tcPr>
          <w:p>
            <w:r/>
            <w:r>
              <w:rPr>
                <w:rFonts w:ascii="Malgun Gothic" w:hAnsi="Malgun Gothic" w:eastAsia="Malgun Gothic"/>
                <w:b w:val="0"/>
                <w:sz w:val="14"/>
              </w:rPr>
              <w:t>3.102</w:t>
            </w:r>
          </w:p>
        </w:tc>
        <w:tc>
          <w:tcPr>
            <w:tcW w:type="dxa" w:w="580"/>
            <w:vAlign w:val="center"/>
          </w:tcPr>
          <w:p>
            <w:r/>
            <w:r>
              <w:rPr>
                <w:rFonts w:ascii="Malgun Gothic" w:hAnsi="Malgun Gothic" w:eastAsia="Malgun Gothic"/>
                <w:b w:val="0"/>
                <w:sz w:val="14"/>
              </w:rPr>
              <w:t>97.754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00__350002022300006.wav::SPEAKER_01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00__350002022300007.wav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32</w:t>
            </w:r>
          </w:p>
        </w:tc>
        <w:tc>
          <w:tcPr>
            <w:tcW w:type="dxa" w:w="580"/>
            <w:vAlign w:val="center"/>
          </w:tcPr>
          <w:p>
            <w:r/>
            <w:r>
              <w:rPr>
                <w:rFonts w:ascii="Malgun Gothic" w:hAnsi="Malgun Gothic" w:eastAsia="Malgun Gothic"/>
                <w:b w:val="0"/>
                <w:sz w:val="14"/>
              </w:rPr>
              <w:t>67.232</w:t>
            </w:r>
          </w:p>
        </w:tc>
        <w:tc>
          <w:tcPr>
            <w:tcW w:type="dxa" w:w="580"/>
            <w:vAlign w:val="center"/>
          </w:tcPr>
          <w:p>
            <w:r/>
            <w:r>
              <w:rPr>
                <w:rFonts w:ascii="Malgun Gothic" w:hAnsi="Malgun Gothic" w:eastAsia="Malgun Gothic"/>
                <w:b w:val="0"/>
                <w:sz w:val="14"/>
              </w:rPr>
              <w:t>0.305414</w:t>
            </w:r>
          </w:p>
        </w:tc>
        <w:tc>
          <w:tcPr>
            <w:tcW w:type="dxa" w:w="580"/>
            <w:vAlign w:val="center"/>
          </w:tcPr>
          <w:p>
            <w:r/>
            <w:r>
              <w:rPr>
                <w:rFonts w:ascii="Malgun Gothic" w:hAnsi="Malgun Gothic" w:eastAsia="Malgun Gothic"/>
                <w:b w:val="0"/>
                <w:sz w:val="14"/>
              </w:rPr>
              <w:t>2.101</w:t>
            </w:r>
          </w:p>
        </w:tc>
        <w:tc>
          <w:tcPr>
            <w:tcW w:type="dxa" w:w="580"/>
            <w:vAlign w:val="center"/>
          </w:tcPr>
          <w:p>
            <w:r/>
            <w:r>
              <w:rPr>
                <w:rFonts w:ascii="Malgun Gothic" w:hAnsi="Malgun Gothic" w:eastAsia="Malgun Gothic"/>
                <w:b w:val="0"/>
                <w:sz w:val="14"/>
              </w:rPr>
              <w:t>2.076</w:t>
            </w:r>
          </w:p>
        </w:tc>
        <w:tc>
          <w:tcPr>
            <w:tcW w:type="dxa" w:w="580"/>
            <w:vAlign w:val="center"/>
          </w:tcPr>
          <w:p>
            <w:r/>
            <w:r>
              <w:rPr>
                <w:rFonts w:ascii="Malgun Gothic" w:hAnsi="Malgun Gothic" w:eastAsia="Malgun Gothic"/>
                <w:b w:val="0"/>
                <w:sz w:val="14"/>
              </w:rPr>
              <w:t>4.199</w:t>
            </w:r>
          </w:p>
        </w:tc>
        <w:tc>
          <w:tcPr>
            <w:tcW w:type="dxa" w:w="580"/>
            <w:vAlign w:val="center"/>
          </w:tcPr>
          <w:p>
            <w:r/>
            <w:r>
              <w:rPr>
                <w:rFonts w:ascii="Malgun Gothic" w:hAnsi="Malgun Gothic" w:eastAsia="Malgun Gothic"/>
                <w:b w:val="0"/>
                <w:sz w:val="14"/>
              </w:rPr>
              <w:t>220.047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00__350002022300007.wav::SPEAKER_00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00__350002022300007.wav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31</w:t>
            </w:r>
          </w:p>
        </w:tc>
        <w:tc>
          <w:tcPr>
            <w:tcW w:type="dxa" w:w="580"/>
            <w:vAlign w:val="center"/>
          </w:tcPr>
          <w:p>
            <w:r/>
            <w:r>
              <w:rPr>
                <w:rFonts w:ascii="Malgun Gothic" w:hAnsi="Malgun Gothic" w:eastAsia="Malgun Gothic"/>
                <w:b w:val="0"/>
                <w:sz w:val="14"/>
              </w:rPr>
              <w:t>58.944</w:t>
            </w:r>
          </w:p>
        </w:tc>
        <w:tc>
          <w:tcPr>
            <w:tcW w:type="dxa" w:w="580"/>
            <w:vAlign w:val="center"/>
          </w:tcPr>
          <w:p>
            <w:r/>
            <w:r>
              <w:rPr>
                <w:rFonts w:ascii="Malgun Gothic" w:hAnsi="Malgun Gothic" w:eastAsia="Malgun Gothic"/>
                <w:b w:val="0"/>
                <w:sz w:val="14"/>
              </w:rPr>
              <w:t>0.267764</w:t>
            </w:r>
          </w:p>
        </w:tc>
        <w:tc>
          <w:tcPr>
            <w:tcW w:type="dxa" w:w="580"/>
            <w:vAlign w:val="center"/>
          </w:tcPr>
          <w:p>
            <w:r/>
            <w:r>
              <w:rPr>
                <w:rFonts w:ascii="Malgun Gothic" w:hAnsi="Malgun Gothic" w:eastAsia="Malgun Gothic"/>
                <w:b w:val="0"/>
                <w:sz w:val="14"/>
              </w:rPr>
              <w:t>1.901419</w:t>
            </w:r>
          </w:p>
        </w:tc>
        <w:tc>
          <w:tcPr>
            <w:tcW w:type="dxa" w:w="580"/>
            <w:vAlign w:val="center"/>
          </w:tcPr>
          <w:p>
            <w:r/>
            <w:r>
              <w:rPr>
                <w:rFonts w:ascii="Malgun Gothic" w:hAnsi="Malgun Gothic" w:eastAsia="Malgun Gothic"/>
                <w:b w:val="0"/>
                <w:sz w:val="14"/>
              </w:rPr>
              <w:t>1.181</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220.165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00__350002022300007.wav::SPEAKER_01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00__350002022300008.wav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12</w:t>
            </w:r>
          </w:p>
        </w:tc>
        <w:tc>
          <w:tcPr>
            <w:tcW w:type="dxa" w:w="580"/>
            <w:vAlign w:val="center"/>
          </w:tcPr>
          <w:p>
            <w:r/>
            <w:r>
              <w:rPr>
                <w:rFonts w:ascii="Malgun Gothic" w:hAnsi="Malgun Gothic" w:eastAsia="Malgun Gothic"/>
                <w:b w:val="0"/>
                <w:sz w:val="14"/>
              </w:rPr>
              <w:t>24.656</w:t>
            </w:r>
          </w:p>
        </w:tc>
        <w:tc>
          <w:tcPr>
            <w:tcW w:type="dxa" w:w="580"/>
            <w:vAlign w:val="center"/>
          </w:tcPr>
          <w:p>
            <w:r/>
            <w:r>
              <w:rPr>
                <w:rFonts w:ascii="Malgun Gothic" w:hAnsi="Malgun Gothic" w:eastAsia="Malgun Gothic"/>
                <w:b w:val="0"/>
                <w:sz w:val="14"/>
              </w:rPr>
              <w:t>0.324618</w:t>
            </w:r>
          </w:p>
        </w:tc>
        <w:tc>
          <w:tcPr>
            <w:tcW w:type="dxa" w:w="580"/>
            <w:vAlign w:val="center"/>
          </w:tcPr>
          <w:p>
            <w:r/>
            <w:r>
              <w:rPr>
                <w:rFonts w:ascii="Malgun Gothic" w:hAnsi="Malgun Gothic" w:eastAsia="Malgun Gothic"/>
                <w:b w:val="0"/>
                <w:sz w:val="14"/>
              </w:rPr>
              <w:t>2.054667</w:t>
            </w:r>
          </w:p>
        </w:tc>
        <w:tc>
          <w:tcPr>
            <w:tcW w:type="dxa" w:w="580"/>
            <w:vAlign w:val="center"/>
          </w:tcPr>
          <w:p>
            <w:r/>
            <w:r>
              <w:rPr>
                <w:rFonts w:ascii="Malgun Gothic" w:hAnsi="Malgun Gothic" w:eastAsia="Malgun Gothic"/>
                <w:b w:val="0"/>
                <w:sz w:val="14"/>
              </w:rPr>
              <w:t>1.6455</w:t>
            </w:r>
          </w:p>
        </w:tc>
        <w:tc>
          <w:tcPr>
            <w:tcW w:type="dxa" w:w="580"/>
            <w:vAlign w:val="center"/>
          </w:tcPr>
          <w:p>
            <w:r/>
            <w:r>
              <w:rPr>
                <w:rFonts w:ascii="Malgun Gothic" w:hAnsi="Malgun Gothic" w:eastAsia="Malgun Gothic"/>
                <w:b w:val="0"/>
                <w:sz w:val="14"/>
              </w:rPr>
              <w:t>2.393</w:t>
            </w:r>
          </w:p>
        </w:tc>
        <w:tc>
          <w:tcPr>
            <w:tcW w:type="dxa" w:w="580"/>
            <w:vAlign w:val="center"/>
          </w:tcPr>
          <w:p>
            <w:r/>
            <w:r>
              <w:rPr>
                <w:rFonts w:ascii="Malgun Gothic" w:hAnsi="Malgun Gothic" w:eastAsia="Malgun Gothic"/>
                <w:b w:val="0"/>
                <w:sz w:val="14"/>
              </w:rPr>
              <w:t>76.036</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00__350002022300008.wav::SPEAKER_00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00__350002022300008.wav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12</w:t>
            </w:r>
          </w:p>
        </w:tc>
        <w:tc>
          <w:tcPr>
            <w:tcW w:type="dxa" w:w="580"/>
            <w:vAlign w:val="center"/>
          </w:tcPr>
          <w:p>
            <w:r/>
            <w:r>
              <w:rPr>
                <w:rFonts w:ascii="Malgun Gothic" w:hAnsi="Malgun Gothic" w:eastAsia="Malgun Gothic"/>
                <w:b w:val="0"/>
                <w:sz w:val="14"/>
              </w:rPr>
              <w:t>26.916</w:t>
            </w:r>
          </w:p>
        </w:tc>
        <w:tc>
          <w:tcPr>
            <w:tcW w:type="dxa" w:w="580"/>
            <w:vAlign w:val="center"/>
          </w:tcPr>
          <w:p>
            <w:r/>
            <w:r>
              <w:rPr>
                <w:rFonts w:ascii="Malgun Gothic" w:hAnsi="Malgun Gothic" w:eastAsia="Malgun Gothic"/>
                <w:b w:val="0"/>
                <w:sz w:val="14"/>
              </w:rPr>
              <w:t>0.354372</w:t>
            </w:r>
          </w:p>
        </w:tc>
        <w:tc>
          <w:tcPr>
            <w:tcW w:type="dxa" w:w="580"/>
            <w:vAlign w:val="center"/>
          </w:tcPr>
          <w:p>
            <w:r/>
            <w:r>
              <w:rPr>
                <w:rFonts w:ascii="Malgun Gothic" w:hAnsi="Malgun Gothic" w:eastAsia="Malgun Gothic"/>
                <w:b w:val="0"/>
                <w:sz w:val="14"/>
              </w:rPr>
              <w:t>2.243</w:t>
            </w:r>
          </w:p>
        </w:tc>
        <w:tc>
          <w:tcPr>
            <w:tcW w:type="dxa" w:w="580"/>
            <w:vAlign w:val="center"/>
          </w:tcPr>
          <w:p>
            <w:r/>
            <w:r>
              <w:rPr>
                <w:rFonts w:ascii="Malgun Gothic" w:hAnsi="Malgun Gothic" w:eastAsia="Malgun Gothic"/>
                <w:b w:val="0"/>
                <w:sz w:val="14"/>
              </w:rPr>
              <w:t>1.8395</w:t>
            </w:r>
          </w:p>
        </w:tc>
        <w:tc>
          <w:tcPr>
            <w:tcW w:type="dxa" w:w="580"/>
            <w:vAlign w:val="center"/>
          </w:tcPr>
          <w:p>
            <w:r/>
            <w:r>
              <w:rPr>
                <w:rFonts w:ascii="Malgun Gothic" w:hAnsi="Malgun Gothic" w:eastAsia="Malgun Gothic"/>
                <w:b w:val="0"/>
                <w:sz w:val="14"/>
              </w:rPr>
              <w:t>0.082</w:t>
            </w:r>
          </w:p>
        </w:tc>
        <w:tc>
          <w:tcPr>
            <w:tcW w:type="dxa" w:w="580"/>
            <w:vAlign w:val="center"/>
          </w:tcPr>
          <w:p>
            <w:r/>
            <w:r>
              <w:rPr>
                <w:rFonts w:ascii="Malgun Gothic" w:hAnsi="Malgun Gothic" w:eastAsia="Malgun Gothic"/>
                <w:b w:val="0"/>
                <w:sz w:val="14"/>
              </w:rPr>
              <w:t>75.547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00__350002022300008.wav::SPEAKER_01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00__350002022300009.wav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16</w:t>
            </w:r>
          </w:p>
        </w:tc>
        <w:tc>
          <w:tcPr>
            <w:tcW w:type="dxa" w:w="580"/>
            <w:vAlign w:val="center"/>
          </w:tcPr>
          <w:p>
            <w:r/>
            <w:r>
              <w:rPr>
                <w:rFonts w:ascii="Malgun Gothic" w:hAnsi="Malgun Gothic" w:eastAsia="Malgun Gothic"/>
                <w:b w:val="0"/>
                <w:sz w:val="14"/>
              </w:rPr>
              <w:t>25.819</w:t>
            </w:r>
          </w:p>
        </w:tc>
        <w:tc>
          <w:tcPr>
            <w:tcW w:type="dxa" w:w="580"/>
            <w:vAlign w:val="center"/>
          </w:tcPr>
          <w:p>
            <w:r/>
            <w:r>
              <w:rPr>
                <w:rFonts w:ascii="Malgun Gothic" w:hAnsi="Malgun Gothic" w:eastAsia="Malgun Gothic"/>
                <w:b w:val="0"/>
                <w:sz w:val="14"/>
              </w:rPr>
              <w:t>0.375833</w:t>
            </w:r>
          </w:p>
        </w:tc>
        <w:tc>
          <w:tcPr>
            <w:tcW w:type="dxa" w:w="580"/>
            <w:vAlign w:val="center"/>
          </w:tcPr>
          <w:p>
            <w:r/>
            <w:r>
              <w:rPr>
                <w:rFonts w:ascii="Malgun Gothic" w:hAnsi="Malgun Gothic" w:eastAsia="Malgun Gothic"/>
                <w:b w:val="0"/>
                <w:sz w:val="14"/>
              </w:rPr>
              <w:t>1.613687</w:t>
            </w:r>
          </w:p>
        </w:tc>
        <w:tc>
          <w:tcPr>
            <w:tcW w:type="dxa" w:w="580"/>
            <w:vAlign w:val="center"/>
          </w:tcPr>
          <w:p>
            <w:r/>
            <w:r>
              <w:rPr>
                <w:rFonts w:ascii="Malgun Gothic" w:hAnsi="Malgun Gothic" w:eastAsia="Malgun Gothic"/>
                <w:b w:val="0"/>
                <w:sz w:val="14"/>
              </w:rPr>
              <w:t>1.451</w:t>
            </w:r>
          </w:p>
        </w:tc>
        <w:tc>
          <w:tcPr>
            <w:tcW w:type="dxa" w:w="580"/>
            <w:vAlign w:val="center"/>
          </w:tcPr>
          <w:p>
            <w:r/>
            <w:r>
              <w:rPr>
                <w:rFonts w:ascii="Malgun Gothic" w:hAnsi="Malgun Gothic" w:eastAsia="Malgun Gothic"/>
                <w:b w:val="0"/>
                <w:sz w:val="14"/>
              </w:rPr>
              <w:t>0.824</w:t>
            </w:r>
          </w:p>
        </w:tc>
        <w:tc>
          <w:tcPr>
            <w:tcW w:type="dxa" w:w="580"/>
            <w:vAlign w:val="center"/>
          </w:tcPr>
          <w:p>
            <w:r/>
            <w:r>
              <w:rPr>
                <w:rFonts w:ascii="Malgun Gothic" w:hAnsi="Malgun Gothic" w:eastAsia="Malgun Gothic"/>
                <w:b w:val="0"/>
                <w:sz w:val="14"/>
              </w:rPr>
              <w:t>68.999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00__350002022300009.wav::SPEAKER_00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00__350002022300009.wav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19</w:t>
            </w:r>
          </w:p>
        </w:tc>
        <w:tc>
          <w:tcPr>
            <w:tcW w:type="dxa" w:w="580"/>
            <w:vAlign w:val="center"/>
          </w:tcPr>
          <w:p>
            <w:r/>
            <w:r>
              <w:rPr>
                <w:rFonts w:ascii="Malgun Gothic" w:hAnsi="Malgun Gothic" w:eastAsia="Malgun Gothic"/>
                <w:b w:val="0"/>
                <w:sz w:val="14"/>
              </w:rPr>
              <w:t>26.106</w:t>
            </w:r>
          </w:p>
        </w:tc>
        <w:tc>
          <w:tcPr>
            <w:tcW w:type="dxa" w:w="580"/>
            <w:vAlign w:val="center"/>
          </w:tcPr>
          <w:p>
            <w:r/>
            <w:r>
              <w:rPr>
                <w:rFonts w:ascii="Malgun Gothic" w:hAnsi="Malgun Gothic" w:eastAsia="Malgun Gothic"/>
                <w:b w:val="0"/>
                <w:sz w:val="14"/>
              </w:rPr>
              <w:t>0.380011</w:t>
            </w:r>
          </w:p>
        </w:tc>
        <w:tc>
          <w:tcPr>
            <w:tcW w:type="dxa" w:w="580"/>
            <w:vAlign w:val="center"/>
          </w:tcPr>
          <w:p>
            <w:r/>
            <w:r>
              <w:rPr>
                <w:rFonts w:ascii="Malgun Gothic" w:hAnsi="Malgun Gothic" w:eastAsia="Malgun Gothic"/>
                <w:b w:val="0"/>
                <w:sz w:val="14"/>
              </w:rPr>
              <w:t>1.374</w:t>
            </w:r>
          </w:p>
        </w:tc>
        <w:tc>
          <w:tcPr>
            <w:tcW w:type="dxa" w:w="580"/>
            <w:vAlign w:val="center"/>
          </w:tcPr>
          <w:p>
            <w:r/>
            <w:r>
              <w:rPr>
                <w:rFonts w:ascii="Malgun Gothic" w:hAnsi="Malgun Gothic" w:eastAsia="Malgun Gothic"/>
                <w:b w:val="0"/>
                <w:sz w:val="14"/>
              </w:rPr>
              <w:t>1.198</w:t>
            </w:r>
          </w:p>
        </w:tc>
        <w:tc>
          <w:tcPr>
            <w:tcW w:type="dxa" w:w="580"/>
            <w:vAlign w:val="center"/>
          </w:tcPr>
          <w:p>
            <w:r/>
            <w:r>
              <w:rPr>
                <w:rFonts w:ascii="Malgun Gothic" w:hAnsi="Malgun Gothic" w:eastAsia="Malgun Gothic"/>
                <w:b w:val="0"/>
                <w:sz w:val="14"/>
              </w:rPr>
              <w:t>4.705</w:t>
            </w:r>
          </w:p>
        </w:tc>
        <w:tc>
          <w:tcPr>
            <w:tcW w:type="dxa" w:w="580"/>
            <w:vAlign w:val="center"/>
          </w:tcPr>
          <w:p>
            <w:r/>
            <w:r>
              <w:rPr>
                <w:rFonts w:ascii="Malgun Gothic" w:hAnsi="Malgun Gothic" w:eastAsia="Malgun Gothic"/>
                <w:b w:val="0"/>
                <w:sz w:val="14"/>
              </w:rPr>
              <w:t>69.522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00__350002022300009.wav::SPEAKER_01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00__350002022300010.wav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w:t>
            </w:r>
          </w:p>
        </w:tc>
        <w:tc>
          <w:tcPr>
            <w:tcW w:type="dxa" w:w="580"/>
            <w:vAlign w:val="center"/>
          </w:tcPr>
          <w:p>
            <w:r/>
            <w:r>
              <w:rPr>
                <w:rFonts w:ascii="Malgun Gothic" w:hAnsi="Malgun Gothic" w:eastAsia="Malgun Gothic"/>
                <w:b w:val="0"/>
                <w:sz w:val="14"/>
              </w:rPr>
              <w:t>6.294</w:t>
            </w:r>
          </w:p>
        </w:tc>
        <w:tc>
          <w:tcPr>
            <w:tcW w:type="dxa" w:w="580"/>
            <w:vAlign w:val="center"/>
          </w:tcPr>
          <w:p>
            <w:r/>
            <w:r>
              <w:rPr>
                <w:rFonts w:ascii="Malgun Gothic" w:hAnsi="Malgun Gothic" w:eastAsia="Malgun Gothic"/>
                <w:b w:val="0"/>
                <w:sz w:val="14"/>
              </w:rPr>
              <w:t>0.958867</w:t>
            </w:r>
          </w:p>
        </w:tc>
        <w:tc>
          <w:tcPr>
            <w:tcW w:type="dxa" w:w="580"/>
            <w:vAlign w:val="center"/>
          </w:tcPr>
          <w:p>
            <w:r/>
            <w:r>
              <w:rPr>
                <w:rFonts w:ascii="Malgun Gothic" w:hAnsi="Malgun Gothic" w:eastAsia="Malgun Gothic"/>
                <w:b w:val="0"/>
                <w:sz w:val="14"/>
              </w:rPr>
              <w:t>3.147</w:t>
            </w:r>
          </w:p>
        </w:tc>
        <w:tc>
          <w:tcPr>
            <w:tcW w:type="dxa" w:w="580"/>
            <w:vAlign w:val="center"/>
          </w:tcPr>
          <w:p>
            <w:r/>
            <w:r>
              <w:rPr>
                <w:rFonts w:ascii="Malgun Gothic" w:hAnsi="Malgun Gothic" w:eastAsia="Malgun Gothic"/>
                <w:b w:val="0"/>
                <w:sz w:val="14"/>
              </w:rPr>
              <w:t>3.147</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6.595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00__350002022300010.wav::SPEAKER_00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00__350002022300010.wav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t>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MISSING_NO_SEGMENTS</w:t>
            </w:r>
          </w:p>
        </w:tc>
        <w:tc>
          <w:tcPr>
            <w:tcW w:type="dxa" w:w="580"/>
            <w:vAlign w:val="center"/>
          </w:tcPr>
          <w:p>
            <w:r/>
            <w:r>
              <w:rPr>
                <w:rFonts w:ascii="Malgun Gothic" w:hAnsi="Malgun Gothic" w:eastAsia="Malgun Gothic"/>
                <w:b w:val="0"/>
                <w:sz w:val="14"/>
              </w:rPr>
              <w:t>N</w:t>
            </w:r>
          </w:p>
        </w:tc>
        <w:tc>
          <w:tcPr>
            <w:tcW w:type="dxa" w:w="580"/>
            <w:vAlign w:val="center"/>
          </w:tcPr>
          <w:p>
            <w:r/>
            <w:r>
              <w:rPr>
                <w:rFonts w:ascii="Malgun Gothic" w:hAnsi="Malgun Gothic" w:eastAsia="Malgun Gothic"/>
                <w:b w:val="0"/>
                <w:sz w:val="14"/>
              </w:rPr>
              <w:t>No segment for this speaker label in pyannote output; kept as zero-slot for 1,000 x 2 audit balance</w:t>
            </w:r>
          </w:p>
        </w:tc>
        <w:tc>
          <w:tcPr>
            <w:tcW w:type="dxa" w:w="580"/>
            <w:vAlign w:val="center"/>
          </w:tcPr>
          <w:p>
            <w:r/>
            <w:r>
              <w:rPr>
                <w:rFonts w:ascii="Malgun Gothic" w:hAnsi="Malgun Gothic" w:eastAsia="Malgun Gothic"/>
                <w:b w:val="0"/>
                <w:sz w:val="14"/>
              </w:rPr>
              <w:t>00__350002022300010.wav::SPEAKER_01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00__350002022300011.wav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21</w:t>
            </w:r>
          </w:p>
        </w:tc>
        <w:tc>
          <w:tcPr>
            <w:tcW w:type="dxa" w:w="580"/>
            <w:vAlign w:val="center"/>
          </w:tcPr>
          <w:p>
            <w:r/>
            <w:r>
              <w:rPr>
                <w:rFonts w:ascii="Malgun Gothic" w:hAnsi="Malgun Gothic" w:eastAsia="Malgun Gothic"/>
                <w:b w:val="0"/>
                <w:sz w:val="14"/>
              </w:rPr>
              <w:t>35.894</w:t>
            </w:r>
          </w:p>
        </w:tc>
        <w:tc>
          <w:tcPr>
            <w:tcW w:type="dxa" w:w="580"/>
            <w:vAlign w:val="center"/>
          </w:tcPr>
          <w:p>
            <w:r/>
            <w:r>
              <w:rPr>
                <w:rFonts w:ascii="Malgun Gothic" w:hAnsi="Malgun Gothic" w:eastAsia="Malgun Gothic"/>
                <w:b w:val="0"/>
                <w:sz w:val="14"/>
              </w:rPr>
              <w:t>0.228741</w:t>
            </w:r>
          </w:p>
        </w:tc>
        <w:tc>
          <w:tcPr>
            <w:tcW w:type="dxa" w:w="580"/>
            <w:vAlign w:val="center"/>
          </w:tcPr>
          <w:p>
            <w:r/>
            <w:r>
              <w:rPr>
                <w:rFonts w:ascii="Malgun Gothic" w:hAnsi="Malgun Gothic" w:eastAsia="Malgun Gothic"/>
                <w:b w:val="0"/>
                <w:sz w:val="14"/>
              </w:rPr>
              <w:t>1.709238</w:t>
            </w:r>
          </w:p>
        </w:tc>
        <w:tc>
          <w:tcPr>
            <w:tcW w:type="dxa" w:w="580"/>
            <w:vAlign w:val="center"/>
          </w:tcPr>
          <w:p>
            <w:r/>
            <w:r>
              <w:rPr>
                <w:rFonts w:ascii="Malgun Gothic" w:hAnsi="Malgun Gothic" w:eastAsia="Malgun Gothic"/>
                <w:b w:val="0"/>
                <w:sz w:val="14"/>
              </w:rPr>
              <w:t>0.945</w:t>
            </w:r>
          </w:p>
        </w:tc>
        <w:tc>
          <w:tcPr>
            <w:tcW w:type="dxa" w:w="580"/>
            <w:vAlign w:val="center"/>
          </w:tcPr>
          <w:p>
            <w:r/>
            <w:r>
              <w:rPr>
                <w:rFonts w:ascii="Malgun Gothic" w:hAnsi="Malgun Gothic" w:eastAsia="Malgun Gothic"/>
                <w:b w:val="0"/>
                <w:sz w:val="14"/>
              </w:rPr>
              <w:t>4.199</w:t>
            </w:r>
          </w:p>
        </w:tc>
        <w:tc>
          <w:tcPr>
            <w:tcW w:type="dxa" w:w="580"/>
            <w:vAlign w:val="center"/>
          </w:tcPr>
          <w:p>
            <w:r/>
            <w:r>
              <w:rPr>
                <w:rFonts w:ascii="Malgun Gothic" w:hAnsi="Malgun Gothic" w:eastAsia="Malgun Gothic"/>
                <w:b w:val="0"/>
                <w:sz w:val="14"/>
              </w:rPr>
              <w:t>155.669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00__350002022300011.wav::SPEAKER_00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00__350002022300011.wav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28</w:t>
            </w:r>
          </w:p>
        </w:tc>
        <w:tc>
          <w:tcPr>
            <w:tcW w:type="dxa" w:w="580"/>
            <w:vAlign w:val="center"/>
          </w:tcPr>
          <w:p>
            <w:r/>
            <w:r>
              <w:rPr>
                <w:rFonts w:ascii="Malgun Gothic" w:hAnsi="Malgun Gothic" w:eastAsia="Malgun Gothic"/>
                <w:b w:val="0"/>
                <w:sz w:val="14"/>
              </w:rPr>
              <w:t>41.734</w:t>
            </w:r>
          </w:p>
        </w:tc>
        <w:tc>
          <w:tcPr>
            <w:tcW w:type="dxa" w:w="580"/>
            <w:vAlign w:val="center"/>
          </w:tcPr>
          <w:p>
            <w:r/>
            <w:r>
              <w:rPr>
                <w:rFonts w:ascii="Malgun Gothic" w:hAnsi="Malgun Gothic" w:eastAsia="Malgun Gothic"/>
                <w:b w:val="0"/>
                <w:sz w:val="14"/>
              </w:rPr>
              <w:t>0.265957</w:t>
            </w:r>
          </w:p>
        </w:tc>
        <w:tc>
          <w:tcPr>
            <w:tcW w:type="dxa" w:w="580"/>
            <w:vAlign w:val="center"/>
          </w:tcPr>
          <w:p>
            <w:r/>
            <w:r>
              <w:rPr>
                <w:rFonts w:ascii="Malgun Gothic" w:hAnsi="Malgun Gothic" w:eastAsia="Malgun Gothic"/>
                <w:b w:val="0"/>
                <w:sz w:val="14"/>
              </w:rPr>
              <w:t>1.4905</w:t>
            </w:r>
          </w:p>
        </w:tc>
        <w:tc>
          <w:tcPr>
            <w:tcW w:type="dxa" w:w="580"/>
            <w:vAlign w:val="center"/>
          </w:tcPr>
          <w:p>
            <w:r/>
            <w:r>
              <w:rPr>
                <w:rFonts w:ascii="Malgun Gothic" w:hAnsi="Malgun Gothic" w:eastAsia="Malgun Gothic"/>
                <w:b w:val="0"/>
                <w:sz w:val="14"/>
              </w:rPr>
              <w:t>0.8355</w:t>
            </w:r>
          </w:p>
        </w:tc>
        <w:tc>
          <w:tcPr>
            <w:tcW w:type="dxa" w:w="580"/>
            <w:vAlign w:val="center"/>
          </w:tcPr>
          <w:p>
            <w:r/>
            <w:r>
              <w:rPr>
                <w:rFonts w:ascii="Malgun Gothic" w:hAnsi="Malgun Gothic" w:eastAsia="Malgun Gothic"/>
                <w:b w:val="0"/>
                <w:sz w:val="14"/>
              </w:rPr>
              <w:t>1.162</w:t>
            </w:r>
          </w:p>
        </w:tc>
        <w:tc>
          <w:tcPr>
            <w:tcW w:type="dxa" w:w="580"/>
            <w:vAlign w:val="center"/>
          </w:tcPr>
          <w:p>
            <w:r/>
            <w:r>
              <w:rPr>
                <w:rFonts w:ascii="Malgun Gothic" w:hAnsi="Malgun Gothic" w:eastAsia="Malgun Gothic"/>
                <w:b w:val="0"/>
                <w:sz w:val="14"/>
              </w:rPr>
              <w:t>158.082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00__350002022300011.wav::SPEAKER_01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00__350002022300012.wav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64</w:t>
            </w:r>
          </w:p>
        </w:tc>
        <w:tc>
          <w:tcPr>
            <w:tcW w:type="dxa" w:w="580"/>
            <w:vAlign w:val="center"/>
          </w:tcPr>
          <w:p>
            <w:r/>
            <w:r>
              <w:rPr>
                <w:rFonts w:ascii="Malgun Gothic" w:hAnsi="Malgun Gothic" w:eastAsia="Malgun Gothic"/>
                <w:b w:val="0"/>
                <w:sz w:val="14"/>
              </w:rPr>
              <w:t>126.549</w:t>
            </w:r>
          </w:p>
        </w:tc>
        <w:tc>
          <w:tcPr>
            <w:tcW w:type="dxa" w:w="580"/>
            <w:vAlign w:val="center"/>
          </w:tcPr>
          <w:p>
            <w:r/>
            <w:r>
              <w:rPr>
                <w:rFonts w:ascii="Malgun Gothic" w:hAnsi="Malgun Gothic" w:eastAsia="Malgun Gothic"/>
                <w:b w:val="0"/>
                <w:sz w:val="14"/>
              </w:rPr>
              <w:t>0.544763</w:t>
            </w:r>
          </w:p>
        </w:tc>
        <w:tc>
          <w:tcPr>
            <w:tcW w:type="dxa" w:w="580"/>
            <w:vAlign w:val="center"/>
          </w:tcPr>
          <w:p>
            <w:r/>
            <w:r>
              <w:rPr>
                <w:rFonts w:ascii="Malgun Gothic" w:hAnsi="Malgun Gothic" w:eastAsia="Malgun Gothic"/>
                <w:b w:val="0"/>
                <w:sz w:val="14"/>
              </w:rPr>
              <w:t>1.977328</w:t>
            </w:r>
          </w:p>
        </w:tc>
        <w:tc>
          <w:tcPr>
            <w:tcW w:type="dxa" w:w="580"/>
            <w:vAlign w:val="center"/>
          </w:tcPr>
          <w:p>
            <w:r/>
            <w:r>
              <w:rPr>
                <w:rFonts w:ascii="Malgun Gothic" w:hAnsi="Malgun Gothic" w:eastAsia="Malgun Gothic"/>
                <w:b w:val="0"/>
                <w:sz w:val="14"/>
              </w:rPr>
              <w:t>1.7635</w:t>
            </w:r>
          </w:p>
        </w:tc>
        <w:tc>
          <w:tcPr>
            <w:tcW w:type="dxa" w:w="580"/>
            <w:vAlign w:val="center"/>
          </w:tcPr>
          <w:p>
            <w:r/>
            <w:r>
              <w:rPr>
                <w:rFonts w:ascii="Malgun Gothic" w:hAnsi="Malgun Gothic" w:eastAsia="Malgun Gothic"/>
                <w:b w:val="0"/>
                <w:sz w:val="14"/>
              </w:rPr>
              <w:t>1.229</w:t>
            </w:r>
          </w:p>
        </w:tc>
        <w:tc>
          <w:tcPr>
            <w:tcW w:type="dxa" w:w="580"/>
            <w:vAlign w:val="center"/>
          </w:tcPr>
          <w:p>
            <w:r/>
            <w:r>
              <w:rPr>
                <w:rFonts w:ascii="Malgun Gothic" w:hAnsi="Malgun Gothic" w:eastAsia="Malgun Gothic"/>
                <w:b w:val="0"/>
                <w:sz w:val="14"/>
              </w:rPr>
              <w:t>233.53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00__350002022300012.wav::SPEAKER_00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 중간 1,950행은 전체 데이터 부록 ZIP에 원본으로 포함 ...</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r>
          </w:p>
        </w:tc>
      </w:tr>
      <w:tr>
        <w:trPr>
          <w:cantSplit/>
        </w:trPr>
        <w:tc>
          <w:tcPr>
            <w:tcW w:type="dxa" w:w="580"/>
            <w:vAlign w:val="center"/>
          </w:tcPr>
          <w:p>
            <w:r/>
            <w:r>
              <w:rPr>
                <w:rFonts w:ascii="Malgun Gothic" w:hAnsi="Malgun Gothic" w:eastAsia="Malgun Gothic"/>
                <w:b w:val="0"/>
                <w:sz w:val="14"/>
              </w:rPr>
              <w:t>09__350002022300987.wav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28</w:t>
            </w:r>
          </w:p>
        </w:tc>
        <w:tc>
          <w:tcPr>
            <w:tcW w:type="dxa" w:w="580"/>
            <w:vAlign w:val="center"/>
          </w:tcPr>
          <w:p>
            <w:r/>
            <w:r>
              <w:rPr>
                <w:rFonts w:ascii="Malgun Gothic" w:hAnsi="Malgun Gothic" w:eastAsia="Malgun Gothic"/>
                <w:b w:val="0"/>
                <w:sz w:val="14"/>
              </w:rPr>
              <w:t>50.706</w:t>
            </w:r>
          </w:p>
        </w:tc>
        <w:tc>
          <w:tcPr>
            <w:tcW w:type="dxa" w:w="580"/>
            <w:vAlign w:val="center"/>
          </w:tcPr>
          <w:p>
            <w:r/>
            <w:r>
              <w:rPr>
                <w:rFonts w:ascii="Malgun Gothic" w:hAnsi="Malgun Gothic" w:eastAsia="Malgun Gothic"/>
                <w:b w:val="0"/>
                <w:sz w:val="14"/>
              </w:rPr>
              <w:t>0.297298</w:t>
            </w:r>
          </w:p>
        </w:tc>
        <w:tc>
          <w:tcPr>
            <w:tcW w:type="dxa" w:w="580"/>
            <w:vAlign w:val="center"/>
          </w:tcPr>
          <w:p>
            <w:r/>
            <w:r>
              <w:rPr>
                <w:rFonts w:ascii="Malgun Gothic" w:hAnsi="Malgun Gothic" w:eastAsia="Malgun Gothic"/>
                <w:b w:val="0"/>
                <w:sz w:val="14"/>
              </w:rPr>
              <w:t>1.810929</w:t>
            </w:r>
          </w:p>
        </w:tc>
        <w:tc>
          <w:tcPr>
            <w:tcW w:type="dxa" w:w="580"/>
            <w:vAlign w:val="center"/>
          </w:tcPr>
          <w:p>
            <w:r/>
            <w:r>
              <w:rPr>
                <w:rFonts w:ascii="Malgun Gothic" w:hAnsi="Malgun Gothic" w:eastAsia="Malgun Gothic"/>
                <w:b w:val="0"/>
                <w:sz w:val="14"/>
              </w:rPr>
              <w:t>1.409</w:t>
            </w:r>
          </w:p>
        </w:tc>
        <w:tc>
          <w:tcPr>
            <w:tcW w:type="dxa" w:w="580"/>
            <w:vAlign w:val="center"/>
          </w:tcPr>
          <w:p>
            <w:r/>
            <w:r>
              <w:rPr>
                <w:rFonts w:ascii="Malgun Gothic" w:hAnsi="Malgun Gothic" w:eastAsia="Malgun Gothic"/>
                <w:b w:val="0"/>
                <w:sz w:val="14"/>
              </w:rPr>
              <w:t>4.064</w:t>
            </w:r>
          </w:p>
        </w:tc>
        <w:tc>
          <w:tcPr>
            <w:tcW w:type="dxa" w:w="580"/>
            <w:vAlign w:val="center"/>
          </w:tcPr>
          <w:p>
            <w:r/>
            <w:r>
              <w:rPr>
                <w:rFonts w:ascii="Malgun Gothic" w:hAnsi="Malgun Gothic" w:eastAsia="Malgun Gothic"/>
                <w:b w:val="0"/>
                <w:sz w:val="14"/>
              </w:rPr>
              <w:t>169.169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09__350002022300987.wav::SPEAKER_01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09__350002022300988.wav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9</w:t>
            </w:r>
          </w:p>
        </w:tc>
        <w:tc>
          <w:tcPr>
            <w:tcW w:type="dxa" w:w="580"/>
            <w:vAlign w:val="center"/>
          </w:tcPr>
          <w:p>
            <w:r/>
            <w:r>
              <w:rPr>
                <w:rFonts w:ascii="Malgun Gothic" w:hAnsi="Malgun Gothic" w:eastAsia="Malgun Gothic"/>
                <w:b w:val="0"/>
                <w:sz w:val="14"/>
              </w:rPr>
              <w:t>22.46</w:t>
            </w:r>
          </w:p>
        </w:tc>
        <w:tc>
          <w:tcPr>
            <w:tcW w:type="dxa" w:w="580"/>
            <w:vAlign w:val="center"/>
          </w:tcPr>
          <w:p>
            <w:r/>
            <w:r>
              <w:rPr>
                <w:rFonts w:ascii="Malgun Gothic" w:hAnsi="Malgun Gothic" w:eastAsia="Malgun Gothic"/>
                <w:b w:val="0"/>
                <w:sz w:val="14"/>
              </w:rPr>
              <w:t>0.138354</w:t>
            </w:r>
          </w:p>
        </w:tc>
        <w:tc>
          <w:tcPr>
            <w:tcW w:type="dxa" w:w="580"/>
            <w:vAlign w:val="center"/>
          </w:tcPr>
          <w:p>
            <w:r/>
            <w:r>
              <w:rPr>
                <w:rFonts w:ascii="Malgun Gothic" w:hAnsi="Malgun Gothic" w:eastAsia="Malgun Gothic"/>
                <w:b w:val="0"/>
                <w:sz w:val="14"/>
              </w:rPr>
              <w:t>2.495556</w:t>
            </w:r>
          </w:p>
        </w:tc>
        <w:tc>
          <w:tcPr>
            <w:tcW w:type="dxa" w:w="580"/>
            <w:vAlign w:val="center"/>
          </w:tcPr>
          <w:p>
            <w:r/>
            <w:r>
              <w:rPr>
                <w:rFonts w:ascii="Malgun Gothic" w:hAnsi="Malgun Gothic" w:eastAsia="Malgun Gothic"/>
                <w:b w:val="0"/>
                <w:sz w:val="14"/>
              </w:rPr>
              <w:t>0.641</w:t>
            </w:r>
          </w:p>
        </w:tc>
        <w:tc>
          <w:tcPr>
            <w:tcW w:type="dxa" w:w="580"/>
            <w:vAlign w:val="center"/>
          </w:tcPr>
          <w:p>
            <w:r/>
            <w:r>
              <w:rPr>
                <w:rFonts w:ascii="Malgun Gothic" w:hAnsi="Malgun Gothic" w:eastAsia="Malgun Gothic"/>
                <w:b w:val="0"/>
                <w:sz w:val="14"/>
              </w:rPr>
              <w:t>26.204</w:t>
            </w:r>
          </w:p>
        </w:tc>
        <w:tc>
          <w:tcPr>
            <w:tcW w:type="dxa" w:w="580"/>
            <w:vAlign w:val="center"/>
          </w:tcPr>
          <w:p>
            <w:r/>
            <w:r>
              <w:rPr>
                <w:rFonts w:ascii="Malgun Gothic" w:hAnsi="Malgun Gothic" w:eastAsia="Malgun Gothic"/>
                <w:b w:val="0"/>
                <w:sz w:val="14"/>
              </w:rPr>
              <w:t>163.752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09__350002022300988.wav::SPEAKER_00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09__350002022300988.wav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49</w:t>
            </w:r>
          </w:p>
        </w:tc>
        <w:tc>
          <w:tcPr>
            <w:tcW w:type="dxa" w:w="580"/>
            <w:vAlign w:val="center"/>
          </w:tcPr>
          <w:p>
            <w:r/>
            <w:r>
              <w:rPr>
                <w:rFonts w:ascii="Malgun Gothic" w:hAnsi="Malgun Gothic" w:eastAsia="Malgun Gothic"/>
                <w:b w:val="0"/>
                <w:sz w:val="14"/>
              </w:rPr>
              <w:t>101.856</w:t>
            </w:r>
          </w:p>
        </w:tc>
        <w:tc>
          <w:tcPr>
            <w:tcW w:type="dxa" w:w="580"/>
            <w:vAlign w:val="center"/>
          </w:tcPr>
          <w:p>
            <w:r/>
            <w:r>
              <w:rPr>
                <w:rFonts w:ascii="Malgun Gothic" w:hAnsi="Malgun Gothic" w:eastAsia="Malgun Gothic"/>
                <w:b w:val="0"/>
                <w:sz w:val="14"/>
              </w:rPr>
              <w:t>0.627436</w:t>
            </w:r>
          </w:p>
        </w:tc>
        <w:tc>
          <w:tcPr>
            <w:tcW w:type="dxa" w:w="580"/>
            <w:vAlign w:val="center"/>
          </w:tcPr>
          <w:p>
            <w:r/>
            <w:r>
              <w:rPr>
                <w:rFonts w:ascii="Malgun Gothic" w:hAnsi="Malgun Gothic" w:eastAsia="Malgun Gothic"/>
                <w:b w:val="0"/>
                <w:sz w:val="14"/>
              </w:rPr>
              <w:t>2.078694</w:t>
            </w:r>
          </w:p>
        </w:tc>
        <w:tc>
          <w:tcPr>
            <w:tcW w:type="dxa" w:w="580"/>
            <w:vAlign w:val="center"/>
          </w:tcPr>
          <w:p>
            <w:r/>
            <w:r>
              <w:rPr>
                <w:rFonts w:ascii="Malgun Gothic" w:hAnsi="Malgun Gothic" w:eastAsia="Malgun Gothic"/>
                <w:b w:val="0"/>
                <w:sz w:val="14"/>
              </w:rPr>
              <w:t>1.738</w:t>
            </w:r>
          </w:p>
        </w:tc>
        <w:tc>
          <w:tcPr>
            <w:tcW w:type="dxa" w:w="580"/>
            <w:vAlign w:val="center"/>
          </w:tcPr>
          <w:p>
            <w:r/>
            <w:r>
              <w:rPr>
                <w:rFonts w:ascii="Malgun Gothic" w:hAnsi="Malgun Gothic" w:eastAsia="Malgun Gothic"/>
                <w:b w:val="0"/>
                <w:sz w:val="14"/>
              </w:rPr>
              <w:t>1.415</w:t>
            </w:r>
          </w:p>
        </w:tc>
        <w:tc>
          <w:tcPr>
            <w:tcW w:type="dxa" w:w="580"/>
            <w:vAlign w:val="center"/>
          </w:tcPr>
          <w:p>
            <w:r/>
            <w:r>
              <w:rPr>
                <w:rFonts w:ascii="Malgun Gothic" w:hAnsi="Malgun Gothic" w:eastAsia="Malgun Gothic"/>
                <w:b w:val="0"/>
                <w:sz w:val="14"/>
              </w:rPr>
              <w:t>161.693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09__350002022300988.wav::SPEAKER_01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09__350002022300989.wav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111</w:t>
            </w:r>
          </w:p>
        </w:tc>
        <w:tc>
          <w:tcPr>
            <w:tcW w:type="dxa" w:w="580"/>
            <w:vAlign w:val="center"/>
          </w:tcPr>
          <w:p>
            <w:r/>
            <w:r>
              <w:rPr>
                <w:rFonts w:ascii="Malgun Gothic" w:hAnsi="Malgun Gothic" w:eastAsia="Malgun Gothic"/>
                <w:b w:val="0"/>
                <w:sz w:val="14"/>
              </w:rPr>
              <w:t>217.061</w:t>
            </w:r>
          </w:p>
        </w:tc>
        <w:tc>
          <w:tcPr>
            <w:tcW w:type="dxa" w:w="580"/>
            <w:vAlign w:val="center"/>
          </w:tcPr>
          <w:p>
            <w:r/>
            <w:r>
              <w:rPr>
                <w:rFonts w:ascii="Malgun Gothic" w:hAnsi="Malgun Gothic" w:eastAsia="Malgun Gothic"/>
                <w:b w:val="0"/>
                <w:sz w:val="14"/>
              </w:rPr>
              <w:t>0.416207</w:t>
            </w:r>
          </w:p>
        </w:tc>
        <w:tc>
          <w:tcPr>
            <w:tcW w:type="dxa" w:w="580"/>
            <w:vAlign w:val="center"/>
          </w:tcPr>
          <w:p>
            <w:r/>
            <w:r>
              <w:rPr>
                <w:rFonts w:ascii="Malgun Gothic" w:hAnsi="Malgun Gothic" w:eastAsia="Malgun Gothic"/>
                <w:b w:val="0"/>
                <w:sz w:val="14"/>
              </w:rPr>
              <w:t>1.955505</w:t>
            </w:r>
          </w:p>
        </w:tc>
        <w:tc>
          <w:tcPr>
            <w:tcW w:type="dxa" w:w="580"/>
            <w:vAlign w:val="center"/>
          </w:tcPr>
          <w:p>
            <w:r/>
            <w:r>
              <w:rPr>
                <w:rFonts w:ascii="Malgun Gothic" w:hAnsi="Malgun Gothic" w:eastAsia="Malgun Gothic"/>
                <w:b w:val="0"/>
                <w:sz w:val="14"/>
              </w:rPr>
              <w:t>1.401</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521.452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09__350002022300989.wav::SPEAKER_00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09__350002022300989.wav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89</w:t>
            </w:r>
          </w:p>
        </w:tc>
        <w:tc>
          <w:tcPr>
            <w:tcW w:type="dxa" w:w="580"/>
            <w:vAlign w:val="center"/>
          </w:tcPr>
          <w:p>
            <w:r/>
            <w:r>
              <w:rPr>
                <w:rFonts w:ascii="Malgun Gothic" w:hAnsi="Malgun Gothic" w:eastAsia="Malgun Gothic"/>
                <w:b w:val="0"/>
                <w:sz w:val="14"/>
              </w:rPr>
              <w:t>237.939</w:t>
            </w:r>
          </w:p>
        </w:tc>
        <w:tc>
          <w:tcPr>
            <w:tcW w:type="dxa" w:w="580"/>
            <w:vAlign w:val="center"/>
          </w:tcPr>
          <w:p>
            <w:r/>
            <w:r>
              <w:rPr>
                <w:rFonts w:ascii="Malgun Gothic" w:hAnsi="Malgun Gothic" w:eastAsia="Malgun Gothic"/>
                <w:b w:val="0"/>
                <w:sz w:val="14"/>
              </w:rPr>
              <w:t>0.45624</w:t>
            </w:r>
          </w:p>
        </w:tc>
        <w:tc>
          <w:tcPr>
            <w:tcW w:type="dxa" w:w="580"/>
            <w:vAlign w:val="center"/>
          </w:tcPr>
          <w:p>
            <w:r/>
            <w:r>
              <w:rPr>
                <w:rFonts w:ascii="Malgun Gothic" w:hAnsi="Malgun Gothic" w:eastAsia="Malgun Gothic"/>
                <w:b w:val="0"/>
                <w:sz w:val="14"/>
              </w:rPr>
              <w:t>2.673472</w:t>
            </w:r>
          </w:p>
        </w:tc>
        <w:tc>
          <w:tcPr>
            <w:tcW w:type="dxa" w:w="580"/>
            <w:vAlign w:val="center"/>
          </w:tcPr>
          <w:p>
            <w:r/>
            <w:r>
              <w:rPr>
                <w:rFonts w:ascii="Malgun Gothic" w:hAnsi="Malgun Gothic" w:eastAsia="Malgun Gothic"/>
                <w:b w:val="0"/>
                <w:sz w:val="14"/>
              </w:rPr>
              <w:t>2.228</w:t>
            </w:r>
          </w:p>
        </w:tc>
        <w:tc>
          <w:tcPr>
            <w:tcW w:type="dxa" w:w="580"/>
            <w:vAlign w:val="center"/>
          </w:tcPr>
          <w:p>
            <w:r/>
            <w:r>
              <w:rPr>
                <w:rFonts w:ascii="Malgun Gothic" w:hAnsi="Malgun Gothic" w:eastAsia="Malgun Gothic"/>
                <w:b w:val="0"/>
                <w:sz w:val="14"/>
              </w:rPr>
              <w:t>1.111</w:t>
            </w:r>
          </w:p>
        </w:tc>
        <w:tc>
          <w:tcPr>
            <w:tcW w:type="dxa" w:w="580"/>
            <w:vAlign w:val="center"/>
          </w:tcPr>
          <w:p>
            <w:r/>
            <w:r>
              <w:rPr>
                <w:rFonts w:ascii="Malgun Gothic" w:hAnsi="Malgun Gothic" w:eastAsia="Malgun Gothic"/>
                <w:b w:val="0"/>
                <w:sz w:val="14"/>
              </w:rPr>
              <w:t>521.553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09__350002022300989.wav::SPEAKER_01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09__350002022300990.wav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39</w:t>
            </w:r>
          </w:p>
        </w:tc>
        <w:tc>
          <w:tcPr>
            <w:tcW w:type="dxa" w:w="580"/>
            <w:vAlign w:val="center"/>
          </w:tcPr>
          <w:p>
            <w:r/>
            <w:r>
              <w:rPr>
                <w:rFonts w:ascii="Malgun Gothic" w:hAnsi="Malgun Gothic" w:eastAsia="Malgun Gothic"/>
                <w:b w:val="0"/>
                <w:sz w:val="14"/>
              </w:rPr>
              <w:t>95.46</w:t>
            </w:r>
          </w:p>
        </w:tc>
        <w:tc>
          <w:tcPr>
            <w:tcW w:type="dxa" w:w="580"/>
            <w:vAlign w:val="center"/>
          </w:tcPr>
          <w:p>
            <w:r/>
            <w:r>
              <w:rPr>
                <w:rFonts w:ascii="Malgun Gothic" w:hAnsi="Malgun Gothic" w:eastAsia="Malgun Gothic"/>
                <w:b w:val="0"/>
                <w:sz w:val="14"/>
              </w:rPr>
              <w:t>0.554923</w:t>
            </w:r>
          </w:p>
        </w:tc>
        <w:tc>
          <w:tcPr>
            <w:tcW w:type="dxa" w:w="580"/>
            <w:vAlign w:val="center"/>
          </w:tcPr>
          <w:p>
            <w:r/>
            <w:r>
              <w:rPr>
                <w:rFonts w:ascii="Malgun Gothic" w:hAnsi="Malgun Gothic" w:eastAsia="Malgun Gothic"/>
                <w:b w:val="0"/>
                <w:sz w:val="14"/>
              </w:rPr>
              <w:t>2.447692</w:t>
            </w:r>
          </w:p>
        </w:tc>
        <w:tc>
          <w:tcPr>
            <w:tcW w:type="dxa" w:w="580"/>
            <w:vAlign w:val="center"/>
          </w:tcPr>
          <w:p>
            <w:r/>
            <w:r>
              <w:rPr>
                <w:rFonts w:ascii="Malgun Gothic" w:hAnsi="Malgun Gothic" w:eastAsia="Malgun Gothic"/>
                <w:b w:val="0"/>
                <w:sz w:val="14"/>
              </w:rPr>
              <w:t>1.654</w:t>
            </w:r>
          </w:p>
        </w:tc>
        <w:tc>
          <w:tcPr>
            <w:tcW w:type="dxa" w:w="580"/>
            <w:vAlign w:val="center"/>
          </w:tcPr>
          <w:p>
            <w:r/>
            <w:r>
              <w:rPr>
                <w:rFonts w:ascii="Malgun Gothic" w:hAnsi="Malgun Gothic" w:eastAsia="Malgun Gothic"/>
                <w:b w:val="0"/>
                <w:sz w:val="14"/>
              </w:rPr>
              <w:t>0.655</w:t>
            </w:r>
          </w:p>
        </w:tc>
        <w:tc>
          <w:tcPr>
            <w:tcW w:type="dxa" w:w="580"/>
            <w:vAlign w:val="center"/>
          </w:tcPr>
          <w:p>
            <w:r/>
            <w:r>
              <w:rPr>
                <w:rFonts w:ascii="Malgun Gothic" w:hAnsi="Malgun Gothic" w:eastAsia="Malgun Gothic"/>
                <w:b w:val="0"/>
                <w:sz w:val="14"/>
              </w:rPr>
              <w:t>172.679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09__350002022300990.wav::SPEAKER_00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09__350002022300990.wav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28</w:t>
            </w:r>
          </w:p>
        </w:tc>
        <w:tc>
          <w:tcPr>
            <w:tcW w:type="dxa" w:w="580"/>
            <w:vAlign w:val="center"/>
          </w:tcPr>
          <w:p>
            <w:r/>
            <w:r>
              <w:rPr>
                <w:rFonts w:ascii="Malgun Gothic" w:hAnsi="Malgun Gothic" w:eastAsia="Malgun Gothic"/>
                <w:b w:val="0"/>
                <w:sz w:val="14"/>
              </w:rPr>
              <w:t>25.463</w:t>
            </w:r>
          </w:p>
        </w:tc>
        <w:tc>
          <w:tcPr>
            <w:tcW w:type="dxa" w:w="580"/>
            <w:vAlign w:val="center"/>
          </w:tcPr>
          <w:p>
            <w:r/>
            <w:r>
              <w:rPr>
                <w:rFonts w:ascii="Malgun Gothic" w:hAnsi="Malgun Gothic" w:eastAsia="Malgun Gothic"/>
                <w:b w:val="0"/>
                <w:sz w:val="14"/>
              </w:rPr>
              <w:t>0.14802</w:t>
            </w:r>
          </w:p>
        </w:tc>
        <w:tc>
          <w:tcPr>
            <w:tcW w:type="dxa" w:w="580"/>
            <w:vAlign w:val="center"/>
          </w:tcPr>
          <w:p>
            <w:r/>
            <w:r>
              <w:rPr>
                <w:rFonts w:ascii="Malgun Gothic" w:hAnsi="Malgun Gothic" w:eastAsia="Malgun Gothic"/>
                <w:b w:val="0"/>
                <w:sz w:val="14"/>
              </w:rPr>
              <w:t>0.909393</w:t>
            </w:r>
          </w:p>
        </w:tc>
        <w:tc>
          <w:tcPr>
            <w:tcW w:type="dxa" w:w="580"/>
            <w:vAlign w:val="center"/>
          </w:tcPr>
          <w:p>
            <w:r/>
            <w:r>
              <w:rPr>
                <w:rFonts w:ascii="Malgun Gothic" w:hAnsi="Malgun Gothic" w:eastAsia="Malgun Gothic"/>
                <w:b w:val="0"/>
                <w:sz w:val="14"/>
              </w:rPr>
              <w:t>0.5485</w:t>
            </w:r>
          </w:p>
        </w:tc>
        <w:tc>
          <w:tcPr>
            <w:tcW w:type="dxa" w:w="580"/>
            <w:vAlign w:val="center"/>
          </w:tcPr>
          <w:p>
            <w:r/>
            <w:r>
              <w:rPr>
                <w:rFonts w:ascii="Malgun Gothic" w:hAnsi="Malgun Gothic" w:eastAsia="Malgun Gothic"/>
                <w:b w:val="0"/>
                <w:sz w:val="14"/>
              </w:rPr>
              <w:t>9.093</w:t>
            </w:r>
          </w:p>
        </w:tc>
        <w:tc>
          <w:tcPr>
            <w:tcW w:type="dxa" w:w="580"/>
            <w:vAlign w:val="center"/>
          </w:tcPr>
          <w:p>
            <w:r/>
            <w:r>
              <w:rPr>
                <w:rFonts w:ascii="Malgun Gothic" w:hAnsi="Malgun Gothic" w:eastAsia="Malgun Gothic"/>
                <w:b w:val="0"/>
                <w:sz w:val="14"/>
              </w:rPr>
              <w:t>172.392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09__350002022300990.wav::SPEAKER_01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09__350002022300991.wav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44</w:t>
            </w:r>
          </w:p>
        </w:tc>
        <w:tc>
          <w:tcPr>
            <w:tcW w:type="dxa" w:w="580"/>
            <w:vAlign w:val="center"/>
          </w:tcPr>
          <w:p>
            <w:r/>
            <w:r>
              <w:rPr>
                <w:rFonts w:ascii="Malgun Gothic" w:hAnsi="Malgun Gothic" w:eastAsia="Malgun Gothic"/>
                <w:b w:val="0"/>
                <w:sz w:val="14"/>
              </w:rPr>
              <w:t>110.209</w:t>
            </w:r>
          </w:p>
        </w:tc>
        <w:tc>
          <w:tcPr>
            <w:tcW w:type="dxa" w:w="580"/>
            <w:vAlign w:val="center"/>
          </w:tcPr>
          <w:p>
            <w:r/>
            <w:r>
              <w:rPr>
                <w:rFonts w:ascii="Malgun Gothic" w:hAnsi="Malgun Gothic" w:eastAsia="Malgun Gothic"/>
                <w:b w:val="0"/>
                <w:sz w:val="14"/>
              </w:rPr>
              <w:t>0.739712</w:t>
            </w:r>
          </w:p>
        </w:tc>
        <w:tc>
          <w:tcPr>
            <w:tcW w:type="dxa" w:w="580"/>
            <w:vAlign w:val="center"/>
          </w:tcPr>
          <w:p>
            <w:r/>
            <w:r>
              <w:rPr>
                <w:rFonts w:ascii="Malgun Gothic" w:hAnsi="Malgun Gothic" w:eastAsia="Malgun Gothic"/>
                <w:b w:val="0"/>
                <w:sz w:val="14"/>
              </w:rPr>
              <w:t>2.50475</w:t>
            </w:r>
          </w:p>
        </w:tc>
        <w:tc>
          <w:tcPr>
            <w:tcW w:type="dxa" w:w="580"/>
            <w:vAlign w:val="center"/>
          </w:tcPr>
          <w:p>
            <w:r/>
            <w:r>
              <w:rPr>
                <w:rFonts w:ascii="Malgun Gothic" w:hAnsi="Malgun Gothic" w:eastAsia="Malgun Gothic"/>
                <w:b w:val="0"/>
                <w:sz w:val="14"/>
              </w:rPr>
              <w:t>2.371</w:t>
            </w:r>
          </w:p>
        </w:tc>
        <w:tc>
          <w:tcPr>
            <w:tcW w:type="dxa" w:w="580"/>
            <w:vAlign w:val="center"/>
          </w:tcPr>
          <w:p>
            <w:r/>
            <w:r>
              <w:rPr>
                <w:rFonts w:ascii="Malgun Gothic" w:hAnsi="Malgun Gothic" w:eastAsia="Malgun Gothic"/>
                <w:b w:val="0"/>
                <w:sz w:val="14"/>
              </w:rPr>
              <w:t>0.622</w:t>
            </w:r>
          </w:p>
        </w:tc>
        <w:tc>
          <w:tcPr>
            <w:tcW w:type="dxa" w:w="580"/>
            <w:vAlign w:val="center"/>
          </w:tcPr>
          <w:p>
            <w:r/>
            <w:r>
              <w:rPr>
                <w:rFonts w:ascii="Malgun Gothic" w:hAnsi="Malgun Gothic" w:eastAsia="Malgun Gothic"/>
                <w:b w:val="0"/>
                <w:sz w:val="14"/>
              </w:rPr>
              <w:t>149.611</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09__350002022300991.wav::SPEAKER_00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09__350002022300991.wav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16</w:t>
            </w:r>
          </w:p>
        </w:tc>
        <w:tc>
          <w:tcPr>
            <w:tcW w:type="dxa" w:w="580"/>
            <w:vAlign w:val="center"/>
          </w:tcPr>
          <w:p>
            <w:r/>
            <w:r>
              <w:rPr>
                <w:rFonts w:ascii="Malgun Gothic" w:hAnsi="Malgun Gothic" w:eastAsia="Malgun Gothic"/>
                <w:b w:val="0"/>
                <w:sz w:val="14"/>
              </w:rPr>
              <w:t>29.634</w:t>
            </w:r>
          </w:p>
        </w:tc>
        <w:tc>
          <w:tcPr>
            <w:tcW w:type="dxa" w:w="580"/>
            <w:vAlign w:val="center"/>
          </w:tcPr>
          <w:p>
            <w:r/>
            <w:r>
              <w:rPr>
                <w:rFonts w:ascii="Malgun Gothic" w:hAnsi="Malgun Gothic" w:eastAsia="Malgun Gothic"/>
                <w:b w:val="0"/>
                <w:sz w:val="14"/>
              </w:rPr>
              <w:t>0.198901</w:t>
            </w:r>
          </w:p>
        </w:tc>
        <w:tc>
          <w:tcPr>
            <w:tcW w:type="dxa" w:w="580"/>
            <w:vAlign w:val="center"/>
          </w:tcPr>
          <w:p>
            <w:r/>
            <w:r>
              <w:rPr>
                <w:rFonts w:ascii="Malgun Gothic" w:hAnsi="Malgun Gothic" w:eastAsia="Malgun Gothic"/>
                <w:b w:val="0"/>
                <w:sz w:val="14"/>
              </w:rPr>
              <w:t>1.852125</w:t>
            </w:r>
          </w:p>
        </w:tc>
        <w:tc>
          <w:tcPr>
            <w:tcW w:type="dxa" w:w="580"/>
            <w:vAlign w:val="center"/>
          </w:tcPr>
          <w:p>
            <w:r/>
            <w:r>
              <w:rPr>
                <w:rFonts w:ascii="Malgun Gothic" w:hAnsi="Malgun Gothic" w:eastAsia="Malgun Gothic"/>
                <w:b w:val="0"/>
                <w:sz w:val="14"/>
              </w:rPr>
              <w:t>0.768</w:t>
            </w:r>
          </w:p>
        </w:tc>
        <w:tc>
          <w:tcPr>
            <w:tcW w:type="dxa" w:w="580"/>
            <w:vAlign w:val="center"/>
          </w:tcPr>
          <w:p>
            <w:r/>
            <w:r>
              <w:rPr>
                <w:rFonts w:ascii="Malgun Gothic" w:hAnsi="Malgun Gothic" w:eastAsia="Malgun Gothic"/>
                <w:b w:val="0"/>
                <w:sz w:val="14"/>
              </w:rPr>
              <w:t>1.938</w:t>
            </w:r>
          </w:p>
        </w:tc>
        <w:tc>
          <w:tcPr>
            <w:tcW w:type="dxa" w:w="580"/>
            <w:vAlign w:val="center"/>
          </w:tcPr>
          <w:p>
            <w:r/>
            <w:r>
              <w:rPr>
                <w:rFonts w:ascii="Malgun Gothic" w:hAnsi="Malgun Gothic" w:eastAsia="Malgun Gothic"/>
                <w:b w:val="0"/>
                <w:sz w:val="14"/>
              </w:rPr>
              <w:t>147.974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09__350002022300991.wav::SPEAKER_01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09__350002022300992.wav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11</w:t>
            </w:r>
          </w:p>
        </w:tc>
        <w:tc>
          <w:tcPr>
            <w:tcW w:type="dxa" w:w="580"/>
            <w:vAlign w:val="center"/>
          </w:tcPr>
          <w:p>
            <w:r/>
            <w:r>
              <w:rPr>
                <w:rFonts w:ascii="Malgun Gothic" w:hAnsi="Malgun Gothic" w:eastAsia="Malgun Gothic"/>
                <w:b w:val="0"/>
                <w:sz w:val="14"/>
              </w:rPr>
              <w:t>19.862</w:t>
            </w:r>
          </w:p>
        </w:tc>
        <w:tc>
          <w:tcPr>
            <w:tcW w:type="dxa" w:w="580"/>
            <w:vAlign w:val="center"/>
          </w:tcPr>
          <w:p>
            <w:r/>
            <w:r>
              <w:rPr>
                <w:rFonts w:ascii="Malgun Gothic" w:hAnsi="Malgun Gothic" w:eastAsia="Malgun Gothic"/>
                <w:b w:val="0"/>
                <w:sz w:val="14"/>
              </w:rPr>
              <w:t>0.325228</w:t>
            </w:r>
          </w:p>
        </w:tc>
        <w:tc>
          <w:tcPr>
            <w:tcW w:type="dxa" w:w="580"/>
            <w:vAlign w:val="center"/>
          </w:tcPr>
          <w:p>
            <w:r/>
            <w:r>
              <w:rPr>
                <w:rFonts w:ascii="Malgun Gothic" w:hAnsi="Malgun Gothic" w:eastAsia="Malgun Gothic"/>
                <w:b w:val="0"/>
                <w:sz w:val="14"/>
              </w:rPr>
              <w:t>1.805636</w:t>
            </w:r>
          </w:p>
        </w:tc>
        <w:tc>
          <w:tcPr>
            <w:tcW w:type="dxa" w:w="580"/>
            <w:vAlign w:val="center"/>
          </w:tcPr>
          <w:p>
            <w:r/>
            <w:r>
              <w:rPr>
                <w:rFonts w:ascii="Malgun Gothic" w:hAnsi="Malgun Gothic" w:eastAsia="Malgun Gothic"/>
                <w:b w:val="0"/>
                <w:sz w:val="14"/>
              </w:rPr>
              <w:t>1.89</w:t>
            </w:r>
          </w:p>
        </w:tc>
        <w:tc>
          <w:tcPr>
            <w:tcW w:type="dxa" w:w="580"/>
            <w:vAlign w:val="center"/>
          </w:tcPr>
          <w:p>
            <w:r/>
            <w:r>
              <w:rPr>
                <w:rFonts w:ascii="Malgun Gothic" w:hAnsi="Malgun Gothic" w:eastAsia="Malgun Gothic"/>
                <w:b w:val="0"/>
                <w:sz w:val="14"/>
              </w:rPr>
              <w:t>0.554</w:t>
            </w:r>
          </w:p>
        </w:tc>
        <w:tc>
          <w:tcPr>
            <w:tcW w:type="dxa" w:w="580"/>
            <w:vAlign w:val="center"/>
          </w:tcPr>
          <w:p>
            <w:r/>
            <w:r>
              <w:rPr>
                <w:rFonts w:ascii="Malgun Gothic" w:hAnsi="Malgun Gothic" w:eastAsia="Malgun Gothic"/>
                <w:b w:val="0"/>
                <w:sz w:val="14"/>
              </w:rPr>
              <w:t>60.899</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09__350002022300992.wav::SPEAKER_00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09__350002022300992.wav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15</w:t>
            </w:r>
          </w:p>
        </w:tc>
        <w:tc>
          <w:tcPr>
            <w:tcW w:type="dxa" w:w="580"/>
            <w:vAlign w:val="center"/>
          </w:tcPr>
          <w:p>
            <w:r/>
            <w:r>
              <w:rPr>
                <w:rFonts w:ascii="Malgun Gothic" w:hAnsi="Malgun Gothic" w:eastAsia="Malgun Gothic"/>
                <w:b w:val="0"/>
                <w:sz w:val="14"/>
              </w:rPr>
              <w:t>23.729</w:t>
            </w:r>
          </w:p>
        </w:tc>
        <w:tc>
          <w:tcPr>
            <w:tcW w:type="dxa" w:w="580"/>
            <w:vAlign w:val="center"/>
          </w:tcPr>
          <w:p>
            <w:r/>
            <w:r>
              <w:rPr>
                <w:rFonts w:ascii="Malgun Gothic" w:hAnsi="Malgun Gothic" w:eastAsia="Malgun Gothic"/>
                <w:b w:val="0"/>
                <w:sz w:val="14"/>
              </w:rPr>
              <w:t>0.388548</w:t>
            </w:r>
          </w:p>
        </w:tc>
        <w:tc>
          <w:tcPr>
            <w:tcW w:type="dxa" w:w="580"/>
            <w:vAlign w:val="center"/>
          </w:tcPr>
          <w:p>
            <w:r/>
            <w:r>
              <w:rPr>
                <w:rFonts w:ascii="Malgun Gothic" w:hAnsi="Malgun Gothic" w:eastAsia="Malgun Gothic"/>
                <w:b w:val="0"/>
                <w:sz w:val="14"/>
              </w:rPr>
              <w:t>1.581933</w:t>
            </w:r>
          </w:p>
        </w:tc>
        <w:tc>
          <w:tcPr>
            <w:tcW w:type="dxa" w:w="580"/>
            <w:vAlign w:val="center"/>
          </w:tcPr>
          <w:p>
            <w:r/>
            <w:r>
              <w:rPr>
                <w:rFonts w:ascii="Malgun Gothic" w:hAnsi="Malgun Gothic" w:eastAsia="Malgun Gothic"/>
                <w:b w:val="0"/>
                <w:sz w:val="14"/>
              </w:rPr>
              <w:t>1.519</w:t>
            </w:r>
          </w:p>
        </w:tc>
        <w:tc>
          <w:tcPr>
            <w:tcW w:type="dxa" w:w="580"/>
            <w:vAlign w:val="center"/>
          </w:tcPr>
          <w:p>
            <w:r/>
            <w:r>
              <w:rPr>
                <w:rFonts w:ascii="Malgun Gothic" w:hAnsi="Malgun Gothic" w:eastAsia="Malgun Gothic"/>
                <w:b w:val="0"/>
                <w:sz w:val="14"/>
              </w:rPr>
              <w:t>3.322</w:t>
            </w:r>
          </w:p>
        </w:tc>
        <w:tc>
          <w:tcPr>
            <w:tcW w:type="dxa" w:w="580"/>
            <w:vAlign w:val="center"/>
          </w:tcPr>
          <w:p>
            <w:r/>
            <w:r>
              <w:rPr>
                <w:rFonts w:ascii="Malgun Gothic" w:hAnsi="Malgun Gothic" w:eastAsia="Malgun Gothic"/>
                <w:b w:val="0"/>
                <w:sz w:val="14"/>
              </w:rPr>
              <w:t>61.625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09__350002022300992.wav::SPEAKER_01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09__350002022300993.wav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w:t>
            </w:r>
          </w:p>
        </w:tc>
        <w:tc>
          <w:tcPr>
            <w:tcW w:type="dxa" w:w="580"/>
            <w:vAlign w:val="center"/>
          </w:tcPr>
          <w:p>
            <w:r/>
            <w:r>
              <w:rPr>
                <w:rFonts w:ascii="Malgun Gothic" w:hAnsi="Malgun Gothic" w:eastAsia="Malgun Gothic"/>
                <w:b w:val="0"/>
                <w:sz w:val="14"/>
              </w:rPr>
              <w:t>14.26</w:t>
            </w:r>
          </w:p>
        </w:tc>
        <w:tc>
          <w:tcPr>
            <w:tcW w:type="dxa" w:w="580"/>
            <w:vAlign w:val="center"/>
          </w:tcPr>
          <w:p>
            <w:r/>
            <w:r>
              <w:rPr>
                <w:rFonts w:ascii="Malgun Gothic" w:hAnsi="Malgun Gothic" w:eastAsia="Malgun Gothic"/>
                <w:b w:val="0"/>
                <w:sz w:val="14"/>
              </w:rPr>
              <w:t>0.48041</w:t>
            </w:r>
          </w:p>
        </w:tc>
        <w:tc>
          <w:tcPr>
            <w:tcW w:type="dxa" w:w="580"/>
            <w:vAlign w:val="center"/>
          </w:tcPr>
          <w:p>
            <w:r/>
            <w:r>
              <w:rPr>
                <w:rFonts w:ascii="Malgun Gothic" w:hAnsi="Malgun Gothic" w:eastAsia="Malgun Gothic"/>
                <w:b w:val="0"/>
                <w:sz w:val="14"/>
              </w:rPr>
              <w:t>3.565</w:t>
            </w:r>
          </w:p>
        </w:tc>
        <w:tc>
          <w:tcPr>
            <w:tcW w:type="dxa" w:w="580"/>
            <w:vAlign w:val="center"/>
          </w:tcPr>
          <w:p>
            <w:r/>
            <w:r>
              <w:rPr>
                <w:rFonts w:ascii="Malgun Gothic" w:hAnsi="Malgun Gothic" w:eastAsia="Malgun Gothic"/>
                <w:b w:val="0"/>
                <w:sz w:val="14"/>
              </w:rPr>
              <w:t>4.219</w:t>
            </w:r>
          </w:p>
        </w:tc>
        <w:tc>
          <w:tcPr>
            <w:tcW w:type="dxa" w:w="580"/>
            <w:vAlign w:val="center"/>
          </w:tcPr>
          <w:p>
            <w:r/>
            <w:r>
              <w:rPr>
                <w:rFonts w:ascii="Malgun Gothic" w:hAnsi="Malgun Gothic" w:eastAsia="Malgun Gothic"/>
                <w:b w:val="0"/>
                <w:sz w:val="14"/>
              </w:rPr>
              <w:t>0.925</w:t>
            </w:r>
          </w:p>
        </w:tc>
        <w:tc>
          <w:tcPr>
            <w:tcW w:type="dxa" w:w="580"/>
            <w:vAlign w:val="center"/>
          </w:tcPr>
          <w:p>
            <w:r/>
            <w:r>
              <w:rPr>
                <w:rFonts w:ascii="Malgun Gothic" w:hAnsi="Malgun Gothic" w:eastAsia="Malgun Gothic"/>
                <w:b w:val="0"/>
                <w:sz w:val="14"/>
              </w:rPr>
              <w:t>15.742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09__350002022300993.wav::SPEAKER_00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09__350002022300993.wav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16.841</w:t>
            </w:r>
          </w:p>
        </w:tc>
        <w:tc>
          <w:tcPr>
            <w:tcW w:type="dxa" w:w="580"/>
            <w:vAlign w:val="center"/>
          </w:tcPr>
          <w:p>
            <w:r/>
            <w:r>
              <w:rPr>
                <w:rFonts w:ascii="Malgun Gothic" w:hAnsi="Malgun Gothic" w:eastAsia="Malgun Gothic"/>
                <w:b w:val="0"/>
                <w:sz w:val="14"/>
              </w:rPr>
              <w:t>0.567362</w:t>
            </w:r>
          </w:p>
        </w:tc>
        <w:tc>
          <w:tcPr>
            <w:tcW w:type="dxa" w:w="580"/>
            <w:vAlign w:val="center"/>
          </w:tcPr>
          <w:p>
            <w:r/>
            <w:r>
              <w:rPr>
                <w:rFonts w:ascii="Malgun Gothic" w:hAnsi="Malgun Gothic" w:eastAsia="Malgun Gothic"/>
                <w:b w:val="0"/>
                <w:sz w:val="14"/>
              </w:rPr>
              <w:t>2.806833</w:t>
            </w:r>
          </w:p>
        </w:tc>
        <w:tc>
          <w:tcPr>
            <w:tcW w:type="dxa" w:w="580"/>
            <w:vAlign w:val="center"/>
          </w:tcPr>
          <w:p>
            <w:r/>
            <w:r>
              <w:rPr>
                <w:rFonts w:ascii="Malgun Gothic" w:hAnsi="Malgun Gothic" w:eastAsia="Malgun Gothic"/>
                <w:b w:val="0"/>
                <w:sz w:val="14"/>
              </w:rPr>
              <w:t>0.9365</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29.714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09__350002022300993.wav::SPEAKER_01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09__350002022300994.wav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w:t>
            </w:r>
          </w:p>
        </w:tc>
        <w:tc>
          <w:tcPr>
            <w:tcW w:type="dxa" w:w="580"/>
            <w:vAlign w:val="center"/>
          </w:tcPr>
          <w:p>
            <w:r/>
            <w:r>
              <w:rPr>
                <w:rFonts w:ascii="Malgun Gothic" w:hAnsi="Malgun Gothic" w:eastAsia="Malgun Gothic"/>
                <w:b w:val="0"/>
                <w:sz w:val="14"/>
              </w:rPr>
              <w:t>8.168</w:t>
            </w:r>
          </w:p>
        </w:tc>
        <w:tc>
          <w:tcPr>
            <w:tcW w:type="dxa" w:w="580"/>
            <w:vAlign w:val="center"/>
          </w:tcPr>
          <w:p>
            <w:r/>
            <w:r>
              <w:rPr>
                <w:rFonts w:ascii="Malgun Gothic" w:hAnsi="Malgun Gothic" w:eastAsia="Malgun Gothic"/>
                <w:b w:val="0"/>
                <w:sz w:val="14"/>
              </w:rPr>
              <w:t>0.596814</w:t>
            </w:r>
          </w:p>
        </w:tc>
        <w:tc>
          <w:tcPr>
            <w:tcW w:type="dxa" w:w="580"/>
            <w:vAlign w:val="center"/>
          </w:tcPr>
          <w:p>
            <w:r/>
            <w:r>
              <w:rPr>
                <w:rFonts w:ascii="Malgun Gothic" w:hAnsi="Malgun Gothic" w:eastAsia="Malgun Gothic"/>
                <w:b w:val="0"/>
                <w:sz w:val="14"/>
              </w:rPr>
              <w:t>2.042</w:t>
            </w:r>
          </w:p>
        </w:tc>
        <w:tc>
          <w:tcPr>
            <w:tcW w:type="dxa" w:w="580"/>
            <w:vAlign w:val="center"/>
          </w:tcPr>
          <w:p>
            <w:r/>
            <w:r>
              <w:rPr>
                <w:rFonts w:ascii="Malgun Gothic" w:hAnsi="Malgun Gothic" w:eastAsia="Malgun Gothic"/>
                <w:b w:val="0"/>
                <w:sz w:val="14"/>
              </w:rPr>
              <w:t>1.0885</w:t>
            </w:r>
          </w:p>
        </w:tc>
        <w:tc>
          <w:tcPr>
            <w:tcW w:type="dxa" w:w="580"/>
            <w:vAlign w:val="center"/>
          </w:tcPr>
          <w:p>
            <w:r/>
            <w:r>
              <w:rPr>
                <w:rFonts w:ascii="Malgun Gothic" w:hAnsi="Malgun Gothic" w:eastAsia="Malgun Gothic"/>
                <w:b w:val="0"/>
                <w:sz w:val="14"/>
              </w:rPr>
              <w:t>1.077</w:t>
            </w:r>
          </w:p>
        </w:tc>
        <w:tc>
          <w:tcPr>
            <w:tcW w:type="dxa" w:w="580"/>
            <w:vAlign w:val="center"/>
          </w:tcPr>
          <w:p>
            <w:r/>
            <w:r>
              <w:rPr>
                <w:rFonts w:ascii="Malgun Gothic" w:hAnsi="Malgun Gothic" w:eastAsia="Malgun Gothic"/>
                <w:b w:val="0"/>
                <w:sz w:val="14"/>
              </w:rPr>
              <w:t>13.514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09__350002022300994.wav::SPEAKER_00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09__350002022300994.wav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w:t>
            </w:r>
          </w:p>
        </w:tc>
        <w:tc>
          <w:tcPr>
            <w:tcW w:type="dxa" w:w="580"/>
            <w:vAlign w:val="center"/>
          </w:tcPr>
          <w:p>
            <w:r/>
            <w:r>
              <w:rPr>
                <w:rFonts w:ascii="Malgun Gothic" w:hAnsi="Malgun Gothic" w:eastAsia="Malgun Gothic"/>
                <w:b w:val="0"/>
                <w:sz w:val="14"/>
              </w:rPr>
              <w:t>6.261</w:t>
            </w:r>
          </w:p>
        </w:tc>
        <w:tc>
          <w:tcPr>
            <w:tcW w:type="dxa" w:w="580"/>
            <w:vAlign w:val="center"/>
          </w:tcPr>
          <w:p>
            <w:r/>
            <w:r>
              <w:rPr>
                <w:rFonts w:ascii="Malgun Gothic" w:hAnsi="Malgun Gothic" w:eastAsia="Malgun Gothic"/>
                <w:b w:val="0"/>
                <w:sz w:val="14"/>
              </w:rPr>
              <w:t>0.457475</w:t>
            </w:r>
          </w:p>
        </w:tc>
        <w:tc>
          <w:tcPr>
            <w:tcW w:type="dxa" w:w="580"/>
            <w:vAlign w:val="center"/>
          </w:tcPr>
          <w:p>
            <w:r/>
            <w:r>
              <w:rPr>
                <w:rFonts w:ascii="Malgun Gothic" w:hAnsi="Malgun Gothic" w:eastAsia="Malgun Gothic"/>
                <w:b w:val="0"/>
                <w:sz w:val="14"/>
              </w:rPr>
              <w:t>3.1305</w:t>
            </w:r>
          </w:p>
        </w:tc>
        <w:tc>
          <w:tcPr>
            <w:tcW w:type="dxa" w:w="580"/>
            <w:vAlign w:val="center"/>
          </w:tcPr>
          <w:p>
            <w:r/>
            <w:r>
              <w:rPr>
                <w:rFonts w:ascii="Malgun Gothic" w:hAnsi="Malgun Gothic" w:eastAsia="Malgun Gothic"/>
                <w:b w:val="0"/>
                <w:sz w:val="14"/>
              </w:rPr>
              <w:t>3.1305</w:t>
            </w:r>
          </w:p>
        </w:tc>
        <w:tc>
          <w:tcPr>
            <w:tcW w:type="dxa" w:w="580"/>
            <w:vAlign w:val="center"/>
          </w:tcPr>
          <w:p>
            <w:r/>
            <w:r>
              <w:rPr>
                <w:rFonts w:ascii="Malgun Gothic" w:hAnsi="Malgun Gothic" w:eastAsia="Malgun Gothic"/>
                <w:b w:val="0"/>
                <w:sz w:val="14"/>
              </w:rPr>
              <w:t>8.165</w:t>
            </w:r>
          </w:p>
        </w:tc>
        <w:tc>
          <w:tcPr>
            <w:tcW w:type="dxa" w:w="580"/>
            <w:vAlign w:val="center"/>
          </w:tcPr>
          <w:p>
            <w:r/>
            <w:r>
              <w:rPr>
                <w:rFonts w:ascii="Malgun Gothic" w:hAnsi="Malgun Gothic" w:eastAsia="Malgun Gothic"/>
                <w:b w:val="0"/>
                <w:sz w:val="14"/>
              </w:rPr>
              <w:t>14.763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09__350002022300994.wav::SPEAKER_01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09__350002022300995.wav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45</w:t>
            </w:r>
          </w:p>
        </w:tc>
        <w:tc>
          <w:tcPr>
            <w:tcW w:type="dxa" w:w="580"/>
            <w:vAlign w:val="center"/>
          </w:tcPr>
          <w:p>
            <w:r/>
            <w:r>
              <w:rPr>
                <w:rFonts w:ascii="Malgun Gothic" w:hAnsi="Malgun Gothic" w:eastAsia="Malgun Gothic"/>
                <w:b w:val="0"/>
                <w:sz w:val="14"/>
              </w:rPr>
              <w:t>89.491</w:t>
            </w:r>
          </w:p>
        </w:tc>
        <w:tc>
          <w:tcPr>
            <w:tcW w:type="dxa" w:w="580"/>
            <w:vAlign w:val="center"/>
          </w:tcPr>
          <w:p>
            <w:r/>
            <w:r>
              <w:rPr>
                <w:rFonts w:ascii="Malgun Gothic" w:hAnsi="Malgun Gothic" w:eastAsia="Malgun Gothic"/>
                <w:b w:val="0"/>
                <w:sz w:val="14"/>
              </w:rPr>
              <w:t>0.585337</w:t>
            </w:r>
          </w:p>
        </w:tc>
        <w:tc>
          <w:tcPr>
            <w:tcW w:type="dxa" w:w="580"/>
            <w:vAlign w:val="center"/>
          </w:tcPr>
          <w:p>
            <w:r/>
            <w:r>
              <w:rPr>
                <w:rFonts w:ascii="Malgun Gothic" w:hAnsi="Malgun Gothic" w:eastAsia="Malgun Gothic"/>
                <w:b w:val="0"/>
                <w:sz w:val="14"/>
              </w:rPr>
              <w:t>1.988689</w:t>
            </w:r>
          </w:p>
        </w:tc>
        <w:tc>
          <w:tcPr>
            <w:tcW w:type="dxa" w:w="580"/>
            <w:vAlign w:val="center"/>
          </w:tcPr>
          <w:p>
            <w:r/>
            <w:r>
              <w:rPr>
                <w:rFonts w:ascii="Malgun Gothic" w:hAnsi="Malgun Gothic" w:eastAsia="Malgun Gothic"/>
                <w:b w:val="0"/>
                <w:sz w:val="14"/>
              </w:rPr>
              <w:t>1.384</w:t>
            </w:r>
          </w:p>
        </w:tc>
        <w:tc>
          <w:tcPr>
            <w:tcW w:type="dxa" w:w="580"/>
            <w:vAlign w:val="center"/>
          </w:tcPr>
          <w:p>
            <w:r/>
            <w:r>
              <w:rPr>
                <w:rFonts w:ascii="Malgun Gothic" w:hAnsi="Malgun Gothic" w:eastAsia="Malgun Gothic"/>
                <w:b w:val="0"/>
                <w:sz w:val="14"/>
              </w:rPr>
              <w:t>1.87</w:t>
            </w:r>
          </w:p>
        </w:tc>
        <w:tc>
          <w:tcPr>
            <w:tcW w:type="dxa" w:w="580"/>
            <w:vAlign w:val="center"/>
          </w:tcPr>
          <w:p>
            <w:r/>
            <w:r>
              <w:rPr>
                <w:rFonts w:ascii="Malgun Gothic" w:hAnsi="Malgun Gothic" w:eastAsia="Malgun Gothic"/>
                <w:b w:val="0"/>
                <w:sz w:val="14"/>
              </w:rPr>
              <w:t>153.83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09__350002022300995.wav::SPEAKER_00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09__350002022300995.wav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34</w:t>
            </w:r>
          </w:p>
        </w:tc>
        <w:tc>
          <w:tcPr>
            <w:tcW w:type="dxa" w:w="580"/>
            <w:vAlign w:val="center"/>
          </w:tcPr>
          <w:p>
            <w:r/>
            <w:r>
              <w:rPr>
                <w:rFonts w:ascii="Malgun Gothic" w:hAnsi="Malgun Gothic" w:eastAsia="Malgun Gothic"/>
                <w:b w:val="0"/>
                <w:sz w:val="14"/>
              </w:rPr>
              <w:t>55.691</w:t>
            </w:r>
          </w:p>
        </w:tc>
        <w:tc>
          <w:tcPr>
            <w:tcW w:type="dxa" w:w="580"/>
            <w:vAlign w:val="center"/>
          </w:tcPr>
          <w:p>
            <w:r/>
            <w:r>
              <w:rPr>
                <w:rFonts w:ascii="Malgun Gothic" w:hAnsi="Malgun Gothic" w:eastAsia="Malgun Gothic"/>
                <w:b w:val="0"/>
                <w:sz w:val="14"/>
              </w:rPr>
              <w:t>0.36426</w:t>
            </w:r>
          </w:p>
        </w:tc>
        <w:tc>
          <w:tcPr>
            <w:tcW w:type="dxa" w:w="580"/>
            <w:vAlign w:val="center"/>
          </w:tcPr>
          <w:p>
            <w:r/>
            <w:r>
              <w:rPr>
                <w:rFonts w:ascii="Malgun Gothic" w:hAnsi="Malgun Gothic" w:eastAsia="Malgun Gothic"/>
                <w:b w:val="0"/>
                <w:sz w:val="14"/>
              </w:rPr>
              <w:t>1.637971</w:t>
            </w:r>
          </w:p>
        </w:tc>
        <w:tc>
          <w:tcPr>
            <w:tcW w:type="dxa" w:w="580"/>
            <w:vAlign w:val="center"/>
          </w:tcPr>
          <w:p>
            <w:r/>
            <w:r>
              <w:rPr>
                <w:rFonts w:ascii="Malgun Gothic" w:hAnsi="Malgun Gothic" w:eastAsia="Malgun Gothic"/>
                <w:b w:val="0"/>
                <w:sz w:val="14"/>
              </w:rPr>
              <w:t>0.5315</w:t>
            </w:r>
          </w:p>
        </w:tc>
        <w:tc>
          <w:tcPr>
            <w:tcW w:type="dxa" w:w="580"/>
            <w:vAlign w:val="center"/>
          </w:tcPr>
          <w:p>
            <w:r/>
            <w:r>
              <w:rPr>
                <w:rFonts w:ascii="Malgun Gothic" w:hAnsi="Malgun Gothic" w:eastAsia="Malgun Gothic"/>
                <w:b w:val="0"/>
                <w:sz w:val="14"/>
              </w:rPr>
              <w:t>9.278</w:t>
            </w:r>
          </w:p>
        </w:tc>
        <w:tc>
          <w:tcPr>
            <w:tcW w:type="dxa" w:w="580"/>
            <w:vAlign w:val="center"/>
          </w:tcPr>
          <w:p>
            <w:r/>
            <w:r>
              <w:rPr>
                <w:rFonts w:ascii="Malgun Gothic" w:hAnsi="Malgun Gothic" w:eastAsia="Malgun Gothic"/>
                <w:b w:val="0"/>
                <w:sz w:val="14"/>
              </w:rPr>
              <w:t>154.758</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09__350002022300995.wav::SPEAKER_01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09__350002022300996.wav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22</w:t>
            </w:r>
          </w:p>
        </w:tc>
        <w:tc>
          <w:tcPr>
            <w:tcW w:type="dxa" w:w="580"/>
            <w:vAlign w:val="center"/>
          </w:tcPr>
          <w:p>
            <w:r/>
            <w:r>
              <w:rPr>
                <w:rFonts w:ascii="Malgun Gothic" w:hAnsi="Malgun Gothic" w:eastAsia="Malgun Gothic"/>
                <w:b w:val="0"/>
                <w:sz w:val="14"/>
              </w:rPr>
              <w:t>41.901</w:t>
            </w:r>
          </w:p>
        </w:tc>
        <w:tc>
          <w:tcPr>
            <w:tcW w:type="dxa" w:w="580"/>
            <w:vAlign w:val="center"/>
          </w:tcPr>
          <w:p>
            <w:r/>
            <w:r>
              <w:rPr>
                <w:rFonts w:ascii="Malgun Gothic" w:hAnsi="Malgun Gothic" w:eastAsia="Malgun Gothic"/>
                <w:b w:val="0"/>
                <w:sz w:val="14"/>
              </w:rPr>
              <w:t>0.699644</w:t>
            </w:r>
          </w:p>
        </w:tc>
        <w:tc>
          <w:tcPr>
            <w:tcW w:type="dxa" w:w="580"/>
            <w:vAlign w:val="center"/>
          </w:tcPr>
          <w:p>
            <w:r/>
            <w:r>
              <w:rPr>
                <w:rFonts w:ascii="Malgun Gothic" w:hAnsi="Malgun Gothic" w:eastAsia="Malgun Gothic"/>
                <w:b w:val="0"/>
                <w:sz w:val="14"/>
              </w:rPr>
              <w:t>1.904591</w:t>
            </w:r>
          </w:p>
        </w:tc>
        <w:tc>
          <w:tcPr>
            <w:tcW w:type="dxa" w:w="580"/>
            <w:vAlign w:val="center"/>
          </w:tcPr>
          <w:p>
            <w:r/>
            <w:r>
              <w:rPr>
                <w:rFonts w:ascii="Malgun Gothic" w:hAnsi="Malgun Gothic" w:eastAsia="Malgun Gothic"/>
                <w:b w:val="0"/>
                <w:sz w:val="14"/>
              </w:rPr>
              <w:t>0.8355</w:t>
            </w:r>
          </w:p>
        </w:tc>
        <w:tc>
          <w:tcPr>
            <w:tcW w:type="dxa" w:w="580"/>
            <w:vAlign w:val="center"/>
          </w:tcPr>
          <w:p>
            <w:r/>
            <w:r>
              <w:rPr>
                <w:rFonts w:ascii="Malgun Gothic" w:hAnsi="Malgun Gothic" w:eastAsia="Malgun Gothic"/>
                <w:b w:val="0"/>
                <w:sz w:val="14"/>
              </w:rPr>
              <w:t>0.368</w:t>
            </w:r>
          </w:p>
        </w:tc>
        <w:tc>
          <w:tcPr>
            <w:tcW w:type="dxa" w:w="580"/>
            <w:vAlign w:val="center"/>
          </w:tcPr>
          <w:p>
            <w:r/>
            <w:r>
              <w:rPr>
                <w:rFonts w:ascii="Malgun Gothic" w:hAnsi="Malgun Gothic" w:eastAsia="Malgun Gothic"/>
                <w:b w:val="0"/>
                <w:sz w:val="14"/>
              </w:rPr>
              <w:t>59.92</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09__350002022300996.wav::SPEAKER_00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09__350002022300996.wav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23</w:t>
            </w:r>
          </w:p>
        </w:tc>
        <w:tc>
          <w:tcPr>
            <w:tcW w:type="dxa" w:w="580"/>
            <w:vAlign w:val="center"/>
          </w:tcPr>
          <w:p>
            <w:r/>
            <w:r>
              <w:rPr>
                <w:rFonts w:ascii="Malgun Gothic" w:hAnsi="Malgun Gothic" w:eastAsia="Malgun Gothic"/>
                <w:b w:val="0"/>
                <w:sz w:val="14"/>
              </w:rPr>
              <w:t>23.676</w:t>
            </w:r>
          </w:p>
        </w:tc>
        <w:tc>
          <w:tcPr>
            <w:tcW w:type="dxa" w:w="580"/>
            <w:vAlign w:val="center"/>
          </w:tcPr>
          <w:p>
            <w:r/>
            <w:r>
              <w:rPr>
                <w:rFonts w:ascii="Malgun Gothic" w:hAnsi="Malgun Gothic" w:eastAsia="Malgun Gothic"/>
                <w:b w:val="0"/>
                <w:sz w:val="14"/>
              </w:rPr>
              <w:t>0.395331</w:t>
            </w:r>
          </w:p>
        </w:tc>
        <w:tc>
          <w:tcPr>
            <w:tcW w:type="dxa" w:w="580"/>
            <w:vAlign w:val="center"/>
          </w:tcPr>
          <w:p>
            <w:r/>
            <w:r>
              <w:rPr>
                <w:rFonts w:ascii="Malgun Gothic" w:hAnsi="Malgun Gothic" w:eastAsia="Malgun Gothic"/>
                <w:b w:val="0"/>
                <w:sz w:val="14"/>
              </w:rPr>
              <w:t>1.029391</w:t>
            </w:r>
          </w:p>
        </w:tc>
        <w:tc>
          <w:tcPr>
            <w:tcW w:type="dxa" w:w="580"/>
            <w:vAlign w:val="center"/>
          </w:tcPr>
          <w:p>
            <w:r/>
            <w:r>
              <w:rPr>
                <w:rFonts w:ascii="Malgun Gothic" w:hAnsi="Malgun Gothic" w:eastAsia="Malgun Gothic"/>
                <w:b w:val="0"/>
                <w:sz w:val="14"/>
              </w:rPr>
              <w:t>0.422</w:t>
            </w:r>
          </w:p>
        </w:tc>
        <w:tc>
          <w:tcPr>
            <w:tcW w:type="dxa" w:w="580"/>
            <w:vAlign w:val="center"/>
          </w:tcPr>
          <w:p>
            <w:r/>
            <w:r>
              <w:rPr>
                <w:rFonts w:ascii="Malgun Gothic" w:hAnsi="Malgun Gothic" w:eastAsia="Malgun Gothic"/>
                <w:b w:val="0"/>
                <w:sz w:val="14"/>
              </w:rPr>
              <w:t>0.031</w:t>
            </w:r>
          </w:p>
        </w:tc>
        <w:tc>
          <w:tcPr>
            <w:tcW w:type="dxa" w:w="580"/>
            <w:vAlign w:val="center"/>
          </w:tcPr>
          <w:p>
            <w:r/>
            <w:r>
              <w:rPr>
                <w:rFonts w:ascii="Malgun Gothic" w:hAnsi="Malgun Gothic" w:eastAsia="Malgun Gothic"/>
                <w:b w:val="0"/>
                <w:sz w:val="14"/>
              </w:rPr>
              <w:t>58.385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09__350002022300996.wav::SPEAKER_01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09__350002022300997.wav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30</w:t>
            </w:r>
          </w:p>
        </w:tc>
        <w:tc>
          <w:tcPr>
            <w:tcW w:type="dxa" w:w="580"/>
            <w:vAlign w:val="center"/>
          </w:tcPr>
          <w:p>
            <w:r/>
            <w:r>
              <w:rPr>
                <w:rFonts w:ascii="Malgun Gothic" w:hAnsi="Malgun Gothic" w:eastAsia="Malgun Gothic"/>
                <w:b w:val="0"/>
                <w:sz w:val="14"/>
              </w:rPr>
              <w:t>30.391</w:t>
            </w:r>
          </w:p>
        </w:tc>
        <w:tc>
          <w:tcPr>
            <w:tcW w:type="dxa" w:w="580"/>
            <w:vAlign w:val="center"/>
          </w:tcPr>
          <w:p>
            <w:r/>
            <w:r>
              <w:rPr>
                <w:rFonts w:ascii="Malgun Gothic" w:hAnsi="Malgun Gothic" w:eastAsia="Malgun Gothic"/>
                <w:b w:val="0"/>
                <w:sz w:val="14"/>
              </w:rPr>
              <w:t>0.296891</w:t>
            </w:r>
          </w:p>
        </w:tc>
        <w:tc>
          <w:tcPr>
            <w:tcW w:type="dxa" w:w="580"/>
            <w:vAlign w:val="center"/>
          </w:tcPr>
          <w:p>
            <w:r/>
            <w:r>
              <w:rPr>
                <w:rFonts w:ascii="Malgun Gothic" w:hAnsi="Malgun Gothic" w:eastAsia="Malgun Gothic"/>
                <w:b w:val="0"/>
                <w:sz w:val="14"/>
              </w:rPr>
              <w:t>1.013033</w:t>
            </w:r>
          </w:p>
        </w:tc>
        <w:tc>
          <w:tcPr>
            <w:tcW w:type="dxa" w:w="580"/>
            <w:vAlign w:val="center"/>
          </w:tcPr>
          <w:p>
            <w:r/>
            <w:r>
              <w:rPr>
                <w:rFonts w:ascii="Malgun Gothic" w:hAnsi="Malgun Gothic" w:eastAsia="Malgun Gothic"/>
                <w:b w:val="0"/>
                <w:sz w:val="14"/>
              </w:rPr>
              <w:t>0.8015</w:t>
            </w:r>
          </w:p>
        </w:tc>
        <w:tc>
          <w:tcPr>
            <w:tcW w:type="dxa" w:w="580"/>
            <w:vAlign w:val="center"/>
          </w:tcPr>
          <w:p>
            <w:r/>
            <w:r>
              <w:rPr>
                <w:rFonts w:ascii="Malgun Gothic" w:hAnsi="Malgun Gothic" w:eastAsia="Malgun Gothic"/>
                <w:b w:val="0"/>
                <w:sz w:val="14"/>
              </w:rPr>
              <w:t>0.79</w:t>
            </w:r>
          </w:p>
        </w:tc>
        <w:tc>
          <w:tcPr>
            <w:tcW w:type="dxa" w:w="580"/>
            <w:vAlign w:val="center"/>
          </w:tcPr>
          <w:p>
            <w:r/>
            <w:r>
              <w:rPr>
                <w:rFonts w:ascii="Malgun Gothic" w:hAnsi="Malgun Gothic" w:eastAsia="Malgun Gothic"/>
                <w:b w:val="0"/>
                <w:sz w:val="14"/>
              </w:rPr>
              <w:t>103.053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09__350002022300997.wav::SPEAKER_00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09__350002022300997.wav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29</w:t>
            </w:r>
          </w:p>
        </w:tc>
        <w:tc>
          <w:tcPr>
            <w:tcW w:type="dxa" w:w="580"/>
            <w:vAlign w:val="center"/>
          </w:tcPr>
          <w:p>
            <w:r/>
            <w:r>
              <w:rPr>
                <w:rFonts w:ascii="Malgun Gothic" w:hAnsi="Malgun Gothic" w:eastAsia="Malgun Gothic"/>
                <w:b w:val="0"/>
                <w:sz w:val="14"/>
              </w:rPr>
              <w:t>65.105</w:t>
            </w:r>
          </w:p>
        </w:tc>
        <w:tc>
          <w:tcPr>
            <w:tcW w:type="dxa" w:w="580"/>
            <w:vAlign w:val="center"/>
          </w:tcPr>
          <w:p>
            <w:r/>
            <w:r>
              <w:rPr>
                <w:rFonts w:ascii="Malgun Gothic" w:hAnsi="Malgun Gothic" w:eastAsia="Malgun Gothic"/>
                <w:b w:val="0"/>
                <w:sz w:val="14"/>
              </w:rPr>
              <w:t>0.636015</w:t>
            </w:r>
          </w:p>
        </w:tc>
        <w:tc>
          <w:tcPr>
            <w:tcW w:type="dxa" w:w="580"/>
            <w:vAlign w:val="center"/>
          </w:tcPr>
          <w:p>
            <w:r/>
            <w:r>
              <w:rPr>
                <w:rFonts w:ascii="Malgun Gothic" w:hAnsi="Malgun Gothic" w:eastAsia="Malgun Gothic"/>
                <w:b w:val="0"/>
                <w:sz w:val="14"/>
              </w:rPr>
              <w:t>2.245</w:t>
            </w:r>
          </w:p>
        </w:tc>
        <w:tc>
          <w:tcPr>
            <w:tcW w:type="dxa" w:w="580"/>
            <w:vAlign w:val="center"/>
          </w:tcPr>
          <w:p>
            <w:r/>
            <w:r>
              <w:rPr>
                <w:rFonts w:ascii="Malgun Gothic" w:hAnsi="Malgun Gothic" w:eastAsia="Malgun Gothic"/>
                <w:b w:val="0"/>
                <w:sz w:val="14"/>
              </w:rPr>
              <w:t>1.35</w:t>
            </w:r>
          </w:p>
        </w:tc>
        <w:tc>
          <w:tcPr>
            <w:tcW w:type="dxa" w:w="580"/>
            <w:vAlign w:val="center"/>
          </w:tcPr>
          <w:p>
            <w:r/>
            <w:r>
              <w:rPr>
                <w:rFonts w:ascii="Malgun Gothic" w:hAnsi="Malgun Gothic" w:eastAsia="Malgun Gothic"/>
                <w:b w:val="0"/>
                <w:sz w:val="14"/>
              </w:rPr>
              <w:t>2.242</w:t>
            </w:r>
          </w:p>
        </w:tc>
        <w:tc>
          <w:tcPr>
            <w:tcW w:type="dxa" w:w="580"/>
            <w:vAlign w:val="center"/>
          </w:tcPr>
          <w:p>
            <w:r/>
            <w:r>
              <w:rPr>
                <w:rFonts w:ascii="Malgun Gothic" w:hAnsi="Malgun Gothic" w:eastAsia="Malgun Gothic"/>
                <w:b w:val="0"/>
                <w:sz w:val="14"/>
              </w:rPr>
              <w:t>103.154</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09__350002022300997.wav::SPEAKER_01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09__350002022300998.wav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8</w:t>
            </w:r>
          </w:p>
        </w:tc>
        <w:tc>
          <w:tcPr>
            <w:tcW w:type="dxa" w:w="580"/>
            <w:vAlign w:val="center"/>
          </w:tcPr>
          <w:p>
            <w:r/>
            <w:r>
              <w:rPr>
                <w:rFonts w:ascii="Malgun Gothic" w:hAnsi="Malgun Gothic" w:eastAsia="Malgun Gothic"/>
                <w:b w:val="0"/>
                <w:sz w:val="14"/>
              </w:rPr>
              <w:t>12.353</w:t>
            </w:r>
          </w:p>
        </w:tc>
        <w:tc>
          <w:tcPr>
            <w:tcW w:type="dxa" w:w="580"/>
            <w:vAlign w:val="center"/>
          </w:tcPr>
          <w:p>
            <w:r/>
            <w:r>
              <w:rPr>
                <w:rFonts w:ascii="Malgun Gothic" w:hAnsi="Malgun Gothic" w:eastAsia="Malgun Gothic"/>
                <w:b w:val="0"/>
                <w:sz w:val="14"/>
              </w:rPr>
              <w:t>0.277914</w:t>
            </w:r>
          </w:p>
        </w:tc>
        <w:tc>
          <w:tcPr>
            <w:tcW w:type="dxa" w:w="580"/>
            <w:vAlign w:val="center"/>
          </w:tcPr>
          <w:p>
            <w:r/>
            <w:r>
              <w:rPr>
                <w:rFonts w:ascii="Malgun Gothic" w:hAnsi="Malgun Gothic" w:eastAsia="Malgun Gothic"/>
                <w:b w:val="0"/>
                <w:sz w:val="14"/>
              </w:rPr>
              <w:t>1.544125</w:t>
            </w:r>
          </w:p>
        </w:tc>
        <w:tc>
          <w:tcPr>
            <w:tcW w:type="dxa" w:w="580"/>
            <w:vAlign w:val="center"/>
          </w:tcPr>
          <w:p>
            <w:r/>
            <w:r>
              <w:rPr>
                <w:rFonts w:ascii="Malgun Gothic" w:hAnsi="Malgun Gothic" w:eastAsia="Malgun Gothic"/>
                <w:b w:val="0"/>
                <w:sz w:val="14"/>
              </w:rPr>
              <w:t>1.1395</w:t>
            </w:r>
          </w:p>
        </w:tc>
        <w:tc>
          <w:tcPr>
            <w:tcW w:type="dxa" w:w="580"/>
            <w:vAlign w:val="center"/>
          </w:tcPr>
          <w:p>
            <w:r/>
            <w:r>
              <w:rPr>
                <w:rFonts w:ascii="Malgun Gothic" w:hAnsi="Malgun Gothic" w:eastAsia="Malgun Gothic"/>
                <w:b w:val="0"/>
                <w:sz w:val="14"/>
              </w:rPr>
              <w:t>0.318</w:t>
            </w:r>
          </w:p>
        </w:tc>
        <w:tc>
          <w:tcPr>
            <w:tcW w:type="dxa" w:w="580"/>
            <w:vAlign w:val="center"/>
          </w:tcPr>
          <w:p>
            <w:r/>
            <w:r>
              <w:rPr>
                <w:rFonts w:ascii="Malgun Gothic" w:hAnsi="Malgun Gothic" w:eastAsia="Malgun Gothic"/>
                <w:b w:val="0"/>
                <w:sz w:val="14"/>
              </w:rPr>
              <w:t>43.113</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09__350002022300998.wav::SPEAKER_00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09__350002022300998.wav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19.035</w:t>
            </w:r>
          </w:p>
        </w:tc>
        <w:tc>
          <w:tcPr>
            <w:tcW w:type="dxa" w:w="580"/>
            <w:vAlign w:val="center"/>
          </w:tcPr>
          <w:p>
            <w:r/>
            <w:r>
              <w:rPr>
                <w:rFonts w:ascii="Malgun Gothic" w:hAnsi="Malgun Gothic" w:eastAsia="Malgun Gothic"/>
                <w:b w:val="0"/>
                <w:sz w:val="14"/>
              </w:rPr>
              <w:t>0.428244</w:t>
            </w:r>
          </w:p>
        </w:tc>
        <w:tc>
          <w:tcPr>
            <w:tcW w:type="dxa" w:w="580"/>
            <w:vAlign w:val="center"/>
          </w:tcPr>
          <w:p>
            <w:r/>
            <w:r>
              <w:rPr>
                <w:rFonts w:ascii="Malgun Gothic" w:hAnsi="Malgun Gothic" w:eastAsia="Malgun Gothic"/>
                <w:b w:val="0"/>
                <w:sz w:val="14"/>
              </w:rPr>
              <w:t>3.1725</w:t>
            </w:r>
          </w:p>
        </w:tc>
        <w:tc>
          <w:tcPr>
            <w:tcW w:type="dxa" w:w="580"/>
            <w:vAlign w:val="center"/>
          </w:tcPr>
          <w:p>
            <w:r/>
            <w:r>
              <w:rPr>
                <w:rFonts w:ascii="Malgun Gothic" w:hAnsi="Malgun Gothic" w:eastAsia="Malgun Gothic"/>
                <w:b w:val="0"/>
                <w:sz w:val="14"/>
              </w:rPr>
              <w:t>1.3585</w:t>
            </w:r>
          </w:p>
        </w:tc>
        <w:tc>
          <w:tcPr>
            <w:tcW w:type="dxa" w:w="580"/>
            <w:vAlign w:val="center"/>
          </w:tcPr>
          <w:p>
            <w:r/>
            <w:r>
              <w:rPr>
                <w:rFonts w:ascii="Malgun Gothic" w:hAnsi="Malgun Gothic" w:eastAsia="Malgun Gothic"/>
                <w:b w:val="0"/>
                <w:sz w:val="14"/>
              </w:rPr>
              <w:t>5.954</w:t>
            </w:r>
          </w:p>
        </w:tc>
        <w:tc>
          <w:tcPr>
            <w:tcW w:type="dxa" w:w="580"/>
            <w:vAlign w:val="center"/>
          </w:tcPr>
          <w:p>
            <w:r/>
            <w:r>
              <w:rPr>
                <w:rFonts w:ascii="Malgun Gothic" w:hAnsi="Malgun Gothic" w:eastAsia="Malgun Gothic"/>
                <w:b w:val="0"/>
                <w:sz w:val="14"/>
              </w:rPr>
              <w:t>44.767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09__350002022300998.wav::SPEAKER_01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09__350002022300999.wav</w:t>
            </w:r>
          </w:p>
        </w:tc>
        <w:tc>
          <w:tcPr>
            <w:tcW w:type="dxa" w:w="580"/>
            <w:vAlign w:val="center"/>
          </w:tcPr>
          <w:p>
            <w:r/>
            <w:r>
              <w:rPr>
                <w:rFonts w:ascii="Malgun Gothic" w:hAnsi="Malgun Gothic" w:eastAsia="Malgun Gothic"/>
                <w:b w:val="0"/>
                <w:sz w:val="14"/>
              </w:rPr>
              <w:t>SPEAKER_00</w:t>
            </w:r>
          </w:p>
        </w:tc>
        <w:tc>
          <w:tcPr>
            <w:tcW w:type="dxa" w:w="580"/>
            <w:vAlign w:val="center"/>
          </w:tcPr>
          <w:p>
            <w:r/>
            <w:r>
              <w:rPr>
                <w:rFonts w:ascii="Malgun Gothic" w:hAnsi="Malgun Gothic" w:eastAsia="Malgun Gothic"/>
                <w:b w:val="0"/>
                <w:sz w:val="14"/>
              </w:rPr>
              <w:t>customer_candidate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9.265</w:t>
            </w:r>
          </w:p>
        </w:tc>
        <w:tc>
          <w:tcPr>
            <w:tcW w:type="dxa" w:w="580"/>
            <w:vAlign w:val="center"/>
          </w:tcPr>
          <w:p>
            <w:r/>
            <w:r>
              <w:rPr>
                <w:rFonts w:ascii="Malgun Gothic" w:hAnsi="Malgun Gothic" w:eastAsia="Malgun Gothic"/>
                <w:b w:val="0"/>
                <w:sz w:val="14"/>
              </w:rPr>
              <w:t>0.275482</w:t>
            </w:r>
          </w:p>
        </w:tc>
        <w:tc>
          <w:tcPr>
            <w:tcW w:type="dxa" w:w="580"/>
            <w:vAlign w:val="center"/>
          </w:tcPr>
          <w:p>
            <w:r/>
            <w:r>
              <w:rPr>
                <w:rFonts w:ascii="Malgun Gothic" w:hAnsi="Malgun Gothic" w:eastAsia="Malgun Gothic"/>
                <w:b w:val="0"/>
                <w:sz w:val="14"/>
              </w:rPr>
              <w:t>1.544167</w:t>
            </w:r>
          </w:p>
        </w:tc>
        <w:tc>
          <w:tcPr>
            <w:tcW w:type="dxa" w:w="580"/>
            <w:vAlign w:val="center"/>
          </w:tcPr>
          <w:p>
            <w:r/>
            <w:r>
              <w:rPr>
                <w:rFonts w:ascii="Malgun Gothic" w:hAnsi="Malgun Gothic" w:eastAsia="Malgun Gothic"/>
                <w:b w:val="0"/>
                <w:sz w:val="14"/>
              </w:rPr>
              <w:t>0.616</w:t>
            </w:r>
          </w:p>
        </w:tc>
        <w:tc>
          <w:tcPr>
            <w:tcW w:type="dxa" w:w="580"/>
            <w:vAlign w:val="center"/>
          </w:tcPr>
          <w:p>
            <w:r/>
            <w:r>
              <w:rPr>
                <w:rFonts w:ascii="Malgun Gothic" w:hAnsi="Malgun Gothic" w:eastAsia="Malgun Gothic"/>
                <w:b w:val="0"/>
                <w:sz w:val="14"/>
              </w:rPr>
              <w:t>0.773</w:t>
            </w:r>
          </w:p>
        </w:tc>
        <w:tc>
          <w:tcPr>
            <w:tcW w:type="dxa" w:w="580"/>
            <w:vAlign w:val="center"/>
          </w:tcPr>
          <w:p>
            <w:r/>
            <w:r>
              <w:rPr>
                <w:rFonts w:ascii="Malgun Gothic" w:hAnsi="Malgun Gothic" w:eastAsia="Malgun Gothic"/>
                <w:b w:val="0"/>
                <w:sz w:val="14"/>
              </w:rPr>
              <w:t>34.405</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09__350002022300999.wav::SPEAKER_00</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r>
        <w:trPr>
          <w:cantSplit/>
        </w:trPr>
        <w:tc>
          <w:tcPr>
            <w:tcW w:type="dxa" w:w="580"/>
            <w:vAlign w:val="center"/>
          </w:tcPr>
          <w:p>
            <w:r/>
            <w:r>
              <w:rPr>
                <w:rFonts w:ascii="Malgun Gothic" w:hAnsi="Malgun Gothic" w:eastAsia="Malgun Gothic"/>
                <w:b w:val="0"/>
                <w:sz w:val="14"/>
              </w:rPr>
              <w:t>09__350002022300999.wav</w:t>
            </w:r>
          </w:p>
        </w:tc>
        <w:tc>
          <w:tcPr>
            <w:tcW w:type="dxa" w:w="580"/>
            <w:vAlign w:val="center"/>
          </w:tcPr>
          <w:p>
            <w:r/>
            <w:r>
              <w:rPr>
                <w:rFonts w:ascii="Malgun Gothic" w:hAnsi="Malgun Gothic" w:eastAsia="Malgun Gothic"/>
                <w:b w:val="0"/>
                <w:sz w:val="14"/>
              </w:rPr>
              <w:t>SPEAKER_01</w:t>
            </w:r>
          </w:p>
        </w:tc>
        <w:tc>
          <w:tcPr>
            <w:tcW w:type="dxa" w:w="580"/>
            <w:vAlign w:val="center"/>
          </w:tcPr>
          <w:p>
            <w:r/>
            <w:r>
              <w:rPr>
                <w:rFonts w:ascii="Malgun Gothic" w:hAnsi="Malgun Gothic" w:eastAsia="Malgun Gothic"/>
                <w:b w:val="0"/>
                <w:sz w:val="14"/>
              </w:rPr>
              <w:t>agent_candidate</w:t>
            </w:r>
          </w:p>
        </w:tc>
        <w:tc>
          <w:tcPr>
            <w:tcW w:type="dxa" w:w="580"/>
            <w:vAlign w:val="center"/>
          </w:tcPr>
          <w:p>
            <w:r/>
            <w:r>
              <w:rPr>
                <w:rFonts w:ascii="Malgun Gothic" w:hAnsi="Malgun Gothic" w:eastAsia="Malgun Gothic"/>
                <w:b w:val="0"/>
                <w:sz w:val="14"/>
              </w:rPr>
              <w:t>6</w:t>
            </w:r>
          </w:p>
        </w:tc>
        <w:tc>
          <w:tcPr>
            <w:tcW w:type="dxa" w:w="580"/>
            <w:vAlign w:val="center"/>
          </w:tcPr>
          <w:p>
            <w:r/>
            <w:r>
              <w:rPr>
                <w:rFonts w:ascii="Malgun Gothic" w:hAnsi="Malgun Gothic" w:eastAsia="Malgun Gothic"/>
                <w:b w:val="0"/>
                <w:sz w:val="14"/>
              </w:rPr>
              <w:t>22.596</w:t>
            </w:r>
          </w:p>
        </w:tc>
        <w:tc>
          <w:tcPr>
            <w:tcW w:type="dxa" w:w="580"/>
            <w:vAlign w:val="center"/>
          </w:tcPr>
          <w:p>
            <w:r/>
            <w:r>
              <w:rPr>
                <w:rFonts w:ascii="Malgun Gothic" w:hAnsi="Malgun Gothic" w:eastAsia="Malgun Gothic"/>
                <w:b w:val="0"/>
                <w:sz w:val="14"/>
              </w:rPr>
              <w:t>0.67186</w:t>
            </w:r>
          </w:p>
        </w:tc>
        <w:tc>
          <w:tcPr>
            <w:tcW w:type="dxa" w:w="580"/>
            <w:vAlign w:val="center"/>
          </w:tcPr>
          <w:p>
            <w:r/>
            <w:r>
              <w:rPr>
                <w:rFonts w:ascii="Malgun Gothic" w:hAnsi="Malgun Gothic" w:eastAsia="Malgun Gothic"/>
                <w:b w:val="0"/>
                <w:sz w:val="14"/>
              </w:rPr>
              <w:t>3.766</w:t>
            </w:r>
          </w:p>
        </w:tc>
        <w:tc>
          <w:tcPr>
            <w:tcW w:type="dxa" w:w="580"/>
            <w:vAlign w:val="center"/>
          </w:tcPr>
          <w:p>
            <w:r/>
            <w:r>
              <w:rPr>
                <w:rFonts w:ascii="Malgun Gothic" w:hAnsi="Malgun Gothic" w:eastAsia="Malgun Gothic"/>
                <w:b w:val="0"/>
                <w:sz w:val="14"/>
              </w:rPr>
              <w:t>3.417</w:t>
            </w:r>
          </w:p>
        </w:tc>
        <w:tc>
          <w:tcPr>
            <w:tcW w:type="dxa" w:w="580"/>
            <w:vAlign w:val="center"/>
          </w:tcPr>
          <w:p>
            <w:r/>
            <w:r>
              <w:rPr>
                <w:rFonts w:ascii="Malgun Gothic" w:hAnsi="Malgun Gothic" w:eastAsia="Malgun Gothic"/>
                <w:b w:val="0"/>
                <w:sz w:val="14"/>
              </w:rPr>
              <w:t>1.432</w:t>
            </w:r>
          </w:p>
        </w:tc>
        <w:tc>
          <w:tcPr>
            <w:tcW w:type="dxa" w:w="580"/>
            <w:vAlign w:val="center"/>
          </w:tcPr>
          <w:p>
            <w:r/>
            <w:r>
              <w:rPr>
                <w:rFonts w:ascii="Malgun Gothic" w:hAnsi="Malgun Gothic" w:eastAsia="Malgun Gothic"/>
                <w:b w:val="0"/>
                <w:sz w:val="14"/>
              </w:rPr>
              <w:t>32.887</w:t>
            </w:r>
          </w:p>
        </w:tc>
        <w:tc>
          <w:tcPr>
            <w:tcW w:type="dxa" w:w="580"/>
            <w:vAlign w:val="center"/>
          </w:tcPr>
          <w:p>
            <w:r/>
            <w:r>
              <w:rPr>
                <w:rFonts w:ascii="Malgun Gothic" w:hAnsi="Malgun Gothic" w:eastAsia="Malgun Gothic"/>
                <w:b w:val="0"/>
                <w:sz w:val="14"/>
              </w:rPr>
              <w:t>DETECTED</w:t>
            </w:r>
          </w:p>
        </w:tc>
        <w:tc>
          <w:tcPr>
            <w:tcW w:type="dxa" w:w="580"/>
            <w:vAlign w:val="center"/>
          </w:tcPr>
          <w:p>
            <w:r/>
            <w:r>
              <w:rPr>
                <w:rFonts w:ascii="Malgun Gothic" w:hAnsi="Malgun Gothic" w:eastAsia="Malgun Gothic"/>
                <w:b w:val="0"/>
                <w:sz w:val="14"/>
              </w:rPr>
              <w:t>Y</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09__350002022300999.wav::SPEAKER_01</w:t>
            </w:r>
          </w:p>
        </w:tc>
        <w:tc>
          <w:tcPr>
            <w:tcW w:type="dxa" w:w="580"/>
            <w:vAlign w:val="center"/>
          </w:tcPr>
          <w:p>
            <w:r/>
            <w:r>
              <w:rPr>
                <w:rFonts w:ascii="Malgun Gothic" w:hAnsi="Malgun Gothic" w:eastAsia="Malgun Gothic"/>
                <w:b w:val="0"/>
                <w:sz w:val="14"/>
              </w:rPr>
            </w:r>
          </w:p>
        </w:tc>
        <w:tc>
          <w:tcPr>
            <w:tcW w:type="dxa" w:w="580"/>
            <w:vAlign w:val="center"/>
          </w:tcPr>
          <w:p>
            <w:r/>
            <w:r>
              <w:rPr>
                <w:rFonts w:ascii="Malgun Gothic" w:hAnsi="Malgun Gothic" w:eastAsia="Malgun Gothic"/>
                <w:b w:val="0"/>
                <w:sz w:val="14"/>
              </w:rPr>
              <w:t>ROLE_MAPPING_REQUIRED_BEFORE_CUSTOMER_AGENT_CLAIM</w:t>
            </w:r>
          </w:p>
        </w:tc>
        <w:tc>
          <w:tcPr>
            <w:tcW w:type="dxa" w:w="580"/>
            <w:vAlign w:val="center"/>
          </w:tcPr>
          <w:p>
            <w:r/>
            <w:r>
              <w:rPr>
                <w:rFonts w:ascii="Malgun Gothic" w:hAnsi="Malgun Gothic" w:eastAsia="Malgun Gothic"/>
                <w:b w:val="0"/>
                <w:sz w:val="14"/>
              </w:rPr>
              <w:t>call_speaker_side_record_not_audio_file</w:t>
            </w:r>
          </w:p>
        </w:tc>
      </w:tr>
    </w:tbl>
    <w:p/>
    <w:p>
      <w:pPr>
        <w:pStyle w:val="Heading2"/>
      </w:pPr>
      <w:r>
        <w:t>결과 해석</w:t>
      </w:r>
    </w:p>
    <w:p>
      <w:r>
        <w:t>슬롯을 고정하면 누락 통화를 포함한 전체 1,000통화 기준 화자 후보 비교가 가능하다.</w:t>
      </w:r>
    </w:p>
    <w:p>
      <w:pPr>
        <w:pStyle w:val="Heading2"/>
      </w:pPr>
      <w:r>
        <w:t>한계 및 논문 반영 기준</w:t>
      </w:r>
    </w:p>
    <w:p>
      <w:r>
        <w:t>SPEAKER_00을 고객, SPEAKER_01을 상담사로 자동 치환하지 않는다.</w:t>
      </w:r>
    </w:p>
    <w:p>
      <w:r>
        <w:br w:type="page"/>
      </w:r>
    </w:p>
    <w:p>
      <w:pPr>
        <w:pStyle w:val="Heading1"/>
      </w:pPr>
      <w:r>
        <w:t>9. 화자별 발화 구조 및 연관성 상세보고서</w:t>
      </w:r>
    </w:p>
    <w:p>
      <w:pPr>
        <w:pStyle w:val="Heading2"/>
      </w:pPr>
      <w:r>
        <w:t>논문 작성용 상세 본문</w:t>
      </w:r>
    </w:p>
    <w:p>
      <w:r>
        <w:t>현재 9번 분석은 화자 후보별 발화량, 발화 비중, 턴 수, 평균 세그먼트 길이, 응답쌍과 같은 구조적 지표를 다룬다.</w:t>
      </w:r>
    </w:p>
    <w:p>
      <w:r>
        <w:t>S0 발화 이후 S1 반응을 시간 순서 기반 연관성 후보로 분석할 수 있으나, segment-level stress_score가 없어 stress 전이 또는 고스트레스 반응은 아직 계산할 수 없다.</w:t>
      </w:r>
    </w:p>
    <w:p>
      <w:r>
        <w:t>따라서 운영기와 문서에는 READY 구조 지표와 PENDING stress 지표를 동시에 표시한다.</w:t>
      </w:r>
    </w:p>
    <w:p>
      <w:r>
        <w:t>현재 화자별 분석은 발화시간, 발화 비중, 세그먼트 수, 턴 수, 평균 구간 길이, 응답쌍과 같은 구조 지표를 중심으로 수행한다.</w:t>
      </w:r>
    </w:p>
    <w:p>
      <w:r>
        <w:t>이 지표는 통화 내부 상호작용의 형태를 설명하지만 감정 또는 스트레스의 방향을 직접 의미하지 않는다.</w:t>
      </w:r>
    </w:p>
    <w:p>
      <w:r>
        <w:t>segment-level stress_score가 0건이므로 S0 stress와 S1 stress의 평균, 전이, 고스트레스 반응은 모두 PENDING으로 유지한다.</w:t>
      </w:r>
    </w:p>
    <w:p>
      <w:pPr>
        <w:pStyle w:val="Heading2"/>
      </w:pPr>
      <w:r>
        <w:t>분석 수치 및 결과표</w:t>
      </w:r>
    </w:p>
    <w:p>
      <w:r>
        <w:rPr>
          <w:b/>
        </w:rPr>
        <w:t>표 9-1. 분석 가능 지표</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지표</w:t>
            </w:r>
          </w:p>
        </w:tc>
        <w:tc>
          <w:tcPr>
            <w:tcW w:type="dxa" w:w="3289"/>
          </w:tcPr>
          <w:p>
            <w:r/>
            <w:r>
              <w:rPr>
                <w:rFonts w:ascii="Malgun Gothic" w:hAnsi="Malgun Gothic" w:eastAsia="Malgun Gothic"/>
                <w:b/>
                <w:sz w:val="16"/>
              </w:rPr>
              <w:t>상태</w:t>
            </w:r>
          </w:p>
        </w:tc>
        <w:tc>
          <w:tcPr>
            <w:tcW w:type="dxa" w:w="3289"/>
          </w:tcPr>
          <w:p>
            <w:r/>
            <w:r>
              <w:rPr>
                <w:rFonts w:ascii="Malgun Gothic" w:hAnsi="Malgun Gothic" w:eastAsia="Malgun Gothic"/>
                <w:b/>
                <w:sz w:val="16"/>
              </w:rPr>
              <w:t>해석</w:t>
            </w:r>
          </w:p>
        </w:tc>
      </w:tr>
      <w:tr>
        <w:trPr>
          <w:cantSplit/>
        </w:trPr>
        <w:tc>
          <w:tcPr>
            <w:tcW w:type="dxa" w:w="3289"/>
            <w:vAlign w:val="center"/>
          </w:tcPr>
          <w:p>
            <w:r/>
            <w:r>
              <w:rPr>
                <w:rFonts w:ascii="Malgun Gothic" w:hAnsi="Malgun Gothic" w:eastAsia="Malgun Gothic"/>
                <w:b w:val="0"/>
                <w:sz w:val="16"/>
              </w:rPr>
              <w:t>화자별 발화시간</w:t>
            </w:r>
          </w:p>
        </w:tc>
        <w:tc>
          <w:tcPr>
            <w:tcW w:type="dxa" w:w="3289"/>
            <w:vAlign w:val="center"/>
          </w:tcPr>
          <w:p>
            <w:r/>
            <w:r>
              <w:rPr>
                <w:rFonts w:ascii="Malgun Gothic" w:hAnsi="Malgun Gothic" w:eastAsia="Malgun Gothic"/>
                <w:b w:val="0"/>
                <w:sz w:val="16"/>
              </w:rPr>
              <w:t>READY</w:t>
            </w:r>
          </w:p>
        </w:tc>
        <w:tc>
          <w:tcPr>
            <w:tcW w:type="dxa" w:w="3289"/>
            <w:vAlign w:val="center"/>
          </w:tcPr>
          <w:p>
            <w:r/>
            <w:r>
              <w:rPr>
                <w:rFonts w:ascii="Malgun Gothic" w:hAnsi="Malgun Gothic" w:eastAsia="Malgun Gothic"/>
                <w:b w:val="0"/>
                <w:sz w:val="16"/>
              </w:rPr>
              <w:t>구조 비교</w:t>
            </w:r>
          </w:p>
        </w:tc>
      </w:tr>
      <w:tr>
        <w:trPr>
          <w:cantSplit/>
        </w:trPr>
        <w:tc>
          <w:tcPr>
            <w:tcW w:type="dxa" w:w="3289"/>
            <w:vAlign w:val="center"/>
          </w:tcPr>
          <w:p>
            <w:r/>
            <w:r>
              <w:rPr>
                <w:rFonts w:ascii="Malgun Gothic" w:hAnsi="Malgun Gothic" w:eastAsia="Malgun Gothic"/>
                <w:b w:val="0"/>
                <w:sz w:val="16"/>
              </w:rPr>
              <w:t>화자별 발화 비중</w:t>
            </w:r>
          </w:p>
        </w:tc>
        <w:tc>
          <w:tcPr>
            <w:tcW w:type="dxa" w:w="3289"/>
            <w:vAlign w:val="center"/>
          </w:tcPr>
          <w:p>
            <w:r/>
            <w:r>
              <w:rPr>
                <w:rFonts w:ascii="Malgun Gothic" w:hAnsi="Malgun Gothic" w:eastAsia="Malgun Gothic"/>
                <w:b w:val="0"/>
                <w:sz w:val="16"/>
              </w:rPr>
              <w:t>READY</w:t>
            </w:r>
          </w:p>
        </w:tc>
        <w:tc>
          <w:tcPr>
            <w:tcW w:type="dxa" w:w="3289"/>
            <w:vAlign w:val="center"/>
          </w:tcPr>
          <w:p>
            <w:r/>
            <w:r>
              <w:rPr>
                <w:rFonts w:ascii="Malgun Gothic" w:hAnsi="Malgun Gothic" w:eastAsia="Malgun Gothic"/>
                <w:b w:val="0"/>
                <w:sz w:val="16"/>
              </w:rPr>
              <w:t>구조 비교</w:t>
            </w:r>
          </w:p>
        </w:tc>
      </w:tr>
      <w:tr>
        <w:trPr>
          <w:cantSplit/>
        </w:trPr>
        <w:tc>
          <w:tcPr>
            <w:tcW w:type="dxa" w:w="3289"/>
            <w:vAlign w:val="center"/>
          </w:tcPr>
          <w:p>
            <w:r/>
            <w:r>
              <w:rPr>
                <w:rFonts w:ascii="Malgun Gothic" w:hAnsi="Malgun Gothic" w:eastAsia="Malgun Gothic"/>
                <w:b w:val="0"/>
                <w:sz w:val="16"/>
              </w:rPr>
              <w:t>턴 수/세그먼트 수</w:t>
            </w:r>
          </w:p>
        </w:tc>
        <w:tc>
          <w:tcPr>
            <w:tcW w:type="dxa" w:w="3289"/>
            <w:vAlign w:val="center"/>
          </w:tcPr>
          <w:p>
            <w:r/>
            <w:r>
              <w:rPr>
                <w:rFonts w:ascii="Malgun Gothic" w:hAnsi="Malgun Gothic" w:eastAsia="Malgun Gothic"/>
                <w:b w:val="0"/>
                <w:sz w:val="16"/>
              </w:rPr>
              <w:t>READY</w:t>
            </w:r>
          </w:p>
        </w:tc>
        <w:tc>
          <w:tcPr>
            <w:tcW w:type="dxa" w:w="3289"/>
            <w:vAlign w:val="center"/>
          </w:tcPr>
          <w:p>
            <w:r/>
            <w:r>
              <w:rPr>
                <w:rFonts w:ascii="Malgun Gothic" w:hAnsi="Malgun Gothic" w:eastAsia="Malgun Gothic"/>
                <w:b w:val="0"/>
                <w:sz w:val="16"/>
              </w:rPr>
              <w:t>상호작용 강도 후보</w:t>
            </w:r>
          </w:p>
        </w:tc>
      </w:tr>
      <w:tr>
        <w:trPr>
          <w:cantSplit/>
        </w:trPr>
        <w:tc>
          <w:tcPr>
            <w:tcW w:type="dxa" w:w="3289"/>
            <w:vAlign w:val="center"/>
          </w:tcPr>
          <w:p>
            <w:r/>
            <w:r>
              <w:rPr>
                <w:rFonts w:ascii="Malgun Gothic" w:hAnsi="Malgun Gothic" w:eastAsia="Malgun Gothic"/>
                <w:b w:val="0"/>
                <w:sz w:val="16"/>
              </w:rPr>
              <w:t>S0→S1 응답쌍</w:t>
            </w:r>
          </w:p>
        </w:tc>
        <w:tc>
          <w:tcPr>
            <w:tcW w:type="dxa" w:w="3289"/>
            <w:vAlign w:val="center"/>
          </w:tcPr>
          <w:p>
            <w:r/>
            <w:r>
              <w:rPr>
                <w:rFonts w:ascii="Malgun Gothic" w:hAnsi="Malgun Gothic" w:eastAsia="Malgun Gothic"/>
                <w:b w:val="0"/>
                <w:sz w:val="16"/>
              </w:rPr>
              <w:t>READY</w:t>
            </w:r>
          </w:p>
        </w:tc>
        <w:tc>
          <w:tcPr>
            <w:tcW w:type="dxa" w:w="3289"/>
            <w:vAlign w:val="center"/>
          </w:tcPr>
          <w:p>
            <w:r/>
            <w:r>
              <w:rPr>
                <w:rFonts w:ascii="Malgun Gothic" w:hAnsi="Malgun Gothic" w:eastAsia="Malgun Gothic"/>
                <w:b w:val="0"/>
                <w:sz w:val="16"/>
              </w:rPr>
              <w:t>시간 순서 후보</w:t>
            </w:r>
          </w:p>
        </w:tc>
      </w:tr>
    </w:tbl>
    <w:p/>
    <w:p>
      <w:r>
        <w:rPr>
          <w:b/>
        </w:rPr>
        <w:t>표 9-2. 미완료 stress 지표</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지표</w:t>
            </w:r>
          </w:p>
        </w:tc>
        <w:tc>
          <w:tcPr>
            <w:tcW w:type="dxa" w:w="3289"/>
          </w:tcPr>
          <w:p>
            <w:r/>
            <w:r>
              <w:rPr>
                <w:rFonts w:ascii="Malgun Gothic" w:hAnsi="Malgun Gothic" w:eastAsia="Malgun Gothic"/>
                <w:b/>
                <w:sz w:val="16"/>
              </w:rPr>
              <w:t>상태</w:t>
            </w:r>
          </w:p>
        </w:tc>
        <w:tc>
          <w:tcPr>
            <w:tcW w:type="dxa" w:w="3289"/>
          </w:tcPr>
          <w:p>
            <w:r/>
            <w:r>
              <w:rPr>
                <w:rFonts w:ascii="Malgun Gothic" w:hAnsi="Malgun Gothic" w:eastAsia="Malgun Gothic"/>
                <w:b/>
                <w:sz w:val="16"/>
              </w:rPr>
              <w:t>필요 조건</w:t>
            </w:r>
          </w:p>
        </w:tc>
      </w:tr>
      <w:tr>
        <w:trPr>
          <w:cantSplit/>
        </w:trPr>
        <w:tc>
          <w:tcPr>
            <w:tcW w:type="dxa" w:w="3289"/>
            <w:vAlign w:val="center"/>
          </w:tcPr>
          <w:p>
            <w:r/>
            <w:r>
              <w:rPr>
                <w:rFonts w:ascii="Malgun Gothic" w:hAnsi="Malgun Gothic" w:eastAsia="Malgun Gothic"/>
                <w:b w:val="0"/>
                <w:sz w:val="16"/>
              </w:rPr>
              <w:t>S0 stress 평균</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segment STT/WPM/stress</w:t>
            </w:r>
          </w:p>
        </w:tc>
      </w:tr>
      <w:tr>
        <w:trPr>
          <w:cantSplit/>
        </w:trPr>
        <w:tc>
          <w:tcPr>
            <w:tcW w:type="dxa" w:w="3289"/>
            <w:vAlign w:val="center"/>
          </w:tcPr>
          <w:p>
            <w:r/>
            <w:r>
              <w:rPr>
                <w:rFonts w:ascii="Malgun Gothic" w:hAnsi="Malgun Gothic" w:eastAsia="Malgun Gothic"/>
                <w:b w:val="0"/>
                <w:sz w:val="16"/>
              </w:rPr>
              <w:t>S1 stress 평균</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segment STT/WPM/stress</w:t>
            </w:r>
          </w:p>
        </w:tc>
      </w:tr>
      <w:tr>
        <w:trPr>
          <w:cantSplit/>
        </w:trPr>
        <w:tc>
          <w:tcPr>
            <w:tcW w:type="dxa" w:w="3289"/>
            <w:vAlign w:val="center"/>
          </w:tcPr>
          <w:p>
            <w:r/>
            <w:r>
              <w:rPr>
                <w:rFonts w:ascii="Malgun Gothic" w:hAnsi="Malgun Gothic" w:eastAsia="Malgun Gothic"/>
                <w:b w:val="0"/>
                <w:sz w:val="16"/>
              </w:rPr>
              <w:t>S0 stress→S1 stress</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응답쌍 stress 병합</w:t>
            </w:r>
          </w:p>
        </w:tc>
      </w:tr>
      <w:tr>
        <w:trPr>
          <w:cantSplit/>
        </w:trPr>
        <w:tc>
          <w:tcPr>
            <w:tcW w:type="dxa" w:w="3289"/>
            <w:vAlign w:val="center"/>
          </w:tcPr>
          <w:p>
            <w:r/>
            <w:r>
              <w:rPr>
                <w:rFonts w:ascii="Malgun Gothic" w:hAnsi="Malgun Gothic" w:eastAsia="Malgun Gothic"/>
                <w:b w:val="0"/>
                <w:sz w:val="16"/>
              </w:rPr>
              <w:t>high-stress segment</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stress_score 완료</w:t>
            </w:r>
          </w:p>
        </w:tc>
      </w:tr>
    </w:tbl>
    <w:p/>
    <w:p>
      <w:r>
        <w:rPr>
          <w:b/>
        </w:rPr>
        <w:t>표 9-Q.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화자 후보별 발화량·비중·턴·응답 구조는 어떤 패턴을 보이는가?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stress 관련 분석은 현재 어디까지 가능한가?</w:t>
            </w:r>
          </w:p>
        </w:tc>
      </w:tr>
    </w:tbl>
    <w:p/>
    <w:p>
      <w:r>
        <w:rPr>
          <w:b/>
        </w:rPr>
        <w:t>표 9-M.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Speaker descriptive statistics</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Turn and speech-ratio analysis</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Sequential association candidates</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READY/PENDING separation</w:t>
            </w:r>
          </w:p>
        </w:tc>
      </w:tr>
    </w:tbl>
    <w:p/>
    <w:p>
      <w:pPr>
        <w:pStyle w:val="Heading2"/>
      </w:pPr>
      <w:r>
        <w:t>분석 그림 및 도식</w:t>
      </w:r>
    </w:p>
    <w:p>
      <w:pPr>
        <w:jc w:val="center"/>
      </w:pPr>
      <w:r>
        <w:rPr>
          <w:b/>
        </w:rPr>
        <w:t>그림 9-1. 화자별 분석 READY/PENDING</w:t>
      </w:r>
    </w:p>
    <w:p>
      <w:pPr>
        <w:jc w:val="center"/>
      </w:pPr>
      <w:r>
        <w:drawing>
          <wp:inline xmlns:a="http://schemas.openxmlformats.org/drawingml/2006/main" xmlns:pic="http://schemas.openxmlformats.org/drawingml/2006/picture">
            <wp:extent cx="5806440" cy="2997216"/>
            <wp:docPr id="47" name="Picture 47"/>
            <wp:cNvGraphicFramePr>
              <a:graphicFrameLocks noChangeAspect="1"/>
            </wp:cNvGraphicFramePr>
            <a:graphic>
              <a:graphicData uri="http://schemas.openxmlformats.org/drawingml/2006/picture">
                <pic:pic>
                  <pic:nvPicPr>
                    <pic:cNvPr id="0" name="ch9_ready_pending_v215.png"/>
                    <pic:cNvPicPr/>
                  </pic:nvPicPr>
                  <pic:blipFill>
                    <a:blip r:embed="rId48"/>
                    <a:stretch>
                      <a:fillRect/>
                    </a:stretch>
                  </pic:blipFill>
                  <pic:spPr>
                    <a:xfrm>
                      <a:off x="0" y="0"/>
                      <a:ext cx="5806440" cy="2997216"/>
                    </a:xfrm>
                    <a:prstGeom prst="rect"/>
                  </pic:spPr>
                </pic:pic>
              </a:graphicData>
            </a:graphic>
          </wp:inline>
        </w:drawing>
      </w:r>
    </w:p>
    <w:p>
      <w:pPr>
        <w:jc w:val="center"/>
      </w:pPr>
      <w:r>
        <w:rPr>
          <w:b/>
        </w:rPr>
        <w:t>그림 9-2. 화자별 구조 분석 흐름</w:t>
      </w:r>
    </w:p>
    <w:p>
      <w:pPr>
        <w:jc w:val="center"/>
      </w:pPr>
      <w:r>
        <w:drawing>
          <wp:inline xmlns:a="http://schemas.openxmlformats.org/drawingml/2006/main" xmlns:pic="http://schemas.openxmlformats.org/drawingml/2006/picture">
            <wp:extent cx="5806440" cy="3000763"/>
            <wp:docPr id="48" name="Picture 48"/>
            <wp:cNvGraphicFramePr>
              <a:graphicFrameLocks noChangeAspect="1"/>
            </wp:cNvGraphicFramePr>
            <a:graphic>
              <a:graphicData uri="http://schemas.openxmlformats.org/drawingml/2006/picture">
                <pic:pic>
                  <pic:nvPicPr>
                    <pic:cNvPr id="0" name="ch9_structure_v215.png"/>
                    <pic:cNvPicPr/>
                  </pic:nvPicPr>
                  <pic:blipFill>
                    <a:blip r:embed="rId49"/>
                    <a:stretch>
                      <a:fillRect/>
                    </a:stretch>
                  </pic:blipFill>
                  <pic:spPr>
                    <a:xfrm>
                      <a:off x="0" y="0"/>
                      <a:ext cx="5806440" cy="3000763"/>
                    </a:xfrm>
                    <a:prstGeom prst="rect"/>
                  </pic:spPr>
                </pic:pic>
              </a:graphicData>
            </a:graphic>
          </wp:inline>
        </w:drawing>
      </w:r>
    </w:p>
    <w:p>
      <w:pPr>
        <w:jc w:val="center"/>
      </w:pPr>
      <w:r>
        <w:rPr>
          <w:b/>
        </w:rPr>
        <w:t>그림 9-3. 가능한 해석과 보류 해석</w:t>
      </w:r>
    </w:p>
    <w:p>
      <w:pPr>
        <w:jc w:val="center"/>
      </w:pPr>
      <w:r>
        <w:drawing>
          <wp:inline xmlns:a="http://schemas.openxmlformats.org/drawingml/2006/main" xmlns:pic="http://schemas.openxmlformats.org/drawingml/2006/picture">
            <wp:extent cx="5806440" cy="2997216"/>
            <wp:docPr id="49" name="Picture 49"/>
            <wp:cNvGraphicFramePr>
              <a:graphicFrameLocks noChangeAspect="1"/>
            </wp:cNvGraphicFramePr>
            <a:graphic>
              <a:graphicData uri="http://schemas.openxmlformats.org/drawingml/2006/picture">
                <pic:pic>
                  <pic:nvPicPr>
                    <pic:cNvPr id="0" name="ch9_claim_v215.png"/>
                    <pic:cNvPicPr/>
                  </pic:nvPicPr>
                  <pic:blipFill>
                    <a:blip r:embed="rId50"/>
                    <a:stretch>
                      <a:fillRect/>
                    </a:stretch>
                  </pic:blipFill>
                  <pic:spPr>
                    <a:xfrm>
                      <a:off x="0" y="0"/>
                      <a:ext cx="5806440" cy="2997216"/>
                    </a:xfrm>
                    <a:prstGeom prst="rect"/>
                  </pic:spPr>
                </pic:pic>
              </a:graphicData>
            </a:graphic>
          </wp:inline>
        </w:drawing>
      </w:r>
    </w:p>
    <w:p>
      <w:pPr>
        <w:pStyle w:val="Heading2"/>
      </w:pPr>
      <w:r>
        <w:t>원본 분석 산출물 연계</w:t>
      </w:r>
    </w:p>
    <w:p>
      <w:r>
        <w:t>대용량 표의 앞/뒤 표본 및 구조 포함; 원본 전수 행은 데이터 부록 ZIP 포함</w:t>
      </w:r>
    </w:p>
    <w:p>
      <w:r>
        <w:rPr>
          <w:b/>
        </w:rPr>
        <w:t>산출물 CSV: research_continuity/26_speaker_level_stress_interaction_v201/speaker_interaction_types_v201.csv (행 1,004, 열 4)</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4"/>
              </w:rPr>
              <w:t>call_id</w:t>
            </w:r>
          </w:p>
        </w:tc>
        <w:tc>
          <w:tcPr>
            <w:tcW w:type="dxa" w:w="2466"/>
          </w:tcPr>
          <w:p>
            <w:r/>
            <w:r>
              <w:rPr>
                <w:rFonts w:ascii="Malgun Gothic" w:hAnsi="Malgun Gothic" w:eastAsia="Malgun Gothic"/>
                <w:b/>
                <w:sz w:val="14"/>
              </w:rPr>
              <w:t>interaction_type</w:t>
            </w:r>
          </w:p>
        </w:tc>
        <w:tc>
          <w:tcPr>
            <w:tcW w:type="dxa" w:w="2466"/>
          </w:tcPr>
          <w:p>
            <w:r/>
            <w:r>
              <w:rPr>
                <w:rFonts w:ascii="Malgun Gothic" w:hAnsi="Malgun Gothic" w:eastAsia="Malgun Gothic"/>
                <w:b/>
                <w:sz w:val="14"/>
              </w:rPr>
              <w:t>basis</w:t>
            </w:r>
          </w:p>
        </w:tc>
        <w:tc>
          <w:tcPr>
            <w:tcW w:type="dxa" w:w="2466"/>
          </w:tcPr>
          <w:p>
            <w:r/>
            <w:r>
              <w:rPr>
                <w:rFonts w:ascii="Malgun Gothic" w:hAnsi="Malgun Gothic" w:eastAsia="Malgun Gothic"/>
                <w:b/>
                <w:sz w:val="14"/>
              </w:rPr>
              <w:t>role_mapping</w:t>
            </w:r>
          </w:p>
        </w:tc>
      </w:tr>
      <w:tr>
        <w:trPr>
          <w:cantSplit/>
        </w:trPr>
        <w:tc>
          <w:tcPr>
            <w:tcW w:type="dxa" w:w="2466"/>
            <w:vAlign w:val="center"/>
          </w:tcPr>
          <w:p>
            <w:r/>
            <w:r>
              <w:rPr>
                <w:rFonts w:ascii="Malgun Gothic" w:hAnsi="Malgun Gothic" w:eastAsia="Malgun Gothic"/>
                <w:b w:val="0"/>
                <w:sz w:val="14"/>
              </w:rPr>
              <w:t>__SUMMARY__</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count</w:t>
            </w:r>
          </w:p>
        </w:tc>
        <w:tc>
          <w:tcPr>
            <w:tcW w:type="dxa" w:w="2466"/>
            <w:vAlign w:val="center"/>
          </w:tcPr>
          <w:p>
            <w:r/>
            <w:r>
              <w:rPr>
                <w:rFonts w:ascii="Malgun Gothic" w:hAnsi="Malgun Gothic" w:eastAsia="Malgun Gothic"/>
                <w:b w:val="0"/>
                <w:sz w:val="14"/>
              </w:rPr>
              <w:t>179</w:t>
            </w:r>
          </w:p>
        </w:tc>
      </w:tr>
      <w:tr>
        <w:trPr>
          <w:cantSplit/>
        </w:trPr>
        <w:tc>
          <w:tcPr>
            <w:tcW w:type="dxa" w:w="2466"/>
            <w:vAlign w:val="center"/>
          </w:tcPr>
          <w:p>
            <w:r/>
            <w:r>
              <w:rPr>
                <w:rFonts w:ascii="Malgun Gothic" w:hAnsi="Malgun Gothic" w:eastAsia="Malgun Gothic"/>
                <w:b w:val="0"/>
                <w:sz w:val="14"/>
              </w:rPr>
              <w:t>__SUMMARY__</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count</w:t>
            </w:r>
          </w:p>
        </w:tc>
        <w:tc>
          <w:tcPr>
            <w:tcW w:type="dxa" w:w="2466"/>
            <w:vAlign w:val="center"/>
          </w:tcPr>
          <w:p>
            <w:r/>
            <w:r>
              <w:rPr>
                <w:rFonts w:ascii="Malgun Gothic" w:hAnsi="Malgun Gothic" w:eastAsia="Malgun Gothic"/>
                <w:b w:val="0"/>
                <w:sz w:val="14"/>
              </w:rPr>
              <w:t>434</w:t>
            </w:r>
          </w:p>
        </w:tc>
      </w:tr>
      <w:tr>
        <w:trPr>
          <w:cantSplit/>
        </w:trPr>
        <w:tc>
          <w:tcPr>
            <w:tcW w:type="dxa" w:w="2466"/>
            <w:vAlign w:val="center"/>
          </w:tcPr>
          <w:p>
            <w:r/>
            <w:r>
              <w:rPr>
                <w:rFonts w:ascii="Malgun Gothic" w:hAnsi="Malgun Gothic" w:eastAsia="Malgun Gothic"/>
                <w:b w:val="0"/>
                <w:sz w:val="14"/>
              </w:rPr>
              <w:t>__SUMMARY__</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count</w:t>
            </w:r>
          </w:p>
        </w:tc>
        <w:tc>
          <w:tcPr>
            <w:tcW w:type="dxa" w:w="2466"/>
            <w:vAlign w:val="center"/>
          </w:tcPr>
          <w:p>
            <w:r/>
            <w:r>
              <w:rPr>
                <w:rFonts w:ascii="Malgun Gothic" w:hAnsi="Malgun Gothic" w:eastAsia="Malgun Gothic"/>
                <w:b w:val="0"/>
                <w:sz w:val="14"/>
              </w:rPr>
              <w:t>347</w:t>
            </w:r>
          </w:p>
        </w:tc>
      </w:tr>
      <w:tr>
        <w:trPr>
          <w:cantSplit/>
        </w:trPr>
        <w:tc>
          <w:tcPr>
            <w:tcW w:type="dxa" w:w="2466"/>
            <w:vAlign w:val="center"/>
          </w:tcPr>
          <w:p>
            <w:r/>
            <w:r>
              <w:rPr>
                <w:rFonts w:ascii="Malgun Gothic" w:hAnsi="Malgun Gothic" w:eastAsia="Malgun Gothic"/>
                <w:b w:val="0"/>
                <w:sz w:val="14"/>
              </w:rPr>
              <w:t>__SUMMARY__</w:t>
            </w:r>
          </w:p>
        </w:tc>
        <w:tc>
          <w:tcPr>
            <w:tcW w:type="dxa" w:w="2466"/>
            <w:vAlign w:val="center"/>
          </w:tcPr>
          <w:p>
            <w:r/>
            <w:r>
              <w:rPr>
                <w:rFonts w:ascii="Malgun Gothic" w:hAnsi="Malgun Gothic" w:eastAsia="Malgun Gothic"/>
                <w:b w:val="0"/>
                <w:sz w:val="14"/>
              </w:rPr>
              <w:t>Type E: SPEAKER_01 zero-slot</w:t>
            </w:r>
          </w:p>
        </w:tc>
        <w:tc>
          <w:tcPr>
            <w:tcW w:type="dxa" w:w="2466"/>
            <w:vAlign w:val="center"/>
          </w:tcPr>
          <w:p>
            <w:r/>
            <w:r>
              <w:rPr>
                <w:rFonts w:ascii="Malgun Gothic" w:hAnsi="Malgun Gothic" w:eastAsia="Malgun Gothic"/>
                <w:b w:val="0"/>
                <w:sz w:val="14"/>
              </w:rPr>
              <w:t>count</w:t>
            </w:r>
          </w:p>
        </w:tc>
        <w:tc>
          <w:tcPr>
            <w:tcW w:type="dxa" w:w="2466"/>
            <w:vAlign w:val="center"/>
          </w:tcPr>
          <w:p>
            <w:r/>
            <w:r>
              <w:rPr>
                <w:rFonts w:ascii="Malgun Gothic" w:hAnsi="Malgun Gothic" w:eastAsia="Malgun Gothic"/>
                <w:b w:val="0"/>
                <w:sz w:val="14"/>
              </w:rPr>
              <w:t>40</w:t>
            </w:r>
          </w:p>
        </w:tc>
      </w:tr>
      <w:tr>
        <w:trPr>
          <w:cantSplit/>
        </w:trPr>
        <w:tc>
          <w:tcPr>
            <w:tcW w:type="dxa" w:w="2466"/>
            <w:vAlign w:val="center"/>
          </w:tcPr>
          <w:p>
            <w:r/>
            <w:r>
              <w:rPr>
                <w:rFonts w:ascii="Malgun Gothic" w:hAnsi="Malgun Gothic" w:eastAsia="Malgun Gothic"/>
                <w:b w:val="0"/>
                <w:sz w:val="14"/>
              </w:rPr>
              <w:t>00__350002022300000.wav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00__350002022300001.wav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00__350002022300002.wav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00__350002022300003.wav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00__350002022300004.wav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00__350002022300005.wav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00__350002022300006.wav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00__350002022300007.wav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00__350002022300008.wav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00__350002022300009.wav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00__350002022300010.wav</w:t>
            </w:r>
          </w:p>
        </w:tc>
        <w:tc>
          <w:tcPr>
            <w:tcW w:type="dxa" w:w="2466"/>
            <w:vAlign w:val="center"/>
          </w:tcPr>
          <w:p>
            <w:r/>
            <w:r>
              <w:rPr>
                <w:rFonts w:ascii="Malgun Gothic" w:hAnsi="Malgun Gothic" w:eastAsia="Malgun Gothic"/>
                <w:b w:val="0"/>
                <w:sz w:val="14"/>
              </w:rPr>
              <w:t>Type E: SPEAKER_01 zero-slot</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00__350002022300011.wav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00__350002022300012.wav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00__350002022300013.wav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00__350002022300014.wav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00__350002022300015.wav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00__350002022300016.wav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00__350002022300017.wav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00__350002022300018.wav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00__350002022300019.wav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00__350002022300020.wav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 중간 954행은 전체 데이터 부록 ZIP에 원본으로 포함 ...</w:t>
            </w:r>
          </w:p>
        </w:tc>
        <w:tc>
          <w:tcPr>
            <w:tcW w:type="dxa" w:w="2466"/>
            <w:vAlign w:val="center"/>
          </w:tcPr>
          <w:p>
            <w:r/>
            <w:r>
              <w:rPr>
                <w:rFonts w:ascii="Malgun Gothic" w:hAnsi="Malgun Gothic" w:eastAsia="Malgun Gothic"/>
                <w:b w:val="0"/>
                <w:sz w:val="14"/>
              </w:rPr>
            </w:r>
          </w:p>
        </w:tc>
        <w:tc>
          <w:tcPr>
            <w:tcW w:type="dxa" w:w="2466"/>
            <w:vAlign w:val="center"/>
          </w:tcPr>
          <w:p>
            <w:r/>
            <w:r>
              <w:rPr>
                <w:rFonts w:ascii="Malgun Gothic" w:hAnsi="Malgun Gothic" w:eastAsia="Malgun Gothic"/>
                <w:b w:val="0"/>
                <w:sz w:val="14"/>
              </w:rPr>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09__350002022300975.wav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09__350002022300976.wav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09__350002022300977.wav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09__350002022300978.wav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09__350002022300979.wav</w:t>
            </w:r>
          </w:p>
        </w:tc>
        <w:tc>
          <w:tcPr>
            <w:tcW w:type="dxa" w:w="2466"/>
            <w:vAlign w:val="center"/>
          </w:tcPr>
          <w:p>
            <w:r/>
            <w:r>
              <w:rPr>
                <w:rFonts w:ascii="Malgun Gothic" w:hAnsi="Malgun Gothic" w:eastAsia="Malgun Gothic"/>
                <w:b w:val="0"/>
                <w:sz w:val="14"/>
              </w:rPr>
              <w:t>Type E: SPEAKER_01 zero-slot</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09__350002022300980.wav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09__350002022300981.wav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09__350002022300982.wav</w:t>
            </w:r>
          </w:p>
        </w:tc>
        <w:tc>
          <w:tcPr>
            <w:tcW w:type="dxa" w:w="2466"/>
            <w:vAlign w:val="center"/>
          </w:tcPr>
          <w:p>
            <w:r/>
            <w:r>
              <w:rPr>
                <w:rFonts w:ascii="Malgun Gothic" w:hAnsi="Malgun Gothic" w:eastAsia="Malgun Gothic"/>
                <w:b w:val="0"/>
                <w:sz w:val="14"/>
              </w:rPr>
              <w:t>Type E: SPEAKER_01 zero-slot</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09__350002022300983.wav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09__350002022300984.wav</w:t>
            </w:r>
          </w:p>
        </w:tc>
        <w:tc>
          <w:tcPr>
            <w:tcW w:type="dxa" w:w="2466"/>
            <w:vAlign w:val="center"/>
          </w:tcPr>
          <w:p>
            <w:r/>
            <w:r>
              <w:rPr>
                <w:rFonts w:ascii="Malgun Gothic" w:hAnsi="Malgun Gothic" w:eastAsia="Malgun Gothic"/>
                <w:b w:val="0"/>
                <w:sz w:val="14"/>
              </w:rPr>
              <w:t>Type E: SPEAKER_01 zero-slot</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09__350002022300985.wav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09__350002022300986.wav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09__350002022300987.wav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09__350002022300988.wav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09__350002022300989.wav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09__350002022300990.wav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09__350002022300991.wav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09__350002022300992.wav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09__350002022300993.wav</w:t>
            </w:r>
          </w:p>
        </w:tc>
        <w:tc>
          <w:tcPr>
            <w:tcW w:type="dxa" w:w="2466"/>
            <w:vAlign w:val="center"/>
          </w:tcPr>
          <w:p>
            <w:r/>
            <w:r>
              <w:rPr>
                <w:rFonts w:ascii="Malgun Gothic" w:hAnsi="Malgun Gothic" w:eastAsia="Malgun Gothic"/>
                <w:b w:val="0"/>
                <w:sz w:val="14"/>
              </w:rPr>
              <w:t>Type A: balanced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09__350002022300994.wav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09__350002022300995.wav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09__350002022300996.wav</w:t>
            </w:r>
          </w:p>
        </w:tc>
        <w:tc>
          <w:tcPr>
            <w:tcW w:type="dxa" w:w="2466"/>
            <w:vAlign w:val="center"/>
          </w:tcPr>
          <w:p>
            <w:r/>
            <w:r>
              <w:rPr>
                <w:rFonts w:ascii="Malgun Gothic" w:hAnsi="Malgun Gothic" w:eastAsia="Malgun Gothic"/>
                <w:b w:val="0"/>
                <w:sz w:val="14"/>
              </w:rPr>
              <w:t>Type B: SPEAKER_00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09__350002022300997.wav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09__350002022300998.wav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r>
        <w:trPr>
          <w:cantSplit/>
        </w:trPr>
        <w:tc>
          <w:tcPr>
            <w:tcW w:type="dxa" w:w="2466"/>
            <w:vAlign w:val="center"/>
          </w:tcPr>
          <w:p>
            <w:r/>
            <w:r>
              <w:rPr>
                <w:rFonts w:ascii="Malgun Gothic" w:hAnsi="Malgun Gothic" w:eastAsia="Malgun Gothic"/>
                <w:b w:val="0"/>
                <w:sz w:val="14"/>
              </w:rPr>
              <w:t>09__350002022300999.wav</w:t>
            </w:r>
          </w:p>
        </w:tc>
        <w:tc>
          <w:tcPr>
            <w:tcW w:type="dxa" w:w="2466"/>
            <w:vAlign w:val="center"/>
          </w:tcPr>
          <w:p>
            <w:r/>
            <w:r>
              <w:rPr>
                <w:rFonts w:ascii="Malgun Gothic" w:hAnsi="Malgun Gothic" w:eastAsia="Malgun Gothic"/>
                <w:b w:val="0"/>
                <w:sz w:val="14"/>
              </w:rPr>
              <w:t>Type C: SPEAKER_01 dominant speech ratio</w:t>
            </w:r>
          </w:p>
        </w:tc>
        <w:tc>
          <w:tcPr>
            <w:tcW w:type="dxa" w:w="2466"/>
            <w:vAlign w:val="center"/>
          </w:tcPr>
          <w:p>
            <w:r/>
            <w:r>
              <w:rPr>
                <w:rFonts w:ascii="Malgun Gothic" w:hAnsi="Malgun Gothic" w:eastAsia="Malgun Gothic"/>
                <w:b w:val="0"/>
                <w:sz w:val="14"/>
              </w:rPr>
              <w:t>speech_ratio_gap</w:t>
            </w:r>
          </w:p>
        </w:tc>
        <w:tc>
          <w:tcPr>
            <w:tcW w:type="dxa" w:w="2466"/>
            <w:vAlign w:val="center"/>
          </w:tcPr>
          <w:p>
            <w:r/>
            <w:r>
              <w:rPr>
                <w:rFonts w:ascii="Malgun Gothic" w:hAnsi="Malgun Gothic" w:eastAsia="Malgun Gothic"/>
                <w:b w:val="0"/>
                <w:sz w:val="14"/>
              </w:rPr>
              <w:t>pending</w:t>
            </w:r>
          </w:p>
        </w:tc>
      </w:tr>
    </w:tbl>
    <w:p/>
    <w:p>
      <w:r>
        <w:t>전체 행 포함</w:t>
      </w:r>
    </w:p>
    <w:p>
      <w:r>
        <w:rPr>
          <w:b/>
        </w:rPr>
        <w:t>산출물 CSV: research_continuity/26_speaker_level_stress_interaction_v201/speaker_sequential_association_v201.csv (행 8,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pair_metric</w:t>
            </w:r>
          </w:p>
        </w:tc>
        <w:tc>
          <w:tcPr>
            <w:tcW w:type="dxa" w:w="1644"/>
          </w:tcPr>
          <w:p>
            <w:r/>
            <w:r>
              <w:rPr>
                <w:rFonts w:ascii="Malgun Gothic" w:hAnsi="Malgun Gothic" w:eastAsia="Malgun Gothic"/>
                <w:b/>
                <w:sz w:val="14"/>
              </w:rPr>
              <w:t>correlation</w:t>
            </w:r>
          </w:p>
        </w:tc>
        <w:tc>
          <w:tcPr>
            <w:tcW w:type="dxa" w:w="1644"/>
          </w:tcPr>
          <w:p>
            <w:r/>
            <w:r>
              <w:rPr>
                <w:rFonts w:ascii="Malgun Gothic" w:hAnsi="Malgun Gothic" w:eastAsia="Malgun Gothic"/>
                <w:b/>
                <w:sz w:val="14"/>
              </w:rPr>
              <w:t>p_value</w:t>
            </w:r>
          </w:p>
        </w:tc>
        <w:tc>
          <w:tcPr>
            <w:tcW w:type="dxa" w:w="1644"/>
          </w:tcPr>
          <w:p>
            <w:r/>
            <w:r>
              <w:rPr>
                <w:rFonts w:ascii="Malgun Gothic" w:hAnsi="Malgun Gothic" w:eastAsia="Malgun Gothic"/>
                <w:b/>
                <w:sz w:val="14"/>
              </w:rPr>
              <w:t>n</w:t>
            </w:r>
          </w:p>
        </w:tc>
        <w:tc>
          <w:tcPr>
            <w:tcW w:type="dxa" w:w="1644"/>
          </w:tcPr>
          <w:p>
            <w:r/>
            <w:r>
              <w:rPr>
                <w:rFonts w:ascii="Malgun Gothic" w:hAnsi="Malgun Gothic" w:eastAsia="Malgun Gothic"/>
                <w:b/>
                <w:sz w:val="14"/>
              </w:rPr>
              <w:t>interpretation</w:t>
            </w:r>
          </w:p>
        </w:tc>
        <w:tc>
          <w:tcPr>
            <w:tcW w:type="dxa" w:w="1644"/>
          </w:tcPr>
          <w:p>
            <w:r/>
            <w:r>
              <w:rPr>
                <w:rFonts w:ascii="Malgun Gothic" w:hAnsi="Malgun Gothic" w:eastAsia="Malgun Gothic"/>
                <w:b/>
                <w:sz w:val="14"/>
              </w:rPr>
              <w:t>claim_level</w:t>
            </w:r>
          </w:p>
        </w:tc>
      </w:tr>
      <w:tr>
        <w:trPr>
          <w:cantSplit/>
        </w:trPr>
        <w:tc>
          <w:tcPr>
            <w:tcW w:type="dxa" w:w="1644"/>
            <w:vAlign w:val="center"/>
          </w:tcPr>
          <w:p>
            <w:r/>
            <w:r>
              <w:rPr>
                <w:rFonts w:ascii="Malgun Gothic" w:hAnsi="Malgun Gothic" w:eastAsia="Malgun Gothic"/>
                <w:b w:val="0"/>
                <w:sz w:val="14"/>
              </w:rPr>
              <w:t>S0 total speech sec → S1 total speech sec</w:t>
            </w:r>
          </w:p>
        </w:tc>
        <w:tc>
          <w:tcPr>
            <w:tcW w:type="dxa" w:w="1644"/>
            <w:vAlign w:val="center"/>
          </w:tcPr>
          <w:p>
            <w:r/>
            <w:r>
              <w:rPr>
                <w:rFonts w:ascii="Malgun Gothic" w:hAnsi="Malgun Gothic" w:eastAsia="Malgun Gothic"/>
                <w:b w:val="0"/>
                <w:sz w:val="14"/>
              </w:rPr>
              <w:t>0.341355</w:t>
            </w:r>
          </w:p>
        </w:tc>
        <w:tc>
          <w:tcPr>
            <w:tcW w:type="dxa" w:w="1644"/>
            <w:vAlign w:val="center"/>
          </w:tcPr>
          <w:p>
            <w:r/>
            <w:r>
              <w:rPr>
                <w:rFonts w:ascii="Malgun Gothic" w:hAnsi="Malgun Gothic" w:eastAsia="Malgun Gothic"/>
                <w:b w:val="0"/>
                <w:sz w:val="14"/>
              </w:rPr>
              <w:t>1.26501e-27</w:t>
            </w:r>
          </w:p>
        </w:tc>
        <w:tc>
          <w:tcPr>
            <w:tcW w:type="dxa" w:w="1644"/>
            <w:vAlign w:val="center"/>
          </w:tcPr>
          <w:p>
            <w:r/>
            <w:r>
              <w:rPr>
                <w:rFonts w:ascii="Malgun Gothic" w:hAnsi="Malgun Gothic" w:eastAsia="Malgun Gothic"/>
                <w:b w:val="0"/>
                <w:sz w:val="14"/>
              </w:rPr>
              <w:t>960</w:t>
            </w:r>
          </w:p>
        </w:tc>
        <w:tc>
          <w:tcPr>
            <w:tcW w:type="dxa" w:w="1644"/>
            <w:vAlign w:val="center"/>
          </w:tcPr>
          <w:p>
            <w:r/>
            <w:r>
              <w:rPr>
                <w:rFonts w:ascii="Malgun Gothic" w:hAnsi="Malgun Gothic" w:eastAsia="Malgun Gothic"/>
                <w:b w:val="0"/>
                <w:sz w:val="14"/>
              </w:rPr>
              <w:t>call-level speech amount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turn count → S1 turn count</w:t>
            </w:r>
          </w:p>
        </w:tc>
        <w:tc>
          <w:tcPr>
            <w:tcW w:type="dxa" w:w="1644"/>
            <w:vAlign w:val="center"/>
          </w:tcPr>
          <w:p>
            <w:r/>
            <w:r>
              <w:rPr>
                <w:rFonts w:ascii="Malgun Gothic" w:hAnsi="Malgun Gothic" w:eastAsia="Malgun Gothic"/>
                <w:b w:val="0"/>
                <w:sz w:val="14"/>
              </w:rPr>
              <w:t>0.862617</w:t>
            </w:r>
          </w:p>
        </w:tc>
        <w:tc>
          <w:tcPr>
            <w:tcW w:type="dxa" w:w="1644"/>
            <w:vAlign w:val="center"/>
          </w:tcPr>
          <w:p>
            <w:r/>
            <w:r>
              <w:rPr>
                <w:rFonts w:ascii="Malgun Gothic" w:hAnsi="Malgun Gothic" w:eastAsia="Malgun Gothic"/>
                <w:b w:val="0"/>
                <w:sz w:val="14"/>
              </w:rPr>
              <w:t>8.5856e-286</w:t>
            </w:r>
          </w:p>
        </w:tc>
        <w:tc>
          <w:tcPr>
            <w:tcW w:type="dxa" w:w="1644"/>
            <w:vAlign w:val="center"/>
          </w:tcPr>
          <w:p>
            <w:r/>
            <w:r>
              <w:rPr>
                <w:rFonts w:ascii="Malgun Gothic" w:hAnsi="Malgun Gothic" w:eastAsia="Malgun Gothic"/>
                <w:b w:val="0"/>
                <w:sz w:val="14"/>
              </w:rPr>
              <w:t>960</w:t>
            </w:r>
          </w:p>
        </w:tc>
        <w:tc>
          <w:tcPr>
            <w:tcW w:type="dxa" w:w="1644"/>
            <w:vAlign w:val="center"/>
          </w:tcPr>
          <w:p>
            <w:r/>
            <w:r>
              <w:rPr>
                <w:rFonts w:ascii="Malgun Gothic" w:hAnsi="Malgun Gothic" w:eastAsia="Malgun Gothic"/>
                <w:b w:val="0"/>
                <w:sz w:val="14"/>
              </w:rPr>
              <w:t>call-level turn count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mean turn duration → S1 mean turn duration</w:t>
            </w:r>
          </w:p>
        </w:tc>
        <w:tc>
          <w:tcPr>
            <w:tcW w:type="dxa" w:w="1644"/>
            <w:vAlign w:val="center"/>
          </w:tcPr>
          <w:p>
            <w:r/>
            <w:r>
              <w:rPr>
                <w:rFonts w:ascii="Malgun Gothic" w:hAnsi="Malgun Gothic" w:eastAsia="Malgun Gothic"/>
                <w:b w:val="0"/>
                <w:sz w:val="14"/>
              </w:rPr>
              <w:t>-0.372985</w:t>
            </w:r>
          </w:p>
        </w:tc>
        <w:tc>
          <w:tcPr>
            <w:tcW w:type="dxa" w:w="1644"/>
            <w:vAlign w:val="center"/>
          </w:tcPr>
          <w:p>
            <w:r/>
            <w:r>
              <w:rPr>
                <w:rFonts w:ascii="Malgun Gothic" w:hAnsi="Malgun Gothic" w:eastAsia="Malgun Gothic"/>
                <w:b w:val="0"/>
                <w:sz w:val="14"/>
              </w:rPr>
              <w:t>4.72794e-33</w:t>
            </w:r>
          </w:p>
        </w:tc>
        <w:tc>
          <w:tcPr>
            <w:tcW w:type="dxa" w:w="1644"/>
            <w:vAlign w:val="center"/>
          </w:tcPr>
          <w:p>
            <w:r/>
            <w:r>
              <w:rPr>
                <w:rFonts w:ascii="Malgun Gothic" w:hAnsi="Malgun Gothic" w:eastAsia="Malgun Gothic"/>
                <w:b w:val="0"/>
                <w:sz w:val="14"/>
              </w:rPr>
              <w:t>960</w:t>
            </w:r>
          </w:p>
        </w:tc>
        <w:tc>
          <w:tcPr>
            <w:tcW w:type="dxa" w:w="1644"/>
            <w:vAlign w:val="center"/>
          </w:tcPr>
          <w:p>
            <w:r/>
            <w:r>
              <w:rPr>
                <w:rFonts w:ascii="Malgun Gothic" w:hAnsi="Malgun Gothic" w:eastAsia="Malgun Gothic"/>
                <w:b w:val="0"/>
                <w:sz w:val="14"/>
              </w:rPr>
              <w:t>call-level mean turn duration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segment duration → next S1 segment duration</w:t>
            </w:r>
          </w:p>
        </w:tc>
        <w:tc>
          <w:tcPr>
            <w:tcW w:type="dxa" w:w="1644"/>
            <w:vAlign w:val="center"/>
          </w:tcPr>
          <w:p>
            <w:r/>
            <w:r>
              <w:rPr>
                <w:rFonts w:ascii="Malgun Gothic" w:hAnsi="Malgun Gothic" w:eastAsia="Malgun Gothic"/>
                <w:b w:val="0"/>
                <w:sz w:val="14"/>
              </w:rPr>
              <w:t>-0.082305</w:t>
            </w:r>
          </w:p>
        </w:tc>
        <w:tc>
          <w:tcPr>
            <w:tcW w:type="dxa" w:w="1644"/>
            <w:vAlign w:val="center"/>
          </w:tcPr>
          <w:p>
            <w:r/>
            <w:r>
              <w:rPr>
                <w:rFonts w:ascii="Malgun Gothic" w:hAnsi="Malgun Gothic" w:eastAsia="Malgun Gothic"/>
                <w:b w:val="0"/>
                <w:sz w:val="14"/>
              </w:rPr>
              <w:t>1.64032e-43</w:t>
            </w:r>
          </w:p>
        </w:tc>
        <w:tc>
          <w:tcPr>
            <w:tcW w:type="dxa" w:w="1644"/>
            <w:vAlign w:val="center"/>
          </w:tcPr>
          <w:p>
            <w:r/>
            <w:r>
              <w:rPr>
                <w:rFonts w:ascii="Malgun Gothic" w:hAnsi="Malgun Gothic" w:eastAsia="Malgun Gothic"/>
                <w:b w:val="0"/>
                <w:sz w:val="14"/>
              </w:rPr>
              <w:t>28149</w:t>
            </w:r>
          </w:p>
        </w:tc>
        <w:tc>
          <w:tcPr>
            <w:tcW w:type="dxa" w:w="1644"/>
            <w:vAlign w:val="center"/>
          </w:tcPr>
          <w:p>
            <w:r/>
            <w:r>
              <w:rPr>
                <w:rFonts w:ascii="Malgun Gothic" w:hAnsi="Malgun Gothic" w:eastAsia="Malgun Gothic"/>
                <w:b w:val="0"/>
                <w:sz w:val="14"/>
              </w:rPr>
              <w:t>response-pair sequential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segment duration → S1 response latency</w:t>
            </w:r>
          </w:p>
        </w:tc>
        <w:tc>
          <w:tcPr>
            <w:tcW w:type="dxa" w:w="1644"/>
            <w:vAlign w:val="center"/>
          </w:tcPr>
          <w:p>
            <w:r/>
            <w:r>
              <w:rPr>
                <w:rFonts w:ascii="Malgun Gothic" w:hAnsi="Malgun Gothic" w:eastAsia="Malgun Gothic"/>
                <w:b w:val="0"/>
                <w:sz w:val="14"/>
              </w:rPr>
              <w:t>0.078083</w:t>
            </w:r>
          </w:p>
        </w:tc>
        <w:tc>
          <w:tcPr>
            <w:tcW w:type="dxa" w:w="1644"/>
            <w:vAlign w:val="center"/>
          </w:tcPr>
          <w:p>
            <w:r/>
            <w:r>
              <w:rPr>
                <w:rFonts w:ascii="Malgun Gothic" w:hAnsi="Malgun Gothic" w:eastAsia="Malgun Gothic"/>
                <w:b w:val="0"/>
                <w:sz w:val="14"/>
              </w:rPr>
              <w:t>2.53106e-39</w:t>
            </w:r>
          </w:p>
        </w:tc>
        <w:tc>
          <w:tcPr>
            <w:tcW w:type="dxa" w:w="1644"/>
            <w:vAlign w:val="center"/>
          </w:tcPr>
          <w:p>
            <w:r/>
            <w:r>
              <w:rPr>
                <w:rFonts w:ascii="Malgun Gothic" w:hAnsi="Malgun Gothic" w:eastAsia="Malgun Gothic"/>
                <w:b w:val="0"/>
                <w:sz w:val="14"/>
              </w:rPr>
              <w:t>28149</w:t>
            </w:r>
          </w:p>
        </w:tc>
        <w:tc>
          <w:tcPr>
            <w:tcW w:type="dxa" w:w="1644"/>
            <w:vAlign w:val="center"/>
          </w:tcPr>
          <w:p>
            <w:r/>
            <w:r>
              <w:rPr>
                <w:rFonts w:ascii="Malgun Gothic" w:hAnsi="Malgun Gothic" w:eastAsia="Malgun Gothic"/>
                <w:b w:val="0"/>
                <w:sz w:val="14"/>
              </w:rPr>
              <w:t>response latency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stress → S1 stress</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0</w:t>
            </w:r>
          </w:p>
        </w:tc>
        <w:tc>
          <w:tcPr>
            <w:tcW w:type="dxa" w:w="1644"/>
            <w:vAlign w:val="center"/>
          </w:tcPr>
          <w:p>
            <w:r/>
            <w:r>
              <w:rPr>
                <w:rFonts w:ascii="Malgun Gothic" w:hAnsi="Malgun Gothic" w:eastAsia="Malgun Gothic"/>
                <w:b w:val="0"/>
                <w:sz w:val="14"/>
              </w:rPr>
              <w:t>PENDING: segment-level acoustic/STT/stress features are required. Current v201 keeps this as a safe analysis slot, not a claim.</w:t>
            </w:r>
          </w:p>
        </w:tc>
        <w:tc>
          <w:tcPr>
            <w:tcW w:type="dxa" w:w="1644"/>
            <w:vAlign w:val="center"/>
          </w:tcPr>
          <w:p>
            <w:r/>
            <w:r>
              <w:rPr>
                <w:rFonts w:ascii="Malgun Gothic" w:hAnsi="Malgun Gothic" w:eastAsia="Malgun Gothic"/>
                <w:b w:val="0"/>
                <w:sz w:val="14"/>
              </w:rPr>
              <w:t>PENDING_FEATURE_MERGE</w:t>
            </w:r>
          </w:p>
        </w:tc>
      </w:tr>
      <w:tr>
        <w:trPr>
          <w:cantSplit/>
        </w:trPr>
        <w:tc>
          <w:tcPr>
            <w:tcW w:type="dxa" w:w="1644"/>
            <w:vAlign w:val="center"/>
          </w:tcPr>
          <w:p>
            <w:r/>
            <w:r>
              <w:rPr>
                <w:rFonts w:ascii="Malgun Gothic" w:hAnsi="Malgun Gothic" w:eastAsia="Malgun Gothic"/>
                <w:b w:val="0"/>
                <w:sz w:val="14"/>
              </w:rPr>
              <w:t>S0 energy → S1 response latency</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0</w:t>
            </w:r>
          </w:p>
        </w:tc>
        <w:tc>
          <w:tcPr>
            <w:tcW w:type="dxa" w:w="1644"/>
            <w:vAlign w:val="center"/>
          </w:tcPr>
          <w:p>
            <w:r/>
            <w:r>
              <w:rPr>
                <w:rFonts w:ascii="Malgun Gothic" w:hAnsi="Malgun Gothic" w:eastAsia="Malgun Gothic"/>
                <w:b w:val="0"/>
                <w:sz w:val="14"/>
              </w:rPr>
              <w:t>PENDING: segment-level acoustic/STT/stress features are required. Current v201 keeps this as a safe analysis slot, not a claim.</w:t>
            </w:r>
          </w:p>
        </w:tc>
        <w:tc>
          <w:tcPr>
            <w:tcW w:type="dxa" w:w="1644"/>
            <w:vAlign w:val="center"/>
          </w:tcPr>
          <w:p>
            <w:r/>
            <w:r>
              <w:rPr>
                <w:rFonts w:ascii="Malgun Gothic" w:hAnsi="Malgun Gothic" w:eastAsia="Malgun Gothic"/>
                <w:b w:val="0"/>
                <w:sz w:val="14"/>
              </w:rPr>
              <w:t>PENDING_FEATURE_MERGE</w:t>
            </w:r>
          </w:p>
        </w:tc>
      </w:tr>
      <w:tr>
        <w:trPr>
          <w:cantSplit/>
        </w:trPr>
        <w:tc>
          <w:tcPr>
            <w:tcW w:type="dxa" w:w="1644"/>
            <w:vAlign w:val="center"/>
          </w:tcPr>
          <w:p>
            <w:r/>
            <w:r>
              <w:rPr>
                <w:rFonts w:ascii="Malgun Gothic" w:hAnsi="Malgun Gothic" w:eastAsia="Malgun Gothic"/>
                <w:b w:val="0"/>
                <w:sz w:val="14"/>
              </w:rPr>
              <w:t>S0 wpm → S1 wpm</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0</w:t>
            </w:r>
          </w:p>
        </w:tc>
        <w:tc>
          <w:tcPr>
            <w:tcW w:type="dxa" w:w="1644"/>
            <w:vAlign w:val="center"/>
          </w:tcPr>
          <w:p>
            <w:r/>
            <w:r>
              <w:rPr>
                <w:rFonts w:ascii="Malgun Gothic" w:hAnsi="Malgun Gothic" w:eastAsia="Malgun Gothic"/>
                <w:b w:val="0"/>
                <w:sz w:val="14"/>
              </w:rPr>
              <w:t>PENDING: segment-level acoustic/STT/stress features are required. Current v201 keeps this as a safe analysis slot, not a claim.</w:t>
            </w:r>
          </w:p>
        </w:tc>
        <w:tc>
          <w:tcPr>
            <w:tcW w:type="dxa" w:w="1644"/>
            <w:vAlign w:val="center"/>
          </w:tcPr>
          <w:p>
            <w:r/>
            <w:r>
              <w:rPr>
                <w:rFonts w:ascii="Malgun Gothic" w:hAnsi="Malgun Gothic" w:eastAsia="Malgun Gothic"/>
                <w:b w:val="0"/>
                <w:sz w:val="14"/>
              </w:rPr>
              <w:t>PENDING_FEATURE_MERGE</w:t>
            </w:r>
          </w:p>
        </w:tc>
      </w:tr>
    </w:tbl>
    <w:p/>
    <w:p>
      <w:pPr>
        <w:pStyle w:val="Heading2"/>
      </w:pPr>
      <w:r>
        <w:t>결과 해석</w:t>
      </w:r>
    </w:p>
    <w:p>
      <w:r>
        <w:t>현재 결과는 상호작용 구조의 기술통계와 시간 순서 후보 분석으로 활용할 수 있다.</w:t>
      </w:r>
    </w:p>
    <w:p>
      <w:pPr>
        <w:pStyle w:val="Heading2"/>
      </w:pPr>
      <w:r>
        <w:t>한계 및 논문 반영 기준</w:t>
      </w:r>
    </w:p>
    <w:p>
      <w:r>
        <w:t>stress 관련 결론과 고객/상담사 역할 기반 결론은 보류한다.</w:t>
      </w:r>
    </w:p>
    <w:p>
      <w:r>
        <w:br w:type="page"/>
      </w:r>
    </w:p>
    <w:p>
      <w:pPr>
        <w:pStyle w:val="Heading1"/>
      </w:pPr>
      <w:r>
        <w:t>10. TIIS 제출용 표·그림 상세보고서</w:t>
      </w:r>
    </w:p>
    <w:p>
      <w:pPr>
        <w:pStyle w:val="Heading2"/>
      </w:pPr>
      <w:r>
        <w:t>논문 작성용 상세 본문</w:t>
      </w:r>
    </w:p>
    <w:p>
      <w:r>
        <w:t>10번은 TIIS 확장 논문에 사용할 데이터셋 요약, 화자분리 결과, 화자별 기술통계, 순차 연관성, 고스트레스 세그먼트 표와 그림 후보를 정리한다.</w:t>
      </w:r>
    </w:p>
    <w:p>
      <w:r>
        <w:t>현재 Table 1~3의 데이터/구조 항목은 활용할 수 있지만, Table 4~5의 stress 관련 값은 segment-level stress가 완료될 때까지 PENDING으로 유지한다.</w:t>
      </w:r>
    </w:p>
    <w:p>
      <w:r>
        <w:t>문서에는 준비된 표와 미완료 표를 구분해 표시하여 연구 진행 상태를 투명하게 제시한다.</w:t>
      </w:r>
    </w:p>
    <w:p>
      <w:r>
        <w:t>TIIS용 산출물은 데이터셋 요약, 화자분리 결과, 화자 구조 기술통계, 순차 연관성, 고스트레스 세그먼트 표로 구성된다.</w:t>
      </w:r>
    </w:p>
    <w:p>
      <w:r>
        <w:t>현재 데이터셋과 화자분리 구조는 준비됐고 화자별 구조 통계는 부분적으로 준비됐다. stress 연관 표와 고스트레스 표는 미완료이다.</w:t>
      </w:r>
    </w:p>
    <w:p>
      <w:r>
        <w:t>제출용 표·그림에는 READY, PARTIAL, PENDING 상태를 명시해 값이 없는 표를 임의로 채우지 않는다.</w:t>
      </w:r>
    </w:p>
    <w:p>
      <w:pPr>
        <w:pStyle w:val="Heading2"/>
      </w:pPr>
      <w:r>
        <w:t>분석 수치 및 결과표</w:t>
      </w:r>
    </w:p>
    <w:p>
      <w:r>
        <w:rPr>
          <w:b/>
        </w:rPr>
        <w:t>표 10-1. TIIS 표 준비 상태</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표</w:t>
            </w:r>
          </w:p>
        </w:tc>
        <w:tc>
          <w:tcPr>
            <w:tcW w:type="dxa" w:w="3289"/>
          </w:tcPr>
          <w:p>
            <w:r/>
            <w:r>
              <w:rPr>
                <w:rFonts w:ascii="Malgun Gothic" w:hAnsi="Malgun Gothic" w:eastAsia="Malgun Gothic"/>
                <w:b/>
                <w:sz w:val="16"/>
              </w:rPr>
              <w:t>내용</w:t>
            </w:r>
          </w:p>
        </w:tc>
        <w:tc>
          <w:tcPr>
            <w:tcW w:type="dxa" w:w="3289"/>
          </w:tcPr>
          <w:p>
            <w:r/>
            <w:r>
              <w:rPr>
                <w:rFonts w:ascii="Malgun Gothic" w:hAnsi="Malgun Gothic" w:eastAsia="Malgun Gothic"/>
                <w:b/>
                <w:sz w:val="16"/>
              </w:rPr>
              <w:t>상태</w:t>
            </w:r>
          </w:p>
        </w:tc>
      </w:tr>
      <w:tr>
        <w:trPr>
          <w:cantSplit/>
        </w:trPr>
        <w:tc>
          <w:tcPr>
            <w:tcW w:type="dxa" w:w="3289"/>
            <w:vAlign w:val="center"/>
          </w:tcPr>
          <w:p>
            <w:r/>
            <w:r>
              <w:rPr>
                <w:rFonts w:ascii="Malgun Gothic" w:hAnsi="Malgun Gothic" w:eastAsia="Malgun Gothic"/>
                <w:b w:val="0"/>
                <w:sz w:val="16"/>
              </w:rPr>
              <w:t>Table 1</w:t>
            </w:r>
          </w:p>
        </w:tc>
        <w:tc>
          <w:tcPr>
            <w:tcW w:type="dxa" w:w="3289"/>
            <w:vAlign w:val="center"/>
          </w:tcPr>
          <w:p>
            <w:r/>
            <w:r>
              <w:rPr>
                <w:rFonts w:ascii="Malgun Gothic" w:hAnsi="Malgun Gothic" w:eastAsia="Malgun Gothic"/>
                <w:b w:val="0"/>
                <w:sz w:val="16"/>
              </w:rPr>
              <w:t>Dataset summary</w:t>
            </w:r>
          </w:p>
        </w:tc>
        <w:tc>
          <w:tcPr>
            <w:tcW w:type="dxa" w:w="3289"/>
            <w:vAlign w:val="center"/>
          </w:tcPr>
          <w:p>
            <w:r/>
            <w:r>
              <w:rPr>
                <w:rFonts w:ascii="Malgun Gothic" w:hAnsi="Malgun Gothic" w:eastAsia="Malgun Gothic"/>
                <w:b w:val="0"/>
                <w:sz w:val="16"/>
              </w:rPr>
              <w:t>READY</w:t>
            </w:r>
          </w:p>
        </w:tc>
      </w:tr>
      <w:tr>
        <w:trPr>
          <w:cantSplit/>
        </w:trPr>
        <w:tc>
          <w:tcPr>
            <w:tcW w:type="dxa" w:w="3289"/>
            <w:vAlign w:val="center"/>
          </w:tcPr>
          <w:p>
            <w:r/>
            <w:r>
              <w:rPr>
                <w:rFonts w:ascii="Malgun Gothic" w:hAnsi="Malgun Gothic" w:eastAsia="Malgun Gothic"/>
                <w:b w:val="0"/>
                <w:sz w:val="16"/>
              </w:rPr>
              <w:t>Table 2</w:t>
            </w:r>
          </w:p>
        </w:tc>
        <w:tc>
          <w:tcPr>
            <w:tcW w:type="dxa" w:w="3289"/>
            <w:vAlign w:val="center"/>
          </w:tcPr>
          <w:p>
            <w:r/>
            <w:r>
              <w:rPr>
                <w:rFonts w:ascii="Malgun Gothic" w:hAnsi="Malgun Gothic" w:eastAsia="Malgun Gothic"/>
                <w:b w:val="0"/>
                <w:sz w:val="16"/>
              </w:rPr>
              <w:t>Diarization/slot summary</w:t>
            </w:r>
          </w:p>
        </w:tc>
        <w:tc>
          <w:tcPr>
            <w:tcW w:type="dxa" w:w="3289"/>
            <w:vAlign w:val="center"/>
          </w:tcPr>
          <w:p>
            <w:r/>
            <w:r>
              <w:rPr>
                <w:rFonts w:ascii="Malgun Gothic" w:hAnsi="Malgun Gothic" w:eastAsia="Malgun Gothic"/>
                <w:b w:val="0"/>
                <w:sz w:val="16"/>
              </w:rPr>
              <w:t>READY</w:t>
            </w:r>
          </w:p>
        </w:tc>
      </w:tr>
      <w:tr>
        <w:trPr>
          <w:cantSplit/>
        </w:trPr>
        <w:tc>
          <w:tcPr>
            <w:tcW w:type="dxa" w:w="3289"/>
            <w:vAlign w:val="center"/>
          </w:tcPr>
          <w:p>
            <w:r/>
            <w:r>
              <w:rPr>
                <w:rFonts w:ascii="Malgun Gothic" w:hAnsi="Malgun Gothic" w:eastAsia="Malgun Gothic"/>
                <w:b w:val="0"/>
                <w:sz w:val="16"/>
              </w:rPr>
              <w:t>Table 3</w:t>
            </w:r>
          </w:p>
        </w:tc>
        <w:tc>
          <w:tcPr>
            <w:tcW w:type="dxa" w:w="3289"/>
            <w:vAlign w:val="center"/>
          </w:tcPr>
          <w:p>
            <w:r/>
            <w:r>
              <w:rPr>
                <w:rFonts w:ascii="Malgun Gothic" w:hAnsi="Malgun Gothic" w:eastAsia="Malgun Gothic"/>
                <w:b w:val="0"/>
                <w:sz w:val="16"/>
              </w:rPr>
              <w:t>Speaker descriptive statistics</w:t>
            </w:r>
          </w:p>
        </w:tc>
        <w:tc>
          <w:tcPr>
            <w:tcW w:type="dxa" w:w="3289"/>
            <w:vAlign w:val="center"/>
          </w:tcPr>
          <w:p>
            <w:r/>
            <w:r>
              <w:rPr>
                <w:rFonts w:ascii="Malgun Gothic" w:hAnsi="Malgun Gothic" w:eastAsia="Malgun Gothic"/>
                <w:b w:val="0"/>
                <w:sz w:val="16"/>
              </w:rPr>
              <w:t>PARTIAL READY</w:t>
            </w:r>
          </w:p>
        </w:tc>
      </w:tr>
      <w:tr>
        <w:trPr>
          <w:cantSplit/>
        </w:trPr>
        <w:tc>
          <w:tcPr>
            <w:tcW w:type="dxa" w:w="3289"/>
            <w:vAlign w:val="center"/>
          </w:tcPr>
          <w:p>
            <w:r/>
            <w:r>
              <w:rPr>
                <w:rFonts w:ascii="Malgun Gothic" w:hAnsi="Malgun Gothic" w:eastAsia="Malgun Gothic"/>
                <w:b w:val="0"/>
                <w:sz w:val="16"/>
              </w:rPr>
              <w:t>Table 4</w:t>
            </w:r>
          </w:p>
        </w:tc>
        <w:tc>
          <w:tcPr>
            <w:tcW w:type="dxa" w:w="3289"/>
            <w:vAlign w:val="center"/>
          </w:tcPr>
          <w:p>
            <w:r/>
            <w:r>
              <w:rPr>
                <w:rFonts w:ascii="Malgun Gothic" w:hAnsi="Malgun Gothic" w:eastAsia="Malgun Gothic"/>
                <w:b w:val="0"/>
                <w:sz w:val="16"/>
              </w:rPr>
              <w:t>Sequential stress association</w:t>
            </w:r>
          </w:p>
        </w:tc>
        <w:tc>
          <w:tcPr>
            <w:tcW w:type="dxa" w:w="3289"/>
            <w:vAlign w:val="center"/>
          </w:tcPr>
          <w:p>
            <w:r/>
            <w:r>
              <w:rPr>
                <w:rFonts w:ascii="Malgun Gothic" w:hAnsi="Malgun Gothic" w:eastAsia="Malgun Gothic"/>
                <w:b w:val="0"/>
                <w:sz w:val="16"/>
              </w:rPr>
              <w:t>PENDING</w:t>
            </w:r>
          </w:p>
        </w:tc>
      </w:tr>
      <w:tr>
        <w:trPr>
          <w:cantSplit/>
        </w:trPr>
        <w:tc>
          <w:tcPr>
            <w:tcW w:type="dxa" w:w="3289"/>
            <w:vAlign w:val="center"/>
          </w:tcPr>
          <w:p>
            <w:r/>
            <w:r>
              <w:rPr>
                <w:rFonts w:ascii="Malgun Gothic" w:hAnsi="Malgun Gothic" w:eastAsia="Malgun Gothic"/>
                <w:b w:val="0"/>
                <w:sz w:val="16"/>
              </w:rPr>
              <w:t>Table 5</w:t>
            </w:r>
          </w:p>
        </w:tc>
        <w:tc>
          <w:tcPr>
            <w:tcW w:type="dxa" w:w="3289"/>
            <w:vAlign w:val="center"/>
          </w:tcPr>
          <w:p>
            <w:r/>
            <w:r>
              <w:rPr>
                <w:rFonts w:ascii="Malgun Gothic" w:hAnsi="Malgun Gothic" w:eastAsia="Malgun Gothic"/>
                <w:b w:val="0"/>
                <w:sz w:val="16"/>
              </w:rPr>
              <w:t>High-stress segments</w:t>
            </w:r>
          </w:p>
        </w:tc>
        <w:tc>
          <w:tcPr>
            <w:tcW w:type="dxa" w:w="3289"/>
            <w:vAlign w:val="center"/>
          </w:tcPr>
          <w:p>
            <w:r/>
            <w:r>
              <w:rPr>
                <w:rFonts w:ascii="Malgun Gothic" w:hAnsi="Malgun Gothic" w:eastAsia="Malgun Gothic"/>
                <w:b w:val="0"/>
                <w:sz w:val="16"/>
              </w:rPr>
              <w:t>PENDING</w:t>
            </w:r>
          </w:p>
        </w:tc>
      </w:tr>
    </w:tbl>
    <w:p/>
    <w:p>
      <w:r>
        <w:rPr>
          <w:b/>
        </w:rPr>
        <w:t>표 10-2. TIIS 그림 준비 상태</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그림</w:t>
            </w:r>
          </w:p>
        </w:tc>
        <w:tc>
          <w:tcPr>
            <w:tcW w:type="dxa" w:w="3289"/>
          </w:tcPr>
          <w:p>
            <w:r/>
            <w:r>
              <w:rPr>
                <w:rFonts w:ascii="Malgun Gothic" w:hAnsi="Malgun Gothic" w:eastAsia="Malgun Gothic"/>
                <w:b/>
                <w:sz w:val="16"/>
              </w:rPr>
              <w:t>내용</w:t>
            </w:r>
          </w:p>
        </w:tc>
        <w:tc>
          <w:tcPr>
            <w:tcW w:type="dxa" w:w="3289"/>
          </w:tcPr>
          <w:p>
            <w:r/>
            <w:r>
              <w:rPr>
                <w:rFonts w:ascii="Malgun Gothic" w:hAnsi="Malgun Gothic" w:eastAsia="Malgun Gothic"/>
                <w:b/>
                <w:sz w:val="16"/>
              </w:rPr>
              <w:t>상태</w:t>
            </w:r>
          </w:p>
        </w:tc>
      </w:tr>
      <w:tr>
        <w:trPr>
          <w:cantSplit/>
        </w:trPr>
        <w:tc>
          <w:tcPr>
            <w:tcW w:type="dxa" w:w="3289"/>
            <w:vAlign w:val="center"/>
          </w:tcPr>
          <w:p>
            <w:r/>
            <w:r>
              <w:rPr>
                <w:rFonts w:ascii="Malgun Gothic" w:hAnsi="Malgun Gothic" w:eastAsia="Malgun Gothic"/>
                <w:b w:val="0"/>
                <w:sz w:val="16"/>
              </w:rPr>
              <w:t>Figure 1</w:t>
            </w:r>
          </w:p>
        </w:tc>
        <w:tc>
          <w:tcPr>
            <w:tcW w:type="dxa" w:w="3289"/>
            <w:vAlign w:val="center"/>
          </w:tcPr>
          <w:p>
            <w:r/>
            <w:r>
              <w:rPr>
                <w:rFonts w:ascii="Malgun Gothic" w:hAnsi="Malgun Gothic" w:eastAsia="Malgun Gothic"/>
                <w:b w:val="0"/>
                <w:sz w:val="16"/>
              </w:rPr>
              <w:t>Research pipeline</w:t>
            </w:r>
          </w:p>
        </w:tc>
        <w:tc>
          <w:tcPr>
            <w:tcW w:type="dxa" w:w="3289"/>
            <w:vAlign w:val="center"/>
          </w:tcPr>
          <w:p>
            <w:r/>
            <w:r>
              <w:rPr>
                <w:rFonts w:ascii="Malgun Gothic" w:hAnsi="Malgun Gothic" w:eastAsia="Malgun Gothic"/>
                <w:b w:val="0"/>
                <w:sz w:val="16"/>
              </w:rPr>
              <w:t>READY</w:t>
            </w:r>
          </w:p>
        </w:tc>
      </w:tr>
      <w:tr>
        <w:trPr>
          <w:cantSplit/>
        </w:trPr>
        <w:tc>
          <w:tcPr>
            <w:tcW w:type="dxa" w:w="3289"/>
            <w:vAlign w:val="center"/>
          </w:tcPr>
          <w:p>
            <w:r/>
            <w:r>
              <w:rPr>
                <w:rFonts w:ascii="Malgun Gothic" w:hAnsi="Malgun Gothic" w:eastAsia="Malgun Gothic"/>
                <w:b w:val="0"/>
                <w:sz w:val="16"/>
              </w:rPr>
              <w:t>Figure 2</w:t>
            </w:r>
          </w:p>
        </w:tc>
        <w:tc>
          <w:tcPr>
            <w:tcW w:type="dxa" w:w="3289"/>
            <w:vAlign w:val="center"/>
          </w:tcPr>
          <w:p>
            <w:r/>
            <w:r>
              <w:rPr>
                <w:rFonts w:ascii="Malgun Gothic" w:hAnsi="Malgun Gothic" w:eastAsia="Malgun Gothic"/>
                <w:b w:val="0"/>
                <w:sz w:val="16"/>
              </w:rPr>
              <w:t>Speaker segment/slot flow</w:t>
            </w:r>
          </w:p>
        </w:tc>
        <w:tc>
          <w:tcPr>
            <w:tcW w:type="dxa" w:w="3289"/>
            <w:vAlign w:val="center"/>
          </w:tcPr>
          <w:p>
            <w:r/>
            <w:r>
              <w:rPr>
                <w:rFonts w:ascii="Malgun Gothic" w:hAnsi="Malgun Gothic" w:eastAsia="Malgun Gothic"/>
                <w:b w:val="0"/>
                <w:sz w:val="16"/>
              </w:rPr>
              <w:t>READY</w:t>
            </w:r>
          </w:p>
        </w:tc>
      </w:tr>
      <w:tr>
        <w:trPr>
          <w:cantSplit/>
        </w:trPr>
        <w:tc>
          <w:tcPr>
            <w:tcW w:type="dxa" w:w="3289"/>
            <w:vAlign w:val="center"/>
          </w:tcPr>
          <w:p>
            <w:r/>
            <w:r>
              <w:rPr>
                <w:rFonts w:ascii="Malgun Gothic" w:hAnsi="Malgun Gothic" w:eastAsia="Malgun Gothic"/>
                <w:b w:val="0"/>
                <w:sz w:val="16"/>
              </w:rPr>
              <w:t>Figure 3</w:t>
            </w:r>
          </w:p>
        </w:tc>
        <w:tc>
          <w:tcPr>
            <w:tcW w:type="dxa" w:w="3289"/>
            <w:vAlign w:val="center"/>
          </w:tcPr>
          <w:p>
            <w:r/>
            <w:r>
              <w:rPr>
                <w:rFonts w:ascii="Malgun Gothic" w:hAnsi="Malgun Gothic" w:eastAsia="Malgun Gothic"/>
                <w:b w:val="0"/>
                <w:sz w:val="16"/>
              </w:rPr>
              <w:t>Speech volume/turn structure</w:t>
            </w:r>
          </w:p>
        </w:tc>
        <w:tc>
          <w:tcPr>
            <w:tcW w:type="dxa" w:w="3289"/>
            <w:vAlign w:val="center"/>
          </w:tcPr>
          <w:p>
            <w:r/>
            <w:r>
              <w:rPr>
                <w:rFonts w:ascii="Malgun Gothic" w:hAnsi="Malgun Gothic" w:eastAsia="Malgun Gothic"/>
                <w:b w:val="0"/>
                <w:sz w:val="16"/>
              </w:rPr>
              <w:t>READY</w:t>
            </w:r>
          </w:p>
        </w:tc>
      </w:tr>
      <w:tr>
        <w:trPr>
          <w:cantSplit/>
        </w:trPr>
        <w:tc>
          <w:tcPr>
            <w:tcW w:type="dxa" w:w="3289"/>
            <w:vAlign w:val="center"/>
          </w:tcPr>
          <w:p>
            <w:r/>
            <w:r>
              <w:rPr>
                <w:rFonts w:ascii="Malgun Gothic" w:hAnsi="Malgun Gothic" w:eastAsia="Malgun Gothic"/>
                <w:b w:val="0"/>
                <w:sz w:val="16"/>
              </w:rPr>
              <w:t>Figure 4</w:t>
            </w:r>
          </w:p>
        </w:tc>
        <w:tc>
          <w:tcPr>
            <w:tcW w:type="dxa" w:w="3289"/>
            <w:vAlign w:val="center"/>
          </w:tcPr>
          <w:p>
            <w:r/>
            <w:r>
              <w:rPr>
                <w:rFonts w:ascii="Malgun Gothic" w:hAnsi="Malgun Gothic" w:eastAsia="Malgun Gothic"/>
                <w:b w:val="0"/>
                <w:sz w:val="16"/>
              </w:rPr>
              <w:t>Stress response association</w:t>
            </w:r>
          </w:p>
        </w:tc>
        <w:tc>
          <w:tcPr>
            <w:tcW w:type="dxa" w:w="3289"/>
            <w:vAlign w:val="center"/>
          </w:tcPr>
          <w:p>
            <w:r/>
            <w:r>
              <w:rPr>
                <w:rFonts w:ascii="Malgun Gothic" w:hAnsi="Malgun Gothic" w:eastAsia="Malgun Gothic"/>
                <w:b w:val="0"/>
                <w:sz w:val="16"/>
              </w:rPr>
              <w:t>PENDING</w:t>
            </w:r>
          </w:p>
        </w:tc>
      </w:tr>
    </w:tbl>
    <w:p/>
    <w:p>
      <w:r>
        <w:rPr>
          <w:b/>
        </w:rPr>
        <w:t>표 10-Q.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TIIS 논문에 사용할 표와 그림 중 현재 확정 가능한 것은 무엇인가?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PENDING 결과를 제출 문서에서 어떻게 표시할 것인가?</w:t>
            </w:r>
          </w:p>
        </w:tc>
      </w:tr>
    </w:tbl>
    <w:p/>
    <w:p>
      <w:r>
        <w:rPr>
          <w:b/>
        </w:rPr>
        <w:t>표 10-M.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Submission table mapping</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Figure readiness matrix</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Claim-level status</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Appendix planning</w:t>
            </w:r>
          </w:p>
        </w:tc>
      </w:tr>
    </w:tbl>
    <w:p/>
    <w:p>
      <w:pPr>
        <w:pStyle w:val="Heading2"/>
      </w:pPr>
      <w:r>
        <w:t>분석 그림 및 도식</w:t>
      </w:r>
    </w:p>
    <w:p>
      <w:pPr>
        <w:jc w:val="center"/>
      </w:pPr>
      <w:r>
        <w:rPr>
          <w:b/>
        </w:rPr>
        <w:t>그림 10-1. TIIS 표 준비 상태</w:t>
      </w:r>
    </w:p>
    <w:p>
      <w:pPr>
        <w:jc w:val="center"/>
      </w:pPr>
      <w:r>
        <w:drawing>
          <wp:inline xmlns:a="http://schemas.openxmlformats.org/drawingml/2006/main" xmlns:pic="http://schemas.openxmlformats.org/drawingml/2006/picture">
            <wp:extent cx="5806440" cy="2997216"/>
            <wp:docPr id="50" name="Picture 50"/>
            <wp:cNvGraphicFramePr>
              <a:graphicFrameLocks noChangeAspect="1"/>
            </wp:cNvGraphicFramePr>
            <a:graphic>
              <a:graphicData uri="http://schemas.openxmlformats.org/drawingml/2006/picture">
                <pic:pic>
                  <pic:nvPicPr>
                    <pic:cNvPr id="0" name="ch10_tables_v215.png"/>
                    <pic:cNvPicPr/>
                  </pic:nvPicPr>
                  <pic:blipFill>
                    <a:blip r:embed="rId51"/>
                    <a:stretch>
                      <a:fillRect/>
                    </a:stretch>
                  </pic:blipFill>
                  <pic:spPr>
                    <a:xfrm>
                      <a:off x="0" y="0"/>
                      <a:ext cx="5806440" cy="2997216"/>
                    </a:xfrm>
                    <a:prstGeom prst="rect"/>
                  </pic:spPr>
                </pic:pic>
              </a:graphicData>
            </a:graphic>
          </wp:inline>
        </w:drawing>
      </w:r>
    </w:p>
    <w:p>
      <w:pPr>
        <w:jc w:val="center"/>
      </w:pPr>
      <w:r>
        <w:rPr>
          <w:b/>
        </w:rPr>
        <w:t>그림 10-2. TIIS 그림 준비 상태</w:t>
      </w:r>
    </w:p>
    <w:p>
      <w:pPr>
        <w:jc w:val="center"/>
      </w:pPr>
      <w:r>
        <w:drawing>
          <wp:inline xmlns:a="http://schemas.openxmlformats.org/drawingml/2006/main" xmlns:pic="http://schemas.openxmlformats.org/drawingml/2006/picture">
            <wp:extent cx="5806440" cy="2997216"/>
            <wp:docPr id="51" name="Picture 51"/>
            <wp:cNvGraphicFramePr>
              <a:graphicFrameLocks noChangeAspect="1"/>
            </wp:cNvGraphicFramePr>
            <a:graphic>
              <a:graphicData uri="http://schemas.openxmlformats.org/drawingml/2006/picture">
                <pic:pic>
                  <pic:nvPicPr>
                    <pic:cNvPr id="0" name="ch10_figures_v215.png"/>
                    <pic:cNvPicPr/>
                  </pic:nvPicPr>
                  <pic:blipFill>
                    <a:blip r:embed="rId52"/>
                    <a:stretch>
                      <a:fillRect/>
                    </a:stretch>
                  </pic:blipFill>
                  <pic:spPr>
                    <a:xfrm>
                      <a:off x="0" y="0"/>
                      <a:ext cx="5806440" cy="2997216"/>
                    </a:xfrm>
                    <a:prstGeom prst="rect"/>
                  </pic:spPr>
                </pic:pic>
              </a:graphicData>
            </a:graphic>
          </wp:inline>
        </w:drawing>
      </w:r>
    </w:p>
    <w:p>
      <w:pPr>
        <w:jc w:val="center"/>
      </w:pPr>
      <w:r>
        <w:rPr>
          <w:b/>
        </w:rPr>
        <w:t>그림 10-3. 제출 산출물 연결</w:t>
      </w:r>
    </w:p>
    <w:p>
      <w:pPr>
        <w:jc w:val="center"/>
      </w:pPr>
      <w:r>
        <w:drawing>
          <wp:inline xmlns:a="http://schemas.openxmlformats.org/drawingml/2006/main" xmlns:pic="http://schemas.openxmlformats.org/drawingml/2006/picture">
            <wp:extent cx="5806440" cy="3060591"/>
            <wp:docPr id="52" name="Picture 52"/>
            <wp:cNvGraphicFramePr>
              <a:graphicFrameLocks noChangeAspect="1"/>
            </wp:cNvGraphicFramePr>
            <a:graphic>
              <a:graphicData uri="http://schemas.openxmlformats.org/drawingml/2006/picture">
                <pic:pic>
                  <pic:nvPicPr>
                    <pic:cNvPr id="0" name="ch10_submission_v215.png"/>
                    <pic:cNvPicPr/>
                  </pic:nvPicPr>
                  <pic:blipFill>
                    <a:blip r:embed="rId53"/>
                    <a:stretch>
                      <a:fillRect/>
                    </a:stretch>
                  </pic:blipFill>
                  <pic:spPr>
                    <a:xfrm>
                      <a:off x="0" y="0"/>
                      <a:ext cx="5806440" cy="3060591"/>
                    </a:xfrm>
                    <a:prstGeom prst="rect"/>
                  </pic:spPr>
                </pic:pic>
              </a:graphicData>
            </a:graphic>
          </wp:inline>
        </w:drawing>
      </w:r>
    </w:p>
    <w:p>
      <w:pPr>
        <w:pStyle w:val="Heading2"/>
      </w:pPr>
      <w:r>
        <w:t>원본 분석 산출물 연계</w:t>
      </w:r>
    </w:p>
    <w:p>
      <w:r>
        <w:t>전체 행 포함</w:t>
      </w:r>
    </w:p>
    <w:p>
      <w:r>
        <w:rPr>
          <w:b/>
        </w:rPr>
        <w:t>산출물 CSV: research_continuity/27_tiis_extension_tables_v201/table3_speaker_level_descriptive_statistics_v201.csv (행 2, 열 16)</w:t>
      </w:r>
    </w:p>
    <w:tbl>
      <w:tblPr>
        <w:tblStyle w:val="TableGrid"/>
        <w:tblW w:type="auto" w:w="0"/>
        <w:jc w:val="center"/>
        <w:tblLook w:firstColumn="1" w:firstRow="1" w:lastColumn="0" w:lastRow="0" w:noHBand="0" w:noVBand="1" w:val="04A0"/>
      </w:tblPr>
      <w:tblGrid>
        <w:gridCol w:w="617"/>
        <w:gridCol w:w="617"/>
        <w:gridCol w:w="617"/>
        <w:gridCol w:w="617"/>
        <w:gridCol w:w="617"/>
        <w:gridCol w:w="617"/>
        <w:gridCol w:w="617"/>
        <w:gridCol w:w="617"/>
        <w:gridCol w:w="617"/>
        <w:gridCol w:w="617"/>
        <w:gridCol w:w="617"/>
        <w:gridCol w:w="617"/>
        <w:gridCol w:w="617"/>
        <w:gridCol w:w="617"/>
        <w:gridCol w:w="617"/>
        <w:gridCol w:w="617"/>
      </w:tblGrid>
      <w:tr>
        <w:trPr>
          <w:tblHeader w:val="true"/>
          <w:cantSplit/>
        </w:trPr>
        <w:tc>
          <w:tcPr>
            <w:tcW w:type="dxa" w:w="617"/>
          </w:tcPr>
          <w:p>
            <w:r/>
            <w:r>
              <w:rPr>
                <w:rFonts w:ascii="Malgun Gothic" w:hAnsi="Malgun Gothic" w:eastAsia="Malgun Gothic"/>
                <w:b/>
                <w:sz w:val="14"/>
              </w:rPr>
              <w:t>speaker_slot</w:t>
            </w:r>
          </w:p>
        </w:tc>
        <w:tc>
          <w:tcPr>
            <w:tcW w:type="dxa" w:w="617"/>
          </w:tcPr>
          <w:p>
            <w:r/>
            <w:r>
              <w:rPr>
                <w:rFonts w:ascii="Malgun Gothic" w:hAnsi="Malgun Gothic" w:eastAsia="Malgun Gothic"/>
                <w:b/>
                <w:sz w:val="14"/>
              </w:rPr>
              <w:t>call_count</w:t>
            </w:r>
          </w:p>
        </w:tc>
        <w:tc>
          <w:tcPr>
            <w:tcW w:type="dxa" w:w="617"/>
          </w:tcPr>
          <w:p>
            <w:r/>
            <w:r>
              <w:rPr>
                <w:rFonts w:ascii="Malgun Gothic" w:hAnsi="Malgun Gothic" w:eastAsia="Malgun Gothic"/>
                <w:b/>
                <w:sz w:val="14"/>
              </w:rPr>
              <w:t>detected_call_count</w:t>
            </w:r>
          </w:p>
        </w:tc>
        <w:tc>
          <w:tcPr>
            <w:tcW w:type="dxa" w:w="617"/>
          </w:tcPr>
          <w:p>
            <w:r/>
            <w:r>
              <w:rPr>
                <w:rFonts w:ascii="Malgun Gothic" w:hAnsi="Malgun Gothic" w:eastAsia="Malgun Gothic"/>
                <w:b/>
                <w:sz w:val="14"/>
              </w:rPr>
              <w:t>zero_slot_count</w:t>
            </w:r>
          </w:p>
        </w:tc>
        <w:tc>
          <w:tcPr>
            <w:tcW w:type="dxa" w:w="617"/>
          </w:tcPr>
          <w:p>
            <w:r/>
            <w:r>
              <w:rPr>
                <w:rFonts w:ascii="Malgun Gothic" w:hAnsi="Malgun Gothic" w:eastAsia="Malgun Gothic"/>
                <w:b/>
                <w:sz w:val="14"/>
              </w:rPr>
              <w:t>segment_count</w:t>
            </w:r>
          </w:p>
        </w:tc>
        <w:tc>
          <w:tcPr>
            <w:tcW w:type="dxa" w:w="617"/>
          </w:tcPr>
          <w:p>
            <w:r/>
            <w:r>
              <w:rPr>
                <w:rFonts w:ascii="Malgun Gothic" w:hAnsi="Malgun Gothic" w:eastAsia="Malgun Gothic"/>
                <w:b/>
                <w:sz w:val="14"/>
              </w:rPr>
              <w:t>total_speech_sec</w:t>
            </w:r>
          </w:p>
        </w:tc>
        <w:tc>
          <w:tcPr>
            <w:tcW w:type="dxa" w:w="617"/>
          </w:tcPr>
          <w:p>
            <w:r/>
            <w:r>
              <w:rPr>
                <w:rFonts w:ascii="Malgun Gothic" w:hAnsi="Malgun Gothic" w:eastAsia="Malgun Gothic"/>
                <w:b/>
                <w:sz w:val="14"/>
              </w:rPr>
              <w:t>mean_segment_sec</w:t>
            </w:r>
          </w:p>
        </w:tc>
        <w:tc>
          <w:tcPr>
            <w:tcW w:type="dxa" w:w="617"/>
          </w:tcPr>
          <w:p>
            <w:r/>
            <w:r>
              <w:rPr>
                <w:rFonts w:ascii="Malgun Gothic" w:hAnsi="Malgun Gothic" w:eastAsia="Malgun Gothic"/>
                <w:b/>
                <w:sz w:val="14"/>
              </w:rPr>
              <w:t>median_segment_sec</w:t>
            </w:r>
          </w:p>
        </w:tc>
        <w:tc>
          <w:tcPr>
            <w:tcW w:type="dxa" w:w="617"/>
          </w:tcPr>
          <w:p>
            <w:r/>
            <w:r>
              <w:rPr>
                <w:rFonts w:ascii="Malgun Gothic" w:hAnsi="Malgun Gothic" w:eastAsia="Malgun Gothic"/>
                <w:b/>
                <w:sz w:val="14"/>
              </w:rPr>
              <w:t>speech_ratio_mean</w:t>
            </w:r>
          </w:p>
        </w:tc>
        <w:tc>
          <w:tcPr>
            <w:tcW w:type="dxa" w:w="617"/>
          </w:tcPr>
          <w:p>
            <w:r/>
            <w:r>
              <w:rPr>
                <w:rFonts w:ascii="Malgun Gothic" w:hAnsi="Malgun Gothic" w:eastAsia="Malgun Gothic"/>
                <w:b/>
                <w:sz w:val="14"/>
              </w:rPr>
              <w:t>turn_count</w:t>
            </w:r>
          </w:p>
        </w:tc>
        <w:tc>
          <w:tcPr>
            <w:tcW w:type="dxa" w:w="617"/>
          </w:tcPr>
          <w:p>
            <w:r/>
            <w:r>
              <w:rPr>
                <w:rFonts w:ascii="Malgun Gothic" w:hAnsi="Malgun Gothic" w:eastAsia="Malgun Gothic"/>
                <w:b/>
                <w:sz w:val="14"/>
              </w:rPr>
              <w:t>mean_energy</w:t>
            </w:r>
          </w:p>
        </w:tc>
        <w:tc>
          <w:tcPr>
            <w:tcW w:type="dxa" w:w="617"/>
          </w:tcPr>
          <w:p>
            <w:r/>
            <w:r>
              <w:rPr>
                <w:rFonts w:ascii="Malgun Gothic" w:hAnsi="Malgun Gothic" w:eastAsia="Malgun Gothic"/>
                <w:b/>
                <w:sz w:val="14"/>
              </w:rPr>
              <w:t>mean_pitch</w:t>
            </w:r>
          </w:p>
        </w:tc>
        <w:tc>
          <w:tcPr>
            <w:tcW w:type="dxa" w:w="617"/>
          </w:tcPr>
          <w:p>
            <w:r/>
            <w:r>
              <w:rPr>
                <w:rFonts w:ascii="Malgun Gothic" w:hAnsi="Malgun Gothic" w:eastAsia="Malgun Gothic"/>
                <w:b/>
                <w:sz w:val="14"/>
              </w:rPr>
              <w:t>mean_wpm</w:t>
            </w:r>
          </w:p>
        </w:tc>
        <w:tc>
          <w:tcPr>
            <w:tcW w:type="dxa" w:w="617"/>
          </w:tcPr>
          <w:p>
            <w:r/>
            <w:r>
              <w:rPr>
                <w:rFonts w:ascii="Malgun Gothic" w:hAnsi="Malgun Gothic" w:eastAsia="Malgun Gothic"/>
                <w:b/>
                <w:sz w:val="14"/>
              </w:rPr>
              <w:t>mean_stress_score</w:t>
            </w:r>
          </w:p>
        </w:tc>
        <w:tc>
          <w:tcPr>
            <w:tcW w:type="dxa" w:w="617"/>
          </w:tcPr>
          <w:p>
            <w:r/>
            <w:r>
              <w:rPr>
                <w:rFonts w:ascii="Malgun Gothic" w:hAnsi="Malgun Gothic" w:eastAsia="Malgun Gothic"/>
                <w:b/>
                <w:sz w:val="14"/>
              </w:rPr>
              <w:t>std_stress_score</w:t>
            </w:r>
          </w:p>
        </w:tc>
        <w:tc>
          <w:tcPr>
            <w:tcW w:type="dxa" w:w="617"/>
          </w:tcPr>
          <w:p>
            <w:r/>
            <w:r>
              <w:rPr>
                <w:rFonts w:ascii="Malgun Gothic" w:hAnsi="Malgun Gothic" w:eastAsia="Malgun Gothic"/>
                <w:b/>
                <w:sz w:val="14"/>
              </w:rPr>
              <w:t>claim_policy</w:t>
            </w:r>
          </w:p>
        </w:tc>
      </w:tr>
      <w:tr>
        <w:trPr>
          <w:cantSplit/>
        </w:trPr>
        <w:tc>
          <w:tcPr>
            <w:tcW w:type="dxa" w:w="617"/>
            <w:vAlign w:val="center"/>
          </w:tcPr>
          <w:p>
            <w:r/>
            <w:r>
              <w:rPr>
                <w:rFonts w:ascii="Malgun Gothic" w:hAnsi="Malgun Gothic" w:eastAsia="Malgun Gothic"/>
                <w:b w:val="0"/>
                <w:sz w:val="14"/>
              </w:rPr>
              <w:t>SPEAKER_00 후보</w:t>
            </w:r>
          </w:p>
        </w:tc>
        <w:tc>
          <w:tcPr>
            <w:tcW w:type="dxa" w:w="617"/>
            <w:vAlign w:val="center"/>
          </w:tcPr>
          <w:p>
            <w:r/>
            <w:r>
              <w:rPr>
                <w:rFonts w:ascii="Malgun Gothic" w:hAnsi="Malgun Gothic" w:eastAsia="Malgun Gothic"/>
                <w:b w:val="0"/>
                <w:sz w:val="14"/>
              </w:rPr>
              <w:t>1000</w:t>
            </w:r>
          </w:p>
        </w:tc>
        <w:tc>
          <w:tcPr>
            <w:tcW w:type="dxa" w:w="617"/>
            <w:vAlign w:val="center"/>
          </w:tcPr>
          <w:p>
            <w:r/>
            <w:r>
              <w:rPr>
                <w:rFonts w:ascii="Malgun Gothic" w:hAnsi="Malgun Gothic" w:eastAsia="Malgun Gothic"/>
                <w:b w:val="0"/>
                <w:sz w:val="14"/>
              </w:rPr>
              <w:t>1000</w:t>
            </w:r>
          </w:p>
        </w:tc>
        <w:tc>
          <w:tcPr>
            <w:tcW w:type="dxa" w:w="617"/>
            <w:vAlign w:val="center"/>
          </w:tcPr>
          <w:p>
            <w:r/>
            <w:r>
              <w:rPr>
                <w:rFonts w:ascii="Malgun Gothic" w:hAnsi="Malgun Gothic" w:eastAsia="Malgun Gothic"/>
                <w:b w:val="0"/>
                <w:sz w:val="14"/>
              </w:rPr>
              <w:t>0</w:t>
            </w:r>
          </w:p>
        </w:tc>
        <w:tc>
          <w:tcPr>
            <w:tcW w:type="dxa" w:w="617"/>
            <w:vAlign w:val="center"/>
          </w:tcPr>
          <w:p>
            <w:r/>
            <w:r>
              <w:rPr>
                <w:rFonts w:ascii="Malgun Gothic" w:hAnsi="Malgun Gothic" w:eastAsia="Malgun Gothic"/>
                <w:b w:val="0"/>
                <w:sz w:val="14"/>
              </w:rPr>
              <w:t>29386</w:t>
            </w:r>
          </w:p>
        </w:tc>
        <w:tc>
          <w:tcPr>
            <w:tcW w:type="dxa" w:w="617"/>
            <w:vAlign w:val="center"/>
          </w:tcPr>
          <w:p>
            <w:r/>
            <w:r>
              <w:rPr>
                <w:rFonts w:ascii="Malgun Gothic" w:hAnsi="Malgun Gothic" w:eastAsia="Malgun Gothic"/>
                <w:b w:val="0"/>
                <w:sz w:val="14"/>
              </w:rPr>
              <w:t>60899.981</w:t>
            </w:r>
          </w:p>
        </w:tc>
        <w:tc>
          <w:tcPr>
            <w:tcW w:type="dxa" w:w="617"/>
            <w:vAlign w:val="center"/>
          </w:tcPr>
          <w:p>
            <w:r/>
            <w:r>
              <w:rPr>
                <w:rFonts w:ascii="Malgun Gothic" w:hAnsi="Malgun Gothic" w:eastAsia="Malgun Gothic"/>
                <w:b w:val="0"/>
                <w:sz w:val="14"/>
              </w:rPr>
              <w:t>2.037024</w:t>
            </w:r>
          </w:p>
        </w:tc>
        <w:tc>
          <w:tcPr>
            <w:tcW w:type="dxa" w:w="617"/>
            <w:vAlign w:val="center"/>
          </w:tcPr>
          <w:p>
            <w:r/>
            <w:r>
              <w:rPr>
                <w:rFonts w:ascii="Malgun Gothic" w:hAnsi="Malgun Gothic" w:eastAsia="Malgun Gothic"/>
                <w:b w:val="0"/>
                <w:sz w:val="14"/>
              </w:rPr>
              <w:t>1.889537</w:t>
            </w:r>
          </w:p>
        </w:tc>
        <w:tc>
          <w:tcPr>
            <w:tcW w:type="dxa" w:w="617"/>
            <w:vAlign w:val="center"/>
          </w:tcPr>
          <w:p>
            <w:r/>
            <w:r>
              <w:rPr>
                <w:rFonts w:ascii="Malgun Gothic" w:hAnsi="Malgun Gothic" w:eastAsia="Malgun Gothic"/>
                <w:b w:val="0"/>
                <w:sz w:val="14"/>
              </w:rPr>
              <w:t>0.465908</w:t>
            </w:r>
          </w:p>
        </w:tc>
        <w:tc>
          <w:tcPr>
            <w:tcW w:type="dxa" w:w="617"/>
            <w:vAlign w:val="center"/>
          </w:tcPr>
          <w:p>
            <w:r/>
            <w:r>
              <w:rPr>
                <w:rFonts w:ascii="Malgun Gothic" w:hAnsi="Malgun Gothic" w:eastAsia="Malgun Gothic"/>
                <w:b w:val="0"/>
                <w:sz w:val="14"/>
              </w:rPr>
              <w:t>29386</w:t>
            </w:r>
          </w:p>
        </w:tc>
        <w:tc>
          <w:tcPr>
            <w:tcW w:type="dxa" w:w="617"/>
            <w:vAlign w:val="center"/>
          </w:tcPr>
          <w:p>
            <w:r/>
            <w:r>
              <w:rPr>
                <w:rFonts w:ascii="Malgun Gothic" w:hAnsi="Malgun Gothic" w:eastAsia="Malgun Gothic"/>
                <w:b w:val="0"/>
                <w:sz w:val="14"/>
              </w:rPr>
              <w:t>PENDING_FEATURE_MERGE</w:t>
            </w:r>
          </w:p>
        </w:tc>
        <w:tc>
          <w:tcPr>
            <w:tcW w:type="dxa" w:w="617"/>
            <w:vAlign w:val="center"/>
          </w:tcPr>
          <w:p>
            <w:r/>
            <w:r>
              <w:rPr>
                <w:rFonts w:ascii="Malgun Gothic" w:hAnsi="Malgun Gothic" w:eastAsia="Malgun Gothic"/>
                <w:b w:val="0"/>
                <w:sz w:val="14"/>
              </w:rPr>
              <w:t>PENDING_FEATURE_MERGE</w:t>
            </w:r>
          </w:p>
        </w:tc>
        <w:tc>
          <w:tcPr>
            <w:tcW w:type="dxa" w:w="617"/>
            <w:vAlign w:val="center"/>
          </w:tcPr>
          <w:p>
            <w:r/>
            <w:r>
              <w:rPr>
                <w:rFonts w:ascii="Malgun Gothic" w:hAnsi="Malgun Gothic" w:eastAsia="Malgun Gothic"/>
                <w:b w:val="0"/>
                <w:sz w:val="14"/>
              </w:rPr>
              <w:t>PENDING_FEATURE_MERGE</w:t>
            </w:r>
          </w:p>
        </w:tc>
        <w:tc>
          <w:tcPr>
            <w:tcW w:type="dxa" w:w="617"/>
            <w:vAlign w:val="center"/>
          </w:tcPr>
          <w:p>
            <w:r/>
            <w:r>
              <w:rPr>
                <w:rFonts w:ascii="Malgun Gothic" w:hAnsi="Malgun Gothic" w:eastAsia="Malgun Gothic"/>
                <w:b w:val="0"/>
                <w:sz w:val="14"/>
              </w:rPr>
              <w:t>PENDING_SEGMENT_LEVEL_STRESS_SCORE</w:t>
            </w:r>
          </w:p>
        </w:tc>
        <w:tc>
          <w:tcPr>
            <w:tcW w:type="dxa" w:w="617"/>
            <w:vAlign w:val="center"/>
          </w:tcPr>
          <w:p>
            <w:r/>
            <w:r>
              <w:rPr>
                <w:rFonts w:ascii="Malgun Gothic" w:hAnsi="Malgun Gothic" w:eastAsia="Malgun Gothic"/>
                <w:b w:val="0"/>
                <w:sz w:val="14"/>
              </w:rPr>
              <w:t>PENDING_SEGMENT_LEVEL_STRESS_SCORE</w:t>
            </w:r>
          </w:p>
        </w:tc>
        <w:tc>
          <w:tcPr>
            <w:tcW w:type="dxa" w:w="617"/>
            <w:vAlign w:val="center"/>
          </w:tcPr>
          <w:p>
            <w:r/>
            <w:r>
              <w:rPr>
                <w:rFonts w:ascii="Malgun Gothic" w:hAnsi="Malgun Gothic" w:eastAsia="Malgun Gothic"/>
                <w:b w:val="0"/>
                <w:sz w:val="14"/>
              </w:rPr>
              <w:t>SPEAKER_LABEL_CANDIDATE_NOT_CUSTOMER_AGENT_ROLE</w:t>
            </w:r>
          </w:p>
        </w:tc>
      </w:tr>
      <w:tr>
        <w:trPr>
          <w:cantSplit/>
        </w:trPr>
        <w:tc>
          <w:tcPr>
            <w:tcW w:type="dxa" w:w="617"/>
            <w:vAlign w:val="center"/>
          </w:tcPr>
          <w:p>
            <w:r/>
            <w:r>
              <w:rPr>
                <w:rFonts w:ascii="Malgun Gothic" w:hAnsi="Malgun Gothic" w:eastAsia="Malgun Gothic"/>
                <w:b w:val="0"/>
                <w:sz w:val="14"/>
              </w:rPr>
              <w:t>SPEAKER_01 후보</w:t>
            </w:r>
          </w:p>
        </w:tc>
        <w:tc>
          <w:tcPr>
            <w:tcW w:type="dxa" w:w="617"/>
            <w:vAlign w:val="center"/>
          </w:tcPr>
          <w:p>
            <w:r/>
            <w:r>
              <w:rPr>
                <w:rFonts w:ascii="Malgun Gothic" w:hAnsi="Malgun Gothic" w:eastAsia="Malgun Gothic"/>
                <w:b w:val="0"/>
                <w:sz w:val="14"/>
              </w:rPr>
              <w:t>1000</w:t>
            </w:r>
          </w:p>
        </w:tc>
        <w:tc>
          <w:tcPr>
            <w:tcW w:type="dxa" w:w="617"/>
            <w:vAlign w:val="center"/>
          </w:tcPr>
          <w:p>
            <w:r/>
            <w:r>
              <w:rPr>
                <w:rFonts w:ascii="Malgun Gothic" w:hAnsi="Malgun Gothic" w:eastAsia="Malgun Gothic"/>
                <w:b w:val="0"/>
                <w:sz w:val="14"/>
              </w:rPr>
              <w:t>960</w:t>
            </w:r>
          </w:p>
        </w:tc>
        <w:tc>
          <w:tcPr>
            <w:tcW w:type="dxa" w:w="617"/>
            <w:vAlign w:val="center"/>
          </w:tcPr>
          <w:p>
            <w:r/>
            <w:r>
              <w:rPr>
                <w:rFonts w:ascii="Malgun Gothic" w:hAnsi="Malgun Gothic" w:eastAsia="Malgun Gothic"/>
                <w:b w:val="0"/>
                <w:sz w:val="14"/>
              </w:rPr>
              <w:t>40</w:t>
            </w:r>
          </w:p>
        </w:tc>
        <w:tc>
          <w:tcPr>
            <w:tcW w:type="dxa" w:w="617"/>
            <w:vAlign w:val="center"/>
          </w:tcPr>
          <w:p>
            <w:r/>
            <w:r>
              <w:rPr>
                <w:rFonts w:ascii="Malgun Gothic" w:hAnsi="Malgun Gothic" w:eastAsia="Malgun Gothic"/>
                <w:b w:val="0"/>
                <w:sz w:val="14"/>
              </w:rPr>
              <w:t>28233</w:t>
            </w:r>
          </w:p>
        </w:tc>
        <w:tc>
          <w:tcPr>
            <w:tcW w:type="dxa" w:w="617"/>
            <w:vAlign w:val="center"/>
          </w:tcPr>
          <w:p>
            <w:r/>
            <w:r>
              <w:rPr>
                <w:rFonts w:ascii="Malgun Gothic" w:hAnsi="Malgun Gothic" w:eastAsia="Malgun Gothic"/>
                <w:b w:val="0"/>
                <w:sz w:val="14"/>
              </w:rPr>
              <w:t>51768.715</w:t>
            </w:r>
          </w:p>
        </w:tc>
        <w:tc>
          <w:tcPr>
            <w:tcW w:type="dxa" w:w="617"/>
            <w:vAlign w:val="center"/>
          </w:tcPr>
          <w:p>
            <w:r/>
            <w:r>
              <w:rPr>
                <w:rFonts w:ascii="Malgun Gothic" w:hAnsi="Malgun Gothic" w:eastAsia="Malgun Gothic"/>
                <w:b w:val="0"/>
                <w:sz w:val="14"/>
              </w:rPr>
              <w:t>1.874686</w:t>
            </w:r>
          </w:p>
        </w:tc>
        <w:tc>
          <w:tcPr>
            <w:tcW w:type="dxa" w:w="617"/>
            <w:vAlign w:val="center"/>
          </w:tcPr>
          <w:p>
            <w:r/>
            <w:r>
              <w:rPr>
                <w:rFonts w:ascii="Malgun Gothic" w:hAnsi="Malgun Gothic" w:eastAsia="Malgun Gothic"/>
                <w:b w:val="0"/>
                <w:sz w:val="14"/>
              </w:rPr>
              <w:t>1.706773</w:t>
            </w:r>
          </w:p>
        </w:tc>
        <w:tc>
          <w:tcPr>
            <w:tcW w:type="dxa" w:w="617"/>
            <w:vAlign w:val="center"/>
          </w:tcPr>
          <w:p>
            <w:r/>
            <w:r>
              <w:rPr>
                <w:rFonts w:ascii="Malgun Gothic" w:hAnsi="Malgun Gothic" w:eastAsia="Malgun Gothic"/>
                <w:b w:val="0"/>
                <w:sz w:val="14"/>
              </w:rPr>
              <w:t>0.418215</w:t>
            </w:r>
          </w:p>
        </w:tc>
        <w:tc>
          <w:tcPr>
            <w:tcW w:type="dxa" w:w="617"/>
            <w:vAlign w:val="center"/>
          </w:tcPr>
          <w:p>
            <w:r/>
            <w:r>
              <w:rPr>
                <w:rFonts w:ascii="Malgun Gothic" w:hAnsi="Malgun Gothic" w:eastAsia="Malgun Gothic"/>
                <w:b w:val="0"/>
                <w:sz w:val="14"/>
              </w:rPr>
              <w:t>28233</w:t>
            </w:r>
          </w:p>
        </w:tc>
        <w:tc>
          <w:tcPr>
            <w:tcW w:type="dxa" w:w="617"/>
            <w:vAlign w:val="center"/>
          </w:tcPr>
          <w:p>
            <w:r/>
            <w:r>
              <w:rPr>
                <w:rFonts w:ascii="Malgun Gothic" w:hAnsi="Malgun Gothic" w:eastAsia="Malgun Gothic"/>
                <w:b w:val="0"/>
                <w:sz w:val="14"/>
              </w:rPr>
              <w:t>PENDING_FEATURE_MERGE</w:t>
            </w:r>
          </w:p>
        </w:tc>
        <w:tc>
          <w:tcPr>
            <w:tcW w:type="dxa" w:w="617"/>
            <w:vAlign w:val="center"/>
          </w:tcPr>
          <w:p>
            <w:r/>
            <w:r>
              <w:rPr>
                <w:rFonts w:ascii="Malgun Gothic" w:hAnsi="Malgun Gothic" w:eastAsia="Malgun Gothic"/>
                <w:b w:val="0"/>
                <w:sz w:val="14"/>
              </w:rPr>
              <w:t>PENDING_FEATURE_MERGE</w:t>
            </w:r>
          </w:p>
        </w:tc>
        <w:tc>
          <w:tcPr>
            <w:tcW w:type="dxa" w:w="617"/>
            <w:vAlign w:val="center"/>
          </w:tcPr>
          <w:p>
            <w:r/>
            <w:r>
              <w:rPr>
                <w:rFonts w:ascii="Malgun Gothic" w:hAnsi="Malgun Gothic" w:eastAsia="Malgun Gothic"/>
                <w:b w:val="0"/>
                <w:sz w:val="14"/>
              </w:rPr>
              <w:t>PENDING_FEATURE_MERGE</w:t>
            </w:r>
          </w:p>
        </w:tc>
        <w:tc>
          <w:tcPr>
            <w:tcW w:type="dxa" w:w="617"/>
            <w:vAlign w:val="center"/>
          </w:tcPr>
          <w:p>
            <w:r/>
            <w:r>
              <w:rPr>
                <w:rFonts w:ascii="Malgun Gothic" w:hAnsi="Malgun Gothic" w:eastAsia="Malgun Gothic"/>
                <w:b w:val="0"/>
                <w:sz w:val="14"/>
              </w:rPr>
              <w:t>PENDING_SEGMENT_LEVEL_STRESS_SCORE</w:t>
            </w:r>
          </w:p>
        </w:tc>
        <w:tc>
          <w:tcPr>
            <w:tcW w:type="dxa" w:w="617"/>
            <w:vAlign w:val="center"/>
          </w:tcPr>
          <w:p>
            <w:r/>
            <w:r>
              <w:rPr>
                <w:rFonts w:ascii="Malgun Gothic" w:hAnsi="Malgun Gothic" w:eastAsia="Malgun Gothic"/>
                <w:b w:val="0"/>
                <w:sz w:val="14"/>
              </w:rPr>
              <w:t>PENDING_SEGMENT_LEVEL_STRESS_SCORE</w:t>
            </w:r>
          </w:p>
        </w:tc>
        <w:tc>
          <w:tcPr>
            <w:tcW w:type="dxa" w:w="617"/>
            <w:vAlign w:val="center"/>
          </w:tcPr>
          <w:p>
            <w:r/>
            <w:r>
              <w:rPr>
                <w:rFonts w:ascii="Malgun Gothic" w:hAnsi="Malgun Gothic" w:eastAsia="Malgun Gothic"/>
                <w:b w:val="0"/>
                <w:sz w:val="14"/>
              </w:rPr>
              <w:t>SPEAKER_LABEL_CANDIDATE_NOT_CUSTOMER_AGENT_ROLE</w:t>
            </w:r>
          </w:p>
        </w:tc>
      </w:tr>
    </w:tbl>
    <w:p/>
    <w:p>
      <w:r>
        <w:t>전체 행 포함</w:t>
      </w:r>
    </w:p>
    <w:p>
      <w:r>
        <w:rPr>
          <w:b/>
        </w:rPr>
        <w:t>산출물 CSV: research_continuity/27_tiis_extension_tables_v201/table4_sequential_association_results_v201.csv (행 8,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pair_metric</w:t>
            </w:r>
          </w:p>
        </w:tc>
        <w:tc>
          <w:tcPr>
            <w:tcW w:type="dxa" w:w="1644"/>
          </w:tcPr>
          <w:p>
            <w:r/>
            <w:r>
              <w:rPr>
                <w:rFonts w:ascii="Malgun Gothic" w:hAnsi="Malgun Gothic" w:eastAsia="Malgun Gothic"/>
                <w:b/>
                <w:sz w:val="14"/>
              </w:rPr>
              <w:t>correlation</w:t>
            </w:r>
          </w:p>
        </w:tc>
        <w:tc>
          <w:tcPr>
            <w:tcW w:type="dxa" w:w="1644"/>
          </w:tcPr>
          <w:p>
            <w:r/>
            <w:r>
              <w:rPr>
                <w:rFonts w:ascii="Malgun Gothic" w:hAnsi="Malgun Gothic" w:eastAsia="Malgun Gothic"/>
                <w:b/>
                <w:sz w:val="14"/>
              </w:rPr>
              <w:t>p_value</w:t>
            </w:r>
          </w:p>
        </w:tc>
        <w:tc>
          <w:tcPr>
            <w:tcW w:type="dxa" w:w="1644"/>
          </w:tcPr>
          <w:p>
            <w:r/>
            <w:r>
              <w:rPr>
                <w:rFonts w:ascii="Malgun Gothic" w:hAnsi="Malgun Gothic" w:eastAsia="Malgun Gothic"/>
                <w:b/>
                <w:sz w:val="14"/>
              </w:rPr>
              <w:t>n</w:t>
            </w:r>
          </w:p>
        </w:tc>
        <w:tc>
          <w:tcPr>
            <w:tcW w:type="dxa" w:w="1644"/>
          </w:tcPr>
          <w:p>
            <w:r/>
            <w:r>
              <w:rPr>
                <w:rFonts w:ascii="Malgun Gothic" w:hAnsi="Malgun Gothic" w:eastAsia="Malgun Gothic"/>
                <w:b/>
                <w:sz w:val="14"/>
              </w:rPr>
              <w:t>interpretation</w:t>
            </w:r>
          </w:p>
        </w:tc>
        <w:tc>
          <w:tcPr>
            <w:tcW w:type="dxa" w:w="1644"/>
          </w:tcPr>
          <w:p>
            <w:r/>
            <w:r>
              <w:rPr>
                <w:rFonts w:ascii="Malgun Gothic" w:hAnsi="Malgun Gothic" w:eastAsia="Malgun Gothic"/>
                <w:b/>
                <w:sz w:val="14"/>
              </w:rPr>
              <w:t>claim_level</w:t>
            </w:r>
          </w:p>
        </w:tc>
      </w:tr>
      <w:tr>
        <w:trPr>
          <w:cantSplit/>
        </w:trPr>
        <w:tc>
          <w:tcPr>
            <w:tcW w:type="dxa" w:w="1644"/>
            <w:vAlign w:val="center"/>
          </w:tcPr>
          <w:p>
            <w:r/>
            <w:r>
              <w:rPr>
                <w:rFonts w:ascii="Malgun Gothic" w:hAnsi="Malgun Gothic" w:eastAsia="Malgun Gothic"/>
                <w:b w:val="0"/>
                <w:sz w:val="14"/>
              </w:rPr>
              <w:t>S0 total speech sec → S1 total speech sec</w:t>
            </w:r>
          </w:p>
        </w:tc>
        <w:tc>
          <w:tcPr>
            <w:tcW w:type="dxa" w:w="1644"/>
            <w:vAlign w:val="center"/>
          </w:tcPr>
          <w:p>
            <w:r/>
            <w:r>
              <w:rPr>
                <w:rFonts w:ascii="Malgun Gothic" w:hAnsi="Malgun Gothic" w:eastAsia="Malgun Gothic"/>
                <w:b w:val="0"/>
                <w:sz w:val="14"/>
              </w:rPr>
              <w:t>0.341355</w:t>
            </w:r>
          </w:p>
        </w:tc>
        <w:tc>
          <w:tcPr>
            <w:tcW w:type="dxa" w:w="1644"/>
            <w:vAlign w:val="center"/>
          </w:tcPr>
          <w:p>
            <w:r/>
            <w:r>
              <w:rPr>
                <w:rFonts w:ascii="Malgun Gothic" w:hAnsi="Malgun Gothic" w:eastAsia="Malgun Gothic"/>
                <w:b w:val="0"/>
                <w:sz w:val="14"/>
              </w:rPr>
              <w:t>1.26501e-27</w:t>
            </w:r>
          </w:p>
        </w:tc>
        <w:tc>
          <w:tcPr>
            <w:tcW w:type="dxa" w:w="1644"/>
            <w:vAlign w:val="center"/>
          </w:tcPr>
          <w:p>
            <w:r/>
            <w:r>
              <w:rPr>
                <w:rFonts w:ascii="Malgun Gothic" w:hAnsi="Malgun Gothic" w:eastAsia="Malgun Gothic"/>
                <w:b w:val="0"/>
                <w:sz w:val="14"/>
              </w:rPr>
              <w:t>960</w:t>
            </w:r>
          </w:p>
        </w:tc>
        <w:tc>
          <w:tcPr>
            <w:tcW w:type="dxa" w:w="1644"/>
            <w:vAlign w:val="center"/>
          </w:tcPr>
          <w:p>
            <w:r/>
            <w:r>
              <w:rPr>
                <w:rFonts w:ascii="Malgun Gothic" w:hAnsi="Malgun Gothic" w:eastAsia="Malgun Gothic"/>
                <w:b w:val="0"/>
                <w:sz w:val="14"/>
              </w:rPr>
              <w:t>call-level speech amount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turn count → S1 turn count</w:t>
            </w:r>
          </w:p>
        </w:tc>
        <w:tc>
          <w:tcPr>
            <w:tcW w:type="dxa" w:w="1644"/>
            <w:vAlign w:val="center"/>
          </w:tcPr>
          <w:p>
            <w:r/>
            <w:r>
              <w:rPr>
                <w:rFonts w:ascii="Malgun Gothic" w:hAnsi="Malgun Gothic" w:eastAsia="Malgun Gothic"/>
                <w:b w:val="0"/>
                <w:sz w:val="14"/>
              </w:rPr>
              <w:t>0.862617</w:t>
            </w:r>
          </w:p>
        </w:tc>
        <w:tc>
          <w:tcPr>
            <w:tcW w:type="dxa" w:w="1644"/>
            <w:vAlign w:val="center"/>
          </w:tcPr>
          <w:p>
            <w:r/>
            <w:r>
              <w:rPr>
                <w:rFonts w:ascii="Malgun Gothic" w:hAnsi="Malgun Gothic" w:eastAsia="Malgun Gothic"/>
                <w:b w:val="0"/>
                <w:sz w:val="14"/>
              </w:rPr>
              <w:t>8.5856e-286</w:t>
            </w:r>
          </w:p>
        </w:tc>
        <w:tc>
          <w:tcPr>
            <w:tcW w:type="dxa" w:w="1644"/>
            <w:vAlign w:val="center"/>
          </w:tcPr>
          <w:p>
            <w:r/>
            <w:r>
              <w:rPr>
                <w:rFonts w:ascii="Malgun Gothic" w:hAnsi="Malgun Gothic" w:eastAsia="Malgun Gothic"/>
                <w:b w:val="0"/>
                <w:sz w:val="14"/>
              </w:rPr>
              <w:t>960</w:t>
            </w:r>
          </w:p>
        </w:tc>
        <w:tc>
          <w:tcPr>
            <w:tcW w:type="dxa" w:w="1644"/>
            <w:vAlign w:val="center"/>
          </w:tcPr>
          <w:p>
            <w:r/>
            <w:r>
              <w:rPr>
                <w:rFonts w:ascii="Malgun Gothic" w:hAnsi="Malgun Gothic" w:eastAsia="Malgun Gothic"/>
                <w:b w:val="0"/>
                <w:sz w:val="14"/>
              </w:rPr>
              <w:t>call-level turn count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mean turn duration → S1 mean turn duration</w:t>
            </w:r>
          </w:p>
        </w:tc>
        <w:tc>
          <w:tcPr>
            <w:tcW w:type="dxa" w:w="1644"/>
            <w:vAlign w:val="center"/>
          </w:tcPr>
          <w:p>
            <w:r/>
            <w:r>
              <w:rPr>
                <w:rFonts w:ascii="Malgun Gothic" w:hAnsi="Malgun Gothic" w:eastAsia="Malgun Gothic"/>
                <w:b w:val="0"/>
                <w:sz w:val="14"/>
              </w:rPr>
              <w:t>-0.372985</w:t>
            </w:r>
          </w:p>
        </w:tc>
        <w:tc>
          <w:tcPr>
            <w:tcW w:type="dxa" w:w="1644"/>
            <w:vAlign w:val="center"/>
          </w:tcPr>
          <w:p>
            <w:r/>
            <w:r>
              <w:rPr>
                <w:rFonts w:ascii="Malgun Gothic" w:hAnsi="Malgun Gothic" w:eastAsia="Malgun Gothic"/>
                <w:b w:val="0"/>
                <w:sz w:val="14"/>
              </w:rPr>
              <w:t>4.72794e-33</w:t>
            </w:r>
          </w:p>
        </w:tc>
        <w:tc>
          <w:tcPr>
            <w:tcW w:type="dxa" w:w="1644"/>
            <w:vAlign w:val="center"/>
          </w:tcPr>
          <w:p>
            <w:r/>
            <w:r>
              <w:rPr>
                <w:rFonts w:ascii="Malgun Gothic" w:hAnsi="Malgun Gothic" w:eastAsia="Malgun Gothic"/>
                <w:b w:val="0"/>
                <w:sz w:val="14"/>
              </w:rPr>
              <w:t>960</w:t>
            </w:r>
          </w:p>
        </w:tc>
        <w:tc>
          <w:tcPr>
            <w:tcW w:type="dxa" w:w="1644"/>
            <w:vAlign w:val="center"/>
          </w:tcPr>
          <w:p>
            <w:r/>
            <w:r>
              <w:rPr>
                <w:rFonts w:ascii="Malgun Gothic" w:hAnsi="Malgun Gothic" w:eastAsia="Malgun Gothic"/>
                <w:b w:val="0"/>
                <w:sz w:val="14"/>
              </w:rPr>
              <w:t>call-level mean turn duration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segment duration → next S1 segment duration</w:t>
            </w:r>
          </w:p>
        </w:tc>
        <w:tc>
          <w:tcPr>
            <w:tcW w:type="dxa" w:w="1644"/>
            <w:vAlign w:val="center"/>
          </w:tcPr>
          <w:p>
            <w:r/>
            <w:r>
              <w:rPr>
                <w:rFonts w:ascii="Malgun Gothic" w:hAnsi="Malgun Gothic" w:eastAsia="Malgun Gothic"/>
                <w:b w:val="0"/>
                <w:sz w:val="14"/>
              </w:rPr>
              <w:t>-0.082305</w:t>
            </w:r>
          </w:p>
        </w:tc>
        <w:tc>
          <w:tcPr>
            <w:tcW w:type="dxa" w:w="1644"/>
            <w:vAlign w:val="center"/>
          </w:tcPr>
          <w:p>
            <w:r/>
            <w:r>
              <w:rPr>
                <w:rFonts w:ascii="Malgun Gothic" w:hAnsi="Malgun Gothic" w:eastAsia="Malgun Gothic"/>
                <w:b w:val="0"/>
                <w:sz w:val="14"/>
              </w:rPr>
              <w:t>1.64032e-43</w:t>
            </w:r>
          </w:p>
        </w:tc>
        <w:tc>
          <w:tcPr>
            <w:tcW w:type="dxa" w:w="1644"/>
            <w:vAlign w:val="center"/>
          </w:tcPr>
          <w:p>
            <w:r/>
            <w:r>
              <w:rPr>
                <w:rFonts w:ascii="Malgun Gothic" w:hAnsi="Malgun Gothic" w:eastAsia="Malgun Gothic"/>
                <w:b w:val="0"/>
                <w:sz w:val="14"/>
              </w:rPr>
              <w:t>28149</w:t>
            </w:r>
          </w:p>
        </w:tc>
        <w:tc>
          <w:tcPr>
            <w:tcW w:type="dxa" w:w="1644"/>
            <w:vAlign w:val="center"/>
          </w:tcPr>
          <w:p>
            <w:r/>
            <w:r>
              <w:rPr>
                <w:rFonts w:ascii="Malgun Gothic" w:hAnsi="Malgun Gothic" w:eastAsia="Malgun Gothic"/>
                <w:b w:val="0"/>
                <w:sz w:val="14"/>
              </w:rPr>
              <w:t>response-pair sequential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segment duration → S1 response latency</w:t>
            </w:r>
          </w:p>
        </w:tc>
        <w:tc>
          <w:tcPr>
            <w:tcW w:type="dxa" w:w="1644"/>
            <w:vAlign w:val="center"/>
          </w:tcPr>
          <w:p>
            <w:r/>
            <w:r>
              <w:rPr>
                <w:rFonts w:ascii="Malgun Gothic" w:hAnsi="Malgun Gothic" w:eastAsia="Malgun Gothic"/>
                <w:b w:val="0"/>
                <w:sz w:val="14"/>
              </w:rPr>
              <w:t>0.078083</w:t>
            </w:r>
          </w:p>
        </w:tc>
        <w:tc>
          <w:tcPr>
            <w:tcW w:type="dxa" w:w="1644"/>
            <w:vAlign w:val="center"/>
          </w:tcPr>
          <w:p>
            <w:r/>
            <w:r>
              <w:rPr>
                <w:rFonts w:ascii="Malgun Gothic" w:hAnsi="Malgun Gothic" w:eastAsia="Malgun Gothic"/>
                <w:b w:val="0"/>
                <w:sz w:val="14"/>
              </w:rPr>
              <w:t>2.53106e-39</w:t>
            </w:r>
          </w:p>
        </w:tc>
        <w:tc>
          <w:tcPr>
            <w:tcW w:type="dxa" w:w="1644"/>
            <w:vAlign w:val="center"/>
          </w:tcPr>
          <w:p>
            <w:r/>
            <w:r>
              <w:rPr>
                <w:rFonts w:ascii="Malgun Gothic" w:hAnsi="Malgun Gothic" w:eastAsia="Malgun Gothic"/>
                <w:b w:val="0"/>
                <w:sz w:val="14"/>
              </w:rPr>
              <w:t>28149</w:t>
            </w:r>
          </w:p>
        </w:tc>
        <w:tc>
          <w:tcPr>
            <w:tcW w:type="dxa" w:w="1644"/>
            <w:vAlign w:val="center"/>
          </w:tcPr>
          <w:p>
            <w:r/>
            <w:r>
              <w:rPr>
                <w:rFonts w:ascii="Malgun Gothic" w:hAnsi="Malgun Gothic" w:eastAsia="Malgun Gothic"/>
                <w:b w:val="0"/>
                <w:sz w:val="14"/>
              </w:rPr>
              <w:t>response latency association</w:t>
            </w:r>
          </w:p>
        </w:tc>
        <w:tc>
          <w:tcPr>
            <w:tcW w:type="dxa" w:w="1644"/>
            <w:vAlign w:val="center"/>
          </w:tcPr>
          <w:p>
            <w:r/>
            <w:r>
              <w:rPr>
                <w:rFonts w:ascii="Malgun Gothic" w:hAnsi="Malgun Gothic" w:eastAsia="Malgun Gothic"/>
                <w:b w:val="0"/>
                <w:sz w:val="14"/>
              </w:rPr>
              <w:t>SEQUENTIAL_ASSOCIATION_NOT_CAUSAL</w:t>
            </w:r>
          </w:p>
        </w:tc>
      </w:tr>
      <w:tr>
        <w:trPr>
          <w:cantSplit/>
        </w:trPr>
        <w:tc>
          <w:tcPr>
            <w:tcW w:type="dxa" w:w="1644"/>
            <w:vAlign w:val="center"/>
          </w:tcPr>
          <w:p>
            <w:r/>
            <w:r>
              <w:rPr>
                <w:rFonts w:ascii="Malgun Gothic" w:hAnsi="Malgun Gothic" w:eastAsia="Malgun Gothic"/>
                <w:b w:val="0"/>
                <w:sz w:val="14"/>
              </w:rPr>
              <w:t>S0 stress → S1 stress</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0</w:t>
            </w:r>
          </w:p>
        </w:tc>
        <w:tc>
          <w:tcPr>
            <w:tcW w:type="dxa" w:w="1644"/>
            <w:vAlign w:val="center"/>
          </w:tcPr>
          <w:p>
            <w:r/>
            <w:r>
              <w:rPr>
                <w:rFonts w:ascii="Malgun Gothic" w:hAnsi="Malgun Gothic" w:eastAsia="Malgun Gothic"/>
                <w:b w:val="0"/>
                <w:sz w:val="14"/>
              </w:rPr>
              <w:t>PENDING: segment-level acoustic/STT/stress features are required. Current v201 keeps this as a safe analysis slot, not a claim.</w:t>
            </w:r>
          </w:p>
        </w:tc>
        <w:tc>
          <w:tcPr>
            <w:tcW w:type="dxa" w:w="1644"/>
            <w:vAlign w:val="center"/>
          </w:tcPr>
          <w:p>
            <w:r/>
            <w:r>
              <w:rPr>
                <w:rFonts w:ascii="Malgun Gothic" w:hAnsi="Malgun Gothic" w:eastAsia="Malgun Gothic"/>
                <w:b w:val="0"/>
                <w:sz w:val="14"/>
              </w:rPr>
              <w:t>PENDING_FEATURE_MERGE</w:t>
            </w:r>
          </w:p>
        </w:tc>
      </w:tr>
      <w:tr>
        <w:trPr>
          <w:cantSplit/>
        </w:trPr>
        <w:tc>
          <w:tcPr>
            <w:tcW w:type="dxa" w:w="1644"/>
            <w:vAlign w:val="center"/>
          </w:tcPr>
          <w:p>
            <w:r/>
            <w:r>
              <w:rPr>
                <w:rFonts w:ascii="Malgun Gothic" w:hAnsi="Malgun Gothic" w:eastAsia="Malgun Gothic"/>
                <w:b w:val="0"/>
                <w:sz w:val="14"/>
              </w:rPr>
              <w:t>S0 energy → S1 response latency</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0</w:t>
            </w:r>
          </w:p>
        </w:tc>
        <w:tc>
          <w:tcPr>
            <w:tcW w:type="dxa" w:w="1644"/>
            <w:vAlign w:val="center"/>
          </w:tcPr>
          <w:p>
            <w:r/>
            <w:r>
              <w:rPr>
                <w:rFonts w:ascii="Malgun Gothic" w:hAnsi="Malgun Gothic" w:eastAsia="Malgun Gothic"/>
                <w:b w:val="0"/>
                <w:sz w:val="14"/>
              </w:rPr>
              <w:t>PENDING: segment-level acoustic/STT/stress features are required. Current v201 keeps this as a safe analysis slot, not a claim.</w:t>
            </w:r>
          </w:p>
        </w:tc>
        <w:tc>
          <w:tcPr>
            <w:tcW w:type="dxa" w:w="1644"/>
            <w:vAlign w:val="center"/>
          </w:tcPr>
          <w:p>
            <w:r/>
            <w:r>
              <w:rPr>
                <w:rFonts w:ascii="Malgun Gothic" w:hAnsi="Malgun Gothic" w:eastAsia="Malgun Gothic"/>
                <w:b w:val="0"/>
                <w:sz w:val="14"/>
              </w:rPr>
              <w:t>PENDING_FEATURE_MERGE</w:t>
            </w:r>
          </w:p>
        </w:tc>
      </w:tr>
      <w:tr>
        <w:trPr>
          <w:cantSplit/>
        </w:trPr>
        <w:tc>
          <w:tcPr>
            <w:tcW w:type="dxa" w:w="1644"/>
            <w:vAlign w:val="center"/>
          </w:tcPr>
          <w:p>
            <w:r/>
            <w:r>
              <w:rPr>
                <w:rFonts w:ascii="Malgun Gothic" w:hAnsi="Malgun Gothic" w:eastAsia="Malgun Gothic"/>
                <w:b w:val="0"/>
                <w:sz w:val="14"/>
              </w:rPr>
              <w:t>S0 wpm → S1 wpm</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0</w:t>
            </w:r>
          </w:p>
        </w:tc>
        <w:tc>
          <w:tcPr>
            <w:tcW w:type="dxa" w:w="1644"/>
            <w:vAlign w:val="center"/>
          </w:tcPr>
          <w:p>
            <w:r/>
            <w:r>
              <w:rPr>
                <w:rFonts w:ascii="Malgun Gothic" w:hAnsi="Malgun Gothic" w:eastAsia="Malgun Gothic"/>
                <w:b w:val="0"/>
                <w:sz w:val="14"/>
              </w:rPr>
              <w:t>PENDING: segment-level acoustic/STT/stress features are required. Current v201 keeps this as a safe analysis slot, not a claim.</w:t>
            </w:r>
          </w:p>
        </w:tc>
        <w:tc>
          <w:tcPr>
            <w:tcW w:type="dxa" w:w="1644"/>
            <w:vAlign w:val="center"/>
          </w:tcPr>
          <w:p>
            <w:r/>
            <w:r>
              <w:rPr>
                <w:rFonts w:ascii="Malgun Gothic" w:hAnsi="Malgun Gothic" w:eastAsia="Malgun Gothic"/>
                <w:b w:val="0"/>
                <w:sz w:val="14"/>
              </w:rPr>
              <w:t>PENDING_FEATURE_MERGE</w:t>
            </w:r>
          </w:p>
        </w:tc>
      </w:tr>
    </w:tbl>
    <w:p/>
    <w:p>
      <w:r>
        <w:t>전체 행 포함</w:t>
      </w:r>
    </w:p>
    <w:p>
      <w:r>
        <w:rPr>
          <w:b/>
        </w:rPr>
        <w:t>산출물 CSV: research_continuity/27_tiis_extension_tables_v201/table5_high_stress_segment_analysis_v201.csv (행 1, 열 7)</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4"/>
              </w:rPr>
              <w:t>analysis</w:t>
            </w:r>
          </w:p>
        </w:tc>
        <w:tc>
          <w:tcPr>
            <w:tcW w:type="dxa" w:w="1409"/>
          </w:tcPr>
          <w:p>
            <w:r/>
            <w:r>
              <w:rPr>
                <w:rFonts w:ascii="Malgun Gothic" w:hAnsi="Malgun Gothic" w:eastAsia="Malgun Gothic"/>
                <w:b/>
                <w:sz w:val="14"/>
              </w:rPr>
              <w:t>status</w:t>
            </w:r>
          </w:p>
        </w:tc>
        <w:tc>
          <w:tcPr>
            <w:tcW w:type="dxa" w:w="1409"/>
          </w:tcPr>
          <w:p>
            <w:r/>
            <w:r>
              <w:rPr>
                <w:rFonts w:ascii="Malgun Gothic" w:hAnsi="Malgun Gothic" w:eastAsia="Malgun Gothic"/>
                <w:b/>
                <w:sz w:val="14"/>
              </w:rPr>
              <w:t>threshold</w:t>
            </w:r>
          </w:p>
        </w:tc>
        <w:tc>
          <w:tcPr>
            <w:tcW w:type="dxa" w:w="1409"/>
          </w:tcPr>
          <w:p>
            <w:r/>
            <w:r>
              <w:rPr>
                <w:rFonts w:ascii="Malgun Gothic" w:hAnsi="Malgun Gothic" w:eastAsia="Malgun Gothic"/>
                <w:b/>
                <w:sz w:val="14"/>
              </w:rPr>
              <w:t>segment_count</w:t>
            </w:r>
          </w:p>
        </w:tc>
        <w:tc>
          <w:tcPr>
            <w:tcW w:type="dxa" w:w="1409"/>
          </w:tcPr>
          <w:p>
            <w:r/>
            <w:r>
              <w:rPr>
                <w:rFonts w:ascii="Malgun Gothic" w:hAnsi="Malgun Gothic" w:eastAsia="Malgun Gothic"/>
                <w:b/>
                <w:sz w:val="14"/>
              </w:rPr>
              <w:t>high_stress_segment_count</w:t>
            </w:r>
          </w:p>
        </w:tc>
        <w:tc>
          <w:tcPr>
            <w:tcW w:type="dxa" w:w="1409"/>
          </w:tcPr>
          <w:p>
            <w:r/>
            <w:r>
              <w:rPr>
                <w:rFonts w:ascii="Malgun Gothic" w:hAnsi="Malgun Gothic" w:eastAsia="Malgun Gothic"/>
                <w:b/>
                <w:sz w:val="14"/>
              </w:rPr>
              <w:t>high_stress_ratio</w:t>
            </w:r>
          </w:p>
        </w:tc>
        <w:tc>
          <w:tcPr>
            <w:tcW w:type="dxa" w:w="1409"/>
          </w:tcPr>
          <w:p>
            <w:r/>
            <w:r>
              <w:rPr>
                <w:rFonts w:ascii="Malgun Gothic" w:hAnsi="Malgun Gothic" w:eastAsia="Malgun Gothic"/>
                <w:b/>
                <w:sz w:val="14"/>
              </w:rPr>
              <w:t>note</w:t>
            </w:r>
          </w:p>
        </w:tc>
      </w:tr>
      <w:tr>
        <w:trPr>
          <w:cantSplit/>
        </w:trPr>
        <w:tc>
          <w:tcPr>
            <w:tcW w:type="dxa" w:w="1409"/>
            <w:vAlign w:val="center"/>
          </w:tcPr>
          <w:p>
            <w:r/>
            <w:r>
              <w:rPr>
                <w:rFonts w:ascii="Malgun Gothic" w:hAnsi="Malgun Gothic" w:eastAsia="Malgun Gothic"/>
                <w:b w:val="0"/>
                <w:sz w:val="14"/>
              </w:rPr>
              <w:t>high_stress_segment_detection</w:t>
            </w:r>
          </w:p>
        </w:tc>
        <w:tc>
          <w:tcPr>
            <w:tcW w:type="dxa" w:w="1409"/>
            <w:vAlign w:val="center"/>
          </w:tcPr>
          <w:p>
            <w:r/>
            <w:r>
              <w:rPr>
                <w:rFonts w:ascii="Malgun Gothic" w:hAnsi="Malgun Gothic" w:eastAsia="Malgun Gothic"/>
                <w:b w:val="0"/>
                <w:sz w:val="14"/>
              </w:rPr>
              <w:t>PENDING_SEGMENT_LEVEL_STRESS_SCORE</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57619</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speaker_actual_segments_v181.csv에 segment-level stress_score가 없어 고스트레스 세그먼트 확정은 보류합니다. 9번 화면은 분석 슬롯만 안전하게 확보합니다.</w:t>
            </w:r>
          </w:p>
        </w:tc>
      </w:tr>
    </w:tbl>
    <w:p/>
    <w:p>
      <w:r>
        <w:t>전체 행 포함</w:t>
      </w:r>
    </w:p>
    <w:p>
      <w:r>
        <w:rPr>
          <w:b/>
        </w:rPr>
        <w:t>산출물 CSV: research_continuity/27_tiis_extension_tables_v201/table6_paper_use_policy_v201.csv (행 6, 열 3)</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4"/>
              </w:rPr>
              <w:t>item</w:t>
            </w:r>
          </w:p>
        </w:tc>
        <w:tc>
          <w:tcPr>
            <w:tcW w:type="dxa" w:w="3289"/>
          </w:tcPr>
          <w:p>
            <w:r/>
            <w:r>
              <w:rPr>
                <w:rFonts w:ascii="Malgun Gothic" w:hAnsi="Malgun Gothic" w:eastAsia="Malgun Gothic"/>
                <w:b/>
                <w:sz w:val="14"/>
              </w:rPr>
              <w:t>judgment</w:t>
            </w:r>
          </w:p>
        </w:tc>
        <w:tc>
          <w:tcPr>
            <w:tcW w:type="dxa" w:w="3289"/>
          </w:tcPr>
          <w:p>
            <w:r/>
            <w:r>
              <w:rPr>
                <w:rFonts w:ascii="Malgun Gothic" w:hAnsi="Malgun Gothic" w:eastAsia="Malgun Gothic"/>
                <w:b/>
                <w:sz w:val="14"/>
              </w:rPr>
              <w:t>note</w:t>
            </w:r>
          </w:p>
        </w:tc>
      </w:tr>
      <w:tr>
        <w:trPr>
          <w:cantSplit/>
        </w:trPr>
        <w:tc>
          <w:tcPr>
            <w:tcW w:type="dxa" w:w="3289"/>
            <w:vAlign w:val="center"/>
          </w:tcPr>
          <w:p>
            <w:r/>
            <w:r>
              <w:rPr>
                <w:rFonts w:ascii="Malgun Gothic" w:hAnsi="Malgun Gothic" w:eastAsia="Malgun Gothic"/>
                <w:b w:val="0"/>
                <w:sz w:val="14"/>
              </w:rPr>
              <w:t>본문 대체</w:t>
            </w:r>
          </w:p>
        </w:tc>
        <w:tc>
          <w:tcPr>
            <w:tcW w:type="dxa" w:w="3289"/>
            <w:vAlign w:val="center"/>
          </w:tcPr>
          <w:p>
            <w:r/>
            <w:r>
              <w:rPr>
                <w:rFonts w:ascii="Malgun Gothic" w:hAnsi="Malgun Gothic" w:eastAsia="Malgun Gothic"/>
                <w:b w:val="0"/>
                <w:sz w:val="14"/>
              </w:rPr>
              <w:t>FORBIDDEN</w:t>
            </w:r>
          </w:p>
        </w:tc>
        <w:tc>
          <w:tcPr>
            <w:tcW w:type="dxa" w:w="3289"/>
            <w:vAlign w:val="center"/>
          </w:tcPr>
          <w:p>
            <w:r/>
            <w:r>
              <w:rPr>
                <w:rFonts w:ascii="Malgun Gothic" w:hAnsi="Malgun Gothic" w:eastAsia="Malgun Gothic"/>
                <w:b w:val="0"/>
                <w:sz w:val="14"/>
              </w:rPr>
              <w:t>0413 n=998 통화 전체 기반 본문 분석 유지</w:t>
            </w:r>
          </w:p>
        </w:tc>
      </w:tr>
      <w:tr>
        <w:trPr>
          <w:cantSplit/>
        </w:trPr>
        <w:tc>
          <w:tcPr>
            <w:tcW w:type="dxa" w:w="3289"/>
            <w:vAlign w:val="center"/>
          </w:tcPr>
          <w:p>
            <w:r/>
            <w:r>
              <w:rPr>
                <w:rFonts w:ascii="Malgun Gothic" w:hAnsi="Malgun Gothic" w:eastAsia="Malgun Gothic"/>
                <w:b w:val="0"/>
                <w:sz w:val="14"/>
              </w:rPr>
              <w:t>부록/확장 분석</w:t>
            </w:r>
          </w:p>
        </w:tc>
        <w:tc>
          <w:tcPr>
            <w:tcW w:type="dxa" w:w="3289"/>
            <w:vAlign w:val="center"/>
          </w:tcPr>
          <w:p>
            <w:r/>
            <w:r>
              <w:rPr>
                <w:rFonts w:ascii="Malgun Gothic" w:hAnsi="Malgun Gothic" w:eastAsia="Malgun Gothic"/>
                <w:b w:val="0"/>
                <w:sz w:val="14"/>
              </w:rPr>
              <w:t>ALLOWED</w:t>
            </w:r>
          </w:p>
        </w:tc>
        <w:tc>
          <w:tcPr>
            <w:tcW w:type="dxa" w:w="3289"/>
            <w:vAlign w:val="center"/>
          </w:tcPr>
          <w:p>
            <w:r/>
            <w:r>
              <w:rPr>
                <w:rFonts w:ascii="Malgun Gothic" w:hAnsi="Malgun Gothic" w:eastAsia="Malgun Gothic"/>
                <w:b w:val="0"/>
                <w:sz w:val="14"/>
              </w:rPr>
              <w:t>speaker-level exploratory analysis로 사용 가능</w:t>
            </w:r>
          </w:p>
        </w:tc>
      </w:tr>
      <w:tr>
        <w:trPr>
          <w:cantSplit/>
        </w:trPr>
        <w:tc>
          <w:tcPr>
            <w:tcW w:type="dxa" w:w="3289"/>
            <w:vAlign w:val="center"/>
          </w:tcPr>
          <w:p>
            <w:r/>
            <w:r>
              <w:rPr>
                <w:rFonts w:ascii="Malgun Gothic" w:hAnsi="Malgun Gothic" w:eastAsia="Malgun Gothic"/>
                <w:b w:val="0"/>
                <w:sz w:val="14"/>
              </w:rPr>
              <w:t>고객/상담사 확정</w:t>
            </w:r>
          </w:p>
        </w:tc>
        <w:tc>
          <w:tcPr>
            <w:tcW w:type="dxa" w:w="3289"/>
            <w:vAlign w:val="center"/>
          </w:tcPr>
          <w:p>
            <w:r/>
            <w:r>
              <w:rPr>
                <w:rFonts w:ascii="Malgun Gothic" w:hAnsi="Malgun Gothic" w:eastAsia="Malgun Gothic"/>
                <w:b w:val="0"/>
                <w:sz w:val="14"/>
              </w:rPr>
              <w:t>FORBIDDEN_UNTIL_ROLE_MAPPING</w:t>
            </w:r>
          </w:p>
        </w:tc>
        <w:tc>
          <w:tcPr>
            <w:tcW w:type="dxa" w:w="3289"/>
            <w:vAlign w:val="center"/>
          </w:tcPr>
          <w:p>
            <w:r/>
            <w:r>
              <w:rPr>
                <w:rFonts w:ascii="Malgun Gothic" w:hAnsi="Malgun Gothic" w:eastAsia="Malgun Gothic"/>
                <w:b w:val="0"/>
                <w:sz w:val="14"/>
              </w:rPr>
              <w:t>SPEAKER_00/01은 후보 라벨</w:t>
            </w:r>
          </w:p>
        </w:tc>
      </w:tr>
      <w:tr>
        <w:trPr>
          <w:cantSplit/>
        </w:trPr>
        <w:tc>
          <w:tcPr>
            <w:tcW w:type="dxa" w:w="3289"/>
            <w:vAlign w:val="center"/>
          </w:tcPr>
          <w:p>
            <w:r/>
            <w:r>
              <w:rPr>
                <w:rFonts w:ascii="Malgun Gothic" w:hAnsi="Malgun Gothic" w:eastAsia="Malgun Gothic"/>
                <w:b w:val="0"/>
                <w:sz w:val="14"/>
              </w:rPr>
              <w:t>인과 주장</w:t>
            </w:r>
          </w:p>
        </w:tc>
        <w:tc>
          <w:tcPr>
            <w:tcW w:type="dxa" w:w="3289"/>
            <w:vAlign w:val="center"/>
          </w:tcPr>
          <w:p>
            <w:r/>
            <w:r>
              <w:rPr>
                <w:rFonts w:ascii="Malgun Gothic" w:hAnsi="Malgun Gothic" w:eastAsia="Malgun Gothic"/>
                <w:b w:val="0"/>
                <w:sz w:val="14"/>
              </w:rPr>
              <w:t>FORBIDDEN</w:t>
            </w:r>
          </w:p>
        </w:tc>
        <w:tc>
          <w:tcPr>
            <w:tcW w:type="dxa" w:w="3289"/>
            <w:vAlign w:val="center"/>
          </w:tcPr>
          <w:p>
            <w:r/>
            <w:r>
              <w:rPr>
                <w:rFonts w:ascii="Malgun Gothic" w:hAnsi="Malgun Gothic" w:eastAsia="Malgun Gothic"/>
                <w:b w:val="0"/>
                <w:sz w:val="14"/>
              </w:rPr>
              <w:t>S0→S1은 시간 순서 기반 연관성 후보</w:t>
            </w:r>
          </w:p>
        </w:tc>
      </w:tr>
      <w:tr>
        <w:trPr>
          <w:cantSplit/>
        </w:trPr>
        <w:tc>
          <w:tcPr>
            <w:tcW w:type="dxa" w:w="3289"/>
            <w:vAlign w:val="center"/>
          </w:tcPr>
          <w:p>
            <w:r/>
            <w:r>
              <w:rPr>
                <w:rFonts w:ascii="Malgun Gothic" w:hAnsi="Malgun Gothic" w:eastAsia="Malgun Gothic"/>
                <w:b w:val="0"/>
                <w:sz w:val="14"/>
              </w:rPr>
              <w:t>sequential association</w:t>
            </w:r>
          </w:p>
        </w:tc>
        <w:tc>
          <w:tcPr>
            <w:tcW w:type="dxa" w:w="3289"/>
            <w:vAlign w:val="center"/>
          </w:tcPr>
          <w:p>
            <w:r/>
            <w:r>
              <w:rPr>
                <w:rFonts w:ascii="Malgun Gothic" w:hAnsi="Malgun Gothic" w:eastAsia="Malgun Gothic"/>
                <w:b w:val="0"/>
                <w:sz w:val="14"/>
              </w:rPr>
              <w:t>ALLOWED</w:t>
            </w:r>
          </w:p>
        </w:tc>
        <w:tc>
          <w:tcPr>
            <w:tcW w:type="dxa" w:w="3289"/>
            <w:vAlign w:val="center"/>
          </w:tcPr>
          <w:p>
            <w:r/>
            <w:r>
              <w:rPr>
                <w:rFonts w:ascii="Malgun Gothic" w:hAnsi="Malgun Gothic" w:eastAsia="Malgun Gothic"/>
                <w:b w:val="0"/>
                <w:sz w:val="14"/>
              </w:rPr>
              <w:t>response-pair association으로 표현</w:t>
            </w:r>
          </w:p>
        </w:tc>
      </w:tr>
      <w:tr>
        <w:trPr>
          <w:cantSplit/>
        </w:trPr>
        <w:tc>
          <w:tcPr>
            <w:tcW w:type="dxa" w:w="3289"/>
            <w:vAlign w:val="center"/>
          </w:tcPr>
          <w:p>
            <w:r/>
            <w:r>
              <w:rPr>
                <w:rFonts w:ascii="Malgun Gothic" w:hAnsi="Malgun Gothic" w:eastAsia="Malgun Gothic"/>
                <w:b w:val="0"/>
                <w:sz w:val="14"/>
              </w:rPr>
              <w:t>stress imbalance</w:t>
            </w:r>
          </w:p>
        </w:tc>
        <w:tc>
          <w:tcPr>
            <w:tcW w:type="dxa" w:w="3289"/>
            <w:vAlign w:val="center"/>
          </w:tcPr>
          <w:p>
            <w:r/>
            <w:r>
              <w:rPr>
                <w:rFonts w:ascii="Malgun Gothic" w:hAnsi="Malgun Gothic" w:eastAsia="Malgun Gothic"/>
                <w:b w:val="0"/>
                <w:sz w:val="14"/>
              </w:rPr>
              <w:t>CONDITIONAL</w:t>
            </w:r>
          </w:p>
        </w:tc>
        <w:tc>
          <w:tcPr>
            <w:tcW w:type="dxa" w:w="3289"/>
            <w:vAlign w:val="center"/>
          </w:tcPr>
          <w:p>
            <w:r/>
            <w:r>
              <w:rPr>
                <w:rFonts w:ascii="Malgun Gothic" w:hAnsi="Malgun Gothic" w:eastAsia="Malgun Gothic"/>
                <w:b w:val="0"/>
                <w:sz w:val="14"/>
              </w:rPr>
              <w:t>segment-level stress_score가 있을 때만 확정 계산</w:t>
            </w:r>
          </w:p>
        </w:tc>
      </w:tr>
    </w:tbl>
    <w:p/>
    <w:p>
      <w:r>
        <w:t>전체 행 포함</w:t>
      </w:r>
    </w:p>
    <w:p>
      <w:r>
        <w:rPr>
          <w:b/>
        </w:rPr>
        <w:t>산출물 CSV: results/tables/applied_sciences_required_sections.csv (행 20, 열 3)</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4"/>
              </w:rPr>
              <w:t>section_or_statement</w:t>
            </w:r>
          </w:p>
        </w:tc>
        <w:tc>
          <w:tcPr>
            <w:tcW w:type="dxa" w:w="3289"/>
          </w:tcPr>
          <w:p>
            <w:r/>
            <w:r>
              <w:rPr>
                <w:rFonts w:ascii="Malgun Gothic" w:hAnsi="Malgun Gothic" w:eastAsia="Malgun Gothic"/>
                <w:b/>
                <w:sz w:val="14"/>
              </w:rPr>
              <w:t>source_or_field</w:t>
            </w:r>
          </w:p>
        </w:tc>
        <w:tc>
          <w:tcPr>
            <w:tcW w:type="dxa" w:w="3289"/>
          </w:tcPr>
          <w:p>
            <w:r/>
            <w:r>
              <w:rPr>
                <w:rFonts w:ascii="Malgun Gothic" w:hAnsi="Malgun Gothic" w:eastAsia="Malgun Gothic"/>
                <w:b/>
                <w:sz w:val="14"/>
              </w:rPr>
              <w:t>status</w:t>
            </w:r>
          </w:p>
        </w:tc>
      </w:tr>
      <w:tr>
        <w:trPr>
          <w:cantSplit/>
        </w:trPr>
        <w:tc>
          <w:tcPr>
            <w:tcW w:type="dxa" w:w="3289"/>
            <w:vAlign w:val="center"/>
          </w:tcPr>
          <w:p>
            <w:r/>
            <w:r>
              <w:rPr>
                <w:rFonts w:ascii="Malgun Gothic" w:hAnsi="Malgun Gothic" w:eastAsia="Malgun Gothic"/>
                <w:b w:val="0"/>
                <w:sz w:val="14"/>
              </w:rPr>
              <w:t>Title</w:t>
            </w:r>
          </w:p>
        </w:tc>
        <w:tc>
          <w:tcPr>
            <w:tcW w:type="dxa" w:w="3289"/>
            <w:vAlign w:val="center"/>
          </w:tcPr>
          <w:p>
            <w:r/>
            <w:r>
              <w:rPr>
                <w:rFonts w:ascii="Malgun Gothic" w:hAnsi="Malgun Gothic" w:eastAsia="Malgun Gothic"/>
                <w:b w:val="0"/>
                <w:sz w:val="14"/>
              </w:rPr>
              <w:t>title_en/title_ko</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Author list</w:t>
            </w:r>
          </w:p>
        </w:tc>
        <w:tc>
          <w:tcPr>
            <w:tcW w:type="dxa" w:w="3289"/>
            <w:vAlign w:val="center"/>
          </w:tcPr>
          <w:p>
            <w:r/>
            <w:r>
              <w:rPr>
                <w:rFonts w:ascii="Malgun Gothic" w:hAnsi="Malgun Gothic" w:eastAsia="Malgun Gothic"/>
                <w:b w:val="0"/>
                <w:sz w:val="14"/>
              </w:rPr>
              <w:t>authors</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Affiliations</w:t>
            </w:r>
          </w:p>
        </w:tc>
        <w:tc>
          <w:tcPr>
            <w:tcW w:type="dxa" w:w="3289"/>
            <w:vAlign w:val="center"/>
          </w:tcPr>
          <w:p>
            <w:r/>
            <w:r>
              <w:rPr>
                <w:rFonts w:ascii="Malgun Gothic" w:hAnsi="Malgun Gothic" w:eastAsia="Malgun Gothic"/>
                <w:b w:val="0"/>
                <w:sz w:val="14"/>
              </w:rPr>
              <w:t>authors.affiliation</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Abstract</w:t>
            </w:r>
          </w:p>
        </w:tc>
        <w:tc>
          <w:tcPr>
            <w:tcW w:type="dxa" w:w="3289"/>
            <w:vAlign w:val="center"/>
          </w:tcPr>
          <w:p>
            <w:r/>
            <w:r>
              <w:rPr>
                <w:rFonts w:ascii="Malgun Gothic" w:hAnsi="Malgun Gothic" w:eastAsia="Malgun Gothic"/>
                <w:b w:val="0"/>
                <w:sz w:val="14"/>
              </w:rPr>
              <w:t>01_abstract</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Keywords</w:t>
            </w:r>
          </w:p>
        </w:tc>
        <w:tc>
          <w:tcPr>
            <w:tcW w:type="dxa" w:w="3289"/>
            <w:vAlign w:val="center"/>
          </w:tcPr>
          <w:p>
            <w:r/>
            <w:r>
              <w:rPr>
                <w:rFonts w:ascii="Malgun Gothic" w:hAnsi="Malgun Gothic" w:eastAsia="Malgun Gothic"/>
                <w:b w:val="0"/>
                <w:sz w:val="14"/>
              </w:rPr>
              <w:t>keywords</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Introduction</w:t>
            </w:r>
          </w:p>
        </w:tc>
        <w:tc>
          <w:tcPr>
            <w:tcW w:type="dxa" w:w="3289"/>
            <w:vAlign w:val="center"/>
          </w:tcPr>
          <w:p>
            <w:r/>
            <w:r>
              <w:rPr>
                <w:rFonts w:ascii="Malgun Gothic" w:hAnsi="Malgun Gothic" w:eastAsia="Malgun Gothic"/>
                <w:b w:val="0"/>
                <w:sz w:val="14"/>
              </w:rPr>
              <w:t>02_introduction</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Materials and Methods</w:t>
            </w:r>
          </w:p>
        </w:tc>
        <w:tc>
          <w:tcPr>
            <w:tcW w:type="dxa" w:w="3289"/>
            <w:vAlign w:val="center"/>
          </w:tcPr>
          <w:p>
            <w:r/>
            <w:r>
              <w:rPr>
                <w:rFonts w:ascii="Malgun Gothic" w:hAnsi="Malgun Gothic" w:eastAsia="Malgun Gothic"/>
                <w:b w:val="0"/>
                <w:sz w:val="14"/>
              </w:rPr>
              <w:t>04_data_preprocessing + 05_stress_index_method + 06_stt_reliability</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Results</w:t>
            </w:r>
          </w:p>
        </w:tc>
        <w:tc>
          <w:tcPr>
            <w:tcW w:type="dxa" w:w="3289"/>
            <w:vAlign w:val="center"/>
          </w:tcPr>
          <w:p>
            <w:r/>
            <w:r>
              <w:rPr>
                <w:rFonts w:ascii="Malgun Gothic" w:hAnsi="Malgun Gothic" w:eastAsia="Malgun Gothic"/>
                <w:b w:val="0"/>
                <w:sz w:val="14"/>
              </w:rPr>
              <w:t>07_construct_validity + 08_robustness_sensitivity</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Discussion</w:t>
            </w:r>
          </w:p>
        </w:tc>
        <w:tc>
          <w:tcPr>
            <w:tcW w:type="dxa" w:w="3289"/>
            <w:vAlign w:val="center"/>
          </w:tcPr>
          <w:p>
            <w:r/>
            <w:r>
              <w:rPr>
                <w:rFonts w:ascii="Malgun Gothic" w:hAnsi="Malgun Gothic" w:eastAsia="Malgun Gothic"/>
                <w:b w:val="0"/>
                <w:sz w:val="14"/>
              </w:rPr>
              <w:t>09_discussion</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Conclusions</w:t>
            </w:r>
          </w:p>
        </w:tc>
        <w:tc>
          <w:tcPr>
            <w:tcW w:type="dxa" w:w="3289"/>
            <w:vAlign w:val="center"/>
          </w:tcPr>
          <w:p>
            <w:r/>
            <w:r>
              <w:rPr>
                <w:rFonts w:ascii="Malgun Gothic" w:hAnsi="Malgun Gothic" w:eastAsia="Malgun Gothic"/>
                <w:b w:val="0"/>
                <w:sz w:val="14"/>
              </w:rPr>
              <w:t>10_limitations_conclusion</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Supplementary Materials</w:t>
            </w:r>
          </w:p>
        </w:tc>
        <w:tc>
          <w:tcPr>
            <w:tcW w:type="dxa" w:w="3289"/>
            <w:vAlign w:val="center"/>
          </w:tcPr>
          <w:p>
            <w:r/>
            <w:r>
              <w:rPr>
                <w:rFonts w:ascii="Malgun Gothic" w:hAnsi="Malgun Gothic" w:eastAsia="Malgun Gothic"/>
                <w:b w:val="0"/>
                <w:sz w:val="14"/>
              </w:rPr>
              <w:t>declarations</w:t>
            </w:r>
          </w:p>
        </w:tc>
        <w:tc>
          <w:tcPr>
            <w:tcW w:type="dxa" w:w="3289"/>
            <w:vAlign w:val="center"/>
          </w:tcPr>
          <w:p>
            <w:r/>
            <w:r>
              <w:rPr>
                <w:rFonts w:ascii="Malgun Gothic" w:hAnsi="Malgun Gothic" w:eastAsia="Malgun Gothic"/>
                <w:b w:val="0"/>
                <w:sz w:val="14"/>
              </w:rPr>
              <w:t>If applicable</w:t>
            </w:r>
          </w:p>
        </w:tc>
      </w:tr>
      <w:tr>
        <w:trPr>
          <w:cantSplit/>
        </w:trPr>
        <w:tc>
          <w:tcPr>
            <w:tcW w:type="dxa" w:w="3289"/>
            <w:vAlign w:val="center"/>
          </w:tcPr>
          <w:p>
            <w:r/>
            <w:r>
              <w:rPr>
                <w:rFonts w:ascii="Malgun Gothic" w:hAnsi="Malgun Gothic" w:eastAsia="Malgun Gothic"/>
                <w:b w:val="0"/>
                <w:sz w:val="14"/>
              </w:rPr>
              <w:t>Author Contributions</w:t>
            </w:r>
          </w:p>
        </w:tc>
        <w:tc>
          <w:tcPr>
            <w:tcW w:type="dxa" w:w="3289"/>
            <w:vAlign w:val="center"/>
          </w:tcPr>
          <w:p>
            <w:r/>
            <w:r>
              <w:rPr>
                <w:rFonts w:ascii="Malgun Gothic" w:hAnsi="Malgun Gothic" w:eastAsia="Malgun Gothic"/>
                <w:b w:val="0"/>
                <w:sz w:val="14"/>
              </w:rPr>
              <w:t>author_contributions</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Funding</w:t>
            </w:r>
          </w:p>
        </w:tc>
        <w:tc>
          <w:tcPr>
            <w:tcW w:type="dxa" w:w="3289"/>
            <w:vAlign w:val="center"/>
          </w:tcPr>
          <w:p>
            <w:r/>
            <w:r>
              <w:rPr>
                <w:rFonts w:ascii="Malgun Gothic" w:hAnsi="Malgun Gothic" w:eastAsia="Malgun Gothic"/>
                <w:b w:val="0"/>
                <w:sz w:val="14"/>
              </w:rPr>
              <w:t>funding</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Institutional Review Board Statement</w:t>
            </w:r>
          </w:p>
        </w:tc>
        <w:tc>
          <w:tcPr>
            <w:tcW w:type="dxa" w:w="3289"/>
            <w:vAlign w:val="center"/>
          </w:tcPr>
          <w:p>
            <w:r/>
            <w:r>
              <w:rPr>
                <w:rFonts w:ascii="Malgun Gothic" w:hAnsi="Malgun Gothic" w:eastAsia="Malgun Gothic"/>
                <w:b w:val="0"/>
                <w:sz w:val="14"/>
              </w:rPr>
              <w:t>irb_statement</w:t>
            </w:r>
          </w:p>
        </w:tc>
        <w:tc>
          <w:tcPr>
            <w:tcW w:type="dxa" w:w="3289"/>
            <w:vAlign w:val="center"/>
          </w:tcPr>
          <w:p>
            <w:r/>
            <w:r>
              <w:rPr>
                <w:rFonts w:ascii="Malgun Gothic" w:hAnsi="Malgun Gothic" w:eastAsia="Malgun Gothic"/>
                <w:b w:val="0"/>
                <w:sz w:val="14"/>
              </w:rPr>
              <w:t>Required when human data are used</w:t>
            </w:r>
          </w:p>
        </w:tc>
      </w:tr>
      <w:tr>
        <w:trPr>
          <w:cantSplit/>
        </w:trPr>
        <w:tc>
          <w:tcPr>
            <w:tcW w:type="dxa" w:w="3289"/>
            <w:vAlign w:val="center"/>
          </w:tcPr>
          <w:p>
            <w:r/>
            <w:r>
              <w:rPr>
                <w:rFonts w:ascii="Malgun Gothic" w:hAnsi="Malgun Gothic" w:eastAsia="Malgun Gothic"/>
                <w:b w:val="0"/>
                <w:sz w:val="14"/>
              </w:rPr>
              <w:t>Informed Consent Statement</w:t>
            </w:r>
          </w:p>
        </w:tc>
        <w:tc>
          <w:tcPr>
            <w:tcW w:type="dxa" w:w="3289"/>
            <w:vAlign w:val="center"/>
          </w:tcPr>
          <w:p>
            <w:r/>
            <w:r>
              <w:rPr>
                <w:rFonts w:ascii="Malgun Gothic" w:hAnsi="Malgun Gothic" w:eastAsia="Malgun Gothic"/>
                <w:b w:val="0"/>
                <w:sz w:val="14"/>
              </w:rPr>
              <w:t>informed_consent_statement</w:t>
            </w:r>
          </w:p>
        </w:tc>
        <w:tc>
          <w:tcPr>
            <w:tcW w:type="dxa" w:w="3289"/>
            <w:vAlign w:val="center"/>
          </w:tcPr>
          <w:p>
            <w:r/>
            <w:r>
              <w:rPr>
                <w:rFonts w:ascii="Malgun Gothic" w:hAnsi="Malgun Gothic" w:eastAsia="Malgun Gothic"/>
                <w:b w:val="0"/>
                <w:sz w:val="14"/>
              </w:rPr>
              <w:t>Required when human data are used</w:t>
            </w:r>
          </w:p>
        </w:tc>
      </w:tr>
      <w:tr>
        <w:trPr>
          <w:cantSplit/>
        </w:trPr>
        <w:tc>
          <w:tcPr>
            <w:tcW w:type="dxa" w:w="3289"/>
            <w:vAlign w:val="center"/>
          </w:tcPr>
          <w:p>
            <w:r/>
            <w:r>
              <w:rPr>
                <w:rFonts w:ascii="Malgun Gothic" w:hAnsi="Malgun Gothic" w:eastAsia="Malgun Gothic"/>
                <w:b w:val="0"/>
                <w:sz w:val="14"/>
              </w:rPr>
              <w:t>Data Availability Statement</w:t>
            </w:r>
          </w:p>
        </w:tc>
        <w:tc>
          <w:tcPr>
            <w:tcW w:type="dxa" w:w="3289"/>
            <w:vAlign w:val="center"/>
          </w:tcPr>
          <w:p>
            <w:r/>
            <w:r>
              <w:rPr>
                <w:rFonts w:ascii="Malgun Gothic" w:hAnsi="Malgun Gothic" w:eastAsia="Malgun Gothic"/>
                <w:b w:val="0"/>
                <w:sz w:val="14"/>
              </w:rPr>
              <w:t>data_availability_statement</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Acknowledgments</w:t>
            </w:r>
          </w:p>
        </w:tc>
        <w:tc>
          <w:tcPr>
            <w:tcW w:type="dxa" w:w="3289"/>
            <w:vAlign w:val="center"/>
          </w:tcPr>
          <w:p>
            <w:r/>
            <w:r>
              <w:rPr>
                <w:rFonts w:ascii="Malgun Gothic" w:hAnsi="Malgun Gothic" w:eastAsia="Malgun Gothic"/>
                <w:b w:val="0"/>
                <w:sz w:val="14"/>
              </w:rPr>
              <w:t>acknowledgments</w:t>
            </w:r>
          </w:p>
        </w:tc>
        <w:tc>
          <w:tcPr>
            <w:tcW w:type="dxa" w:w="3289"/>
            <w:vAlign w:val="center"/>
          </w:tcPr>
          <w:p>
            <w:r/>
            <w:r>
              <w:rPr>
                <w:rFonts w:ascii="Malgun Gothic" w:hAnsi="Malgun Gothic" w:eastAsia="Malgun Gothic"/>
                <w:b w:val="0"/>
                <w:sz w:val="14"/>
              </w:rPr>
              <w:t>If applicable</w:t>
            </w:r>
          </w:p>
        </w:tc>
      </w:tr>
      <w:tr>
        <w:trPr>
          <w:cantSplit/>
        </w:trPr>
        <w:tc>
          <w:tcPr>
            <w:tcW w:type="dxa" w:w="3289"/>
            <w:vAlign w:val="center"/>
          </w:tcPr>
          <w:p>
            <w:r/>
            <w:r>
              <w:rPr>
                <w:rFonts w:ascii="Malgun Gothic" w:hAnsi="Malgun Gothic" w:eastAsia="Malgun Gothic"/>
                <w:b w:val="0"/>
                <w:sz w:val="14"/>
              </w:rPr>
              <w:t>Conflicts of Interest</w:t>
            </w:r>
          </w:p>
        </w:tc>
        <w:tc>
          <w:tcPr>
            <w:tcW w:type="dxa" w:w="3289"/>
            <w:vAlign w:val="center"/>
          </w:tcPr>
          <w:p>
            <w:r/>
            <w:r>
              <w:rPr>
                <w:rFonts w:ascii="Malgun Gothic" w:hAnsi="Malgun Gothic" w:eastAsia="Malgun Gothic"/>
                <w:b w:val="0"/>
                <w:sz w:val="14"/>
              </w:rPr>
              <w:t>conflicts_of_interest</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References</w:t>
            </w:r>
          </w:p>
        </w:tc>
        <w:tc>
          <w:tcPr>
            <w:tcW w:type="dxa" w:w="3289"/>
            <w:vAlign w:val="center"/>
          </w:tcPr>
          <w:p>
            <w:r/>
            <w:r>
              <w:rPr>
                <w:rFonts w:ascii="Malgun Gothic" w:hAnsi="Malgun Gothic" w:eastAsia="Malgun Gothic"/>
                <w:b w:val="0"/>
                <w:sz w:val="14"/>
              </w:rPr>
              <w:t>references</w:t>
            </w:r>
          </w:p>
        </w:tc>
        <w:tc>
          <w:tcPr>
            <w:tcW w:type="dxa" w:w="3289"/>
            <w:vAlign w:val="center"/>
          </w:tcPr>
          <w:p>
            <w:r/>
            <w:r>
              <w:rPr>
                <w:rFonts w:ascii="Malgun Gothic" w:hAnsi="Malgun Gothic" w:eastAsia="Malgun Gothic"/>
                <w:b w:val="0"/>
                <w:sz w:val="14"/>
              </w:rPr>
              <w:t>Required</w:t>
            </w:r>
          </w:p>
        </w:tc>
      </w:tr>
      <w:tr>
        <w:trPr>
          <w:cantSplit/>
        </w:trPr>
        <w:tc>
          <w:tcPr>
            <w:tcW w:type="dxa" w:w="3289"/>
            <w:vAlign w:val="center"/>
          </w:tcPr>
          <w:p>
            <w:r/>
            <w:r>
              <w:rPr>
                <w:rFonts w:ascii="Malgun Gothic" w:hAnsi="Malgun Gothic" w:eastAsia="Malgun Gothic"/>
                <w:b w:val="0"/>
                <w:sz w:val="14"/>
              </w:rPr>
              <w:t>Generative AI disclosure</w:t>
            </w:r>
          </w:p>
        </w:tc>
        <w:tc>
          <w:tcPr>
            <w:tcW w:type="dxa" w:w="3289"/>
            <w:vAlign w:val="center"/>
          </w:tcPr>
          <w:p>
            <w:r/>
            <w:r>
              <w:rPr>
                <w:rFonts w:ascii="Malgun Gothic" w:hAnsi="Malgun Gothic" w:eastAsia="Malgun Gothic"/>
                <w:b w:val="0"/>
                <w:sz w:val="14"/>
              </w:rPr>
              <w:t>genai_disclosure</w:t>
            </w:r>
          </w:p>
        </w:tc>
        <w:tc>
          <w:tcPr>
            <w:tcW w:type="dxa" w:w="3289"/>
            <w:vAlign w:val="center"/>
          </w:tcPr>
          <w:p>
            <w:r/>
            <w:r>
              <w:rPr>
                <w:rFonts w:ascii="Malgun Gothic" w:hAnsi="Malgun Gothic" w:eastAsia="Malgun Gothic"/>
                <w:b w:val="0"/>
                <w:sz w:val="14"/>
              </w:rPr>
              <w:t>If applicable / journal-policy dependent</w:t>
            </w:r>
          </w:p>
        </w:tc>
      </w:tr>
    </w:tbl>
    <w:p/>
    <w:p>
      <w:r>
        <w:t>전체 행 포함</w:t>
      </w:r>
    </w:p>
    <w:p>
      <w:r>
        <w:rPr>
          <w:b/>
        </w:rPr>
        <w:t>산출물 CSV: results/tables/coach/today_task_plan.csv (행 4,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priority</w:t>
            </w:r>
          </w:p>
        </w:tc>
        <w:tc>
          <w:tcPr>
            <w:tcW w:type="dxa" w:w="1644"/>
          </w:tcPr>
          <w:p>
            <w:r/>
            <w:r>
              <w:rPr>
                <w:rFonts w:ascii="Malgun Gothic" w:hAnsi="Malgun Gothic" w:eastAsia="Malgun Gothic"/>
                <w:b/>
                <w:sz w:val="14"/>
              </w:rPr>
              <w:t>task</w:t>
            </w:r>
          </w:p>
        </w:tc>
        <w:tc>
          <w:tcPr>
            <w:tcW w:type="dxa" w:w="1644"/>
          </w:tcPr>
          <w:p>
            <w:r/>
            <w:r>
              <w:rPr>
                <w:rFonts w:ascii="Malgun Gothic" w:hAnsi="Malgun Gothic" w:eastAsia="Malgun Gothic"/>
                <w:b/>
                <w:sz w:val="14"/>
              </w:rPr>
              <w:t>reason</w:t>
            </w:r>
          </w:p>
        </w:tc>
        <w:tc>
          <w:tcPr>
            <w:tcW w:type="dxa" w:w="1644"/>
          </w:tcPr>
          <w:p>
            <w:r/>
            <w:r>
              <w:rPr>
                <w:rFonts w:ascii="Malgun Gothic" w:hAnsi="Malgun Gothic" w:eastAsia="Malgun Gothic"/>
                <w:b/>
                <w:sz w:val="14"/>
              </w:rPr>
              <w:t>menu</w:t>
            </w:r>
          </w:p>
        </w:tc>
        <w:tc>
          <w:tcPr>
            <w:tcW w:type="dxa" w:w="1644"/>
          </w:tcPr>
          <w:p>
            <w:r/>
            <w:r>
              <w:rPr>
                <w:rFonts w:ascii="Malgun Gothic" w:hAnsi="Malgun Gothic" w:eastAsia="Malgun Gothic"/>
                <w:b/>
                <w:sz w:val="14"/>
              </w:rPr>
              <w:t>command_hint</w:t>
            </w:r>
          </w:p>
        </w:tc>
        <w:tc>
          <w:tcPr>
            <w:tcW w:type="dxa" w:w="1644"/>
          </w:tcPr>
          <w:p>
            <w:r/>
            <w:r>
              <w:rPr>
                <w:rFonts w:ascii="Malgun Gothic" w:hAnsi="Malgun Gothic" w:eastAsia="Malgun Gothic"/>
                <w:b/>
                <w:sz w:val="14"/>
              </w:rPr>
              <w:t>blocking_submission</w:t>
            </w:r>
          </w:p>
        </w:tc>
      </w:tr>
      <w:tr>
        <w:trPr>
          <w:cantSplit/>
        </w:trPr>
        <w:tc>
          <w:tcPr>
            <w:tcW w:type="dxa" w:w="1644"/>
            <w:vAlign w:val="center"/>
          </w:tcPr>
          <w:p>
            <w:r/>
            <w:r>
              <w:rPr>
                <w:rFonts w:ascii="Malgun Gothic" w:hAnsi="Malgun Gothic" w:eastAsia="Malgun Gothic"/>
                <w:b w:val="0"/>
                <w:sz w:val="14"/>
              </w:rPr>
              <w:t>6</w:t>
            </w:r>
          </w:p>
        </w:tc>
        <w:tc>
          <w:tcPr>
            <w:tcW w:type="dxa" w:w="1644"/>
            <w:vAlign w:val="center"/>
          </w:tcPr>
          <w:p>
            <w:r/>
            <w:r>
              <w:rPr>
                <w:rFonts w:ascii="Malgun Gothic" w:hAnsi="Malgun Gothic" w:eastAsia="Malgun Gothic"/>
                <w:b w:val="0"/>
                <w:sz w:val="14"/>
              </w:rPr>
              <w:t>데이터 품질 FAIL 해소</w:t>
            </w:r>
          </w:p>
        </w:tc>
        <w:tc>
          <w:tcPr>
            <w:tcW w:type="dxa" w:w="1644"/>
            <w:vAlign w:val="center"/>
          </w:tcPr>
          <w:p>
            <w:r/>
            <w:r>
              <w:rPr>
                <w:rFonts w:ascii="Malgun Gothic" w:hAnsi="Malgun Gothic" w:eastAsia="Malgun Gothic"/>
                <w:b w:val="0"/>
                <w:sz w:val="14"/>
              </w:rPr>
              <w:t>품질 FAIL=5</w:t>
            </w:r>
          </w:p>
        </w:tc>
        <w:tc>
          <w:tcPr>
            <w:tcW w:type="dxa" w:w="1644"/>
            <w:vAlign w:val="center"/>
          </w:tcPr>
          <w:p>
            <w:r/>
            <w:r>
              <w:rPr>
                <w:rFonts w:ascii="Malgun Gothic" w:hAnsi="Malgun Gothic" w:eastAsia="Malgun Gothic"/>
                <w:b w:val="0"/>
                <w:sz w:val="14"/>
              </w:rPr>
              <w:t>08 데이터 품질 점검 / 09 자동 조치</w:t>
            </w:r>
          </w:p>
        </w:tc>
        <w:tc>
          <w:tcPr>
            <w:tcW w:type="dxa" w:w="1644"/>
            <w:vAlign w:val="center"/>
          </w:tcPr>
          <w:p>
            <w:r/>
            <w:r>
              <w:rPr>
                <w:rFonts w:ascii="Malgun Gothic" w:hAnsi="Malgun Gothic" w:eastAsia="Malgun Gothic"/>
                <w:b w:val="0"/>
                <w:sz w:val="14"/>
              </w:rPr>
              <w:t>python src/data_quality.py &amp;&amp; python src/quality_actions.py --smart-fix</w:t>
            </w:r>
          </w:p>
        </w:tc>
        <w:tc>
          <w:tcPr>
            <w:tcW w:type="dxa" w:w="1644"/>
            <w:vAlign w:val="center"/>
          </w:tcPr>
          <w:p>
            <w:r/>
            <w:r>
              <w:rPr>
                <w:rFonts w:ascii="Malgun Gothic" w:hAnsi="Malgun Gothic" w:eastAsia="Malgun Gothic"/>
                <w:b w:val="0"/>
                <w:sz w:val="14"/>
              </w:rPr>
              <w:t>YES</w:t>
            </w:r>
          </w:p>
        </w:tc>
      </w:tr>
      <w:tr>
        <w:trPr>
          <w:cantSplit/>
        </w:trPr>
        <w:tc>
          <w:tcPr>
            <w:tcW w:type="dxa" w:w="1644"/>
            <w:vAlign w:val="center"/>
          </w:tcPr>
          <w:p>
            <w:r/>
            <w:r>
              <w:rPr>
                <w:rFonts w:ascii="Malgun Gothic" w:hAnsi="Malgun Gothic" w:eastAsia="Malgun Gothic"/>
                <w:b w:val="0"/>
                <w:sz w:val="14"/>
              </w:rPr>
              <w:t>7</w:t>
            </w:r>
          </w:p>
        </w:tc>
        <w:tc>
          <w:tcPr>
            <w:tcW w:type="dxa" w:w="1644"/>
            <w:vAlign w:val="center"/>
          </w:tcPr>
          <w:p>
            <w:r/>
            <w:r>
              <w:rPr>
                <w:rFonts w:ascii="Malgun Gothic" w:hAnsi="Malgun Gothic" w:eastAsia="Malgun Gothic"/>
                <w:b w:val="0"/>
                <w:sz w:val="14"/>
              </w:rPr>
              <w:t>제출 게이트 재점검</w:t>
            </w:r>
          </w:p>
        </w:tc>
        <w:tc>
          <w:tcPr>
            <w:tcW w:type="dxa" w:w="1644"/>
            <w:vAlign w:val="center"/>
          </w:tcPr>
          <w:p>
            <w:r/>
            <w:r>
              <w:rPr>
                <w:rFonts w:ascii="Malgun Gothic" w:hAnsi="Malgun Gothic" w:eastAsia="Malgun Gothic"/>
                <w:b w:val="0"/>
                <w:sz w:val="14"/>
              </w:rPr>
              <w:t>제출 게이트 FAIL=3</w:t>
            </w:r>
          </w:p>
        </w:tc>
        <w:tc>
          <w:tcPr>
            <w:tcW w:type="dxa" w:w="1644"/>
            <w:vAlign w:val="center"/>
          </w:tcPr>
          <w:p>
            <w:r/>
            <w:r>
              <w:rPr>
                <w:rFonts w:ascii="Malgun Gothic" w:hAnsi="Malgun Gothic" w:eastAsia="Malgun Gothic"/>
                <w:b w:val="0"/>
                <w:sz w:val="14"/>
              </w:rPr>
              <w:t>33 제출 게이트</w:t>
            </w:r>
          </w:p>
        </w:tc>
        <w:tc>
          <w:tcPr>
            <w:tcW w:type="dxa" w:w="1644"/>
            <w:vAlign w:val="center"/>
          </w:tcPr>
          <w:p>
            <w:r/>
            <w:r>
              <w:rPr>
                <w:rFonts w:ascii="Malgun Gothic" w:hAnsi="Malgun Gothic" w:eastAsia="Malgun Gothic"/>
                <w:b w:val="0"/>
                <w:sz w:val="14"/>
              </w:rPr>
              <w:t>python src/ops_manager.py --submission-gate --profile n1000</w:t>
            </w:r>
          </w:p>
        </w:tc>
        <w:tc>
          <w:tcPr>
            <w:tcW w:type="dxa" w:w="1644"/>
            <w:vAlign w:val="center"/>
          </w:tcPr>
          <w:p>
            <w:r/>
            <w:r>
              <w:rPr>
                <w:rFonts w:ascii="Malgun Gothic" w:hAnsi="Malgun Gothic" w:eastAsia="Malgun Gothic"/>
                <w:b w:val="0"/>
                <w:sz w:val="14"/>
              </w:rPr>
              <w:t>YES</w:t>
            </w:r>
          </w:p>
        </w:tc>
      </w:tr>
      <w:tr>
        <w:trPr>
          <w:cantSplit/>
        </w:trPr>
        <w:tc>
          <w:tcPr>
            <w:tcW w:type="dxa" w:w="1644"/>
            <w:vAlign w:val="center"/>
          </w:tcPr>
          <w:p>
            <w:r/>
            <w:r>
              <w:rPr>
                <w:rFonts w:ascii="Malgun Gothic" w:hAnsi="Malgun Gothic" w:eastAsia="Malgun Gothic"/>
                <w:b w:val="0"/>
                <w:sz w:val="14"/>
              </w:rPr>
              <w:t>9</w:t>
            </w:r>
          </w:p>
        </w:tc>
        <w:tc>
          <w:tcPr>
            <w:tcW w:type="dxa" w:w="1644"/>
            <w:vAlign w:val="center"/>
          </w:tcPr>
          <w:p>
            <w:r/>
            <w:r>
              <w:rPr>
                <w:rFonts w:ascii="Malgun Gothic" w:hAnsi="Malgun Gothic" w:eastAsia="Malgun Gothic"/>
                <w:b w:val="0"/>
                <w:sz w:val="14"/>
              </w:rPr>
              <w:t>AS-IS/TO-BE 및 3자 비교 재실행</w:t>
            </w:r>
          </w:p>
        </w:tc>
        <w:tc>
          <w:tcPr>
            <w:tcW w:type="dxa" w:w="1644"/>
            <w:vAlign w:val="center"/>
          </w:tcPr>
          <w:p>
            <w:r/>
            <w:r>
              <w:rPr>
                <w:rFonts w:ascii="Malgun Gothic" w:hAnsi="Malgun Gothic" w:eastAsia="Malgun Gothic"/>
                <w:b w:val="0"/>
                <w:sz w:val="14"/>
              </w:rPr>
              <w:t>최종 수치 기준을 문서·AS-IS·TO-BE로 재확인</w:t>
            </w:r>
          </w:p>
        </w:tc>
        <w:tc>
          <w:tcPr>
            <w:tcW w:type="dxa" w:w="1644"/>
            <w:vAlign w:val="center"/>
          </w:tcPr>
          <w:p>
            <w:r/>
            <w:r>
              <w:rPr>
                <w:rFonts w:ascii="Malgun Gothic" w:hAnsi="Malgun Gothic" w:eastAsia="Malgun Gothic"/>
                <w:b w:val="0"/>
                <w:sz w:val="14"/>
              </w:rPr>
              <w:t>57, 64</w:t>
            </w:r>
          </w:p>
        </w:tc>
        <w:tc>
          <w:tcPr>
            <w:tcW w:type="dxa" w:w="1644"/>
            <w:vAlign w:val="center"/>
          </w:tcPr>
          <w:p>
            <w:r/>
            <w:r>
              <w:rPr>
                <w:rFonts w:ascii="Malgun Gothic" w:hAnsi="Malgun Gothic" w:eastAsia="Malgun Gothic"/>
                <w:b w:val="0"/>
                <w:sz w:val="14"/>
              </w:rPr>
              <w:t>python src/repro_manager.py --three-way --profile n1000</w:t>
            </w:r>
          </w:p>
        </w:tc>
        <w:tc>
          <w:tcPr>
            <w:tcW w:type="dxa" w:w="1644"/>
            <w:vAlign w:val="center"/>
          </w:tcPr>
          <w:p>
            <w:r/>
            <w:r>
              <w:rPr>
                <w:rFonts w:ascii="Malgun Gothic" w:hAnsi="Malgun Gothic" w:eastAsia="Malgun Gothic"/>
                <w:b w:val="0"/>
                <w:sz w:val="14"/>
              </w:rPr>
              <w:t>NO</w:t>
            </w:r>
          </w:p>
        </w:tc>
      </w:tr>
      <w:tr>
        <w:trPr>
          <w:cantSplit/>
        </w:trPr>
        <w:tc>
          <w:tcPr>
            <w:tcW w:type="dxa" w:w="1644"/>
            <w:vAlign w:val="center"/>
          </w:tcPr>
          <w:p>
            <w:r/>
            <w:r>
              <w:rPr>
                <w:rFonts w:ascii="Malgun Gothic" w:hAnsi="Malgun Gothic" w:eastAsia="Malgun Gothic"/>
                <w:b w:val="0"/>
                <w:sz w:val="14"/>
              </w:rPr>
              <w:t>10</w:t>
            </w:r>
          </w:p>
        </w:tc>
        <w:tc>
          <w:tcPr>
            <w:tcW w:type="dxa" w:w="1644"/>
            <w:vAlign w:val="center"/>
          </w:tcPr>
          <w:p>
            <w:r/>
            <w:r>
              <w:rPr>
                <w:rFonts w:ascii="Malgun Gothic" w:hAnsi="Malgun Gothic" w:eastAsia="Malgun Gothic"/>
                <w:b w:val="0"/>
                <w:sz w:val="14"/>
              </w:rPr>
              <w:t>교수님 검토팩/미팅자료 생성</w:t>
            </w:r>
          </w:p>
        </w:tc>
        <w:tc>
          <w:tcPr>
            <w:tcW w:type="dxa" w:w="1644"/>
            <w:vAlign w:val="center"/>
          </w:tcPr>
          <w:p>
            <w:r/>
            <w:r>
              <w:rPr>
                <w:rFonts w:ascii="Malgun Gothic" w:hAnsi="Malgun Gothic" w:eastAsia="Malgun Gothic"/>
                <w:b w:val="0"/>
                <w:sz w:val="14"/>
              </w:rPr>
              <w:t>교수님 확인사항을 정리</w:t>
            </w:r>
          </w:p>
        </w:tc>
        <w:tc>
          <w:tcPr>
            <w:tcW w:type="dxa" w:w="1644"/>
            <w:vAlign w:val="center"/>
          </w:tcPr>
          <w:p>
            <w:r/>
            <w:r>
              <w:rPr>
                <w:rFonts w:ascii="Malgun Gothic" w:hAnsi="Malgun Gothic" w:eastAsia="Malgun Gothic"/>
                <w:b w:val="0"/>
                <w:sz w:val="14"/>
              </w:rPr>
              <w:t>34, 73</w:t>
            </w:r>
          </w:p>
        </w:tc>
        <w:tc>
          <w:tcPr>
            <w:tcW w:type="dxa" w:w="1644"/>
            <w:vAlign w:val="center"/>
          </w:tcPr>
          <w:p>
            <w:r/>
            <w:r>
              <w:rPr>
                <w:rFonts w:ascii="Malgun Gothic" w:hAnsi="Malgun Gothic" w:eastAsia="Malgun Gothic"/>
                <w:b w:val="0"/>
                <w:sz w:val="14"/>
              </w:rPr>
              <w:t>python src/paper_coach.py --meeting --profile n1000</w:t>
            </w:r>
          </w:p>
        </w:tc>
        <w:tc>
          <w:tcPr>
            <w:tcW w:type="dxa" w:w="1644"/>
            <w:vAlign w:val="center"/>
          </w:tcPr>
          <w:p>
            <w:r/>
            <w:r>
              <w:rPr>
                <w:rFonts w:ascii="Malgun Gothic" w:hAnsi="Malgun Gothic" w:eastAsia="Malgun Gothic"/>
                <w:b w:val="0"/>
                <w:sz w:val="14"/>
              </w:rPr>
              <w:t>NO</w:t>
            </w:r>
          </w:p>
        </w:tc>
      </w:tr>
    </w:tbl>
    <w:p/>
    <w:p>
      <w:r>
        <w:t>전체 행 포함</w:t>
      </w:r>
    </w:p>
    <w:p>
      <w:r>
        <w:rPr>
          <w:b/>
        </w:rPr>
        <w:t>산출물 CSV: results/tables/complete_report_checklist.csv (행 34, 열 10)</w:t>
      </w:r>
    </w:p>
    <w:tbl>
      <w:tblPr>
        <w:tblStyle w:val="TableGrid"/>
        <w:tblW w:type="auto" w:w="0"/>
        <w:jc w:val="center"/>
        <w:tblLook w:firstColumn="1" w:firstRow="1" w:lastColumn="0" w:lastRow="0" w:noHBand="0" w:noVBand="1" w:val="04A0"/>
      </w:tblPr>
      <w:tblGrid>
        <w:gridCol w:w="987"/>
        <w:gridCol w:w="987"/>
        <w:gridCol w:w="987"/>
        <w:gridCol w:w="987"/>
        <w:gridCol w:w="987"/>
        <w:gridCol w:w="987"/>
        <w:gridCol w:w="987"/>
        <w:gridCol w:w="987"/>
        <w:gridCol w:w="987"/>
        <w:gridCol w:w="987"/>
      </w:tblGrid>
      <w:tr>
        <w:trPr>
          <w:tblHeader w:val="true"/>
          <w:cantSplit/>
        </w:trPr>
        <w:tc>
          <w:tcPr>
            <w:tcW w:type="dxa" w:w="987"/>
          </w:tcPr>
          <w:p>
            <w:r/>
            <w:r>
              <w:rPr>
                <w:rFonts w:ascii="Malgun Gothic" w:hAnsi="Malgun Gothic" w:eastAsia="Malgun Gothic"/>
                <w:b/>
                <w:sz w:val="14"/>
              </w:rPr>
              <w:t>order</w:t>
            </w:r>
          </w:p>
        </w:tc>
        <w:tc>
          <w:tcPr>
            <w:tcW w:type="dxa" w:w="987"/>
          </w:tcPr>
          <w:p>
            <w:r/>
            <w:r>
              <w:rPr>
                <w:rFonts w:ascii="Malgun Gothic" w:hAnsi="Malgun Gothic" w:eastAsia="Malgun Gothic"/>
                <w:b/>
                <w:sz w:val="14"/>
              </w:rPr>
              <w:t>group</w:t>
            </w:r>
          </w:p>
        </w:tc>
        <w:tc>
          <w:tcPr>
            <w:tcW w:type="dxa" w:w="987"/>
          </w:tcPr>
          <w:p>
            <w:r/>
            <w:r>
              <w:rPr>
                <w:rFonts w:ascii="Malgun Gothic" w:hAnsi="Malgun Gothic" w:eastAsia="Malgun Gothic"/>
                <w:b/>
                <w:sz w:val="14"/>
              </w:rPr>
              <w:t>title</w:t>
            </w:r>
          </w:p>
        </w:tc>
        <w:tc>
          <w:tcPr>
            <w:tcW w:type="dxa" w:w="987"/>
          </w:tcPr>
          <w:p>
            <w:r/>
            <w:r>
              <w:rPr>
                <w:rFonts w:ascii="Malgun Gothic" w:hAnsi="Malgun Gothic" w:eastAsia="Malgun Gothic"/>
                <w:b/>
                <w:sz w:val="14"/>
              </w:rPr>
              <w:t>kind</w:t>
            </w:r>
          </w:p>
        </w:tc>
        <w:tc>
          <w:tcPr>
            <w:tcW w:type="dxa" w:w="987"/>
          </w:tcPr>
          <w:p>
            <w:r/>
            <w:r>
              <w:rPr>
                <w:rFonts w:ascii="Malgun Gothic" w:hAnsi="Malgun Gothic" w:eastAsia="Malgun Gothic"/>
                <w:b/>
                <w:sz w:val="14"/>
              </w:rPr>
              <w:t>required</w:t>
            </w:r>
          </w:p>
        </w:tc>
        <w:tc>
          <w:tcPr>
            <w:tcW w:type="dxa" w:w="987"/>
          </w:tcPr>
          <w:p>
            <w:r/>
            <w:r>
              <w:rPr>
                <w:rFonts w:ascii="Malgun Gothic" w:hAnsi="Malgun Gothic" w:eastAsia="Malgun Gothic"/>
                <w:b/>
                <w:sz w:val="14"/>
              </w:rPr>
              <w:t>exists</w:t>
            </w:r>
          </w:p>
        </w:tc>
        <w:tc>
          <w:tcPr>
            <w:tcW w:type="dxa" w:w="987"/>
          </w:tcPr>
          <w:p>
            <w:r/>
            <w:r>
              <w:rPr>
                <w:rFonts w:ascii="Malgun Gothic" w:hAnsi="Malgun Gothic" w:eastAsia="Malgun Gothic"/>
                <w:b/>
                <w:sz w:val="14"/>
              </w:rPr>
              <w:t>rows_or_note</w:t>
            </w:r>
          </w:p>
        </w:tc>
        <w:tc>
          <w:tcPr>
            <w:tcW w:type="dxa" w:w="987"/>
          </w:tcPr>
          <w:p>
            <w:r/>
            <w:r>
              <w:rPr>
                <w:rFonts w:ascii="Malgun Gothic" w:hAnsi="Malgun Gothic" w:eastAsia="Malgun Gothic"/>
                <w:b/>
                <w:sz w:val="14"/>
              </w:rPr>
              <w:t>path</w:t>
            </w:r>
          </w:p>
        </w:tc>
        <w:tc>
          <w:tcPr>
            <w:tcW w:type="dxa" w:w="987"/>
          </w:tcPr>
          <w:p>
            <w:r/>
            <w:r>
              <w:rPr>
                <w:rFonts w:ascii="Malgun Gothic" w:hAnsi="Malgun Gothic" w:eastAsia="Malgun Gothic"/>
                <w:b/>
                <w:sz w:val="14"/>
              </w:rPr>
              <w:t>status</w:t>
            </w:r>
          </w:p>
        </w:tc>
        <w:tc>
          <w:tcPr>
            <w:tcW w:type="dxa" w:w="987"/>
          </w:tcPr>
          <w:p>
            <w:r/>
            <w:r>
              <w:rPr>
                <w:rFonts w:ascii="Malgun Gothic" w:hAnsi="Malgun Gothic" w:eastAsia="Malgun Gothic"/>
                <w:b/>
                <w:sz w:val="14"/>
              </w:rPr>
              <w:t>description</w:t>
            </w:r>
          </w:p>
        </w:tc>
      </w:tr>
      <w:tr>
        <w:trPr>
          <w:cantSplit/>
        </w:trPr>
        <w:tc>
          <w:tcPr>
            <w:tcW w:type="dxa" w:w="987"/>
            <w:vAlign w:val="center"/>
          </w:tcPr>
          <w:p>
            <w:r/>
            <w:r>
              <w:rPr>
                <w:rFonts w:ascii="Malgun Gothic" w:hAnsi="Malgun Gothic" w:eastAsia="Malgun Gothic"/>
                <w:b w:val="0"/>
                <w:sz w:val="14"/>
              </w:rPr>
              <w:t>1</w:t>
            </w:r>
          </w:p>
        </w:tc>
        <w:tc>
          <w:tcPr>
            <w:tcW w:type="dxa" w:w="987"/>
            <w:vAlign w:val="center"/>
          </w:tcPr>
          <w:p>
            <w:r/>
            <w:r>
              <w:rPr>
                <w:rFonts w:ascii="Malgun Gothic" w:hAnsi="Malgun Gothic" w:eastAsia="Malgun Gothic"/>
                <w:b w:val="0"/>
                <w:sz w:val="14"/>
              </w:rPr>
              <w:t>summary</w:t>
            </w:r>
          </w:p>
        </w:tc>
        <w:tc>
          <w:tcPr>
            <w:tcW w:type="dxa" w:w="987"/>
            <w:vAlign w:val="center"/>
          </w:tcPr>
          <w:p>
            <w:r/>
            <w:r>
              <w:rPr>
                <w:rFonts w:ascii="Malgun Gothic" w:hAnsi="Malgun Gothic" w:eastAsia="Malgun Gothic"/>
                <w:b w:val="0"/>
                <w:sz w:val="14"/>
              </w:rPr>
              <w:t>요약 카드</w:t>
            </w:r>
          </w:p>
        </w:tc>
        <w:tc>
          <w:tcPr>
            <w:tcW w:type="dxa" w:w="987"/>
            <w:vAlign w:val="center"/>
          </w:tcPr>
          <w:p>
            <w:r/>
            <w:r>
              <w:rPr>
                <w:rFonts w:ascii="Malgun Gothic" w:hAnsi="Malgun Gothic" w:eastAsia="Malgun Gothic"/>
                <w:b w:val="0"/>
                <w:sz w:val="14"/>
              </w:rPr>
              <w:t>summary</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7</w:t>
            </w:r>
          </w:p>
        </w:tc>
        <w:tc>
          <w:tcPr>
            <w:tcW w:type="dxa" w:w="987"/>
            <w:vAlign w:val="center"/>
          </w:tcPr>
          <w:p>
            <w:r/>
            <w:r>
              <w:rPr>
                <w:rFonts w:ascii="Malgun Gothic" w:hAnsi="Malgun Gothic" w:eastAsia="Malgun Gothic"/>
                <w:b w:val="0"/>
                <w:sz w:val="14"/>
              </w:rPr>
              <w:t>summary cards</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t>dataset, clean_n, mean/std stress_score, generated_at</w:t>
            </w:r>
          </w:p>
        </w:tc>
      </w:tr>
      <w:tr>
        <w:trPr>
          <w:cantSplit/>
        </w:trPr>
        <w:tc>
          <w:tcPr>
            <w:tcW w:type="dxa" w:w="987"/>
            <w:vAlign w:val="center"/>
          </w:tcPr>
          <w:p>
            <w:r/>
            <w:r>
              <w:rPr>
                <w:rFonts w:ascii="Malgun Gothic" w:hAnsi="Malgun Gothic" w:eastAsia="Malgun Gothic"/>
                <w:b w:val="0"/>
                <w:sz w:val="14"/>
              </w:rPr>
              <w:t>2</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descriptive_stats</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5</w:t>
            </w:r>
          </w:p>
        </w:tc>
        <w:tc>
          <w:tcPr>
            <w:tcW w:type="dxa" w:w="987"/>
            <w:vAlign w:val="center"/>
          </w:tcPr>
          <w:p>
            <w:r/>
            <w:r>
              <w:rPr>
                <w:rFonts w:ascii="Malgun Gothic" w:hAnsi="Malgun Gothic" w:eastAsia="Malgun Gothic"/>
                <w:b w:val="0"/>
                <w:sz w:val="14"/>
              </w:rPr>
              <w:t>C:\AI\sci_voc_bot\results\tables\descriptive_statistics.csv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3</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correlation_vars</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C:\AI\sci_voc_bot\results\tables\correlation_validity.csv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correlation_matrix</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7</w:t>
            </w:r>
          </w:p>
        </w:tc>
        <w:tc>
          <w:tcPr>
            <w:tcW w:type="dxa" w:w="987"/>
            <w:vAlign w:val="center"/>
          </w:tcPr>
          <w:p>
            <w:r/>
            <w:r>
              <w:rPr>
                <w:rFonts w:ascii="Malgun Gothic" w:hAnsi="Malgun Gothic" w:eastAsia="Malgun Gothic"/>
                <w:b w:val="0"/>
                <w:sz w:val="14"/>
              </w:rPr>
              <w:t>C:\AI\sci_voc_bot\results\tables\correlation_matrix.csv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5</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validity_summary</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1</w:t>
            </w:r>
          </w:p>
        </w:tc>
        <w:tc>
          <w:tcPr>
            <w:tcW w:type="dxa" w:w="987"/>
            <w:vAlign w:val="center"/>
          </w:tcPr>
          <w:p>
            <w:r/>
            <w:r>
              <w:rPr>
                <w:rFonts w:ascii="Malgun Gothic" w:hAnsi="Malgun Gothic" w:eastAsia="Malgun Gothic"/>
                <w:b w:val="0"/>
                <w:sz w:val="14"/>
              </w:rPr>
              <w:t>C:\AI\sci_voc_bot\results\tables\validity_structure_summary.csv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6</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discriminant_details</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C:\AI\sci_voc_bot\results\tables\discriminant_details.csv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7</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bootstrap_ci</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C:\AI\sci_voc_bot\results\tables\bootstrap_ci.csv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8</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univariate_ols</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C:\AI\sci_voc_bot\results\tables\univariate_ols.csv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9</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multivariate_ols</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C:\AI\sci_voc_bot\results\tables\multivariate_ols.csv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10</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vif</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C:\AI\sci_voc_bot\results\tables\vif.csv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11</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sensitivity</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6</w:t>
            </w:r>
          </w:p>
        </w:tc>
        <w:tc>
          <w:tcPr>
            <w:tcW w:type="dxa" w:w="987"/>
            <w:vAlign w:val="center"/>
          </w:tcPr>
          <w:p>
            <w:r/>
            <w:r>
              <w:rPr>
                <w:rFonts w:ascii="Malgun Gothic" w:hAnsi="Malgun Gothic" w:eastAsia="Malgun Gothic"/>
                <w:b w:val="0"/>
                <w:sz w:val="14"/>
              </w:rPr>
              <w:t>C:\AI\sci_voc_bot\results\tables\weight_sensitivity.csv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12</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leave_one_out</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C:\AI\sci_voc_bot\results\tables\loo_stability.csv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13</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anova</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C:\AI\sci_voc_bot\results\tables\anova_profile.csv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14</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tukey</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12</w:t>
            </w:r>
          </w:p>
        </w:tc>
        <w:tc>
          <w:tcPr>
            <w:tcW w:type="dxa" w:w="987"/>
            <w:vAlign w:val="center"/>
          </w:tcPr>
          <w:p>
            <w:r/>
            <w:r>
              <w:rPr>
                <w:rFonts w:ascii="Malgun Gothic" w:hAnsi="Malgun Gothic" w:eastAsia="Malgun Gothic"/>
                <w:b w:val="0"/>
                <w:sz w:val="14"/>
              </w:rPr>
              <w:t>C:\AI\sci_voc_bot\results\tables\tukey_hsd.csv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15</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stt_reliability</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1</w:t>
            </w:r>
          </w:p>
        </w:tc>
        <w:tc>
          <w:tcPr>
            <w:tcW w:type="dxa" w:w="987"/>
            <w:vAlign w:val="center"/>
          </w:tcPr>
          <w:p>
            <w:r/>
            <w:r>
              <w:rPr>
                <w:rFonts w:ascii="Malgun Gothic" w:hAnsi="Malgun Gothic" w:eastAsia="Malgun Gothic"/>
                <w:b w:val="0"/>
                <w:sz w:val="14"/>
              </w:rPr>
              <w:t>C:\AI\sci_voc_bot\results\tables\stt_reliability.csv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t>Required for SCI final, but unavailable when --skip-stt is used.</w:t>
            </w:r>
          </w:p>
        </w:tc>
      </w:tr>
      <w:tr>
        <w:trPr>
          <w:cantSplit/>
        </w:trPr>
        <w:tc>
          <w:tcPr>
            <w:tcW w:type="dxa" w:w="987"/>
            <w:vAlign w:val="center"/>
          </w:tcPr>
          <w:p>
            <w:r/>
            <w:r>
              <w:rPr>
                <w:rFonts w:ascii="Malgun Gothic" w:hAnsi="Malgun Gothic" w:eastAsia="Malgun Gothic"/>
                <w:b w:val="0"/>
                <w:sz w:val="14"/>
              </w:rPr>
              <w:t>16</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stt_error_sensitivity</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6</w:t>
            </w:r>
          </w:p>
        </w:tc>
        <w:tc>
          <w:tcPr>
            <w:tcW w:type="dxa" w:w="987"/>
            <w:vAlign w:val="center"/>
          </w:tcPr>
          <w:p>
            <w:r/>
            <w:r>
              <w:rPr>
                <w:rFonts w:ascii="Malgun Gothic" w:hAnsi="Malgun Gothic" w:eastAsia="Malgun Gothic"/>
                <w:b w:val="0"/>
                <w:sz w:val="14"/>
              </w:rPr>
              <w:t>C:\AI\sci_voc_bot\results\tables\stt_error_sensitivity.csv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17</w:t>
            </w:r>
          </w:p>
        </w:tc>
        <w:tc>
          <w:tcPr>
            <w:tcW w:type="dxa" w:w="987"/>
            <w:vAlign w:val="center"/>
          </w:tcPr>
          <w:p>
            <w:r/>
            <w:r>
              <w:rPr>
                <w:rFonts w:ascii="Malgun Gothic" w:hAnsi="Malgun Gothic" w:eastAsia="Malgun Gothic"/>
                <w:b w:val="0"/>
                <w:sz w:val="14"/>
              </w:rPr>
              <w:t>table</w:t>
            </w:r>
          </w:p>
        </w:tc>
        <w:tc>
          <w:tcPr>
            <w:tcW w:type="dxa" w:w="987"/>
            <w:vAlign w:val="center"/>
          </w:tcPr>
          <w:p>
            <w:r/>
            <w:r>
              <w:rPr>
                <w:rFonts w:ascii="Malgun Gothic" w:hAnsi="Malgun Gothic" w:eastAsia="Malgun Gothic"/>
                <w:b w:val="0"/>
                <w:sz w:val="14"/>
              </w:rPr>
              <w:t>outlier_robustness</w:t>
            </w:r>
          </w:p>
        </w:tc>
        <w:tc>
          <w:tcPr>
            <w:tcW w:type="dxa" w:w="987"/>
            <w:vAlign w:val="center"/>
          </w:tcPr>
          <w:p>
            <w:r/>
            <w:r>
              <w:rPr>
                <w:rFonts w:ascii="Malgun Gothic" w:hAnsi="Malgun Gothic" w:eastAsia="Malgun Gothic"/>
                <w:b w:val="0"/>
                <w:sz w:val="14"/>
              </w:rPr>
              <w:t>csv</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C:\AI\sci_voc_bot\results\tables\outlier_robustness.csv</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18</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stress_score 분포</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C:\AI\sci_voc_bot\results\figures\fig02_stress_distribution.png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19</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scatter: stress_score vs energy_mean</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C:\AI\sci_voc_bot\results\figures\scatter_energy_mean.png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20</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scatter: stress_score vs pitch_mean</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C:\AI\sci_voc_bot\results\figures\scatter_pitch_mean.png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21</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scatter: stress_score vs wpm</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C:\AI\sci_voc_bot\results\figures\scatter_wpm.png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22</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scatter: stress_score vs duration_sec</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C:\AI\sci_voc_bot\results\figures\scatter_duration_sec.png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23</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Bootstrap 95% CI</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C:\AI\sci_voc_bot\results\figures\fig04_bootstrap_ci.png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24</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민감도 분석</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C:\AI\sci_voc_bot\results\figures\fig05_weight_sensitivity.png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25</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ANOVA: energy_mean</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C:\AI\sci_voc_bot\results\figures\anova_energy_mean.png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26</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ANOVA: pitch_mean</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C:\AI\sci_voc_bot\results\figures\anova_pitch_mean.png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27</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ANOVA: wpm</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C:\AI\sci_voc_bot\results\figures\anova_wpm.png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28</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ANOVA: duration_sec</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C:\AI\sci_voc_bot\results\figures\anova_duration_sec.png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29</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Tukey: energy_mean</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C:\AI\sci_voc_bot\results\figures\tukey_energy_mean.png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30</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Tukey: pitch_mean</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C:\AI\sci_voc_bot\results\figures\tukey_pitch_mean.png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31</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Tukey: wpm</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C:\AI\sci_voc_bot\results\figures\tukey_wpm.png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32</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Tukey: duration_sec</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C:\AI\sci_voc_bot\results\figures\tukey_duration_sec.png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33</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STT 오류 민감도</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C:\AI\sci_voc_bot\results\figures\fig_stt_error_sensitivity.png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r>
        <w:trPr>
          <w:cantSplit/>
        </w:trPr>
        <w:tc>
          <w:tcPr>
            <w:tcW w:type="dxa" w:w="987"/>
            <w:vAlign w:val="center"/>
          </w:tcPr>
          <w:p>
            <w:r/>
            <w:r>
              <w:rPr>
                <w:rFonts w:ascii="Malgun Gothic" w:hAnsi="Malgun Gothic" w:eastAsia="Malgun Gothic"/>
                <w:b w:val="0"/>
                <w:sz w:val="14"/>
              </w:rPr>
              <w:t>34</w:t>
            </w:r>
          </w:p>
        </w:tc>
        <w:tc>
          <w:tcPr>
            <w:tcW w:type="dxa" w:w="987"/>
            <w:vAlign w:val="center"/>
          </w:tcPr>
          <w:p>
            <w:r/>
            <w:r>
              <w:rPr>
                <w:rFonts w:ascii="Malgun Gothic" w:hAnsi="Malgun Gothic" w:eastAsia="Malgun Gothic"/>
                <w:b w:val="0"/>
                <w:sz w:val="14"/>
              </w:rPr>
              <w:t>figure</w:t>
            </w:r>
          </w:p>
        </w:tc>
        <w:tc>
          <w:tcPr>
            <w:tcW w:type="dxa" w:w="987"/>
            <w:vAlign w:val="center"/>
          </w:tcPr>
          <w:p>
            <w:r/>
            <w:r>
              <w:rPr>
                <w:rFonts w:ascii="Malgun Gothic" w:hAnsi="Malgun Gothic" w:eastAsia="Malgun Gothic"/>
                <w:b w:val="0"/>
                <w:sz w:val="14"/>
              </w:rPr>
              <w:t>STT Reliability</w:t>
            </w:r>
          </w:p>
        </w:tc>
        <w:tc>
          <w:tcPr>
            <w:tcW w:type="dxa" w:w="987"/>
            <w:vAlign w:val="center"/>
          </w:tcPr>
          <w:p>
            <w:r/>
            <w:r>
              <w:rPr>
                <w:rFonts w:ascii="Malgun Gothic" w:hAnsi="Malgun Gothic" w:eastAsia="Malgun Gothic"/>
                <w:b w:val="0"/>
                <w:sz w:val="14"/>
              </w:rPr>
              <w:t>png</w:t>
            </w:r>
          </w:p>
        </w:tc>
        <w:tc>
          <w:tcPr>
            <w:tcW w:type="dxa" w:w="987"/>
            <w:vAlign w:val="center"/>
          </w:tcPr>
          <w:p>
            <w:r/>
            <w:r>
              <w:rPr>
                <w:rFonts w:ascii="Malgun Gothic" w:hAnsi="Malgun Gothic" w:eastAsia="Malgun Gothic"/>
                <w:b w:val="0"/>
                <w:sz w:val="14"/>
              </w:rPr>
              <w:t>False</w:t>
            </w:r>
          </w:p>
        </w:tc>
        <w:tc>
          <w:tcPr>
            <w:tcW w:type="dxa" w:w="987"/>
            <w:vAlign w:val="center"/>
          </w:tcPr>
          <w:p>
            <w:r/>
            <w:r>
              <w:rPr>
                <w:rFonts w:ascii="Malgun Gothic" w:hAnsi="Malgun Gothic" w:eastAsia="Malgun Gothic"/>
                <w:b w:val="0"/>
                <w:sz w:val="14"/>
              </w:rPr>
              <w:t>True</w:t>
            </w:r>
          </w:p>
        </w:tc>
        <w:tc>
          <w:tcPr>
            <w:tcW w:type="dxa" w:w="987"/>
            <w:vAlign w:val="center"/>
          </w:tcPr>
          <w:p>
            <w:r/>
            <w:r>
              <w:rPr>
                <w:rFonts w:ascii="Malgun Gothic" w:hAnsi="Malgun Gothic" w:eastAsia="Malgun Gothic"/>
                <w:b w:val="0"/>
                <w:sz w:val="14"/>
              </w:rPr>
            </w:r>
          </w:p>
        </w:tc>
        <w:tc>
          <w:tcPr>
            <w:tcW w:type="dxa" w:w="987"/>
            <w:vAlign w:val="center"/>
          </w:tcPr>
          <w:p>
            <w:r/>
            <w:r>
              <w:rPr>
                <w:rFonts w:ascii="Malgun Gothic" w:hAnsi="Malgun Gothic" w:eastAsia="Malgun Gothic"/>
                <w:b w:val="0"/>
                <w:sz w:val="14"/>
              </w:rPr>
              <w:t>C:\AI\sci_voc_bot\results\figures\fig_stt_reliability.png</w:t>
            </w:r>
          </w:p>
        </w:tc>
        <w:tc>
          <w:tcPr>
            <w:tcW w:type="dxa" w:w="987"/>
            <w:vAlign w:val="center"/>
          </w:tcPr>
          <w:p>
            <w:r/>
            <w:r>
              <w:rPr>
                <w:rFonts w:ascii="Malgun Gothic" w:hAnsi="Malgun Gothic" w:eastAsia="Malgun Gothic"/>
                <w:b w:val="0"/>
                <w:sz w:val="14"/>
              </w:rPr>
              <w:t>완성</w:t>
            </w:r>
          </w:p>
        </w:tc>
        <w:tc>
          <w:tcPr>
            <w:tcW w:type="dxa" w:w="987"/>
            <w:vAlign w:val="center"/>
          </w:tcPr>
          <w:p>
            <w:r/>
            <w:r>
              <w:rPr>
                <w:rFonts w:ascii="Malgun Gothic" w:hAnsi="Malgun Gothic" w:eastAsia="Malgun Gothic"/>
                <w:b w:val="0"/>
                <w:sz w:val="14"/>
              </w:rPr>
            </w:r>
          </w:p>
        </w:tc>
      </w:tr>
    </w:tbl>
    <w:p/>
    <w:p>
      <w:r>
        <w:t>전체 행 포함</w:t>
      </w:r>
    </w:p>
    <w:p>
      <w:r>
        <w:rPr>
          <w:b/>
        </w:rPr>
        <w:t>산출물 CSV: results/tables/descriptive_statistics.csv (행 5, 열 9)</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4"/>
              </w:rPr>
              <w:t>variable</w:t>
            </w:r>
          </w:p>
        </w:tc>
        <w:tc>
          <w:tcPr>
            <w:tcW w:type="dxa" w:w="1096"/>
          </w:tcPr>
          <w:p>
            <w:r/>
            <w:r>
              <w:rPr>
                <w:rFonts w:ascii="Malgun Gothic" w:hAnsi="Malgun Gothic" w:eastAsia="Malgun Gothic"/>
                <w:b/>
                <w:sz w:val="14"/>
              </w:rPr>
              <w:t>count</w:t>
            </w:r>
          </w:p>
        </w:tc>
        <w:tc>
          <w:tcPr>
            <w:tcW w:type="dxa" w:w="1096"/>
          </w:tcPr>
          <w:p>
            <w:r/>
            <w:r>
              <w:rPr>
                <w:rFonts w:ascii="Malgun Gothic" w:hAnsi="Malgun Gothic" w:eastAsia="Malgun Gothic"/>
                <w:b/>
                <w:sz w:val="14"/>
              </w:rPr>
              <w:t>mean</w:t>
            </w:r>
          </w:p>
        </w:tc>
        <w:tc>
          <w:tcPr>
            <w:tcW w:type="dxa" w:w="1096"/>
          </w:tcPr>
          <w:p>
            <w:r/>
            <w:r>
              <w:rPr>
                <w:rFonts w:ascii="Malgun Gothic" w:hAnsi="Malgun Gothic" w:eastAsia="Malgun Gothic"/>
                <w:b/>
                <w:sz w:val="14"/>
              </w:rPr>
              <w:t>std</w:t>
            </w:r>
          </w:p>
        </w:tc>
        <w:tc>
          <w:tcPr>
            <w:tcW w:type="dxa" w:w="1096"/>
          </w:tcPr>
          <w:p>
            <w:r/>
            <w:r>
              <w:rPr>
                <w:rFonts w:ascii="Malgun Gothic" w:hAnsi="Malgun Gothic" w:eastAsia="Malgun Gothic"/>
                <w:b/>
                <w:sz w:val="14"/>
              </w:rPr>
              <w:t>min</w:t>
            </w:r>
          </w:p>
        </w:tc>
        <w:tc>
          <w:tcPr>
            <w:tcW w:type="dxa" w:w="1096"/>
          </w:tcPr>
          <w:p>
            <w:r/>
            <w:r>
              <w:rPr>
                <w:rFonts w:ascii="Malgun Gothic" w:hAnsi="Malgun Gothic" w:eastAsia="Malgun Gothic"/>
                <w:b/>
                <w:sz w:val="14"/>
              </w:rPr>
              <w:t>25%</w:t>
            </w:r>
          </w:p>
        </w:tc>
        <w:tc>
          <w:tcPr>
            <w:tcW w:type="dxa" w:w="1096"/>
          </w:tcPr>
          <w:p>
            <w:r/>
            <w:r>
              <w:rPr>
                <w:rFonts w:ascii="Malgun Gothic" w:hAnsi="Malgun Gothic" w:eastAsia="Malgun Gothic"/>
                <w:b/>
                <w:sz w:val="14"/>
              </w:rPr>
              <w:t>50%</w:t>
            </w:r>
          </w:p>
        </w:tc>
        <w:tc>
          <w:tcPr>
            <w:tcW w:type="dxa" w:w="1096"/>
          </w:tcPr>
          <w:p>
            <w:r/>
            <w:r>
              <w:rPr>
                <w:rFonts w:ascii="Malgun Gothic" w:hAnsi="Malgun Gothic" w:eastAsia="Malgun Gothic"/>
                <w:b/>
                <w:sz w:val="14"/>
              </w:rPr>
              <w:t>75%</w:t>
            </w:r>
          </w:p>
        </w:tc>
        <w:tc>
          <w:tcPr>
            <w:tcW w:type="dxa" w:w="1096"/>
          </w:tcPr>
          <w:p>
            <w:r/>
            <w:r>
              <w:rPr>
                <w:rFonts w:ascii="Malgun Gothic" w:hAnsi="Malgun Gothic" w:eastAsia="Malgun Gothic"/>
                <w:b/>
                <w:sz w:val="14"/>
              </w:rPr>
              <w:t>max</w:t>
            </w:r>
          </w:p>
        </w:tc>
      </w:tr>
      <w:tr>
        <w:trPr>
          <w:cantSplit/>
        </w:trPr>
        <w:tc>
          <w:tcPr>
            <w:tcW w:type="dxa" w:w="1096"/>
            <w:vAlign w:val="center"/>
          </w:tcPr>
          <w:p>
            <w:r/>
            <w:r>
              <w:rPr>
                <w:rFonts w:ascii="Malgun Gothic" w:hAnsi="Malgun Gothic" w:eastAsia="Malgun Gothic"/>
                <w:b w:val="0"/>
                <w:sz w:val="14"/>
              </w:rPr>
              <w:t>stress_score</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0.6364881461037636</w:t>
            </w:r>
          </w:p>
        </w:tc>
        <w:tc>
          <w:tcPr>
            <w:tcW w:type="dxa" w:w="1096"/>
            <w:vAlign w:val="center"/>
          </w:tcPr>
          <w:p>
            <w:r/>
            <w:r>
              <w:rPr>
                <w:rFonts w:ascii="Malgun Gothic" w:hAnsi="Malgun Gothic" w:eastAsia="Malgun Gothic"/>
                <w:b w:val="0"/>
                <w:sz w:val="14"/>
              </w:rPr>
              <w:t>0.10426262134100811</w:t>
            </w:r>
          </w:p>
        </w:tc>
        <w:tc>
          <w:tcPr>
            <w:tcW w:type="dxa" w:w="1096"/>
            <w:vAlign w:val="center"/>
          </w:tcPr>
          <w:p>
            <w:r/>
            <w:r>
              <w:rPr>
                <w:rFonts w:ascii="Malgun Gothic" w:hAnsi="Malgun Gothic" w:eastAsia="Malgun Gothic"/>
                <w:b w:val="0"/>
                <w:sz w:val="14"/>
              </w:rPr>
              <w:t>0.0</w:t>
            </w:r>
          </w:p>
        </w:tc>
        <w:tc>
          <w:tcPr>
            <w:tcW w:type="dxa" w:w="1096"/>
            <w:vAlign w:val="center"/>
          </w:tcPr>
          <w:p>
            <w:r/>
            <w:r>
              <w:rPr>
                <w:rFonts w:ascii="Malgun Gothic" w:hAnsi="Malgun Gothic" w:eastAsia="Malgun Gothic"/>
                <w:b w:val="0"/>
                <w:sz w:val="14"/>
              </w:rPr>
              <w:t>0.5771021479295023</w:t>
            </w:r>
          </w:p>
        </w:tc>
        <w:tc>
          <w:tcPr>
            <w:tcW w:type="dxa" w:w="1096"/>
            <w:vAlign w:val="center"/>
          </w:tcPr>
          <w:p>
            <w:r/>
            <w:r>
              <w:rPr>
                <w:rFonts w:ascii="Malgun Gothic" w:hAnsi="Malgun Gothic" w:eastAsia="Malgun Gothic"/>
                <w:b w:val="0"/>
                <w:sz w:val="14"/>
              </w:rPr>
              <w:t>0.6362956576335654</w:t>
            </w:r>
          </w:p>
        </w:tc>
        <w:tc>
          <w:tcPr>
            <w:tcW w:type="dxa" w:w="1096"/>
            <w:vAlign w:val="center"/>
          </w:tcPr>
          <w:p>
            <w:r/>
            <w:r>
              <w:rPr>
                <w:rFonts w:ascii="Malgun Gothic" w:hAnsi="Malgun Gothic" w:eastAsia="Malgun Gothic"/>
                <w:b w:val="0"/>
                <w:sz w:val="14"/>
              </w:rPr>
              <w:t>0.6973088546912881</w:t>
            </w:r>
          </w:p>
        </w:tc>
        <w:tc>
          <w:tcPr>
            <w:tcW w:type="dxa" w:w="1096"/>
            <w:vAlign w:val="center"/>
          </w:tcPr>
          <w:p>
            <w:r/>
            <w:r>
              <w:rPr>
                <w:rFonts w:ascii="Malgun Gothic" w:hAnsi="Malgun Gothic" w:eastAsia="Malgun Gothic"/>
                <w:b w:val="0"/>
                <w:sz w:val="14"/>
              </w:rPr>
              <w:t>1.0</w:t>
            </w:r>
          </w:p>
        </w:tc>
      </w:tr>
      <w:tr>
        <w:trPr>
          <w:cantSplit/>
        </w:trPr>
        <w:tc>
          <w:tcPr>
            <w:tcW w:type="dxa" w:w="1096"/>
            <w:vAlign w:val="center"/>
          </w:tcPr>
          <w:p>
            <w:r/>
            <w:r>
              <w:rPr>
                <w:rFonts w:ascii="Malgun Gothic" w:hAnsi="Malgun Gothic" w:eastAsia="Malgun Gothic"/>
                <w:b w:val="0"/>
                <w:sz w:val="14"/>
              </w:rPr>
              <w:t>energy_mean</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0.048815202135126995</w:t>
            </w:r>
          </w:p>
        </w:tc>
        <w:tc>
          <w:tcPr>
            <w:tcW w:type="dxa" w:w="1096"/>
            <w:vAlign w:val="center"/>
          </w:tcPr>
          <w:p>
            <w:r/>
            <w:r>
              <w:rPr>
                <w:rFonts w:ascii="Malgun Gothic" w:hAnsi="Malgun Gothic" w:eastAsia="Malgun Gothic"/>
                <w:b w:val="0"/>
                <w:sz w:val="14"/>
              </w:rPr>
              <w:t>0.022995187709716303</w:t>
            </w:r>
          </w:p>
        </w:tc>
        <w:tc>
          <w:tcPr>
            <w:tcW w:type="dxa" w:w="1096"/>
            <w:vAlign w:val="center"/>
          </w:tcPr>
          <w:p>
            <w:r/>
            <w:r>
              <w:rPr>
                <w:rFonts w:ascii="Malgun Gothic" w:hAnsi="Malgun Gothic" w:eastAsia="Malgun Gothic"/>
                <w:b w:val="0"/>
                <w:sz w:val="14"/>
              </w:rPr>
              <w:t>0.0072453501634299</w:t>
            </w:r>
          </w:p>
        </w:tc>
        <w:tc>
          <w:tcPr>
            <w:tcW w:type="dxa" w:w="1096"/>
            <w:vAlign w:val="center"/>
          </w:tcPr>
          <w:p>
            <w:r/>
            <w:r>
              <w:rPr>
                <w:rFonts w:ascii="Malgun Gothic" w:hAnsi="Malgun Gothic" w:eastAsia="Malgun Gothic"/>
                <w:b w:val="0"/>
                <w:sz w:val="14"/>
              </w:rPr>
              <w:t>0.03253942169249055</w:t>
            </w:r>
          </w:p>
        </w:tc>
        <w:tc>
          <w:tcPr>
            <w:tcW w:type="dxa" w:w="1096"/>
            <w:vAlign w:val="center"/>
          </w:tcPr>
          <w:p>
            <w:r/>
            <w:r>
              <w:rPr>
                <w:rFonts w:ascii="Malgun Gothic" w:hAnsi="Malgun Gothic" w:eastAsia="Malgun Gothic"/>
                <w:b w:val="0"/>
                <w:sz w:val="14"/>
              </w:rPr>
              <w:t>0.04580023698508735</w:t>
            </w:r>
          </w:p>
        </w:tc>
        <w:tc>
          <w:tcPr>
            <w:tcW w:type="dxa" w:w="1096"/>
            <w:vAlign w:val="center"/>
          </w:tcPr>
          <w:p>
            <w:r/>
            <w:r>
              <w:rPr>
                <w:rFonts w:ascii="Malgun Gothic" w:hAnsi="Malgun Gothic" w:eastAsia="Malgun Gothic"/>
                <w:b w:val="0"/>
                <w:sz w:val="14"/>
              </w:rPr>
              <w:t>0.059025459922850076</w:t>
            </w:r>
          </w:p>
        </w:tc>
        <w:tc>
          <w:tcPr>
            <w:tcW w:type="dxa" w:w="1096"/>
            <w:vAlign w:val="center"/>
          </w:tcPr>
          <w:p>
            <w:r/>
            <w:r>
              <w:rPr>
                <w:rFonts w:ascii="Malgun Gothic" w:hAnsi="Malgun Gothic" w:eastAsia="Malgun Gothic"/>
                <w:b w:val="0"/>
                <w:sz w:val="14"/>
              </w:rPr>
              <w:t>0.1768262088298797</w:t>
            </w:r>
          </w:p>
        </w:tc>
      </w:tr>
      <w:tr>
        <w:trPr>
          <w:cantSplit/>
        </w:trPr>
        <w:tc>
          <w:tcPr>
            <w:tcW w:type="dxa" w:w="1096"/>
            <w:vAlign w:val="center"/>
          </w:tcPr>
          <w:p>
            <w:r/>
            <w:r>
              <w:rPr>
                <w:rFonts w:ascii="Malgun Gothic" w:hAnsi="Malgun Gothic" w:eastAsia="Malgun Gothic"/>
                <w:b w:val="0"/>
                <w:sz w:val="14"/>
              </w:rPr>
              <w:t>pitch_mean</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236.38900857253438</w:t>
            </w:r>
          </w:p>
        </w:tc>
        <w:tc>
          <w:tcPr>
            <w:tcW w:type="dxa" w:w="1096"/>
            <w:vAlign w:val="center"/>
          </w:tcPr>
          <w:p>
            <w:r/>
            <w:r>
              <w:rPr>
                <w:rFonts w:ascii="Malgun Gothic" w:hAnsi="Malgun Gothic" w:eastAsia="Malgun Gothic"/>
                <w:b w:val="0"/>
                <w:sz w:val="14"/>
              </w:rPr>
              <w:t>29.303475881585253</w:t>
            </w:r>
          </w:p>
        </w:tc>
        <w:tc>
          <w:tcPr>
            <w:tcW w:type="dxa" w:w="1096"/>
            <w:vAlign w:val="center"/>
          </w:tcPr>
          <w:p>
            <w:r/>
            <w:r>
              <w:rPr>
                <w:rFonts w:ascii="Malgun Gothic" w:hAnsi="Malgun Gothic" w:eastAsia="Malgun Gothic"/>
                <w:b w:val="0"/>
                <w:sz w:val="14"/>
              </w:rPr>
              <w:t>131.448083315726</w:t>
            </w:r>
          </w:p>
        </w:tc>
        <w:tc>
          <w:tcPr>
            <w:tcW w:type="dxa" w:w="1096"/>
            <w:vAlign w:val="center"/>
          </w:tcPr>
          <w:p>
            <w:r/>
            <w:r>
              <w:rPr>
                <w:rFonts w:ascii="Malgun Gothic" w:hAnsi="Malgun Gothic" w:eastAsia="Malgun Gothic"/>
                <w:b w:val="0"/>
                <w:sz w:val="14"/>
              </w:rPr>
              <w:t>218.04254036934034</w:t>
            </w:r>
          </w:p>
        </w:tc>
        <w:tc>
          <w:tcPr>
            <w:tcW w:type="dxa" w:w="1096"/>
            <w:vAlign w:val="center"/>
          </w:tcPr>
          <w:p>
            <w:r/>
            <w:r>
              <w:rPr>
                <w:rFonts w:ascii="Malgun Gothic" w:hAnsi="Malgun Gothic" w:eastAsia="Malgun Gothic"/>
                <w:b w:val="0"/>
                <w:sz w:val="14"/>
              </w:rPr>
              <w:t>234.67691727947954</w:t>
            </w:r>
          </w:p>
        </w:tc>
        <w:tc>
          <w:tcPr>
            <w:tcW w:type="dxa" w:w="1096"/>
            <w:vAlign w:val="center"/>
          </w:tcPr>
          <w:p>
            <w:r/>
            <w:r>
              <w:rPr>
                <w:rFonts w:ascii="Malgun Gothic" w:hAnsi="Malgun Gothic" w:eastAsia="Malgun Gothic"/>
                <w:b w:val="0"/>
                <w:sz w:val="14"/>
              </w:rPr>
              <w:t>251.77567676297855</w:t>
            </w:r>
          </w:p>
        </w:tc>
        <w:tc>
          <w:tcPr>
            <w:tcW w:type="dxa" w:w="1096"/>
            <w:vAlign w:val="center"/>
          </w:tcPr>
          <w:p>
            <w:r/>
            <w:r>
              <w:rPr>
                <w:rFonts w:ascii="Malgun Gothic" w:hAnsi="Malgun Gothic" w:eastAsia="Malgun Gothic"/>
                <w:b w:val="0"/>
                <w:sz w:val="14"/>
              </w:rPr>
              <w:t>450.8633852164357</w:t>
            </w:r>
          </w:p>
        </w:tc>
      </w:tr>
      <w:tr>
        <w:trPr>
          <w:cantSplit/>
        </w:trPr>
        <w:tc>
          <w:tcPr>
            <w:tcW w:type="dxa" w:w="1096"/>
            <w:vAlign w:val="center"/>
          </w:tcPr>
          <w:p>
            <w:r/>
            <w:r>
              <w:rPr>
                <w:rFonts w:ascii="Malgun Gothic" w:hAnsi="Malgun Gothic" w:eastAsia="Malgun Gothic"/>
                <w:b w:val="0"/>
                <w:sz w:val="14"/>
              </w:rPr>
              <w:t>wpm</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83.59627317584393</w:t>
            </w:r>
          </w:p>
        </w:tc>
        <w:tc>
          <w:tcPr>
            <w:tcW w:type="dxa" w:w="1096"/>
            <w:vAlign w:val="center"/>
          </w:tcPr>
          <w:p>
            <w:r/>
            <w:r>
              <w:rPr>
                <w:rFonts w:ascii="Malgun Gothic" w:hAnsi="Malgun Gothic" w:eastAsia="Malgun Gothic"/>
                <w:b w:val="0"/>
                <w:sz w:val="14"/>
              </w:rPr>
              <w:t>20.067911629281365</w:t>
            </w:r>
          </w:p>
        </w:tc>
        <w:tc>
          <w:tcPr>
            <w:tcW w:type="dxa" w:w="1096"/>
            <w:vAlign w:val="center"/>
          </w:tcPr>
          <w:p>
            <w:r/>
            <w:r>
              <w:rPr>
                <w:rFonts w:ascii="Malgun Gothic" w:hAnsi="Malgun Gothic" w:eastAsia="Malgun Gothic"/>
                <w:b w:val="0"/>
                <w:sz w:val="14"/>
              </w:rPr>
              <w:t>0.0</w:t>
            </w:r>
          </w:p>
        </w:tc>
        <w:tc>
          <w:tcPr>
            <w:tcW w:type="dxa" w:w="1096"/>
            <w:vAlign w:val="center"/>
          </w:tcPr>
          <w:p>
            <w:r/>
            <w:r>
              <w:rPr>
                <w:rFonts w:ascii="Malgun Gothic" w:hAnsi="Malgun Gothic" w:eastAsia="Malgun Gothic"/>
                <w:b w:val="0"/>
                <w:sz w:val="14"/>
              </w:rPr>
              <w:t>71.87679211853018</w:t>
            </w:r>
          </w:p>
        </w:tc>
        <w:tc>
          <w:tcPr>
            <w:tcW w:type="dxa" w:w="1096"/>
            <w:vAlign w:val="center"/>
          </w:tcPr>
          <w:p>
            <w:r/>
            <w:r>
              <w:rPr>
                <w:rFonts w:ascii="Malgun Gothic" w:hAnsi="Malgun Gothic" w:eastAsia="Malgun Gothic"/>
                <w:b w:val="0"/>
                <w:sz w:val="14"/>
              </w:rPr>
              <w:t>86.06739012067416</w:t>
            </w:r>
          </w:p>
        </w:tc>
        <w:tc>
          <w:tcPr>
            <w:tcW w:type="dxa" w:w="1096"/>
            <w:vAlign w:val="center"/>
          </w:tcPr>
          <w:p>
            <w:r/>
            <w:r>
              <w:rPr>
                <w:rFonts w:ascii="Malgun Gothic" w:hAnsi="Malgun Gothic" w:eastAsia="Malgun Gothic"/>
                <w:b w:val="0"/>
                <w:sz w:val="14"/>
              </w:rPr>
              <w:t>97.81761761168447</w:t>
            </w:r>
          </w:p>
        </w:tc>
        <w:tc>
          <w:tcPr>
            <w:tcW w:type="dxa" w:w="1096"/>
            <w:vAlign w:val="center"/>
          </w:tcPr>
          <w:p>
            <w:r/>
            <w:r>
              <w:rPr>
                <w:rFonts w:ascii="Malgun Gothic" w:hAnsi="Malgun Gothic" w:eastAsia="Malgun Gothic"/>
                <w:b w:val="0"/>
                <w:sz w:val="14"/>
              </w:rPr>
              <w:t>133.33333333333331</w:t>
            </w:r>
          </w:p>
        </w:tc>
      </w:tr>
      <w:tr>
        <w:trPr>
          <w:cantSplit/>
        </w:trPr>
        <w:tc>
          <w:tcPr>
            <w:tcW w:type="dxa" w:w="1096"/>
            <w:vAlign w:val="center"/>
          </w:tcPr>
          <w:p>
            <w:r/>
            <w:r>
              <w:rPr>
                <w:rFonts w:ascii="Malgun Gothic" w:hAnsi="Malgun Gothic" w:eastAsia="Malgun Gothic"/>
                <w:b w:val="0"/>
                <w:sz w:val="14"/>
              </w:rPr>
              <w:t>duration_sec</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136.10352</w:t>
            </w:r>
          </w:p>
        </w:tc>
        <w:tc>
          <w:tcPr>
            <w:tcW w:type="dxa" w:w="1096"/>
            <w:vAlign w:val="center"/>
          </w:tcPr>
          <w:p>
            <w:r/>
            <w:r>
              <w:rPr>
                <w:rFonts w:ascii="Malgun Gothic" w:hAnsi="Malgun Gothic" w:eastAsia="Malgun Gothic"/>
                <w:b w:val="0"/>
                <w:sz w:val="14"/>
              </w:rPr>
              <w:t>153.16339535570006</w:t>
            </w:r>
          </w:p>
        </w:tc>
        <w:tc>
          <w:tcPr>
            <w:tcW w:type="dxa" w:w="1096"/>
            <w:vAlign w:val="center"/>
          </w:tcPr>
          <w:p>
            <w:r/>
            <w:r>
              <w:rPr>
                <w:rFonts w:ascii="Malgun Gothic" w:hAnsi="Malgun Gothic" w:eastAsia="Malgun Gothic"/>
                <w:b w:val="0"/>
                <w:sz w:val="14"/>
              </w:rPr>
              <w:t>2.1</w:t>
            </w:r>
          </w:p>
        </w:tc>
        <w:tc>
          <w:tcPr>
            <w:tcW w:type="dxa" w:w="1096"/>
            <w:vAlign w:val="center"/>
          </w:tcPr>
          <w:p>
            <w:r/>
            <w:r>
              <w:rPr>
                <w:rFonts w:ascii="Malgun Gothic" w:hAnsi="Malgun Gothic" w:eastAsia="Malgun Gothic"/>
                <w:b w:val="0"/>
                <w:sz w:val="14"/>
              </w:rPr>
              <w:t>48.7275</w:t>
            </w:r>
          </w:p>
        </w:tc>
        <w:tc>
          <w:tcPr>
            <w:tcW w:type="dxa" w:w="1096"/>
            <w:vAlign w:val="center"/>
          </w:tcPr>
          <w:p>
            <w:r/>
            <w:r>
              <w:rPr>
                <w:rFonts w:ascii="Malgun Gothic" w:hAnsi="Malgun Gothic" w:eastAsia="Malgun Gothic"/>
                <w:b w:val="0"/>
                <w:sz w:val="14"/>
              </w:rPr>
              <w:t>89.61</w:t>
            </w:r>
          </w:p>
        </w:tc>
        <w:tc>
          <w:tcPr>
            <w:tcW w:type="dxa" w:w="1096"/>
            <w:vAlign w:val="center"/>
          </w:tcPr>
          <w:p>
            <w:r/>
            <w:r>
              <w:rPr>
                <w:rFonts w:ascii="Malgun Gothic" w:hAnsi="Malgun Gothic" w:eastAsia="Malgun Gothic"/>
                <w:b w:val="0"/>
                <w:sz w:val="14"/>
              </w:rPr>
              <w:t>165.255</w:t>
            </w:r>
          </w:p>
        </w:tc>
        <w:tc>
          <w:tcPr>
            <w:tcW w:type="dxa" w:w="1096"/>
            <w:vAlign w:val="center"/>
          </w:tcPr>
          <w:p>
            <w:r/>
            <w:r>
              <w:rPr>
                <w:rFonts w:ascii="Malgun Gothic" w:hAnsi="Malgun Gothic" w:eastAsia="Malgun Gothic"/>
                <w:b w:val="0"/>
                <w:sz w:val="14"/>
              </w:rPr>
              <w:t>1421.46</w:t>
            </w:r>
          </w:p>
        </w:tc>
      </w:tr>
    </w:tbl>
    <w:p/>
    <w:p>
      <w:r>
        <w:t>전체 행 포함</w:t>
      </w:r>
    </w:p>
    <w:p>
      <w:r>
        <w:rPr>
          <w:b/>
        </w:rPr>
        <w:t>산출물 CSV: results/tables/discriminant_details.csv (행 4, 열 4)</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4"/>
              </w:rPr>
              <w:t>variable</w:t>
            </w:r>
          </w:p>
        </w:tc>
        <w:tc>
          <w:tcPr>
            <w:tcW w:type="dxa" w:w="2466"/>
          </w:tcPr>
          <w:p>
            <w:r/>
            <w:r>
              <w:rPr>
                <w:rFonts w:ascii="Malgun Gothic" w:hAnsi="Malgun Gothic" w:eastAsia="Malgun Gothic"/>
                <w:b/>
                <w:sz w:val="14"/>
              </w:rPr>
              <w:t>r</w:t>
            </w:r>
          </w:p>
        </w:tc>
        <w:tc>
          <w:tcPr>
            <w:tcW w:type="dxa" w:w="2466"/>
          </w:tcPr>
          <w:p>
            <w:r/>
            <w:r>
              <w:rPr>
                <w:rFonts w:ascii="Malgun Gothic" w:hAnsi="Malgun Gothic" w:eastAsia="Malgun Gothic"/>
                <w:b/>
                <w:sz w:val="14"/>
              </w:rPr>
              <w:t>p_value</w:t>
            </w:r>
          </w:p>
        </w:tc>
        <w:tc>
          <w:tcPr>
            <w:tcW w:type="dxa" w:w="2466"/>
          </w:tcPr>
          <w:p>
            <w:r/>
            <w:r>
              <w:rPr>
                <w:rFonts w:ascii="Malgun Gothic" w:hAnsi="Malgun Gothic" w:eastAsia="Malgun Gothic"/>
                <w:b/>
                <w:sz w:val="14"/>
              </w:rPr>
              <w:t>abs_r</w:t>
            </w:r>
          </w:p>
        </w:tc>
      </w:tr>
      <w:tr>
        <w:trPr>
          <w:cantSplit/>
        </w:trPr>
        <w:tc>
          <w:tcPr>
            <w:tcW w:type="dxa" w:w="2466"/>
            <w:vAlign w:val="center"/>
          </w:tcPr>
          <w:p>
            <w:r/>
            <w:r>
              <w:rPr>
                <w:rFonts w:ascii="Malgun Gothic" w:hAnsi="Malgun Gothic" w:eastAsia="Malgun Gothic"/>
                <w:b w:val="0"/>
                <w:sz w:val="14"/>
              </w:rPr>
              <w:t>wpm</w:t>
            </w:r>
          </w:p>
        </w:tc>
        <w:tc>
          <w:tcPr>
            <w:tcW w:type="dxa" w:w="2466"/>
            <w:vAlign w:val="center"/>
          </w:tcPr>
          <w:p>
            <w:r/>
            <w:r>
              <w:rPr>
                <w:rFonts w:ascii="Malgun Gothic" w:hAnsi="Malgun Gothic" w:eastAsia="Malgun Gothic"/>
                <w:b w:val="0"/>
                <w:sz w:val="14"/>
              </w:rPr>
            </w:r>
          </w:p>
        </w:tc>
        <w:tc>
          <w:tcPr>
            <w:tcW w:type="dxa" w:w="2466"/>
            <w:vAlign w:val="center"/>
          </w:tcPr>
          <w:p>
            <w:r/>
            <w:r>
              <w:rPr>
                <w:rFonts w:ascii="Malgun Gothic" w:hAnsi="Malgun Gothic" w:eastAsia="Malgun Gothic"/>
                <w:b w:val="0"/>
                <w:sz w:val="14"/>
              </w:rPr>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duration_sec</w:t>
            </w:r>
          </w:p>
        </w:tc>
        <w:tc>
          <w:tcPr>
            <w:tcW w:type="dxa" w:w="2466"/>
            <w:vAlign w:val="center"/>
          </w:tcPr>
          <w:p>
            <w:r/>
            <w:r>
              <w:rPr>
                <w:rFonts w:ascii="Malgun Gothic" w:hAnsi="Malgun Gothic" w:eastAsia="Malgun Gothic"/>
                <w:b w:val="0"/>
                <w:sz w:val="14"/>
              </w:rPr>
              <w:t>-0.5591567121462838</w:t>
            </w:r>
          </w:p>
        </w:tc>
        <w:tc>
          <w:tcPr>
            <w:tcW w:type="dxa" w:w="2466"/>
            <w:vAlign w:val="center"/>
          </w:tcPr>
          <w:p>
            <w:r/>
            <w:r>
              <w:rPr>
                <w:rFonts w:ascii="Malgun Gothic" w:hAnsi="Malgun Gothic" w:eastAsia="Malgun Gothic"/>
                <w:b w:val="0"/>
                <w:sz w:val="14"/>
              </w:rPr>
              <w:t>1.4795511118265382e-09</w:t>
            </w:r>
          </w:p>
        </w:tc>
        <w:tc>
          <w:tcPr>
            <w:tcW w:type="dxa" w:w="2466"/>
            <w:vAlign w:val="center"/>
          </w:tcPr>
          <w:p>
            <w:r/>
            <w:r>
              <w:rPr>
                <w:rFonts w:ascii="Malgun Gothic" w:hAnsi="Malgun Gothic" w:eastAsia="Malgun Gothic"/>
                <w:b w:val="0"/>
                <w:sz w:val="14"/>
              </w:rPr>
              <w:t>0.5591567121462838</w:t>
            </w:r>
          </w:p>
        </w:tc>
      </w:tr>
      <w:tr>
        <w:trPr>
          <w:cantSplit/>
        </w:trPr>
        <w:tc>
          <w:tcPr>
            <w:tcW w:type="dxa" w:w="2466"/>
            <w:vAlign w:val="center"/>
          </w:tcPr>
          <w:p>
            <w:r/>
            <w:r>
              <w:rPr>
                <w:rFonts w:ascii="Malgun Gothic" w:hAnsi="Malgun Gothic" w:eastAsia="Malgun Gothic"/>
                <w:b w:val="0"/>
                <w:sz w:val="14"/>
              </w:rPr>
              <w:t>word_cnt</w:t>
            </w:r>
          </w:p>
        </w:tc>
        <w:tc>
          <w:tcPr>
            <w:tcW w:type="dxa" w:w="2466"/>
            <w:vAlign w:val="center"/>
          </w:tcPr>
          <w:p>
            <w:r/>
            <w:r>
              <w:rPr>
                <w:rFonts w:ascii="Malgun Gothic" w:hAnsi="Malgun Gothic" w:eastAsia="Malgun Gothic"/>
                <w:b w:val="0"/>
                <w:sz w:val="14"/>
              </w:rPr>
            </w:r>
          </w:p>
        </w:tc>
        <w:tc>
          <w:tcPr>
            <w:tcW w:type="dxa" w:w="2466"/>
            <w:vAlign w:val="center"/>
          </w:tcPr>
          <w:p>
            <w:r/>
            <w:r>
              <w:rPr>
                <w:rFonts w:ascii="Malgun Gothic" w:hAnsi="Malgun Gothic" w:eastAsia="Malgun Gothic"/>
                <w:b w:val="0"/>
                <w:sz w:val="14"/>
              </w:rPr>
            </w:r>
          </w:p>
        </w:tc>
        <w:tc>
          <w:tcPr>
            <w:tcW w:type="dxa" w:w="2466"/>
            <w:vAlign w:val="center"/>
          </w:tcPr>
          <w:p>
            <w:r/>
            <w:r>
              <w:rPr>
                <w:rFonts w:ascii="Malgun Gothic" w:hAnsi="Malgun Gothic" w:eastAsia="Malgun Gothic"/>
                <w:b w:val="0"/>
                <w:sz w:val="14"/>
              </w:rPr>
            </w:r>
          </w:p>
        </w:tc>
      </w:tr>
      <w:tr>
        <w:trPr>
          <w:cantSplit/>
        </w:trPr>
        <w:tc>
          <w:tcPr>
            <w:tcW w:type="dxa" w:w="2466"/>
            <w:vAlign w:val="center"/>
          </w:tcPr>
          <w:p>
            <w:r/>
            <w:r>
              <w:rPr>
                <w:rFonts w:ascii="Malgun Gothic" w:hAnsi="Malgun Gothic" w:eastAsia="Malgun Gothic"/>
                <w:b w:val="0"/>
                <w:sz w:val="14"/>
              </w:rPr>
              <w:t>text_len</w:t>
            </w:r>
          </w:p>
        </w:tc>
        <w:tc>
          <w:tcPr>
            <w:tcW w:type="dxa" w:w="2466"/>
            <w:vAlign w:val="center"/>
          </w:tcPr>
          <w:p>
            <w:r/>
            <w:r>
              <w:rPr>
                <w:rFonts w:ascii="Malgun Gothic" w:hAnsi="Malgun Gothic" w:eastAsia="Malgun Gothic"/>
                <w:b w:val="0"/>
                <w:sz w:val="14"/>
              </w:rPr>
            </w:r>
          </w:p>
        </w:tc>
        <w:tc>
          <w:tcPr>
            <w:tcW w:type="dxa" w:w="2466"/>
            <w:vAlign w:val="center"/>
          </w:tcPr>
          <w:p>
            <w:r/>
            <w:r>
              <w:rPr>
                <w:rFonts w:ascii="Malgun Gothic" w:hAnsi="Malgun Gothic" w:eastAsia="Malgun Gothic"/>
                <w:b w:val="0"/>
                <w:sz w:val="14"/>
              </w:rPr>
            </w:r>
          </w:p>
        </w:tc>
        <w:tc>
          <w:tcPr>
            <w:tcW w:type="dxa" w:w="2466"/>
            <w:vAlign w:val="center"/>
          </w:tcPr>
          <w:p>
            <w:r/>
            <w:r>
              <w:rPr>
                <w:rFonts w:ascii="Malgun Gothic" w:hAnsi="Malgun Gothic" w:eastAsia="Malgun Gothic"/>
                <w:b w:val="0"/>
                <w:sz w:val="14"/>
              </w:rPr>
            </w:r>
          </w:p>
        </w:tc>
      </w:tr>
    </w:tbl>
    <w:p/>
    <w:p>
      <w:r>
        <w:t>전체 행 포함</w:t>
      </w:r>
    </w:p>
    <w:p>
      <w:r>
        <w:rPr>
          <w:b/>
        </w:rPr>
        <w:t>산출물 CSV: results/tables/feature_descriptive_statistics.csv (행 4, 열 9)</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4"/>
              </w:rPr>
              <w:t>variable</w:t>
            </w:r>
          </w:p>
        </w:tc>
        <w:tc>
          <w:tcPr>
            <w:tcW w:type="dxa" w:w="1096"/>
          </w:tcPr>
          <w:p>
            <w:r/>
            <w:r>
              <w:rPr>
                <w:rFonts w:ascii="Malgun Gothic" w:hAnsi="Malgun Gothic" w:eastAsia="Malgun Gothic"/>
                <w:b/>
                <w:sz w:val="14"/>
              </w:rPr>
              <w:t>count</w:t>
            </w:r>
          </w:p>
        </w:tc>
        <w:tc>
          <w:tcPr>
            <w:tcW w:type="dxa" w:w="1096"/>
          </w:tcPr>
          <w:p>
            <w:r/>
            <w:r>
              <w:rPr>
                <w:rFonts w:ascii="Malgun Gothic" w:hAnsi="Malgun Gothic" w:eastAsia="Malgun Gothic"/>
                <w:b/>
                <w:sz w:val="14"/>
              </w:rPr>
              <w:t>mean</w:t>
            </w:r>
          </w:p>
        </w:tc>
        <w:tc>
          <w:tcPr>
            <w:tcW w:type="dxa" w:w="1096"/>
          </w:tcPr>
          <w:p>
            <w:r/>
            <w:r>
              <w:rPr>
                <w:rFonts w:ascii="Malgun Gothic" w:hAnsi="Malgun Gothic" w:eastAsia="Malgun Gothic"/>
                <w:b/>
                <w:sz w:val="14"/>
              </w:rPr>
              <w:t>std</w:t>
            </w:r>
          </w:p>
        </w:tc>
        <w:tc>
          <w:tcPr>
            <w:tcW w:type="dxa" w:w="1096"/>
          </w:tcPr>
          <w:p>
            <w:r/>
            <w:r>
              <w:rPr>
                <w:rFonts w:ascii="Malgun Gothic" w:hAnsi="Malgun Gothic" w:eastAsia="Malgun Gothic"/>
                <w:b/>
                <w:sz w:val="14"/>
              </w:rPr>
              <w:t>min</w:t>
            </w:r>
          </w:p>
        </w:tc>
        <w:tc>
          <w:tcPr>
            <w:tcW w:type="dxa" w:w="1096"/>
          </w:tcPr>
          <w:p>
            <w:r/>
            <w:r>
              <w:rPr>
                <w:rFonts w:ascii="Malgun Gothic" w:hAnsi="Malgun Gothic" w:eastAsia="Malgun Gothic"/>
                <w:b/>
                <w:sz w:val="14"/>
              </w:rPr>
              <w:t>25%</w:t>
            </w:r>
          </w:p>
        </w:tc>
        <w:tc>
          <w:tcPr>
            <w:tcW w:type="dxa" w:w="1096"/>
          </w:tcPr>
          <w:p>
            <w:r/>
            <w:r>
              <w:rPr>
                <w:rFonts w:ascii="Malgun Gothic" w:hAnsi="Malgun Gothic" w:eastAsia="Malgun Gothic"/>
                <w:b/>
                <w:sz w:val="14"/>
              </w:rPr>
              <w:t>50%</w:t>
            </w:r>
          </w:p>
        </w:tc>
        <w:tc>
          <w:tcPr>
            <w:tcW w:type="dxa" w:w="1096"/>
          </w:tcPr>
          <w:p>
            <w:r/>
            <w:r>
              <w:rPr>
                <w:rFonts w:ascii="Malgun Gothic" w:hAnsi="Malgun Gothic" w:eastAsia="Malgun Gothic"/>
                <w:b/>
                <w:sz w:val="14"/>
              </w:rPr>
              <w:t>75%</w:t>
            </w:r>
          </w:p>
        </w:tc>
        <w:tc>
          <w:tcPr>
            <w:tcW w:type="dxa" w:w="1096"/>
          </w:tcPr>
          <w:p>
            <w:r/>
            <w:r>
              <w:rPr>
                <w:rFonts w:ascii="Malgun Gothic" w:hAnsi="Malgun Gothic" w:eastAsia="Malgun Gothic"/>
                <w:b/>
                <w:sz w:val="14"/>
              </w:rPr>
              <w:t>max</w:t>
            </w:r>
          </w:p>
        </w:tc>
      </w:tr>
      <w:tr>
        <w:trPr>
          <w:cantSplit/>
        </w:trPr>
        <w:tc>
          <w:tcPr>
            <w:tcW w:type="dxa" w:w="1096"/>
            <w:vAlign w:val="center"/>
          </w:tcPr>
          <w:p>
            <w:r/>
            <w:r>
              <w:rPr>
                <w:rFonts w:ascii="Malgun Gothic" w:hAnsi="Malgun Gothic" w:eastAsia="Malgun Gothic"/>
                <w:b w:val="0"/>
                <w:sz w:val="14"/>
              </w:rPr>
              <w:t>energy_mean</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0.04881520213512704</w:t>
            </w:r>
          </w:p>
        </w:tc>
        <w:tc>
          <w:tcPr>
            <w:tcW w:type="dxa" w:w="1096"/>
            <w:vAlign w:val="center"/>
          </w:tcPr>
          <w:p>
            <w:r/>
            <w:r>
              <w:rPr>
                <w:rFonts w:ascii="Malgun Gothic" w:hAnsi="Malgun Gothic" w:eastAsia="Malgun Gothic"/>
                <w:b w:val="0"/>
                <w:sz w:val="14"/>
              </w:rPr>
              <w:t>0.022995187709716303</w:t>
            </w:r>
          </w:p>
        </w:tc>
        <w:tc>
          <w:tcPr>
            <w:tcW w:type="dxa" w:w="1096"/>
            <w:vAlign w:val="center"/>
          </w:tcPr>
          <w:p>
            <w:r/>
            <w:r>
              <w:rPr>
                <w:rFonts w:ascii="Malgun Gothic" w:hAnsi="Malgun Gothic" w:eastAsia="Malgun Gothic"/>
                <w:b w:val="0"/>
                <w:sz w:val="14"/>
              </w:rPr>
              <w:t>0.0072453501634299755</w:t>
            </w:r>
          </w:p>
        </w:tc>
        <w:tc>
          <w:tcPr>
            <w:tcW w:type="dxa" w:w="1096"/>
            <w:vAlign w:val="center"/>
          </w:tcPr>
          <w:p>
            <w:r/>
            <w:r>
              <w:rPr>
                <w:rFonts w:ascii="Malgun Gothic" w:hAnsi="Malgun Gothic" w:eastAsia="Malgun Gothic"/>
                <w:b w:val="0"/>
                <w:sz w:val="14"/>
              </w:rPr>
              <w:t>0.03253942169249058</w:t>
            </w:r>
          </w:p>
        </w:tc>
        <w:tc>
          <w:tcPr>
            <w:tcW w:type="dxa" w:w="1096"/>
            <w:vAlign w:val="center"/>
          </w:tcPr>
          <w:p>
            <w:r/>
            <w:r>
              <w:rPr>
                <w:rFonts w:ascii="Malgun Gothic" w:hAnsi="Malgun Gothic" w:eastAsia="Malgun Gothic"/>
                <w:b w:val="0"/>
                <w:sz w:val="14"/>
              </w:rPr>
              <w:t>0.045800236985087395</w:t>
            </w:r>
          </w:p>
        </w:tc>
        <w:tc>
          <w:tcPr>
            <w:tcW w:type="dxa" w:w="1096"/>
            <w:vAlign w:val="center"/>
          </w:tcPr>
          <w:p>
            <w:r/>
            <w:r>
              <w:rPr>
                <w:rFonts w:ascii="Malgun Gothic" w:hAnsi="Malgun Gothic" w:eastAsia="Malgun Gothic"/>
                <w:b w:val="0"/>
                <w:sz w:val="14"/>
              </w:rPr>
              <w:t>0.05902545992285013</w:t>
            </w:r>
          </w:p>
        </w:tc>
        <w:tc>
          <w:tcPr>
            <w:tcW w:type="dxa" w:w="1096"/>
            <w:vAlign w:val="center"/>
          </w:tcPr>
          <w:p>
            <w:r/>
            <w:r>
              <w:rPr>
                <w:rFonts w:ascii="Malgun Gothic" w:hAnsi="Malgun Gothic" w:eastAsia="Malgun Gothic"/>
                <w:b w:val="0"/>
                <w:sz w:val="14"/>
              </w:rPr>
              <w:t>0.17682620882987976</w:t>
            </w:r>
          </w:p>
        </w:tc>
      </w:tr>
      <w:tr>
        <w:trPr>
          <w:cantSplit/>
        </w:trPr>
        <w:tc>
          <w:tcPr>
            <w:tcW w:type="dxa" w:w="1096"/>
            <w:vAlign w:val="center"/>
          </w:tcPr>
          <w:p>
            <w:r/>
            <w:r>
              <w:rPr>
                <w:rFonts w:ascii="Malgun Gothic" w:hAnsi="Malgun Gothic" w:eastAsia="Malgun Gothic"/>
                <w:b w:val="0"/>
                <w:sz w:val="14"/>
              </w:rPr>
              <w:t>pitch_mean</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236.38900857253438</w:t>
            </w:r>
          </w:p>
        </w:tc>
        <w:tc>
          <w:tcPr>
            <w:tcW w:type="dxa" w:w="1096"/>
            <w:vAlign w:val="center"/>
          </w:tcPr>
          <w:p>
            <w:r/>
            <w:r>
              <w:rPr>
                <w:rFonts w:ascii="Malgun Gothic" w:hAnsi="Malgun Gothic" w:eastAsia="Malgun Gothic"/>
                <w:b w:val="0"/>
                <w:sz w:val="14"/>
              </w:rPr>
              <w:t>29.303475881585253</w:t>
            </w:r>
          </w:p>
        </w:tc>
        <w:tc>
          <w:tcPr>
            <w:tcW w:type="dxa" w:w="1096"/>
            <w:vAlign w:val="center"/>
          </w:tcPr>
          <w:p>
            <w:r/>
            <w:r>
              <w:rPr>
                <w:rFonts w:ascii="Malgun Gothic" w:hAnsi="Malgun Gothic" w:eastAsia="Malgun Gothic"/>
                <w:b w:val="0"/>
                <w:sz w:val="14"/>
              </w:rPr>
              <w:t>131.448083315726</w:t>
            </w:r>
          </w:p>
        </w:tc>
        <w:tc>
          <w:tcPr>
            <w:tcW w:type="dxa" w:w="1096"/>
            <w:vAlign w:val="center"/>
          </w:tcPr>
          <w:p>
            <w:r/>
            <w:r>
              <w:rPr>
                <w:rFonts w:ascii="Malgun Gothic" w:hAnsi="Malgun Gothic" w:eastAsia="Malgun Gothic"/>
                <w:b w:val="0"/>
                <w:sz w:val="14"/>
              </w:rPr>
              <w:t>218.04254036934034</w:t>
            </w:r>
          </w:p>
        </w:tc>
        <w:tc>
          <w:tcPr>
            <w:tcW w:type="dxa" w:w="1096"/>
            <w:vAlign w:val="center"/>
          </w:tcPr>
          <w:p>
            <w:r/>
            <w:r>
              <w:rPr>
                <w:rFonts w:ascii="Malgun Gothic" w:hAnsi="Malgun Gothic" w:eastAsia="Malgun Gothic"/>
                <w:b w:val="0"/>
                <w:sz w:val="14"/>
              </w:rPr>
              <w:t>234.67691727947954</w:t>
            </w:r>
          </w:p>
        </w:tc>
        <w:tc>
          <w:tcPr>
            <w:tcW w:type="dxa" w:w="1096"/>
            <w:vAlign w:val="center"/>
          </w:tcPr>
          <w:p>
            <w:r/>
            <w:r>
              <w:rPr>
                <w:rFonts w:ascii="Malgun Gothic" w:hAnsi="Malgun Gothic" w:eastAsia="Malgun Gothic"/>
                <w:b w:val="0"/>
                <w:sz w:val="14"/>
              </w:rPr>
              <w:t>251.77567676297858</w:t>
            </w:r>
          </w:p>
        </w:tc>
        <w:tc>
          <w:tcPr>
            <w:tcW w:type="dxa" w:w="1096"/>
            <w:vAlign w:val="center"/>
          </w:tcPr>
          <w:p>
            <w:r/>
            <w:r>
              <w:rPr>
                <w:rFonts w:ascii="Malgun Gothic" w:hAnsi="Malgun Gothic" w:eastAsia="Malgun Gothic"/>
                <w:b w:val="0"/>
                <w:sz w:val="14"/>
              </w:rPr>
              <w:t>450.86338521643574</w:t>
            </w:r>
          </w:p>
        </w:tc>
      </w:tr>
      <w:tr>
        <w:trPr>
          <w:cantSplit/>
        </w:trPr>
        <w:tc>
          <w:tcPr>
            <w:tcW w:type="dxa" w:w="1096"/>
            <w:vAlign w:val="center"/>
          </w:tcPr>
          <w:p>
            <w:r/>
            <w:r>
              <w:rPr>
                <w:rFonts w:ascii="Malgun Gothic" w:hAnsi="Malgun Gothic" w:eastAsia="Malgun Gothic"/>
                <w:b w:val="0"/>
                <w:sz w:val="14"/>
              </w:rPr>
              <w:t>wpm</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83.59627317584393</w:t>
            </w:r>
          </w:p>
        </w:tc>
        <w:tc>
          <w:tcPr>
            <w:tcW w:type="dxa" w:w="1096"/>
            <w:vAlign w:val="center"/>
          </w:tcPr>
          <w:p>
            <w:r/>
            <w:r>
              <w:rPr>
                <w:rFonts w:ascii="Malgun Gothic" w:hAnsi="Malgun Gothic" w:eastAsia="Malgun Gothic"/>
                <w:b w:val="0"/>
                <w:sz w:val="14"/>
              </w:rPr>
              <w:t>20.06791162928137</w:t>
            </w:r>
          </w:p>
        </w:tc>
        <w:tc>
          <w:tcPr>
            <w:tcW w:type="dxa" w:w="1096"/>
            <w:vAlign w:val="center"/>
          </w:tcPr>
          <w:p>
            <w:r/>
            <w:r>
              <w:rPr>
                <w:rFonts w:ascii="Malgun Gothic" w:hAnsi="Malgun Gothic" w:eastAsia="Malgun Gothic"/>
                <w:b w:val="0"/>
                <w:sz w:val="14"/>
              </w:rPr>
              <w:t>0.0</w:t>
            </w:r>
          </w:p>
        </w:tc>
        <w:tc>
          <w:tcPr>
            <w:tcW w:type="dxa" w:w="1096"/>
            <w:vAlign w:val="center"/>
          </w:tcPr>
          <w:p>
            <w:r/>
            <w:r>
              <w:rPr>
                <w:rFonts w:ascii="Malgun Gothic" w:hAnsi="Malgun Gothic" w:eastAsia="Malgun Gothic"/>
                <w:b w:val="0"/>
                <w:sz w:val="14"/>
              </w:rPr>
              <w:t>71.87679211853018</w:t>
            </w:r>
          </w:p>
        </w:tc>
        <w:tc>
          <w:tcPr>
            <w:tcW w:type="dxa" w:w="1096"/>
            <w:vAlign w:val="center"/>
          </w:tcPr>
          <w:p>
            <w:r/>
            <w:r>
              <w:rPr>
                <w:rFonts w:ascii="Malgun Gothic" w:hAnsi="Malgun Gothic" w:eastAsia="Malgun Gothic"/>
                <w:b w:val="0"/>
                <w:sz w:val="14"/>
              </w:rPr>
              <w:t>86.06739012067416</w:t>
            </w:r>
          </w:p>
        </w:tc>
        <w:tc>
          <w:tcPr>
            <w:tcW w:type="dxa" w:w="1096"/>
            <w:vAlign w:val="center"/>
          </w:tcPr>
          <w:p>
            <w:r/>
            <w:r>
              <w:rPr>
                <w:rFonts w:ascii="Malgun Gothic" w:hAnsi="Malgun Gothic" w:eastAsia="Malgun Gothic"/>
                <w:b w:val="0"/>
                <w:sz w:val="14"/>
              </w:rPr>
              <w:t>97.81761761168447</w:t>
            </w:r>
          </w:p>
        </w:tc>
        <w:tc>
          <w:tcPr>
            <w:tcW w:type="dxa" w:w="1096"/>
            <w:vAlign w:val="center"/>
          </w:tcPr>
          <w:p>
            <w:r/>
            <w:r>
              <w:rPr>
                <w:rFonts w:ascii="Malgun Gothic" w:hAnsi="Malgun Gothic" w:eastAsia="Malgun Gothic"/>
                <w:b w:val="0"/>
                <w:sz w:val="14"/>
              </w:rPr>
              <w:t>133.33333333333331</w:t>
            </w:r>
          </w:p>
        </w:tc>
      </w:tr>
      <w:tr>
        <w:trPr>
          <w:cantSplit/>
        </w:trPr>
        <w:tc>
          <w:tcPr>
            <w:tcW w:type="dxa" w:w="1096"/>
            <w:vAlign w:val="center"/>
          </w:tcPr>
          <w:p>
            <w:r/>
            <w:r>
              <w:rPr>
                <w:rFonts w:ascii="Malgun Gothic" w:hAnsi="Malgun Gothic" w:eastAsia="Malgun Gothic"/>
                <w:b w:val="0"/>
                <w:sz w:val="14"/>
              </w:rPr>
              <w:t>duration_sec</w:t>
            </w:r>
          </w:p>
        </w:tc>
        <w:tc>
          <w:tcPr>
            <w:tcW w:type="dxa" w:w="1096"/>
            <w:vAlign w:val="center"/>
          </w:tcPr>
          <w:p>
            <w:r/>
            <w:r>
              <w:rPr>
                <w:rFonts w:ascii="Malgun Gothic" w:hAnsi="Malgun Gothic" w:eastAsia="Malgun Gothic"/>
                <w:b w:val="0"/>
                <w:sz w:val="14"/>
              </w:rPr>
              <w:t>1000.0</w:t>
            </w:r>
          </w:p>
        </w:tc>
        <w:tc>
          <w:tcPr>
            <w:tcW w:type="dxa" w:w="1096"/>
            <w:vAlign w:val="center"/>
          </w:tcPr>
          <w:p>
            <w:r/>
            <w:r>
              <w:rPr>
                <w:rFonts w:ascii="Malgun Gothic" w:hAnsi="Malgun Gothic" w:eastAsia="Malgun Gothic"/>
                <w:b w:val="0"/>
                <w:sz w:val="14"/>
              </w:rPr>
              <w:t>136.10352</w:t>
            </w:r>
          </w:p>
        </w:tc>
        <w:tc>
          <w:tcPr>
            <w:tcW w:type="dxa" w:w="1096"/>
            <w:vAlign w:val="center"/>
          </w:tcPr>
          <w:p>
            <w:r/>
            <w:r>
              <w:rPr>
                <w:rFonts w:ascii="Malgun Gothic" w:hAnsi="Malgun Gothic" w:eastAsia="Malgun Gothic"/>
                <w:b w:val="0"/>
                <w:sz w:val="14"/>
              </w:rPr>
              <w:t>153.16339535570006</w:t>
            </w:r>
          </w:p>
        </w:tc>
        <w:tc>
          <w:tcPr>
            <w:tcW w:type="dxa" w:w="1096"/>
            <w:vAlign w:val="center"/>
          </w:tcPr>
          <w:p>
            <w:r/>
            <w:r>
              <w:rPr>
                <w:rFonts w:ascii="Malgun Gothic" w:hAnsi="Malgun Gothic" w:eastAsia="Malgun Gothic"/>
                <w:b w:val="0"/>
                <w:sz w:val="14"/>
              </w:rPr>
              <w:t>2.1</w:t>
            </w:r>
          </w:p>
        </w:tc>
        <w:tc>
          <w:tcPr>
            <w:tcW w:type="dxa" w:w="1096"/>
            <w:vAlign w:val="center"/>
          </w:tcPr>
          <w:p>
            <w:r/>
            <w:r>
              <w:rPr>
                <w:rFonts w:ascii="Malgun Gothic" w:hAnsi="Malgun Gothic" w:eastAsia="Malgun Gothic"/>
                <w:b w:val="0"/>
                <w:sz w:val="14"/>
              </w:rPr>
              <w:t>48.7275</w:t>
            </w:r>
          </w:p>
        </w:tc>
        <w:tc>
          <w:tcPr>
            <w:tcW w:type="dxa" w:w="1096"/>
            <w:vAlign w:val="center"/>
          </w:tcPr>
          <w:p>
            <w:r/>
            <w:r>
              <w:rPr>
                <w:rFonts w:ascii="Malgun Gothic" w:hAnsi="Malgun Gothic" w:eastAsia="Malgun Gothic"/>
                <w:b w:val="0"/>
                <w:sz w:val="14"/>
              </w:rPr>
              <w:t>89.61</w:t>
            </w:r>
          </w:p>
        </w:tc>
        <w:tc>
          <w:tcPr>
            <w:tcW w:type="dxa" w:w="1096"/>
            <w:vAlign w:val="center"/>
          </w:tcPr>
          <w:p>
            <w:r/>
            <w:r>
              <w:rPr>
                <w:rFonts w:ascii="Malgun Gothic" w:hAnsi="Malgun Gothic" w:eastAsia="Malgun Gothic"/>
                <w:b w:val="0"/>
                <w:sz w:val="14"/>
              </w:rPr>
              <w:t>165.255</w:t>
            </w:r>
          </w:p>
        </w:tc>
        <w:tc>
          <w:tcPr>
            <w:tcW w:type="dxa" w:w="1096"/>
            <w:vAlign w:val="center"/>
          </w:tcPr>
          <w:p>
            <w:r/>
            <w:r>
              <w:rPr>
                <w:rFonts w:ascii="Malgun Gothic" w:hAnsi="Malgun Gothic" w:eastAsia="Malgun Gothic"/>
                <w:b w:val="0"/>
                <w:sz w:val="14"/>
              </w:rPr>
              <w:t>1421.46</w:t>
            </w:r>
          </w:p>
        </w:tc>
      </w:tr>
    </w:tbl>
    <w:p/>
    <w:p>
      <w:r>
        <w:t>전체 행 포함</w:t>
      </w:r>
    </w:p>
    <w:p>
      <w:r>
        <w:rPr>
          <w:b/>
        </w:rPr>
        <w:t>산출물 CSV: results/tables/finalization/journal_recommendations.csv (행 8, 열 10)</w:t>
      </w:r>
    </w:p>
    <w:tbl>
      <w:tblPr>
        <w:tblStyle w:val="TableGrid"/>
        <w:tblW w:type="auto" w:w="0"/>
        <w:jc w:val="center"/>
        <w:tblLook w:firstColumn="1" w:firstRow="1" w:lastColumn="0" w:lastRow="0" w:noHBand="0" w:noVBand="1" w:val="04A0"/>
      </w:tblPr>
      <w:tblGrid>
        <w:gridCol w:w="987"/>
        <w:gridCol w:w="987"/>
        <w:gridCol w:w="987"/>
        <w:gridCol w:w="987"/>
        <w:gridCol w:w="987"/>
        <w:gridCol w:w="987"/>
        <w:gridCol w:w="987"/>
        <w:gridCol w:w="987"/>
        <w:gridCol w:w="987"/>
        <w:gridCol w:w="987"/>
      </w:tblGrid>
      <w:tr>
        <w:trPr>
          <w:tblHeader w:val="true"/>
          <w:cantSplit/>
        </w:trPr>
        <w:tc>
          <w:tcPr>
            <w:tcW w:type="dxa" w:w="987"/>
          </w:tcPr>
          <w:p>
            <w:r/>
            <w:r>
              <w:rPr>
                <w:rFonts w:ascii="Malgun Gothic" w:hAnsi="Malgun Gothic" w:eastAsia="Malgun Gothic"/>
                <w:b/>
                <w:sz w:val="14"/>
              </w:rPr>
              <w:t>rank_preliminary</w:t>
            </w:r>
          </w:p>
        </w:tc>
        <w:tc>
          <w:tcPr>
            <w:tcW w:type="dxa" w:w="987"/>
          </w:tcPr>
          <w:p>
            <w:r/>
            <w:r>
              <w:rPr>
                <w:rFonts w:ascii="Malgun Gothic" w:hAnsi="Malgun Gothic" w:eastAsia="Malgun Gothic"/>
                <w:b/>
                <w:sz w:val="14"/>
              </w:rPr>
              <w:t>journal</w:t>
            </w:r>
          </w:p>
        </w:tc>
        <w:tc>
          <w:tcPr>
            <w:tcW w:type="dxa" w:w="987"/>
          </w:tcPr>
          <w:p>
            <w:r/>
            <w:r>
              <w:rPr>
                <w:rFonts w:ascii="Malgun Gothic" w:hAnsi="Malgun Gothic" w:eastAsia="Malgun Gothic"/>
                <w:b/>
                <w:sz w:val="14"/>
              </w:rPr>
              <w:t>publisher</w:t>
            </w:r>
          </w:p>
        </w:tc>
        <w:tc>
          <w:tcPr>
            <w:tcW w:type="dxa" w:w="987"/>
          </w:tcPr>
          <w:p>
            <w:r/>
            <w:r>
              <w:rPr>
                <w:rFonts w:ascii="Malgun Gothic" w:hAnsi="Malgun Gothic" w:eastAsia="Malgun Gothic"/>
                <w:b/>
                <w:sz w:val="14"/>
              </w:rPr>
              <w:t>candidate_level</w:t>
            </w:r>
          </w:p>
        </w:tc>
        <w:tc>
          <w:tcPr>
            <w:tcW w:type="dxa" w:w="987"/>
          </w:tcPr>
          <w:p>
            <w:r/>
            <w:r>
              <w:rPr>
                <w:rFonts w:ascii="Malgun Gothic" w:hAnsi="Malgun Gothic" w:eastAsia="Malgun Gothic"/>
                <w:b/>
                <w:sz w:val="14"/>
              </w:rPr>
              <w:t>fit_area</w:t>
            </w:r>
          </w:p>
        </w:tc>
        <w:tc>
          <w:tcPr>
            <w:tcW w:type="dxa" w:w="987"/>
          </w:tcPr>
          <w:p>
            <w:r/>
            <w:r>
              <w:rPr>
                <w:rFonts w:ascii="Malgun Gothic" w:hAnsi="Malgun Gothic" w:eastAsia="Malgun Gothic"/>
                <w:b/>
                <w:sz w:val="14"/>
              </w:rPr>
              <w:t>suitability_score_rule_based</w:t>
            </w:r>
          </w:p>
        </w:tc>
        <w:tc>
          <w:tcPr>
            <w:tcW w:type="dxa" w:w="987"/>
          </w:tcPr>
          <w:p>
            <w:r/>
            <w:r>
              <w:rPr>
                <w:rFonts w:ascii="Malgun Gothic" w:hAnsi="Malgun Gothic" w:eastAsia="Malgun Gothic"/>
                <w:b/>
                <w:sz w:val="14"/>
              </w:rPr>
              <w:t>why_suitable</w:t>
            </w:r>
          </w:p>
        </w:tc>
        <w:tc>
          <w:tcPr>
            <w:tcW w:type="dxa" w:w="987"/>
          </w:tcPr>
          <w:p>
            <w:r/>
            <w:r>
              <w:rPr>
                <w:rFonts w:ascii="Malgun Gothic" w:hAnsi="Malgun Gothic" w:eastAsia="Malgun Gothic"/>
                <w:b/>
                <w:sz w:val="14"/>
              </w:rPr>
              <w:t>main_risk</w:t>
            </w:r>
          </w:p>
        </w:tc>
        <w:tc>
          <w:tcPr>
            <w:tcW w:type="dxa" w:w="987"/>
          </w:tcPr>
          <w:p>
            <w:r/>
            <w:r>
              <w:rPr>
                <w:rFonts w:ascii="Malgun Gothic" w:hAnsi="Malgun Gothic" w:eastAsia="Malgun Gothic"/>
                <w:b/>
                <w:sz w:val="14"/>
              </w:rPr>
              <w:t>required_before_submission</w:t>
            </w:r>
          </w:p>
        </w:tc>
        <w:tc>
          <w:tcPr>
            <w:tcW w:type="dxa" w:w="987"/>
          </w:tcPr>
          <w:p>
            <w:r/>
            <w:r>
              <w:rPr>
                <w:rFonts w:ascii="Malgun Gothic" w:hAnsi="Malgun Gothic" w:eastAsia="Malgun Gothic"/>
                <w:b/>
                <w:sz w:val="14"/>
              </w:rPr>
              <w:t>recommended_positioning</w:t>
            </w:r>
          </w:p>
        </w:tc>
      </w:tr>
      <w:tr>
        <w:trPr>
          <w:cantSplit/>
        </w:trPr>
        <w:tc>
          <w:tcPr>
            <w:tcW w:type="dxa" w:w="987"/>
            <w:vAlign w:val="center"/>
          </w:tcPr>
          <w:p>
            <w:r/>
            <w:r>
              <w:rPr>
                <w:rFonts w:ascii="Malgun Gothic" w:hAnsi="Malgun Gothic" w:eastAsia="Malgun Gothic"/>
                <w:b w:val="0"/>
                <w:sz w:val="14"/>
              </w:rPr>
              <w:t>1</w:t>
            </w:r>
          </w:p>
        </w:tc>
        <w:tc>
          <w:tcPr>
            <w:tcW w:type="dxa" w:w="987"/>
            <w:vAlign w:val="center"/>
          </w:tcPr>
          <w:p>
            <w:r/>
            <w:r>
              <w:rPr>
                <w:rFonts w:ascii="Malgun Gothic" w:hAnsi="Malgun Gothic" w:eastAsia="Malgun Gothic"/>
                <w:b w:val="0"/>
                <w:sz w:val="14"/>
              </w:rPr>
              <w:t>Applied Sciences</w:t>
            </w:r>
          </w:p>
        </w:tc>
        <w:tc>
          <w:tcPr>
            <w:tcW w:type="dxa" w:w="987"/>
            <w:vAlign w:val="center"/>
          </w:tcPr>
          <w:p>
            <w:r/>
            <w:r>
              <w:rPr>
                <w:rFonts w:ascii="Malgun Gothic" w:hAnsi="Malgun Gothic" w:eastAsia="Malgun Gothic"/>
                <w:b w:val="0"/>
                <w:sz w:val="14"/>
              </w:rPr>
              <w:t>MDPI</w:t>
            </w:r>
          </w:p>
        </w:tc>
        <w:tc>
          <w:tcPr>
            <w:tcW w:type="dxa" w:w="987"/>
            <w:vAlign w:val="center"/>
          </w:tcPr>
          <w:p>
            <w:r/>
            <w:r>
              <w:rPr>
                <w:rFonts w:ascii="Malgun Gothic" w:hAnsi="Malgun Gothic" w:eastAsia="Malgun Gothic"/>
                <w:b w:val="0"/>
                <w:sz w:val="14"/>
              </w:rPr>
              <w:t>SCI/SCIE급 후보 - 최종 색인 상태 수동 확인 필요</w:t>
            </w:r>
          </w:p>
        </w:tc>
        <w:tc>
          <w:tcPr>
            <w:tcW w:type="dxa" w:w="987"/>
            <w:vAlign w:val="center"/>
          </w:tcPr>
          <w:p>
            <w:r/>
            <w:r>
              <w:rPr>
                <w:rFonts w:ascii="Malgun Gothic" w:hAnsi="Malgun Gothic" w:eastAsia="Malgun Gothic"/>
                <w:b w:val="0"/>
                <w:sz w:val="14"/>
              </w:rPr>
              <w:t>applied signal processing, speech processing, AI application</w:t>
            </w:r>
          </w:p>
        </w:tc>
        <w:tc>
          <w:tcPr>
            <w:tcW w:type="dxa" w:w="987"/>
            <w:vAlign w:val="center"/>
          </w:tcPr>
          <w:p>
            <w:r/>
            <w:r>
              <w:rPr>
                <w:rFonts w:ascii="Malgun Gothic" w:hAnsi="Malgun Gothic" w:eastAsia="Malgun Gothic"/>
                <w:b w:val="0"/>
                <w:sz w:val="14"/>
              </w:rPr>
              <w:t>60</w:t>
            </w:r>
          </w:p>
        </w:tc>
        <w:tc>
          <w:tcPr>
            <w:tcW w:type="dxa" w:w="987"/>
            <w:vAlign w:val="center"/>
          </w:tcPr>
          <w:p>
            <w:r/>
            <w:r>
              <w:rPr>
                <w:rFonts w:ascii="Malgun Gothic" w:hAnsi="Malgun Gothic" w:eastAsia="Malgun Gothic"/>
                <w:b w:val="0"/>
                <w:sz w:val="14"/>
              </w:rPr>
              <w:t>음성처리, 응용 AI, 검증 프레임워크 관점으로 맞출 수 있음</w:t>
            </w:r>
          </w:p>
        </w:tc>
        <w:tc>
          <w:tcPr>
            <w:tcW w:type="dxa" w:w="987"/>
            <w:vAlign w:val="center"/>
          </w:tcPr>
          <w:p>
            <w:r/>
            <w:r>
              <w:rPr>
                <w:rFonts w:ascii="Malgun Gothic" w:hAnsi="Malgun Gothic" w:eastAsia="Malgun Gothic"/>
                <w:b w:val="0"/>
                <w:sz w:val="14"/>
              </w:rPr>
              <w:t>범위가 넓어 방법론/응용 기여를 명확히 써야 함</w:t>
            </w:r>
          </w:p>
        </w:tc>
        <w:tc>
          <w:tcPr>
            <w:tcW w:type="dxa" w:w="987"/>
            <w:vAlign w:val="center"/>
          </w:tcPr>
          <w:p>
            <w:r/>
            <w:r>
              <w:rPr>
                <w:rFonts w:ascii="Malgun Gothic" w:hAnsi="Malgun Gothic" w:eastAsia="Malgun Gothic"/>
                <w:b w:val="0"/>
                <w:sz w:val="14"/>
              </w:rPr>
              <w:t>현재 stress_score n이 부족하면 투고 전 보완 필요; 응용 시스템/검증 프레임워크형 원고로 포지셔닝 가능; 저널 홈페이지/Clarivate/Scopus 등재 상태 최신 확인; 최근 게재 논문 주제와 투고 규정 확인</w:t>
            </w:r>
          </w:p>
        </w:tc>
        <w:tc>
          <w:tcPr>
            <w:tcW w:type="dxa" w:w="987"/>
            <w:vAlign w:val="center"/>
          </w:tcPr>
          <w:p>
            <w:r/>
            <w:r>
              <w:rPr>
                <w:rFonts w:ascii="Malgun Gothic" w:hAnsi="Malgun Gothic" w:eastAsia="Malgun Gothic"/>
                <w:b w:val="0"/>
                <w:sz w:val="14"/>
              </w:rPr>
              <w:t>speech-based stress-related index + construct validity + operational VOC analytics</w:t>
            </w:r>
          </w:p>
        </w:tc>
      </w:tr>
      <w:tr>
        <w:trPr>
          <w:cantSplit/>
        </w:trPr>
        <w:tc>
          <w:tcPr>
            <w:tcW w:type="dxa" w:w="987"/>
            <w:vAlign w:val="center"/>
          </w:tcPr>
          <w:p>
            <w:r/>
            <w:r>
              <w:rPr>
                <w:rFonts w:ascii="Malgun Gothic" w:hAnsi="Malgun Gothic" w:eastAsia="Malgun Gothic"/>
                <w:b w:val="0"/>
                <w:sz w:val="14"/>
              </w:rPr>
              <w:t>2</w:t>
            </w:r>
          </w:p>
        </w:tc>
        <w:tc>
          <w:tcPr>
            <w:tcW w:type="dxa" w:w="987"/>
            <w:vAlign w:val="center"/>
          </w:tcPr>
          <w:p>
            <w:r/>
            <w:r>
              <w:rPr>
                <w:rFonts w:ascii="Malgun Gothic" w:hAnsi="Malgun Gothic" w:eastAsia="Malgun Gothic"/>
                <w:b w:val="0"/>
                <w:sz w:val="14"/>
              </w:rPr>
              <w:t>Electronics</w:t>
            </w:r>
          </w:p>
        </w:tc>
        <w:tc>
          <w:tcPr>
            <w:tcW w:type="dxa" w:w="987"/>
            <w:vAlign w:val="center"/>
          </w:tcPr>
          <w:p>
            <w:r/>
            <w:r>
              <w:rPr>
                <w:rFonts w:ascii="Malgun Gothic" w:hAnsi="Malgun Gothic" w:eastAsia="Malgun Gothic"/>
                <w:b w:val="0"/>
                <w:sz w:val="14"/>
              </w:rPr>
              <w:t>MDPI</w:t>
            </w:r>
          </w:p>
        </w:tc>
        <w:tc>
          <w:tcPr>
            <w:tcW w:type="dxa" w:w="987"/>
            <w:vAlign w:val="center"/>
          </w:tcPr>
          <w:p>
            <w:r/>
            <w:r>
              <w:rPr>
                <w:rFonts w:ascii="Malgun Gothic" w:hAnsi="Malgun Gothic" w:eastAsia="Malgun Gothic"/>
                <w:b w:val="0"/>
                <w:sz w:val="14"/>
              </w:rPr>
              <w:t>SCI/SCIE급 후보 - 최종 색인 상태 수동 확인 필요</w:t>
            </w:r>
          </w:p>
        </w:tc>
        <w:tc>
          <w:tcPr>
            <w:tcW w:type="dxa" w:w="987"/>
            <w:vAlign w:val="center"/>
          </w:tcPr>
          <w:p>
            <w:r/>
            <w:r>
              <w:rPr>
                <w:rFonts w:ascii="Malgun Gothic" w:hAnsi="Malgun Gothic" w:eastAsia="Malgun Gothic"/>
                <w:b w:val="0"/>
                <w:sz w:val="14"/>
              </w:rPr>
              <w:t>AI system, speech processing, digital service platform</w:t>
            </w:r>
          </w:p>
        </w:tc>
        <w:tc>
          <w:tcPr>
            <w:tcW w:type="dxa" w:w="987"/>
            <w:vAlign w:val="center"/>
          </w:tcPr>
          <w:p>
            <w:r/>
            <w:r>
              <w:rPr>
                <w:rFonts w:ascii="Malgun Gothic" w:hAnsi="Malgun Gothic" w:eastAsia="Malgun Gothic"/>
                <w:b w:val="0"/>
                <w:sz w:val="14"/>
              </w:rPr>
              <w:t>60</w:t>
            </w:r>
          </w:p>
        </w:tc>
        <w:tc>
          <w:tcPr>
            <w:tcW w:type="dxa" w:w="987"/>
            <w:vAlign w:val="center"/>
          </w:tcPr>
          <w:p>
            <w:r/>
            <w:r>
              <w:rPr>
                <w:rFonts w:ascii="Malgun Gothic" w:hAnsi="Malgun Gothic" w:eastAsia="Malgun Gothic"/>
                <w:b w:val="0"/>
                <w:sz w:val="14"/>
              </w:rPr>
              <w:t>콜센터 AI 분석 시스템과 자동화 플랫폼 관점으로 맞출 수 있음</w:t>
            </w:r>
          </w:p>
        </w:tc>
        <w:tc>
          <w:tcPr>
            <w:tcW w:type="dxa" w:w="987"/>
            <w:vAlign w:val="center"/>
          </w:tcPr>
          <w:p>
            <w:r/>
            <w:r>
              <w:rPr>
                <w:rFonts w:ascii="Malgun Gothic" w:hAnsi="Malgun Gothic" w:eastAsia="Malgun Gothic"/>
                <w:b w:val="0"/>
                <w:sz w:val="14"/>
              </w:rPr>
              <w:t>논문 기여가 단순 구현으로 보이지 않게 검증 결과를 강화해야 함</w:t>
            </w:r>
          </w:p>
        </w:tc>
        <w:tc>
          <w:tcPr>
            <w:tcW w:type="dxa" w:w="987"/>
            <w:vAlign w:val="center"/>
          </w:tcPr>
          <w:p>
            <w:r/>
            <w:r>
              <w:rPr>
                <w:rFonts w:ascii="Malgun Gothic" w:hAnsi="Malgun Gothic" w:eastAsia="Malgun Gothic"/>
                <w:b w:val="0"/>
                <w:sz w:val="14"/>
              </w:rPr>
              <w:t>현재 stress_score n이 부족하면 투고 전 보완 필요; 응용 시스템/검증 프레임워크형 원고로 포지셔닝 가능; 저널 홈페이지/Clarivate/Scopus 등재 상태 최신 확인; 최근 게재 논문 주제와 투고 규정 확인</w:t>
            </w:r>
          </w:p>
        </w:tc>
        <w:tc>
          <w:tcPr>
            <w:tcW w:type="dxa" w:w="987"/>
            <w:vAlign w:val="center"/>
          </w:tcPr>
          <w:p>
            <w:r/>
            <w:r>
              <w:rPr>
                <w:rFonts w:ascii="Malgun Gothic" w:hAnsi="Malgun Gothic" w:eastAsia="Malgun Gothic"/>
                <w:b w:val="0"/>
                <w:sz w:val="14"/>
              </w:rPr>
              <w:t>speech-based stress-related index + construct validity + operational VOC analytics</w:t>
            </w:r>
          </w:p>
        </w:tc>
      </w:tr>
      <w:tr>
        <w:trPr>
          <w:cantSplit/>
        </w:trPr>
        <w:tc>
          <w:tcPr>
            <w:tcW w:type="dxa" w:w="987"/>
            <w:vAlign w:val="center"/>
          </w:tcPr>
          <w:p>
            <w:r/>
            <w:r>
              <w:rPr>
                <w:rFonts w:ascii="Malgun Gothic" w:hAnsi="Malgun Gothic" w:eastAsia="Malgun Gothic"/>
                <w:b w:val="0"/>
                <w:sz w:val="14"/>
              </w:rPr>
              <w:t>3</w:t>
            </w:r>
          </w:p>
        </w:tc>
        <w:tc>
          <w:tcPr>
            <w:tcW w:type="dxa" w:w="987"/>
            <w:vAlign w:val="center"/>
          </w:tcPr>
          <w:p>
            <w:r/>
            <w:r>
              <w:rPr>
                <w:rFonts w:ascii="Malgun Gothic" w:hAnsi="Malgun Gothic" w:eastAsia="Malgun Gothic"/>
                <w:b w:val="0"/>
                <w:sz w:val="14"/>
              </w:rPr>
              <w:t>Information</w:t>
            </w:r>
          </w:p>
        </w:tc>
        <w:tc>
          <w:tcPr>
            <w:tcW w:type="dxa" w:w="987"/>
            <w:vAlign w:val="center"/>
          </w:tcPr>
          <w:p>
            <w:r/>
            <w:r>
              <w:rPr>
                <w:rFonts w:ascii="Malgun Gothic" w:hAnsi="Malgun Gothic" w:eastAsia="Malgun Gothic"/>
                <w:b w:val="0"/>
                <w:sz w:val="14"/>
              </w:rPr>
              <w:t>MDPI</w:t>
            </w:r>
          </w:p>
        </w:tc>
        <w:tc>
          <w:tcPr>
            <w:tcW w:type="dxa" w:w="987"/>
            <w:vAlign w:val="center"/>
          </w:tcPr>
          <w:p>
            <w:r/>
            <w:r>
              <w:rPr>
                <w:rFonts w:ascii="Malgun Gothic" w:hAnsi="Malgun Gothic" w:eastAsia="Malgun Gothic"/>
                <w:b w:val="0"/>
                <w:sz w:val="14"/>
              </w:rPr>
              <w:t>SCI/SCIE급 후보 - 최종 색인 상태 수동 확인 필요</w:t>
            </w:r>
          </w:p>
        </w:tc>
        <w:tc>
          <w:tcPr>
            <w:tcW w:type="dxa" w:w="987"/>
            <w:vAlign w:val="center"/>
          </w:tcPr>
          <w:p>
            <w:r/>
            <w:r>
              <w:rPr>
                <w:rFonts w:ascii="Malgun Gothic" w:hAnsi="Malgun Gothic" w:eastAsia="Malgun Gothic"/>
                <w:b w:val="0"/>
                <w:sz w:val="14"/>
              </w:rPr>
              <w:t>information systems, text/speech analytics, decision support</w:t>
            </w:r>
          </w:p>
        </w:tc>
        <w:tc>
          <w:tcPr>
            <w:tcW w:type="dxa" w:w="987"/>
            <w:vAlign w:val="center"/>
          </w:tcPr>
          <w:p>
            <w:r/>
            <w:r>
              <w:rPr>
                <w:rFonts w:ascii="Malgun Gothic" w:hAnsi="Malgun Gothic" w:eastAsia="Malgun Gothic"/>
                <w:b w:val="0"/>
                <w:sz w:val="14"/>
              </w:rPr>
              <w:t>60</w:t>
            </w:r>
          </w:p>
        </w:tc>
        <w:tc>
          <w:tcPr>
            <w:tcW w:type="dxa" w:w="987"/>
            <w:vAlign w:val="center"/>
          </w:tcPr>
          <w:p>
            <w:r/>
            <w:r>
              <w:rPr>
                <w:rFonts w:ascii="Malgun Gothic" w:hAnsi="Malgun Gothic" w:eastAsia="Malgun Gothic"/>
                <w:b w:val="0"/>
                <w:sz w:val="14"/>
              </w:rPr>
              <w:t>VOC 분석과 품질관리 의사결정 지원 도구 관점이 적합 가능</w:t>
            </w:r>
          </w:p>
        </w:tc>
        <w:tc>
          <w:tcPr>
            <w:tcW w:type="dxa" w:w="987"/>
            <w:vAlign w:val="center"/>
          </w:tcPr>
          <w:p>
            <w:r/>
            <w:r>
              <w:rPr>
                <w:rFonts w:ascii="Malgun Gothic" w:hAnsi="Malgun Gothic" w:eastAsia="Malgun Gothic"/>
                <w:b w:val="0"/>
                <w:sz w:val="14"/>
              </w:rPr>
              <w:t>음성처리보다는 정보시스템·분석 프레임워크 기여를 강조해야 함</w:t>
            </w:r>
          </w:p>
        </w:tc>
        <w:tc>
          <w:tcPr>
            <w:tcW w:type="dxa" w:w="987"/>
            <w:vAlign w:val="center"/>
          </w:tcPr>
          <w:p>
            <w:r/>
            <w:r>
              <w:rPr>
                <w:rFonts w:ascii="Malgun Gothic" w:hAnsi="Malgun Gothic" w:eastAsia="Malgun Gothic"/>
                <w:b w:val="0"/>
                <w:sz w:val="14"/>
              </w:rPr>
              <w:t>현재 stress_score n이 부족하면 투고 전 보완 필요; 응용 시스템/검증 프레임워크형 원고로 포지셔닝 가능; 저널 홈페이지/Clarivate/Scopus 등재 상태 최신 확인; 최근 게재 논문 주제와 투고 규정 확인</w:t>
            </w:r>
          </w:p>
        </w:tc>
        <w:tc>
          <w:tcPr>
            <w:tcW w:type="dxa" w:w="987"/>
            <w:vAlign w:val="center"/>
          </w:tcPr>
          <w:p>
            <w:r/>
            <w:r>
              <w:rPr>
                <w:rFonts w:ascii="Malgun Gothic" w:hAnsi="Malgun Gothic" w:eastAsia="Malgun Gothic"/>
                <w:b w:val="0"/>
                <w:sz w:val="14"/>
              </w:rPr>
              <w:t>speech-based stress-related index + construct validity + operational VOC analytics</w:t>
            </w:r>
          </w:p>
        </w:tc>
      </w:tr>
      <w:tr>
        <w:trPr>
          <w:cantSplit/>
        </w:trPr>
        <w:tc>
          <w:tcPr>
            <w:tcW w:type="dxa" w:w="987"/>
            <w:vAlign w:val="center"/>
          </w:tcPr>
          <w:p>
            <w:r/>
            <w:r>
              <w:rPr>
                <w:rFonts w:ascii="Malgun Gothic" w:hAnsi="Malgun Gothic" w:eastAsia="Malgun Gothic"/>
                <w:b w:val="0"/>
                <w:sz w:val="14"/>
              </w:rPr>
              <w:t>4</w:t>
            </w:r>
          </w:p>
        </w:tc>
        <w:tc>
          <w:tcPr>
            <w:tcW w:type="dxa" w:w="987"/>
            <w:vAlign w:val="center"/>
          </w:tcPr>
          <w:p>
            <w:r/>
            <w:r>
              <w:rPr>
                <w:rFonts w:ascii="Malgun Gothic" w:hAnsi="Malgun Gothic" w:eastAsia="Malgun Gothic"/>
                <w:b w:val="0"/>
                <w:sz w:val="14"/>
              </w:rPr>
              <w:t>IEEE Access</w:t>
            </w:r>
          </w:p>
        </w:tc>
        <w:tc>
          <w:tcPr>
            <w:tcW w:type="dxa" w:w="987"/>
            <w:vAlign w:val="center"/>
          </w:tcPr>
          <w:p>
            <w:r/>
            <w:r>
              <w:rPr>
                <w:rFonts w:ascii="Malgun Gothic" w:hAnsi="Malgun Gothic" w:eastAsia="Malgun Gothic"/>
                <w:b w:val="0"/>
                <w:sz w:val="14"/>
              </w:rPr>
              <w:t>IEEE</w:t>
            </w:r>
          </w:p>
        </w:tc>
        <w:tc>
          <w:tcPr>
            <w:tcW w:type="dxa" w:w="987"/>
            <w:vAlign w:val="center"/>
          </w:tcPr>
          <w:p>
            <w:r/>
            <w:r>
              <w:rPr>
                <w:rFonts w:ascii="Malgun Gothic" w:hAnsi="Malgun Gothic" w:eastAsia="Malgun Gothic"/>
                <w:b w:val="0"/>
                <w:sz w:val="14"/>
              </w:rPr>
              <w:t>SCI/SCIE급 후보 - 최종 색인 상태 수동 확인 필요</w:t>
            </w:r>
          </w:p>
        </w:tc>
        <w:tc>
          <w:tcPr>
            <w:tcW w:type="dxa" w:w="987"/>
            <w:vAlign w:val="center"/>
          </w:tcPr>
          <w:p>
            <w:r/>
            <w:r>
              <w:rPr>
                <w:rFonts w:ascii="Malgun Gothic" w:hAnsi="Malgun Gothic" w:eastAsia="Malgun Gothic"/>
                <w:b w:val="0"/>
                <w:sz w:val="14"/>
              </w:rPr>
              <w:t>engineering application, speech/AI, scalable system validation</w:t>
            </w:r>
          </w:p>
        </w:tc>
        <w:tc>
          <w:tcPr>
            <w:tcW w:type="dxa" w:w="987"/>
            <w:vAlign w:val="center"/>
          </w:tcPr>
          <w:p>
            <w:r/>
            <w:r>
              <w:rPr>
                <w:rFonts w:ascii="Malgun Gothic" w:hAnsi="Malgun Gothic" w:eastAsia="Malgun Gothic"/>
                <w:b w:val="0"/>
                <w:sz w:val="14"/>
              </w:rPr>
              <w:t>55</w:t>
            </w:r>
          </w:p>
        </w:tc>
        <w:tc>
          <w:tcPr>
            <w:tcW w:type="dxa" w:w="987"/>
            <w:vAlign w:val="center"/>
          </w:tcPr>
          <w:p>
            <w:r/>
            <w:r>
              <w:rPr>
                <w:rFonts w:ascii="Malgun Gothic" w:hAnsi="Malgun Gothic" w:eastAsia="Malgun Gothic"/>
                <w:b w:val="0"/>
                <w:sz w:val="14"/>
              </w:rPr>
              <w:t>실제 VOC 데이터 기반 시스템형 연구와 맞출 수 있음</w:t>
            </w:r>
          </w:p>
        </w:tc>
        <w:tc>
          <w:tcPr>
            <w:tcW w:type="dxa" w:w="987"/>
            <w:vAlign w:val="center"/>
          </w:tcPr>
          <w:p>
            <w:r/>
            <w:r>
              <w:rPr>
                <w:rFonts w:ascii="Malgun Gothic" w:hAnsi="Malgun Gothic" w:eastAsia="Malgun Gothic"/>
                <w:b w:val="0"/>
                <w:sz w:val="14"/>
              </w:rPr>
              <w:t>실험 완성도와 비교실험, 재현성 설명이 약하면 리스크가 큼</w:t>
            </w:r>
          </w:p>
        </w:tc>
        <w:tc>
          <w:tcPr>
            <w:tcW w:type="dxa" w:w="987"/>
            <w:vAlign w:val="center"/>
          </w:tcPr>
          <w:p>
            <w:r/>
            <w:r>
              <w:rPr>
                <w:rFonts w:ascii="Malgun Gothic" w:hAnsi="Malgun Gothic" w:eastAsia="Malgun Gothic"/>
                <w:b w:val="0"/>
                <w:sz w:val="14"/>
              </w:rPr>
              <w:t>현재 stress_score n이 부족하면 투고 전 보완 필요; 저널 홈페이지/Clarivate/Scopus 등재 상태 최신 확인; 최근 게재 논문 주제와 투고 규정 확인</w:t>
            </w:r>
          </w:p>
        </w:tc>
        <w:tc>
          <w:tcPr>
            <w:tcW w:type="dxa" w:w="987"/>
            <w:vAlign w:val="center"/>
          </w:tcPr>
          <w:p>
            <w:r/>
            <w:r>
              <w:rPr>
                <w:rFonts w:ascii="Malgun Gothic" w:hAnsi="Malgun Gothic" w:eastAsia="Malgun Gothic"/>
                <w:b w:val="0"/>
                <w:sz w:val="14"/>
              </w:rPr>
              <w:t>speech-based stress-related index + construct validity + operational VOC analytics</w:t>
            </w:r>
          </w:p>
        </w:tc>
      </w:tr>
      <w:tr>
        <w:trPr>
          <w:cantSplit/>
        </w:trPr>
        <w:tc>
          <w:tcPr>
            <w:tcW w:type="dxa" w:w="987"/>
            <w:vAlign w:val="center"/>
          </w:tcPr>
          <w:p>
            <w:r/>
            <w:r>
              <w:rPr>
                <w:rFonts w:ascii="Malgun Gothic" w:hAnsi="Malgun Gothic" w:eastAsia="Malgun Gothic"/>
                <w:b w:val="0"/>
                <w:sz w:val="14"/>
              </w:rPr>
              <w:t>5</w:t>
            </w:r>
          </w:p>
        </w:tc>
        <w:tc>
          <w:tcPr>
            <w:tcW w:type="dxa" w:w="987"/>
            <w:vAlign w:val="center"/>
          </w:tcPr>
          <w:p>
            <w:r/>
            <w:r>
              <w:rPr>
                <w:rFonts w:ascii="Malgun Gothic" w:hAnsi="Malgun Gothic" w:eastAsia="Malgun Gothic"/>
                <w:b w:val="0"/>
                <w:sz w:val="14"/>
              </w:rPr>
              <w:t>Sensors</w:t>
            </w:r>
          </w:p>
        </w:tc>
        <w:tc>
          <w:tcPr>
            <w:tcW w:type="dxa" w:w="987"/>
            <w:vAlign w:val="center"/>
          </w:tcPr>
          <w:p>
            <w:r/>
            <w:r>
              <w:rPr>
                <w:rFonts w:ascii="Malgun Gothic" w:hAnsi="Malgun Gothic" w:eastAsia="Malgun Gothic"/>
                <w:b w:val="0"/>
                <w:sz w:val="14"/>
              </w:rPr>
              <w:t>MDPI</w:t>
            </w:r>
          </w:p>
        </w:tc>
        <w:tc>
          <w:tcPr>
            <w:tcW w:type="dxa" w:w="987"/>
            <w:vAlign w:val="center"/>
          </w:tcPr>
          <w:p>
            <w:r/>
            <w:r>
              <w:rPr>
                <w:rFonts w:ascii="Malgun Gothic" w:hAnsi="Malgun Gothic" w:eastAsia="Malgun Gothic"/>
                <w:b w:val="0"/>
                <w:sz w:val="14"/>
              </w:rPr>
              <w:t>SCI/SCIE급 후보 - 최종 색인 상태 수동 확인 필요</w:t>
            </w:r>
          </w:p>
        </w:tc>
        <w:tc>
          <w:tcPr>
            <w:tcW w:type="dxa" w:w="987"/>
            <w:vAlign w:val="center"/>
          </w:tcPr>
          <w:p>
            <w:r/>
            <w:r>
              <w:rPr>
                <w:rFonts w:ascii="Malgun Gothic" w:hAnsi="Malgun Gothic" w:eastAsia="Malgun Gothic"/>
                <w:b w:val="0"/>
                <w:sz w:val="14"/>
              </w:rPr>
              <w:t>signal sensing, acoustic features, measurement index</w:t>
            </w:r>
          </w:p>
        </w:tc>
        <w:tc>
          <w:tcPr>
            <w:tcW w:type="dxa" w:w="987"/>
            <w:vAlign w:val="center"/>
          </w:tcPr>
          <w:p>
            <w:r/>
            <w:r>
              <w:rPr>
                <w:rFonts w:ascii="Malgun Gothic" w:hAnsi="Malgun Gothic" w:eastAsia="Malgun Gothic"/>
                <w:b w:val="0"/>
                <w:sz w:val="14"/>
              </w:rPr>
              <w:t>55</w:t>
            </w:r>
          </w:p>
        </w:tc>
        <w:tc>
          <w:tcPr>
            <w:tcW w:type="dxa" w:w="987"/>
            <w:vAlign w:val="center"/>
          </w:tcPr>
          <w:p>
            <w:r/>
            <w:r>
              <w:rPr>
                <w:rFonts w:ascii="Malgun Gothic" w:hAnsi="Malgun Gothic" w:eastAsia="Malgun Gothic"/>
                <w:b w:val="0"/>
                <w:sz w:val="14"/>
              </w:rPr>
              <w:t>음성 신호를 센싱 데이터로 해석하면 적합 가능</w:t>
            </w:r>
          </w:p>
        </w:tc>
        <w:tc>
          <w:tcPr>
            <w:tcW w:type="dxa" w:w="987"/>
            <w:vAlign w:val="center"/>
          </w:tcPr>
          <w:p>
            <w:r/>
            <w:r>
              <w:rPr>
                <w:rFonts w:ascii="Malgun Gothic" w:hAnsi="Malgun Gothic" w:eastAsia="Malgun Gothic"/>
                <w:b w:val="0"/>
                <w:sz w:val="14"/>
              </w:rPr>
              <w:t>센서/측정 관점의 기여를 분명히 해야 함</w:t>
            </w:r>
          </w:p>
        </w:tc>
        <w:tc>
          <w:tcPr>
            <w:tcW w:type="dxa" w:w="987"/>
            <w:vAlign w:val="center"/>
          </w:tcPr>
          <w:p>
            <w:r/>
            <w:r>
              <w:rPr>
                <w:rFonts w:ascii="Malgun Gothic" w:hAnsi="Malgun Gothic" w:eastAsia="Malgun Gothic"/>
                <w:b w:val="0"/>
                <w:sz w:val="14"/>
              </w:rPr>
              <w:t>현재 stress_score n이 부족하면 투고 전 보완 필요; 저널 홈페이지/Clarivate/Scopus 등재 상태 최신 확인; 최근 게재 논문 주제와 투고 규정 확인</w:t>
            </w:r>
          </w:p>
        </w:tc>
        <w:tc>
          <w:tcPr>
            <w:tcW w:type="dxa" w:w="987"/>
            <w:vAlign w:val="center"/>
          </w:tcPr>
          <w:p>
            <w:r/>
            <w:r>
              <w:rPr>
                <w:rFonts w:ascii="Malgun Gothic" w:hAnsi="Malgun Gothic" w:eastAsia="Malgun Gothic"/>
                <w:b w:val="0"/>
                <w:sz w:val="14"/>
              </w:rPr>
              <w:t>speech-based stress-related index + construct validity + operational VOC analytics</w:t>
            </w:r>
          </w:p>
        </w:tc>
      </w:tr>
      <w:tr>
        <w:trPr>
          <w:cantSplit/>
        </w:trPr>
        <w:tc>
          <w:tcPr>
            <w:tcW w:type="dxa" w:w="987"/>
            <w:vAlign w:val="center"/>
          </w:tcPr>
          <w:p>
            <w:r/>
            <w:r>
              <w:rPr>
                <w:rFonts w:ascii="Malgun Gothic" w:hAnsi="Malgun Gothic" w:eastAsia="Malgun Gothic"/>
                <w:b w:val="0"/>
                <w:sz w:val="14"/>
              </w:rPr>
              <w:t>6</w:t>
            </w:r>
          </w:p>
        </w:tc>
        <w:tc>
          <w:tcPr>
            <w:tcW w:type="dxa" w:w="987"/>
            <w:vAlign w:val="center"/>
          </w:tcPr>
          <w:p>
            <w:r/>
            <w:r>
              <w:rPr>
                <w:rFonts w:ascii="Malgun Gothic" w:hAnsi="Malgun Gothic" w:eastAsia="Malgun Gothic"/>
                <w:b w:val="0"/>
                <w:sz w:val="14"/>
              </w:rPr>
              <w:t>Applied Acoustics</w:t>
            </w:r>
          </w:p>
        </w:tc>
        <w:tc>
          <w:tcPr>
            <w:tcW w:type="dxa" w:w="987"/>
            <w:vAlign w:val="center"/>
          </w:tcPr>
          <w:p>
            <w:r/>
            <w:r>
              <w:rPr>
                <w:rFonts w:ascii="Malgun Gothic" w:hAnsi="Malgun Gothic" w:eastAsia="Malgun Gothic"/>
                <w:b w:val="0"/>
                <w:sz w:val="14"/>
              </w:rPr>
              <w:t>Elsevier</w:t>
            </w:r>
          </w:p>
        </w:tc>
        <w:tc>
          <w:tcPr>
            <w:tcW w:type="dxa" w:w="987"/>
            <w:vAlign w:val="center"/>
          </w:tcPr>
          <w:p>
            <w:r/>
            <w:r>
              <w:rPr>
                <w:rFonts w:ascii="Malgun Gothic" w:hAnsi="Malgun Gothic" w:eastAsia="Malgun Gothic"/>
                <w:b w:val="0"/>
                <w:sz w:val="14"/>
              </w:rPr>
              <w:t>SCI/SCIE급 후보 - 최종 색인 상태 수동 확인 필요</w:t>
            </w:r>
          </w:p>
        </w:tc>
        <w:tc>
          <w:tcPr>
            <w:tcW w:type="dxa" w:w="987"/>
            <w:vAlign w:val="center"/>
          </w:tcPr>
          <w:p>
            <w:r/>
            <w:r>
              <w:rPr>
                <w:rFonts w:ascii="Malgun Gothic" w:hAnsi="Malgun Gothic" w:eastAsia="Malgun Gothic"/>
                <w:b w:val="0"/>
                <w:sz w:val="14"/>
              </w:rPr>
              <w:t>acoustic analysis, speech acoustics, applied acoustic measurement</w:t>
            </w:r>
          </w:p>
        </w:tc>
        <w:tc>
          <w:tcPr>
            <w:tcW w:type="dxa" w:w="987"/>
            <w:vAlign w:val="center"/>
          </w:tcPr>
          <w:p>
            <w:r/>
            <w:r>
              <w:rPr>
                <w:rFonts w:ascii="Malgun Gothic" w:hAnsi="Malgun Gothic" w:eastAsia="Malgun Gothic"/>
                <w:b w:val="0"/>
                <w:sz w:val="14"/>
              </w:rPr>
              <w:t>49</w:t>
            </w:r>
          </w:p>
        </w:tc>
        <w:tc>
          <w:tcPr>
            <w:tcW w:type="dxa" w:w="987"/>
            <w:vAlign w:val="center"/>
          </w:tcPr>
          <w:p>
            <w:r/>
            <w:r>
              <w:rPr>
                <w:rFonts w:ascii="Malgun Gothic" w:hAnsi="Malgun Gothic" w:eastAsia="Malgun Gothic"/>
                <w:b w:val="0"/>
                <w:sz w:val="14"/>
              </w:rPr>
              <w:t>pitch/energy/duration 중심의 음향 분석 기여와 연결 가능</w:t>
            </w:r>
          </w:p>
        </w:tc>
        <w:tc>
          <w:tcPr>
            <w:tcW w:type="dxa" w:w="987"/>
            <w:vAlign w:val="center"/>
          </w:tcPr>
          <w:p>
            <w:r/>
            <w:r>
              <w:rPr>
                <w:rFonts w:ascii="Malgun Gothic" w:hAnsi="Malgun Gothic" w:eastAsia="Malgun Gothic"/>
                <w:b w:val="0"/>
                <w:sz w:val="14"/>
              </w:rPr>
              <w:t>콜센터 운영/경영 관점보다 음향 분석 깊이를 더 요구할 수 있음</w:t>
            </w:r>
          </w:p>
        </w:tc>
        <w:tc>
          <w:tcPr>
            <w:tcW w:type="dxa" w:w="987"/>
            <w:vAlign w:val="center"/>
          </w:tcPr>
          <w:p>
            <w:r/>
            <w:r>
              <w:rPr>
                <w:rFonts w:ascii="Malgun Gothic" w:hAnsi="Malgun Gothic" w:eastAsia="Malgun Gothic"/>
                <w:b w:val="0"/>
                <w:sz w:val="14"/>
              </w:rPr>
              <w:t>현재 stress_score n이 부족하면 투고 전 보완 필요; 음성처리 전문성 보강과 추가 비교실험 필요; 저널 홈페이지/Clarivate/Scopus 등재 상태 최신 확인; 최근 게재 논문 주제와 투고 규정 확인</w:t>
            </w:r>
          </w:p>
        </w:tc>
        <w:tc>
          <w:tcPr>
            <w:tcW w:type="dxa" w:w="987"/>
            <w:vAlign w:val="center"/>
          </w:tcPr>
          <w:p>
            <w:r/>
            <w:r>
              <w:rPr>
                <w:rFonts w:ascii="Malgun Gothic" w:hAnsi="Malgun Gothic" w:eastAsia="Malgun Gothic"/>
                <w:b w:val="0"/>
                <w:sz w:val="14"/>
              </w:rPr>
              <w:t>speech-based stress-related index + construct validity + operational VOC analytics</w:t>
            </w:r>
          </w:p>
        </w:tc>
      </w:tr>
      <w:tr>
        <w:trPr>
          <w:cantSplit/>
        </w:trPr>
        <w:tc>
          <w:tcPr>
            <w:tcW w:type="dxa" w:w="987"/>
            <w:vAlign w:val="center"/>
          </w:tcPr>
          <w:p>
            <w:r/>
            <w:r>
              <w:rPr>
                <w:rFonts w:ascii="Malgun Gothic" w:hAnsi="Malgun Gothic" w:eastAsia="Malgun Gothic"/>
                <w:b w:val="0"/>
                <w:sz w:val="14"/>
              </w:rPr>
              <w:t>7</w:t>
            </w:r>
          </w:p>
        </w:tc>
        <w:tc>
          <w:tcPr>
            <w:tcW w:type="dxa" w:w="987"/>
            <w:vAlign w:val="center"/>
          </w:tcPr>
          <w:p>
            <w:r/>
            <w:r>
              <w:rPr>
                <w:rFonts w:ascii="Malgun Gothic" w:hAnsi="Malgun Gothic" w:eastAsia="Malgun Gothic"/>
                <w:b w:val="0"/>
                <w:sz w:val="14"/>
              </w:rPr>
              <w:t>Speech Communication</w:t>
            </w:r>
          </w:p>
        </w:tc>
        <w:tc>
          <w:tcPr>
            <w:tcW w:type="dxa" w:w="987"/>
            <w:vAlign w:val="center"/>
          </w:tcPr>
          <w:p>
            <w:r/>
            <w:r>
              <w:rPr>
                <w:rFonts w:ascii="Malgun Gothic" w:hAnsi="Malgun Gothic" w:eastAsia="Malgun Gothic"/>
                <w:b w:val="0"/>
                <w:sz w:val="14"/>
              </w:rPr>
              <w:t>Elsevier</w:t>
            </w:r>
          </w:p>
        </w:tc>
        <w:tc>
          <w:tcPr>
            <w:tcW w:type="dxa" w:w="987"/>
            <w:vAlign w:val="center"/>
          </w:tcPr>
          <w:p>
            <w:r/>
            <w:r>
              <w:rPr>
                <w:rFonts w:ascii="Malgun Gothic" w:hAnsi="Malgun Gothic" w:eastAsia="Malgun Gothic"/>
                <w:b w:val="0"/>
                <w:sz w:val="14"/>
              </w:rPr>
              <w:t>SCI/SCIE급 후보 - 최종 색인 상태 수동 확인 필요</w:t>
            </w:r>
          </w:p>
        </w:tc>
        <w:tc>
          <w:tcPr>
            <w:tcW w:type="dxa" w:w="987"/>
            <w:vAlign w:val="center"/>
          </w:tcPr>
          <w:p>
            <w:r/>
            <w:r>
              <w:rPr>
                <w:rFonts w:ascii="Malgun Gothic" w:hAnsi="Malgun Gothic" w:eastAsia="Malgun Gothic"/>
                <w:b w:val="0"/>
                <w:sz w:val="14"/>
              </w:rPr>
              <w:t>speech science, speech technology, spoken interaction</w:t>
            </w:r>
          </w:p>
        </w:tc>
        <w:tc>
          <w:tcPr>
            <w:tcW w:type="dxa" w:w="987"/>
            <w:vAlign w:val="center"/>
          </w:tcPr>
          <w:p>
            <w:r/>
            <w:r>
              <w:rPr>
                <w:rFonts w:ascii="Malgun Gothic" w:hAnsi="Malgun Gothic" w:eastAsia="Malgun Gothic"/>
                <w:b w:val="0"/>
                <w:sz w:val="14"/>
              </w:rPr>
              <w:t>49</w:t>
            </w:r>
          </w:p>
        </w:tc>
        <w:tc>
          <w:tcPr>
            <w:tcW w:type="dxa" w:w="987"/>
            <w:vAlign w:val="center"/>
          </w:tcPr>
          <w:p>
            <w:r/>
            <w:r>
              <w:rPr>
                <w:rFonts w:ascii="Malgun Gothic" w:hAnsi="Malgun Gothic" w:eastAsia="Malgun Gothic"/>
                <w:b w:val="0"/>
                <w:sz w:val="14"/>
              </w:rPr>
              <w:t>자연 발화/통화 음성 기반 stress-related speech index로 연결 가능</w:t>
            </w:r>
          </w:p>
        </w:tc>
        <w:tc>
          <w:tcPr>
            <w:tcW w:type="dxa" w:w="987"/>
            <w:vAlign w:val="center"/>
          </w:tcPr>
          <w:p>
            <w:r/>
            <w:r>
              <w:rPr>
                <w:rFonts w:ascii="Malgun Gothic" w:hAnsi="Malgun Gothic" w:eastAsia="Malgun Gothic"/>
                <w:b w:val="0"/>
                <w:sz w:val="14"/>
              </w:rPr>
              <w:t>언어·음성학적 해석과 기존 speech literature 보강 필요</w:t>
            </w:r>
          </w:p>
        </w:tc>
        <w:tc>
          <w:tcPr>
            <w:tcW w:type="dxa" w:w="987"/>
            <w:vAlign w:val="center"/>
          </w:tcPr>
          <w:p>
            <w:r/>
            <w:r>
              <w:rPr>
                <w:rFonts w:ascii="Malgun Gothic" w:hAnsi="Malgun Gothic" w:eastAsia="Malgun Gothic"/>
                <w:b w:val="0"/>
                <w:sz w:val="14"/>
              </w:rPr>
              <w:t>현재 stress_score n이 부족하면 투고 전 보완 필요; 음성처리 전문성 보강과 추가 비교실험 필요; 저널 홈페이지/Clarivate/Scopus 등재 상태 최신 확인; 최근 게재 논문 주제와 투고 규정 확인</w:t>
            </w:r>
          </w:p>
        </w:tc>
        <w:tc>
          <w:tcPr>
            <w:tcW w:type="dxa" w:w="987"/>
            <w:vAlign w:val="center"/>
          </w:tcPr>
          <w:p>
            <w:r/>
            <w:r>
              <w:rPr>
                <w:rFonts w:ascii="Malgun Gothic" w:hAnsi="Malgun Gothic" w:eastAsia="Malgun Gothic"/>
                <w:b w:val="0"/>
                <w:sz w:val="14"/>
              </w:rPr>
              <w:t>speech-based stress-related index + construct validity + operational VOC analytics</w:t>
            </w:r>
          </w:p>
        </w:tc>
      </w:tr>
      <w:tr>
        <w:trPr>
          <w:cantSplit/>
        </w:trPr>
        <w:tc>
          <w:tcPr>
            <w:tcW w:type="dxa" w:w="987"/>
            <w:vAlign w:val="center"/>
          </w:tcPr>
          <w:p>
            <w:r/>
            <w:r>
              <w:rPr>
                <w:rFonts w:ascii="Malgun Gothic" w:hAnsi="Malgun Gothic" w:eastAsia="Malgun Gothic"/>
                <w:b w:val="0"/>
                <w:sz w:val="14"/>
              </w:rPr>
              <w:t>8</w:t>
            </w:r>
          </w:p>
        </w:tc>
        <w:tc>
          <w:tcPr>
            <w:tcW w:type="dxa" w:w="987"/>
            <w:vAlign w:val="center"/>
          </w:tcPr>
          <w:p>
            <w:r/>
            <w:r>
              <w:rPr>
                <w:rFonts w:ascii="Malgun Gothic" w:hAnsi="Malgun Gothic" w:eastAsia="Malgun Gothic"/>
                <w:b w:val="0"/>
                <w:sz w:val="14"/>
              </w:rPr>
              <w:t>Computer Speech &amp; Language</w:t>
            </w:r>
          </w:p>
        </w:tc>
        <w:tc>
          <w:tcPr>
            <w:tcW w:type="dxa" w:w="987"/>
            <w:vAlign w:val="center"/>
          </w:tcPr>
          <w:p>
            <w:r/>
            <w:r>
              <w:rPr>
                <w:rFonts w:ascii="Malgun Gothic" w:hAnsi="Malgun Gothic" w:eastAsia="Malgun Gothic"/>
                <w:b w:val="0"/>
                <w:sz w:val="14"/>
              </w:rPr>
              <w:t>Elsevier</w:t>
            </w:r>
          </w:p>
        </w:tc>
        <w:tc>
          <w:tcPr>
            <w:tcW w:type="dxa" w:w="987"/>
            <w:vAlign w:val="center"/>
          </w:tcPr>
          <w:p>
            <w:r/>
            <w:r>
              <w:rPr>
                <w:rFonts w:ascii="Malgun Gothic" w:hAnsi="Malgun Gothic" w:eastAsia="Malgun Gothic"/>
                <w:b w:val="0"/>
                <w:sz w:val="14"/>
              </w:rPr>
              <w:t>SCI/SCIE급 후보 - 최종 색인 상태 수동 확인 필요</w:t>
            </w:r>
          </w:p>
        </w:tc>
        <w:tc>
          <w:tcPr>
            <w:tcW w:type="dxa" w:w="987"/>
            <w:vAlign w:val="center"/>
          </w:tcPr>
          <w:p>
            <w:r/>
            <w:r>
              <w:rPr>
                <w:rFonts w:ascii="Malgun Gothic" w:hAnsi="Malgun Gothic" w:eastAsia="Malgun Gothic"/>
                <w:b w:val="0"/>
                <w:sz w:val="14"/>
              </w:rPr>
              <w:t>computational speech processing, ASR, speech analytics</w:t>
            </w:r>
          </w:p>
        </w:tc>
        <w:tc>
          <w:tcPr>
            <w:tcW w:type="dxa" w:w="987"/>
            <w:vAlign w:val="center"/>
          </w:tcPr>
          <w:p>
            <w:r/>
            <w:r>
              <w:rPr>
                <w:rFonts w:ascii="Malgun Gothic" w:hAnsi="Malgun Gothic" w:eastAsia="Malgun Gothic"/>
                <w:b w:val="0"/>
                <w:sz w:val="14"/>
              </w:rPr>
              <w:t>49</w:t>
            </w:r>
          </w:p>
        </w:tc>
        <w:tc>
          <w:tcPr>
            <w:tcW w:type="dxa" w:w="987"/>
            <w:vAlign w:val="center"/>
          </w:tcPr>
          <w:p>
            <w:r/>
            <w:r>
              <w:rPr>
                <w:rFonts w:ascii="Malgun Gothic" w:hAnsi="Malgun Gothic" w:eastAsia="Malgun Gothic"/>
                <w:b w:val="0"/>
                <w:sz w:val="14"/>
              </w:rPr>
              <w:t>STT/WPM과 음성 특징 분석의 계산적 접근에 맞출 수 있음</w:t>
            </w:r>
          </w:p>
        </w:tc>
        <w:tc>
          <w:tcPr>
            <w:tcW w:type="dxa" w:w="987"/>
            <w:vAlign w:val="center"/>
          </w:tcPr>
          <w:p>
            <w:r/>
            <w:r>
              <w:rPr>
                <w:rFonts w:ascii="Malgun Gothic" w:hAnsi="Malgun Gothic" w:eastAsia="Malgun Gothic"/>
                <w:b w:val="0"/>
                <w:sz w:val="14"/>
              </w:rPr>
              <w:t>모델 비교, 알고리즘 기여, 데이터 공개성 요구가 높을 수 있음</w:t>
            </w:r>
          </w:p>
        </w:tc>
        <w:tc>
          <w:tcPr>
            <w:tcW w:type="dxa" w:w="987"/>
            <w:vAlign w:val="center"/>
          </w:tcPr>
          <w:p>
            <w:r/>
            <w:r>
              <w:rPr>
                <w:rFonts w:ascii="Malgun Gothic" w:hAnsi="Malgun Gothic" w:eastAsia="Malgun Gothic"/>
                <w:b w:val="0"/>
                <w:sz w:val="14"/>
              </w:rPr>
              <w:t>현재 stress_score n이 부족하면 투고 전 보완 필요; 음성처리 전문성 보강과 추가 비교실험 필요; 저널 홈페이지/Clarivate/Scopus 등재 상태 최신 확인; 최근 게재 논문 주제와 투고 규정 확인</w:t>
            </w:r>
          </w:p>
        </w:tc>
        <w:tc>
          <w:tcPr>
            <w:tcW w:type="dxa" w:w="987"/>
            <w:vAlign w:val="center"/>
          </w:tcPr>
          <w:p>
            <w:r/>
            <w:r>
              <w:rPr>
                <w:rFonts w:ascii="Malgun Gothic" w:hAnsi="Malgun Gothic" w:eastAsia="Malgun Gothic"/>
                <w:b w:val="0"/>
                <w:sz w:val="14"/>
              </w:rPr>
              <w:t>speech-based stress-related index + construct validity + operational VOC analytics</w:t>
            </w:r>
          </w:p>
        </w:tc>
      </w:tr>
    </w:tbl>
    <w:p/>
    <w:p>
      <w:r>
        <w:t>전체 행 포함</w:t>
      </w:r>
    </w:p>
    <w:p>
      <w:r>
        <w:rPr>
          <w:b/>
        </w:rPr>
        <w:t>산출물 CSV: results/tables/future_analysis/stt_wpm_reliability_sources.csv (행 3, 열 3)</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4"/>
              </w:rPr>
              <w:t>source</w:t>
            </w:r>
          </w:p>
        </w:tc>
        <w:tc>
          <w:tcPr>
            <w:tcW w:type="dxa" w:w="3289"/>
          </w:tcPr>
          <w:p>
            <w:r/>
            <w:r>
              <w:rPr>
                <w:rFonts w:ascii="Malgun Gothic" w:hAnsi="Malgun Gothic" w:eastAsia="Malgun Gothic"/>
                <w:b/>
                <w:sz w:val="14"/>
              </w:rPr>
              <w:t>path</w:t>
            </w:r>
          </w:p>
        </w:tc>
        <w:tc>
          <w:tcPr>
            <w:tcW w:type="dxa" w:w="3289"/>
          </w:tcPr>
          <w:p>
            <w:r/>
            <w:r>
              <w:rPr>
                <w:rFonts w:ascii="Malgun Gothic" w:hAnsi="Malgun Gothic" w:eastAsia="Malgun Gothic"/>
                <w:b/>
                <w:sz w:val="14"/>
              </w:rPr>
              <w:t>status</w:t>
            </w:r>
          </w:p>
        </w:tc>
      </w:tr>
      <w:tr>
        <w:trPr>
          <w:cantSplit/>
        </w:trPr>
        <w:tc>
          <w:tcPr>
            <w:tcW w:type="dxa" w:w="3289"/>
            <w:vAlign w:val="center"/>
          </w:tcPr>
          <w:p>
            <w:r/>
            <w:r>
              <w:rPr>
                <w:rFonts w:ascii="Malgun Gothic" w:hAnsi="Malgun Gothic" w:eastAsia="Malgun Gothic"/>
                <w:b w:val="0"/>
                <w:sz w:val="14"/>
              </w:rPr>
              <w:t>stt_reliability_summary</w:t>
            </w:r>
          </w:p>
        </w:tc>
        <w:tc>
          <w:tcPr>
            <w:tcW w:type="dxa" w:w="3289"/>
            <w:vAlign w:val="center"/>
          </w:tcPr>
          <w:p>
            <w:r/>
            <w:r>
              <w:rPr>
                <w:rFonts w:ascii="Malgun Gothic" w:hAnsi="Malgun Gothic" w:eastAsia="Malgun Gothic"/>
                <w:b w:val="0"/>
                <w:sz w:val="14"/>
              </w:rPr>
              <w:t>C:\AI\sci_voc_bot\results\tables\stt_reliability.csv</w:t>
            </w:r>
          </w:p>
        </w:tc>
        <w:tc>
          <w:tcPr>
            <w:tcW w:type="dxa" w:w="3289"/>
            <w:vAlign w:val="center"/>
          </w:tcPr>
          <w:p>
            <w:r/>
            <w:r>
              <w:rPr>
                <w:rFonts w:ascii="Malgun Gothic" w:hAnsi="Malgun Gothic" w:eastAsia="Malgun Gothic"/>
                <w:b w:val="0"/>
                <w:sz w:val="14"/>
              </w:rPr>
              <w:t>available</w:t>
            </w:r>
          </w:p>
        </w:tc>
      </w:tr>
      <w:tr>
        <w:trPr>
          <w:cantSplit/>
        </w:trPr>
        <w:tc>
          <w:tcPr>
            <w:tcW w:type="dxa" w:w="3289"/>
            <w:vAlign w:val="center"/>
          </w:tcPr>
          <w:p>
            <w:r/>
            <w:r>
              <w:rPr>
                <w:rFonts w:ascii="Malgun Gothic" w:hAnsi="Malgun Gothic" w:eastAsia="Malgun Gothic"/>
                <w:b w:val="0"/>
                <w:sz w:val="14"/>
              </w:rPr>
              <w:t>stt_error_sensitivity</w:t>
            </w:r>
          </w:p>
        </w:tc>
        <w:tc>
          <w:tcPr>
            <w:tcW w:type="dxa" w:w="3289"/>
            <w:vAlign w:val="center"/>
          </w:tcPr>
          <w:p>
            <w:r/>
            <w:r>
              <w:rPr>
                <w:rFonts w:ascii="Malgun Gothic" w:hAnsi="Malgun Gothic" w:eastAsia="Malgun Gothic"/>
                <w:b w:val="0"/>
                <w:sz w:val="14"/>
              </w:rPr>
              <w:t>C:\AI\sci_voc_bot\results\tables\stt_error_sensitivity.csv</w:t>
            </w:r>
          </w:p>
        </w:tc>
        <w:tc>
          <w:tcPr>
            <w:tcW w:type="dxa" w:w="3289"/>
            <w:vAlign w:val="center"/>
          </w:tcPr>
          <w:p>
            <w:r/>
            <w:r>
              <w:rPr>
                <w:rFonts w:ascii="Malgun Gothic" w:hAnsi="Malgun Gothic" w:eastAsia="Malgun Gothic"/>
                <w:b w:val="0"/>
                <w:sz w:val="14"/>
              </w:rPr>
              <w:t>available</w:t>
            </w:r>
          </w:p>
        </w:tc>
      </w:tr>
      <w:tr>
        <w:trPr>
          <w:cantSplit/>
        </w:trPr>
        <w:tc>
          <w:tcPr>
            <w:tcW w:type="dxa" w:w="3289"/>
            <w:vAlign w:val="center"/>
          </w:tcPr>
          <w:p>
            <w:r/>
            <w:r>
              <w:rPr>
                <w:rFonts w:ascii="Malgun Gothic" w:hAnsi="Malgun Gothic" w:eastAsia="Malgun Gothic"/>
                <w:b w:val="0"/>
                <w:sz w:val="14"/>
              </w:rPr>
              <w:t>kspon_by_file</w:t>
            </w:r>
          </w:p>
        </w:tc>
        <w:tc>
          <w:tcPr>
            <w:tcW w:type="dxa" w:w="3289"/>
            <w:vAlign w:val="center"/>
          </w:tcPr>
          <w:p>
            <w:r/>
            <w:r>
              <w:rPr>
                <w:rFonts w:ascii="Malgun Gothic" w:hAnsi="Malgun Gothic" w:eastAsia="Malgun Gothic"/>
                <w:b w:val="0"/>
                <w:sz w:val="14"/>
              </w:rPr>
              <w:t>C:\AI\sci_voc_bot\results\stt_validation\kspon_wer_cer_by_file.csv</w:t>
            </w:r>
          </w:p>
        </w:tc>
        <w:tc>
          <w:tcPr>
            <w:tcW w:type="dxa" w:w="3289"/>
            <w:vAlign w:val="center"/>
          </w:tcPr>
          <w:p>
            <w:r/>
            <w:r>
              <w:rPr>
                <w:rFonts w:ascii="Malgun Gothic" w:hAnsi="Malgun Gothic" w:eastAsia="Malgun Gothic"/>
                <w:b w:val="0"/>
                <w:sz w:val="14"/>
              </w:rPr>
              <w:t>available</w:t>
            </w:r>
          </w:p>
        </w:tc>
      </w:tr>
    </w:tbl>
    <w:p/>
    <w:p>
      <w:pPr>
        <w:pStyle w:val="Heading3"/>
      </w:pPr>
      <w:r>
        <w:t>산출물 텍스트: research_continuity/27_tiis_extension_tables_v201/tiis_extension_tables_v201.md</w:t>
      </w:r>
    </w:p>
    <w:p>
      <w:r>
        <w:t># TIIS 확장판 논문용 표/그림 v201</w:t>
        <w:br/>
        <w:br/>
        <w:t>## Table 1. Dataset summary</w:t>
        <w:br/>
        <w:br/>
        <w:t>| dataset_component | n_or_count | role | interpretation_policy |</w:t>
        <w:br/>
        <w:t>| --- | --- | --- | --- |</w:t>
        <w:br/>
        <w:t>| AS-IS/0413 main body | 998 | main paper baseline | 본문 기준 유지 |</w:t>
        <w:br/>
        <w:t>| TO-BE call audio | 1000 | reproducibility / extension source | 본문 대체 금지 |</w:t>
        <w:br/>
        <w:t>| pyannote SPEAKER segments | 57619 | speaker-level extension | role mapping 전 후보 라벨 |</w:t>
        <w:br/>
        <w:t>| call-speaker slots | 2000 | SPEAKER_00 + SPEAKER_01 slot records | 고객/상담사 확정 금지 |</w:t>
        <w:br/>
        <w:t>| S0→S1 response pairs | 28149 | sequential association | 인과 주장 금지 |</w:t>
        <w:br/>
        <w:br/>
        <w:t>## Table 2. TO-BE / speaker-level n2000 summary</w:t>
        <w:br/>
        <w:br/>
        <w:t>| metric | value | note |</w:t>
        <w:br/>
        <w:t>| --- | --- | --- |</w:t>
        <w:br/>
        <w:t>| TO-BE calls | 1000 | 통화 기준 |</w:t>
        <w:br/>
        <w:t>| SPEAKER segments | 57619 | pyannote 산출 세그먼트 |</w:t>
        <w:br/>
        <w:t>| SPEAKER_00 slots | 1000 | 후보 슬롯 |</w:t>
        <w:br/>
        <w:t>| SPEAKER_01 slots | 1000 | 후보 슬롯 |</w:t>
        <w:br/>
        <w:t>| 2,000 slot readiness | True | 1,000 x 2 |</w:t>
        <w:br/>
        <w:t>| zero-slot | 40 | 미검출 화자 슬롯 보존 |</w:t>
        <w:br/>
        <w:t>| segment-level stress merge | PENDING_SEGMENT_LEVEL_FEATURE_STRESS_INPUT | 11번 병합 상태 |</w:t>
        <w:br/>
        <w:t>| segment stress ready | False | False면 Table 4/5 stress 결과는 보류 |</w:t>
        <w:br/>
        <w:br/>
        <w:t>## Table 3. Speaker-level descriptive statistics</w:t>
        <w:br/>
        <w:br/>
        <w:t>| speaker_slot | call_count | detected_call_count | zero_slot_count | segment_count | total_speech_sec | mean_segment_sec | median_segment_sec | speech_ratio_mean | turn_count | mean_energy | mean_pitch | mean_wpm | mean_stress_score | std_stress_score | claim_policy |</w:t>
        <w:br/>
        <w:t>| --- | --- | --- | --- | --- | --- | --- | --- | --- | --- | --- | --- | --- | --- | --- | --- |</w:t>
        <w:br/>
        <w:t>| SPEAKER_00 후보 | 1000 | 1000 | 0 | 29386 | 60899.981 | 2.037024 | 1.889537 | 0.465908 | 29386 | PENDING_FEATURE_MERGE | PENDING_FEATURE_MERGE | PENDING_FEATURE_MERGE | PENDING_SEGMENT_LEVEL_STRESS_SCORE | PENDING_SEGMENT_LEVEL_STRESS_SCORE | SPEAKER_LABEL_CANDIDATE_NOT_CUSTOMER_AGENT_ROLE |</w:t>
        <w:br/>
        <w:t>| SPEAKER_01 후보 | 1000 | 960 | 40 | 28233 | 51768.715 | 1.874686 | 1.706773 | 0.418215 | 28233 | PENDING_FEATURE_MERGE | PENDING_FEATURE_MERGE | PENDING_FEATURE_MERGE | PENDING_SEGMENT_LEVEL_STRESS_SCORE | PENDING_SEGMENT_LEVEL_STRESS_SCORE | SPEAKER_LABEL_CANDIDATE_NOT_CUSTOMER_AGENT_ROLE |</w:t>
        <w:br/>
        <w:br/>
        <w:t>## Table 4. Sequential association results</w:t>
        <w:br/>
        <w:br/>
        <w:t>| pair_metric | correlation | p_value | n | interpretation | claim_level |</w:t>
        <w:br/>
        <w:t>| --- | --- | --- | --- | --- | --- |</w:t>
        <w:br/>
        <w:t>| S0 total speech sec → S1 total speech sec | 0.341355 | 1.26501e-27 | 960 | call-level speech amount association | SEQUENTIAL_ASSOCIATION_NOT_CAUSAL |</w:t>
        <w:br/>
        <w:t>| S0 turn count → S1 turn count | 0.862617 | 8.5856e-286 | 960 | call-level turn count association | SEQUENTIAL_ASSOCIATION_NOT_CAUSAL |</w:t>
        <w:br/>
        <w:t>| S0 mean turn duration → S1 mean turn duration | -0.372985 | 4.72794e-33 | 960 | call-level mean turn duration association | SEQUENTIAL_ASSOCIATION_NOT_CAUSAL |</w:t>
        <w:br/>
        <w:t>| S0 segment duration → next S1 segment duration | -0.082305 | 1.64032e-43 | 28149 | response-pair sequential association | SEQUENTIAL_ASSOCIATION_NOT_CAUSAL |</w:t>
        <w:br/>
        <w:t>| S0 segment duration → S1 response latency | 0.078083 | 2.53106e-39 | 28149 | response latency association | SEQUENTIAL_ASSOCIATION_NOT_CAUSAL |</w:t>
        <w:br/>
        <w:t>| S0 stress → S1 stress |  |  | 0 | PENDING: segment-level acoustic/STT/stress features are required. Current v201 keeps this as a safe analysis slot, not a claim. | PENDING_FEATURE_MERGE |</w:t>
        <w:br/>
        <w:t>| S0 energy → S1 response latency |  |  | 0 | PENDING: segment-level acoustic/STT/stress features are required. Current v201 keeps this as a safe analysis slot, not a claim. | PENDING_FEATURE_MERGE |</w:t>
        <w:br/>
        <w:t>| S0 wpm → S1 wpm |  |  | 0 | PENDING: segment-level acoustic/STT/stress features are required. Current v201 keeps this as a safe analysis slot, not a claim. | PENDING_FEATURE_MERGE |</w:t>
        <w:br/>
        <w:br/>
        <w:t>## Table 5. High-stress segment analysis</w:t>
        <w:br/>
        <w:br/>
        <w:t>| analysis | status | threshold | segment_count | high_stress_segment_count | high_stress_ratio | note |</w:t>
        <w:br/>
        <w:t>| --- | --- | --- | --- | --- | --- | --- |</w:t>
        <w:br/>
        <w:t>| high_stress_segment_detection | PENDING_SEGMENT_LEVEL_STRESS_SCORE |  | 57619 |  |  | speaker_actual_segments_v181.csv에 segment-level stress_score가 없어 고스트레스 세그먼트 확정은 보류합니다. 9번 화면은 분석 슬롯만 안전하게 확보합니다. |</w:t>
        <w:br/>
        <w:br/>
        <w:t>## Table 6. Paper-use policy</w:t>
        <w:br/>
        <w:br/>
        <w:t>| item | judgment | note |</w:t>
        <w:br/>
        <w:t>| --- | --- | --- |</w:t>
        <w:br/>
        <w:t>| 본문 대체 | FORBIDDEN | 0413 n=998 통화 전체 기반 본문 분석 유지 |</w:t>
        <w:br/>
        <w:t>| 부록/확장 분석 | ALLOWED | speaker-level exploratory analysis로 사용 가능 |</w:t>
        <w:br/>
        <w:t>| 고객/상담사 확정 | FORBIDDEN_UNTIL_ROLE_MAPPING | SPEAKER_00/01은 후보 라벨 |</w:t>
        <w:br/>
        <w:t>| 인과 주장 | FORBIDDEN | S0→S1은 시간 순서 기반 연관성 후보 |</w:t>
        <w:br/>
        <w:t>| sequential association | ALLOWED | response-pair association으로 표현 |</w:t>
        <w:br/>
        <w:t>| stress imbalance | CONDITIONAL | segment-level stress_score가 있을 때만 확정 계산 |</w:t>
        <w:br/>
      </w:r>
    </w:p>
    <w:p>
      <w:pPr>
        <w:pStyle w:val="Heading2"/>
      </w:pPr>
      <w:r>
        <w:t>결과 해석</w:t>
      </w:r>
    </w:p>
    <w:p>
      <w:r>
        <w:t>현재 제출 가능한 영역은 데이터셋과 화자분리 구조이며, stress 연관 표는 다음 단계 완료 후 추가해야 한다.</w:t>
      </w:r>
    </w:p>
    <w:p>
      <w:pPr>
        <w:pStyle w:val="Heading2"/>
      </w:pPr>
      <w:r>
        <w:t>한계 및 논문 반영 기준</w:t>
      </w:r>
    </w:p>
    <w:p>
      <w:r>
        <w:t>PENDING 표를 값이 있는 것처럼 채우지 않는다.</w:t>
      </w:r>
    </w:p>
    <w:p>
      <w:r>
        <w:br w:type="page"/>
      </w:r>
    </w:p>
    <w:p>
      <w:pPr>
        <w:pStyle w:val="Heading1"/>
      </w:pPr>
      <w:r>
        <w:t>11. Segment-level Feature/Stress Merge 상세보고서</w:t>
      </w:r>
    </w:p>
    <w:p>
      <w:pPr>
        <w:pStyle w:val="Heading2"/>
      </w:pPr>
      <w:r>
        <w:t>논문 작성용 상세 본문</w:t>
      </w:r>
    </w:p>
    <w:p>
      <w:r>
        <w:t>11번은 7번에서 생성한 57,619개 SPEAKER 세그먼트에 segment_id를 부여하고 원 음성에서 세그먼트 단위 duration, energy, pitch를 산출해 병합 입력 CSV를 만드는 단계이다.</w:t>
      </w:r>
    </w:p>
    <w:p>
      <w:r>
        <w:t>v205 실행 결과 generated_input_count와 matched_segment_count가 모두 57,619건으로 확인되어 이전의 병합 매칭 0건 문제는 해결됐다.</w:t>
      </w:r>
    </w:p>
    <w:p>
      <w:r>
        <w:t>energy는 57,611건, pitch는 53,098건 산출됐다. pitch는 무성음·초단구간에서 값이 존재하지 않을 수 있으므로 전체 세그먼트와 동일하지 않아도 정상이다.</w:t>
      </w:r>
    </w:p>
    <w:p>
      <w:r>
        <w:t>segment-level STT 텍스트가 아직 연결되지 않아 word_count, WPM, stress_score는 모두 0건이며 57,619건 전체가 PENDING stress로 남아 있다.</w:t>
      </w:r>
    </w:p>
    <w:p>
      <w:r>
        <w:t>11번은 화자분리 세그먼트를 실제 음성 구간과 다시 연결하여 duration, energy, pitch를 산출하고 segment_id 기준으로 병합한 단계이다.</w:t>
      </w:r>
    </w:p>
    <w:p>
      <w:r>
        <w:t>생성 입력과 병합 매칭은 각각 57,619건으로 전수 완료되었다. energy는 57,611건, pitch는 53,098건이며 초단구간·무성음에서는 값이 없을 수 있다.</w:t>
      </w:r>
    </w:p>
    <w:p>
      <w:r>
        <w:t>segment-level STT 텍스트가 연결되지 않아 word_count, WPM, stress_score는 0건이다. 따라서 현재 상태는 acoustic feature merge 완료, stress merge PENDING이다.</w:t>
      </w:r>
    </w:p>
    <w:p>
      <w:r>
        <w:t>다음 단계는 세그먼트 STT 병합, WPM 계산, 전역 기준 stress_score 생성, 응답쌍 stress 연결, high-stress 기준 산출 순서이다.</w:t>
      </w:r>
    </w:p>
    <w:p>
      <w:pPr>
        <w:pStyle w:val="Heading2"/>
      </w:pPr>
      <w:r>
        <w:t>분석 수치 및 결과표</w:t>
      </w:r>
    </w:p>
    <w:p>
      <w:r>
        <w:rPr>
          <w:b/>
        </w:rPr>
        <w:t>표 11-1. 세그먼트 병합 입력 생성 결과</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항목</w:t>
            </w:r>
          </w:p>
        </w:tc>
        <w:tc>
          <w:tcPr>
            <w:tcW w:type="dxa" w:w="3289"/>
          </w:tcPr>
          <w:p>
            <w:r/>
            <w:r>
              <w:rPr>
                <w:rFonts w:ascii="Malgun Gothic" w:hAnsi="Malgun Gothic" w:eastAsia="Malgun Gothic"/>
                <w:b/>
                <w:sz w:val="16"/>
              </w:rPr>
              <w:t>값</w:t>
            </w:r>
          </w:p>
        </w:tc>
        <w:tc>
          <w:tcPr>
            <w:tcW w:type="dxa" w:w="3289"/>
          </w:tcPr>
          <w:p>
            <w:r/>
            <w:r>
              <w:rPr>
                <w:rFonts w:ascii="Malgun Gothic" w:hAnsi="Malgun Gothic" w:eastAsia="Malgun Gothic"/>
                <w:b/>
                <w:sz w:val="16"/>
              </w:rPr>
              <w:t>상태</w:t>
            </w:r>
          </w:p>
        </w:tc>
      </w:tr>
      <w:tr>
        <w:trPr>
          <w:cantSplit/>
        </w:trPr>
        <w:tc>
          <w:tcPr>
            <w:tcW w:type="dxa" w:w="3289"/>
            <w:vAlign w:val="center"/>
          </w:tcPr>
          <w:p>
            <w:r/>
            <w:r>
              <w:rPr>
                <w:rFonts w:ascii="Malgun Gothic" w:hAnsi="Malgun Gothic" w:eastAsia="Malgun Gothic"/>
                <w:b w:val="0"/>
                <w:sz w:val="16"/>
              </w:rPr>
              <w:t>segment_count</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완료</w:t>
            </w:r>
          </w:p>
        </w:tc>
      </w:tr>
      <w:tr>
        <w:trPr>
          <w:cantSplit/>
        </w:trPr>
        <w:tc>
          <w:tcPr>
            <w:tcW w:type="dxa" w:w="3289"/>
            <w:vAlign w:val="center"/>
          </w:tcPr>
          <w:p>
            <w:r/>
            <w:r>
              <w:rPr>
                <w:rFonts w:ascii="Malgun Gothic" w:hAnsi="Malgun Gothic" w:eastAsia="Malgun Gothic"/>
                <w:b w:val="0"/>
                <w:sz w:val="16"/>
              </w:rPr>
              <w:t>generated_input_count</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완료</w:t>
            </w:r>
          </w:p>
        </w:tc>
      </w:tr>
      <w:tr>
        <w:trPr>
          <w:cantSplit/>
        </w:trPr>
        <w:tc>
          <w:tcPr>
            <w:tcW w:type="dxa" w:w="3289"/>
            <w:vAlign w:val="center"/>
          </w:tcPr>
          <w:p>
            <w:r/>
            <w:r>
              <w:rPr>
                <w:rFonts w:ascii="Malgun Gothic" w:hAnsi="Malgun Gothic" w:eastAsia="Malgun Gothic"/>
                <w:b w:val="0"/>
                <w:sz w:val="16"/>
              </w:rPr>
              <w:t>matched_segment_count</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완료</w:t>
            </w:r>
          </w:p>
        </w:tc>
      </w:tr>
      <w:tr>
        <w:trPr>
          <w:cantSplit/>
        </w:trPr>
        <w:tc>
          <w:tcPr>
            <w:tcW w:type="dxa" w:w="3289"/>
            <w:vAlign w:val="center"/>
          </w:tcPr>
          <w:p>
            <w:r/>
            <w:r>
              <w:rPr>
                <w:rFonts w:ascii="Malgun Gothic" w:hAnsi="Malgun Gothic" w:eastAsia="Malgun Gothic"/>
                <w:b w:val="0"/>
                <w:sz w:val="16"/>
              </w:rPr>
              <w:t>energy_complete_count</w:t>
            </w:r>
          </w:p>
        </w:tc>
        <w:tc>
          <w:tcPr>
            <w:tcW w:type="dxa" w:w="3289"/>
            <w:vAlign w:val="center"/>
          </w:tcPr>
          <w:p>
            <w:r/>
            <w:r>
              <w:rPr>
                <w:rFonts w:ascii="Malgun Gothic" w:hAnsi="Malgun Gothic" w:eastAsia="Malgun Gothic"/>
                <w:b w:val="0"/>
                <w:sz w:val="16"/>
              </w:rPr>
              <w:t>57,611</w:t>
            </w:r>
          </w:p>
        </w:tc>
        <w:tc>
          <w:tcPr>
            <w:tcW w:type="dxa" w:w="3289"/>
            <w:vAlign w:val="center"/>
          </w:tcPr>
          <w:p>
            <w:r/>
            <w:r>
              <w:rPr>
                <w:rFonts w:ascii="Malgun Gothic" w:hAnsi="Malgun Gothic" w:eastAsia="Malgun Gothic"/>
                <w:b w:val="0"/>
                <w:sz w:val="16"/>
              </w:rPr>
              <w:t>완료</w:t>
            </w:r>
          </w:p>
        </w:tc>
      </w:tr>
      <w:tr>
        <w:trPr>
          <w:cantSplit/>
        </w:trPr>
        <w:tc>
          <w:tcPr>
            <w:tcW w:type="dxa" w:w="3289"/>
            <w:vAlign w:val="center"/>
          </w:tcPr>
          <w:p>
            <w:r/>
            <w:r>
              <w:rPr>
                <w:rFonts w:ascii="Malgun Gothic" w:hAnsi="Malgun Gothic" w:eastAsia="Malgun Gothic"/>
                <w:b w:val="0"/>
                <w:sz w:val="16"/>
              </w:rPr>
              <w:t>pitch_complete_count</w:t>
            </w:r>
          </w:p>
        </w:tc>
        <w:tc>
          <w:tcPr>
            <w:tcW w:type="dxa" w:w="3289"/>
            <w:vAlign w:val="center"/>
          </w:tcPr>
          <w:p>
            <w:r/>
            <w:r>
              <w:rPr>
                <w:rFonts w:ascii="Malgun Gothic" w:hAnsi="Malgun Gothic" w:eastAsia="Malgun Gothic"/>
                <w:b w:val="0"/>
                <w:sz w:val="16"/>
              </w:rPr>
              <w:t>53,098</w:t>
            </w:r>
          </w:p>
        </w:tc>
        <w:tc>
          <w:tcPr>
            <w:tcW w:type="dxa" w:w="3289"/>
            <w:vAlign w:val="center"/>
          </w:tcPr>
          <w:p>
            <w:r/>
            <w:r>
              <w:rPr>
                <w:rFonts w:ascii="Malgun Gothic" w:hAnsi="Malgun Gothic" w:eastAsia="Malgun Gothic"/>
                <w:b w:val="0"/>
                <w:sz w:val="16"/>
              </w:rPr>
              <w:t>voiced 기준 완료</w:t>
            </w:r>
          </w:p>
        </w:tc>
      </w:tr>
      <w:tr>
        <w:trPr>
          <w:cantSplit/>
        </w:trPr>
        <w:tc>
          <w:tcPr>
            <w:tcW w:type="dxa" w:w="3289"/>
            <w:vAlign w:val="center"/>
          </w:tcPr>
          <w:p>
            <w:r/>
            <w:r>
              <w:rPr>
                <w:rFonts w:ascii="Malgun Gothic" w:hAnsi="Malgun Gothic" w:eastAsia="Malgun Gothic"/>
                <w:b w:val="0"/>
                <w:sz w:val="16"/>
              </w:rPr>
              <w:t>wpm_complete_count</w:t>
            </w:r>
          </w:p>
        </w:tc>
        <w:tc>
          <w:tcPr>
            <w:tcW w:type="dxa" w:w="3289"/>
            <w:vAlign w:val="center"/>
          </w:tcPr>
          <w:p>
            <w:r/>
            <w:r>
              <w:rPr>
                <w:rFonts w:ascii="Malgun Gothic" w:hAnsi="Malgun Gothic" w:eastAsia="Malgun Gothic"/>
                <w:b w:val="0"/>
                <w:sz w:val="16"/>
              </w:rPr>
              <w:t>0</w:t>
            </w:r>
          </w:p>
        </w:tc>
        <w:tc>
          <w:tcPr>
            <w:tcW w:type="dxa" w:w="3289"/>
            <w:vAlign w:val="center"/>
          </w:tcPr>
          <w:p>
            <w:r/>
            <w:r>
              <w:rPr>
                <w:rFonts w:ascii="Malgun Gothic" w:hAnsi="Malgun Gothic" w:eastAsia="Malgun Gothic"/>
                <w:b w:val="0"/>
                <w:sz w:val="16"/>
              </w:rPr>
              <w:t>PENDING_STT</w:t>
            </w:r>
          </w:p>
        </w:tc>
      </w:tr>
      <w:tr>
        <w:trPr>
          <w:cantSplit/>
        </w:trPr>
        <w:tc>
          <w:tcPr>
            <w:tcW w:type="dxa" w:w="3289"/>
            <w:vAlign w:val="center"/>
          </w:tcPr>
          <w:p>
            <w:r/>
            <w:r>
              <w:rPr>
                <w:rFonts w:ascii="Malgun Gothic" w:hAnsi="Malgun Gothic" w:eastAsia="Malgun Gothic"/>
                <w:b w:val="0"/>
                <w:sz w:val="16"/>
              </w:rPr>
              <w:t>stress_complete_count</w:t>
            </w:r>
          </w:p>
        </w:tc>
        <w:tc>
          <w:tcPr>
            <w:tcW w:type="dxa" w:w="3289"/>
            <w:vAlign w:val="center"/>
          </w:tcPr>
          <w:p>
            <w:r/>
            <w:r>
              <w:rPr>
                <w:rFonts w:ascii="Malgun Gothic" w:hAnsi="Malgun Gothic" w:eastAsia="Malgun Gothic"/>
                <w:b w:val="0"/>
                <w:sz w:val="16"/>
              </w:rPr>
              <w:t>0</w:t>
            </w:r>
          </w:p>
        </w:tc>
        <w:tc>
          <w:tcPr>
            <w:tcW w:type="dxa" w:w="3289"/>
            <w:vAlign w:val="center"/>
          </w:tcPr>
          <w:p>
            <w:r/>
            <w:r>
              <w:rPr>
                <w:rFonts w:ascii="Malgun Gothic" w:hAnsi="Malgun Gothic" w:eastAsia="Malgun Gothic"/>
                <w:b w:val="0"/>
                <w:sz w:val="16"/>
              </w:rPr>
              <w:t>PENDING</w:t>
            </w:r>
          </w:p>
        </w:tc>
      </w:tr>
      <w:tr>
        <w:trPr>
          <w:cantSplit/>
        </w:trPr>
        <w:tc>
          <w:tcPr>
            <w:tcW w:type="dxa" w:w="3289"/>
            <w:vAlign w:val="center"/>
          </w:tcPr>
          <w:p>
            <w:r/>
            <w:r>
              <w:rPr>
                <w:rFonts w:ascii="Malgun Gothic" w:hAnsi="Malgun Gothic" w:eastAsia="Malgun Gothic"/>
                <w:b w:val="0"/>
                <w:sz w:val="16"/>
              </w:rPr>
              <w:t>pending_stress_count</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다음 단계</w:t>
            </w:r>
          </w:p>
        </w:tc>
      </w:tr>
    </w:tbl>
    <w:p/>
    <w:p>
      <w:r>
        <w:rPr>
          <w:b/>
        </w:rPr>
        <w:t>표 11-2. 0건에서 57,619건으로 변경된 이유</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구분</w:t>
            </w:r>
          </w:p>
        </w:tc>
        <w:tc>
          <w:tcPr>
            <w:tcW w:type="dxa" w:w="3289"/>
          </w:tcPr>
          <w:p>
            <w:r/>
            <w:r>
              <w:rPr>
                <w:rFonts w:ascii="Malgun Gothic" w:hAnsi="Malgun Gothic" w:eastAsia="Malgun Gothic"/>
                <w:b/>
                <w:sz w:val="16"/>
              </w:rPr>
              <w:t>이전</w:t>
            </w:r>
          </w:p>
        </w:tc>
        <w:tc>
          <w:tcPr>
            <w:tcW w:type="dxa" w:w="3289"/>
          </w:tcPr>
          <w:p>
            <w:r/>
            <w:r>
              <w:rPr>
                <w:rFonts w:ascii="Malgun Gothic" w:hAnsi="Malgun Gothic" w:eastAsia="Malgun Gothic"/>
                <w:b/>
                <w:sz w:val="16"/>
              </w:rPr>
              <w:t>현재</w:t>
            </w:r>
          </w:p>
        </w:tc>
      </w:tr>
      <w:tr>
        <w:trPr>
          <w:cantSplit/>
        </w:trPr>
        <w:tc>
          <w:tcPr>
            <w:tcW w:type="dxa" w:w="3289"/>
            <w:vAlign w:val="center"/>
          </w:tcPr>
          <w:p>
            <w:r/>
            <w:r>
              <w:rPr>
                <w:rFonts w:ascii="Malgun Gothic" w:hAnsi="Malgun Gothic" w:eastAsia="Malgun Gothic"/>
                <w:b w:val="0"/>
                <w:sz w:val="16"/>
              </w:rPr>
              <w:t>세그먼트 skeleton</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57,619</w:t>
            </w:r>
          </w:p>
        </w:tc>
      </w:tr>
      <w:tr>
        <w:trPr>
          <w:cantSplit/>
        </w:trPr>
        <w:tc>
          <w:tcPr>
            <w:tcW w:type="dxa" w:w="3289"/>
            <w:vAlign w:val="center"/>
          </w:tcPr>
          <w:p>
            <w:r/>
            <w:r>
              <w:rPr>
                <w:rFonts w:ascii="Malgun Gothic" w:hAnsi="Malgun Gothic" w:eastAsia="Malgun Gothic"/>
                <w:b w:val="0"/>
                <w:sz w:val="16"/>
              </w:rPr>
              <w:t>feature 입력 CSV</w:t>
            </w:r>
          </w:p>
        </w:tc>
        <w:tc>
          <w:tcPr>
            <w:tcW w:type="dxa" w:w="3289"/>
            <w:vAlign w:val="center"/>
          </w:tcPr>
          <w:p>
            <w:r/>
            <w:r>
              <w:rPr>
                <w:rFonts w:ascii="Malgun Gothic" w:hAnsi="Malgun Gothic" w:eastAsia="Malgun Gothic"/>
                <w:b w:val="0"/>
                <w:sz w:val="16"/>
              </w:rPr>
              <w:t>없음</w:t>
            </w:r>
          </w:p>
        </w:tc>
        <w:tc>
          <w:tcPr>
            <w:tcW w:type="dxa" w:w="3289"/>
            <w:vAlign w:val="center"/>
          </w:tcPr>
          <w:p>
            <w:r/>
            <w:r>
              <w:rPr>
                <w:rFonts w:ascii="Malgun Gothic" w:hAnsi="Malgun Gothic" w:eastAsia="Malgun Gothic"/>
                <w:b w:val="0"/>
                <w:sz w:val="16"/>
              </w:rPr>
              <w:t>생성 완료</w:t>
            </w:r>
          </w:p>
        </w:tc>
      </w:tr>
      <w:tr>
        <w:trPr>
          <w:cantSplit/>
        </w:trPr>
        <w:tc>
          <w:tcPr>
            <w:tcW w:type="dxa" w:w="3289"/>
            <w:vAlign w:val="center"/>
          </w:tcPr>
          <w:p>
            <w:r/>
            <w:r>
              <w:rPr>
                <w:rFonts w:ascii="Malgun Gothic" w:hAnsi="Malgun Gothic" w:eastAsia="Malgun Gothic"/>
                <w:b w:val="0"/>
                <w:sz w:val="16"/>
              </w:rPr>
              <w:t>segment_id 매칭</w:t>
            </w:r>
          </w:p>
        </w:tc>
        <w:tc>
          <w:tcPr>
            <w:tcW w:type="dxa" w:w="3289"/>
            <w:vAlign w:val="center"/>
          </w:tcPr>
          <w:p>
            <w:r/>
            <w:r>
              <w:rPr>
                <w:rFonts w:ascii="Malgun Gothic" w:hAnsi="Malgun Gothic" w:eastAsia="Malgun Gothic"/>
                <w:b w:val="0"/>
                <w:sz w:val="16"/>
              </w:rPr>
              <w:t>0</w:t>
            </w:r>
          </w:p>
        </w:tc>
        <w:tc>
          <w:tcPr>
            <w:tcW w:type="dxa" w:w="3289"/>
            <w:vAlign w:val="center"/>
          </w:tcPr>
          <w:p>
            <w:r/>
            <w:r>
              <w:rPr>
                <w:rFonts w:ascii="Malgun Gothic" w:hAnsi="Malgun Gothic" w:eastAsia="Malgun Gothic"/>
                <w:b w:val="0"/>
                <w:sz w:val="16"/>
              </w:rPr>
              <w:t>57,619</w:t>
            </w:r>
          </w:p>
        </w:tc>
      </w:tr>
      <w:tr>
        <w:trPr>
          <w:cantSplit/>
        </w:trPr>
        <w:tc>
          <w:tcPr>
            <w:tcW w:type="dxa" w:w="3289"/>
            <w:vAlign w:val="center"/>
          </w:tcPr>
          <w:p>
            <w:r/>
            <w:r>
              <w:rPr>
                <w:rFonts w:ascii="Malgun Gothic" w:hAnsi="Malgun Gothic" w:eastAsia="Malgun Gothic"/>
                <w:b w:val="0"/>
                <w:sz w:val="16"/>
              </w:rPr>
              <w:t>stress_score</w:t>
            </w:r>
          </w:p>
        </w:tc>
        <w:tc>
          <w:tcPr>
            <w:tcW w:type="dxa" w:w="3289"/>
            <w:vAlign w:val="center"/>
          </w:tcPr>
          <w:p>
            <w:r/>
            <w:r>
              <w:rPr>
                <w:rFonts w:ascii="Malgun Gothic" w:hAnsi="Malgun Gothic" w:eastAsia="Malgun Gothic"/>
                <w:b w:val="0"/>
                <w:sz w:val="16"/>
              </w:rPr>
              <w:t>0</w:t>
            </w:r>
          </w:p>
        </w:tc>
        <w:tc>
          <w:tcPr>
            <w:tcW w:type="dxa" w:w="3289"/>
            <w:vAlign w:val="center"/>
          </w:tcPr>
          <w:p>
            <w:r/>
            <w:r>
              <w:rPr>
                <w:rFonts w:ascii="Malgun Gothic" w:hAnsi="Malgun Gothic" w:eastAsia="Malgun Gothic"/>
                <w:b w:val="0"/>
                <w:sz w:val="16"/>
              </w:rPr>
              <w:t>0 - STT/WPM 미완료</w:t>
            </w:r>
          </w:p>
        </w:tc>
      </w:tr>
    </w:tbl>
    <w:p/>
    <w:p>
      <w:r>
        <w:rPr>
          <w:b/>
        </w:rPr>
        <w:t>표 11-3. 다음 단계</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순서</w:t>
            </w:r>
          </w:p>
        </w:tc>
        <w:tc>
          <w:tcPr>
            <w:tcW w:type="dxa" w:w="3289"/>
          </w:tcPr>
          <w:p>
            <w:r/>
            <w:r>
              <w:rPr>
                <w:rFonts w:ascii="Malgun Gothic" w:hAnsi="Malgun Gothic" w:eastAsia="Malgun Gothic"/>
                <w:b/>
                <w:sz w:val="16"/>
              </w:rPr>
              <w:t>작업</w:t>
            </w:r>
          </w:p>
        </w:tc>
        <w:tc>
          <w:tcPr>
            <w:tcW w:type="dxa" w:w="3289"/>
          </w:tcPr>
          <w:p>
            <w:r/>
            <w:r>
              <w:rPr>
                <w:rFonts w:ascii="Malgun Gothic" w:hAnsi="Malgun Gothic" w:eastAsia="Malgun Gothic"/>
                <w:b/>
                <w:sz w:val="16"/>
              </w:rPr>
              <w:t>결과</w:t>
            </w:r>
          </w:p>
        </w:tc>
      </w:tr>
      <w:tr>
        <w:trPr>
          <w:cantSplit/>
        </w:trPr>
        <w:tc>
          <w:tcPr>
            <w:tcW w:type="dxa" w:w="3289"/>
            <w:vAlign w:val="center"/>
          </w:tcPr>
          <w:p>
            <w:r/>
            <w:r>
              <w:rPr>
                <w:rFonts w:ascii="Malgun Gothic" w:hAnsi="Malgun Gothic" w:eastAsia="Malgun Gothic"/>
                <w:b w:val="0"/>
                <w:sz w:val="16"/>
              </w:rPr>
              <w:t>1</w:t>
            </w:r>
          </w:p>
        </w:tc>
        <w:tc>
          <w:tcPr>
            <w:tcW w:type="dxa" w:w="3289"/>
            <w:vAlign w:val="center"/>
          </w:tcPr>
          <w:p>
            <w:r/>
            <w:r>
              <w:rPr>
                <w:rFonts w:ascii="Malgun Gothic" w:hAnsi="Malgun Gothic" w:eastAsia="Malgun Gothic"/>
                <w:b w:val="0"/>
                <w:sz w:val="16"/>
              </w:rPr>
              <w:t>segment별 STT 텍스트 연결</w:t>
            </w:r>
          </w:p>
        </w:tc>
        <w:tc>
          <w:tcPr>
            <w:tcW w:type="dxa" w:w="3289"/>
            <w:vAlign w:val="center"/>
          </w:tcPr>
          <w:p>
            <w:r/>
            <w:r>
              <w:rPr>
                <w:rFonts w:ascii="Malgun Gothic" w:hAnsi="Malgun Gothic" w:eastAsia="Malgun Gothic"/>
                <w:b w:val="0"/>
                <w:sz w:val="16"/>
              </w:rPr>
              <w:t>word_count 생성</w:t>
            </w:r>
          </w:p>
        </w:tc>
      </w:tr>
      <w:tr>
        <w:trPr>
          <w:cantSplit/>
        </w:trPr>
        <w:tc>
          <w:tcPr>
            <w:tcW w:type="dxa" w:w="3289"/>
            <w:vAlign w:val="center"/>
          </w:tcPr>
          <w:p>
            <w:r/>
            <w:r>
              <w:rPr>
                <w:rFonts w:ascii="Malgun Gothic" w:hAnsi="Malgun Gothic" w:eastAsia="Malgun Gothic"/>
                <w:b w:val="0"/>
                <w:sz w:val="16"/>
              </w:rPr>
              <w:t>2</w:t>
            </w:r>
          </w:p>
        </w:tc>
        <w:tc>
          <w:tcPr>
            <w:tcW w:type="dxa" w:w="3289"/>
            <w:vAlign w:val="center"/>
          </w:tcPr>
          <w:p>
            <w:r/>
            <w:r>
              <w:rPr>
                <w:rFonts w:ascii="Malgun Gothic" w:hAnsi="Malgun Gothic" w:eastAsia="Malgun Gothic"/>
                <w:b w:val="0"/>
                <w:sz w:val="16"/>
              </w:rPr>
              <w:t>duration 기준 WPM 계산</w:t>
            </w:r>
          </w:p>
        </w:tc>
        <w:tc>
          <w:tcPr>
            <w:tcW w:type="dxa" w:w="3289"/>
            <w:vAlign w:val="center"/>
          </w:tcPr>
          <w:p>
            <w:r/>
            <w:r>
              <w:rPr>
                <w:rFonts w:ascii="Malgun Gothic" w:hAnsi="Malgun Gothic" w:eastAsia="Malgun Gothic"/>
                <w:b w:val="0"/>
                <w:sz w:val="16"/>
              </w:rPr>
              <w:t>wpm_complete 증가</w:t>
            </w:r>
          </w:p>
        </w:tc>
      </w:tr>
      <w:tr>
        <w:trPr>
          <w:cantSplit/>
        </w:trPr>
        <w:tc>
          <w:tcPr>
            <w:tcW w:type="dxa" w:w="3289"/>
            <w:vAlign w:val="center"/>
          </w:tcPr>
          <w:p>
            <w:r/>
            <w:r>
              <w:rPr>
                <w:rFonts w:ascii="Malgun Gothic" w:hAnsi="Malgun Gothic" w:eastAsia="Malgun Gothic"/>
                <w:b w:val="0"/>
                <w:sz w:val="16"/>
              </w:rPr>
              <w:t>3</w:t>
            </w:r>
          </w:p>
        </w:tc>
        <w:tc>
          <w:tcPr>
            <w:tcW w:type="dxa" w:w="3289"/>
            <w:vAlign w:val="center"/>
          </w:tcPr>
          <w:p>
            <w:r/>
            <w:r>
              <w:rPr>
                <w:rFonts w:ascii="Malgun Gothic" w:hAnsi="Malgun Gothic" w:eastAsia="Malgun Gothic"/>
                <w:b w:val="0"/>
                <w:sz w:val="16"/>
              </w:rPr>
              <w:t>전역 기준 stress_score 산출</w:t>
            </w:r>
          </w:p>
        </w:tc>
        <w:tc>
          <w:tcPr>
            <w:tcW w:type="dxa" w:w="3289"/>
            <w:vAlign w:val="center"/>
          </w:tcPr>
          <w:p>
            <w:r/>
            <w:r>
              <w:rPr>
                <w:rFonts w:ascii="Malgun Gothic" w:hAnsi="Malgun Gothic" w:eastAsia="Malgun Gothic"/>
                <w:b w:val="0"/>
                <w:sz w:val="16"/>
              </w:rPr>
              <w:t>stress_complete 증가</w:t>
            </w:r>
          </w:p>
        </w:tc>
      </w:tr>
      <w:tr>
        <w:trPr>
          <w:cantSplit/>
        </w:trPr>
        <w:tc>
          <w:tcPr>
            <w:tcW w:type="dxa" w:w="3289"/>
            <w:vAlign w:val="center"/>
          </w:tcPr>
          <w:p>
            <w:r/>
            <w:r>
              <w:rPr>
                <w:rFonts w:ascii="Malgun Gothic" w:hAnsi="Malgun Gothic" w:eastAsia="Malgun Gothic"/>
                <w:b w:val="0"/>
                <w:sz w:val="16"/>
              </w:rPr>
              <w:t>4</w:t>
            </w:r>
          </w:p>
        </w:tc>
        <w:tc>
          <w:tcPr>
            <w:tcW w:type="dxa" w:w="3289"/>
            <w:vAlign w:val="center"/>
          </w:tcPr>
          <w:p>
            <w:r/>
            <w:r>
              <w:rPr>
                <w:rFonts w:ascii="Malgun Gothic" w:hAnsi="Malgun Gothic" w:eastAsia="Malgun Gothic"/>
                <w:b w:val="0"/>
                <w:sz w:val="16"/>
              </w:rPr>
              <w:t>응답쌍 stress 병합</w:t>
            </w:r>
          </w:p>
        </w:tc>
        <w:tc>
          <w:tcPr>
            <w:tcW w:type="dxa" w:w="3289"/>
            <w:vAlign w:val="center"/>
          </w:tcPr>
          <w:p>
            <w:r/>
            <w:r>
              <w:rPr>
                <w:rFonts w:ascii="Malgun Gothic" w:hAnsi="Malgun Gothic" w:eastAsia="Malgun Gothic"/>
                <w:b w:val="0"/>
                <w:sz w:val="16"/>
              </w:rPr>
              <w:t>S0→S1 탐색 가능</w:t>
            </w:r>
          </w:p>
        </w:tc>
      </w:tr>
      <w:tr>
        <w:trPr>
          <w:cantSplit/>
        </w:trPr>
        <w:tc>
          <w:tcPr>
            <w:tcW w:type="dxa" w:w="3289"/>
            <w:vAlign w:val="center"/>
          </w:tcPr>
          <w:p>
            <w:r/>
            <w:r>
              <w:rPr>
                <w:rFonts w:ascii="Malgun Gothic" w:hAnsi="Malgun Gothic" w:eastAsia="Malgun Gothic"/>
                <w:b w:val="0"/>
                <w:sz w:val="16"/>
              </w:rPr>
              <w:t>5</w:t>
            </w:r>
          </w:p>
        </w:tc>
        <w:tc>
          <w:tcPr>
            <w:tcW w:type="dxa" w:w="3289"/>
            <w:vAlign w:val="center"/>
          </w:tcPr>
          <w:p>
            <w:r/>
            <w:r>
              <w:rPr>
                <w:rFonts w:ascii="Malgun Gothic" w:hAnsi="Malgun Gothic" w:eastAsia="Malgun Gothic"/>
                <w:b w:val="0"/>
                <w:sz w:val="16"/>
              </w:rPr>
              <w:t>high-stress 기준 확정</w:t>
            </w:r>
          </w:p>
        </w:tc>
        <w:tc>
          <w:tcPr>
            <w:tcW w:type="dxa" w:w="3289"/>
            <w:vAlign w:val="center"/>
          </w:tcPr>
          <w:p>
            <w:r/>
            <w:r>
              <w:rPr>
                <w:rFonts w:ascii="Malgun Gothic" w:hAnsi="Malgun Gothic" w:eastAsia="Malgun Gothic"/>
                <w:b w:val="0"/>
                <w:sz w:val="16"/>
              </w:rPr>
              <w:t>Table 4/5 확정</w:t>
            </w:r>
          </w:p>
        </w:tc>
      </w:tr>
    </w:tbl>
    <w:p/>
    <w:p>
      <w:r>
        <w:rPr>
          <w:b/>
        </w:rPr>
        <w:t>표 11-Q. 연구 질문</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번호</w:t>
            </w:r>
          </w:p>
        </w:tc>
        <w:tc>
          <w:tcPr>
            <w:tcW w:type="dxa" w:w="4933"/>
          </w:tcPr>
          <w:p>
            <w:r/>
            <w:r>
              <w:rPr>
                <w:rFonts w:ascii="Malgun Gothic" w:hAnsi="Malgun Gothic" w:eastAsia="Malgun Gothic"/>
                <w:b/>
                <w:sz w:val="16"/>
              </w:rPr>
              <w:t>연구 질문</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57,619개 세그먼트와 acoustic feature 입력을 실제로 전수 매칭했는가?</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stress_score가 0건인 이유와 다음 병합 단계는 무엇인가?</w:t>
            </w:r>
          </w:p>
        </w:tc>
      </w:tr>
    </w:tbl>
    <w:p/>
    <w:p>
      <w:r>
        <w:rPr>
          <w:b/>
        </w:rPr>
        <w:t>표 11-M. 분석 방법 및 도구</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6"/>
              </w:rPr>
              <w:t>순서</w:t>
            </w:r>
          </w:p>
        </w:tc>
        <w:tc>
          <w:tcPr>
            <w:tcW w:type="dxa" w:w="4933"/>
          </w:tcPr>
          <w:p>
            <w:r/>
            <w:r>
              <w:rPr>
                <w:rFonts w:ascii="Malgun Gothic" w:hAnsi="Malgun Gothic" w:eastAsia="Malgun Gothic"/>
                <w:b/>
                <w:sz w:val="16"/>
              </w:rPr>
              <w:t>방법/도구</w:t>
            </w:r>
          </w:p>
        </w:tc>
      </w:tr>
      <w:tr>
        <w:trPr>
          <w:cantSplit/>
        </w:trPr>
        <w:tc>
          <w:tcPr>
            <w:tcW w:type="dxa" w:w="4933"/>
            <w:vAlign w:val="center"/>
          </w:tcPr>
          <w:p>
            <w:r/>
            <w:r>
              <w:rPr>
                <w:rFonts w:ascii="Malgun Gothic" w:hAnsi="Malgun Gothic" w:eastAsia="Malgun Gothic"/>
                <w:b w:val="0"/>
                <w:sz w:val="16"/>
              </w:rPr>
              <w:t>1</w:t>
            </w:r>
          </w:p>
        </w:tc>
        <w:tc>
          <w:tcPr>
            <w:tcW w:type="dxa" w:w="4933"/>
            <w:vAlign w:val="center"/>
          </w:tcPr>
          <w:p>
            <w:r/>
            <w:r>
              <w:rPr>
                <w:rFonts w:ascii="Malgun Gothic" w:hAnsi="Malgun Gothic" w:eastAsia="Malgun Gothic"/>
                <w:b w:val="0"/>
                <w:sz w:val="16"/>
              </w:rPr>
              <w:t>segment_id generation</w:t>
            </w:r>
          </w:p>
        </w:tc>
      </w:tr>
      <w:tr>
        <w:trPr>
          <w:cantSplit/>
        </w:trPr>
        <w:tc>
          <w:tcPr>
            <w:tcW w:type="dxa" w:w="4933"/>
            <w:vAlign w:val="center"/>
          </w:tcPr>
          <w:p>
            <w:r/>
            <w:r>
              <w:rPr>
                <w:rFonts w:ascii="Malgun Gothic" w:hAnsi="Malgun Gothic" w:eastAsia="Malgun Gothic"/>
                <w:b w:val="0"/>
                <w:sz w:val="16"/>
              </w:rPr>
              <w:t>2</w:t>
            </w:r>
          </w:p>
        </w:tc>
        <w:tc>
          <w:tcPr>
            <w:tcW w:type="dxa" w:w="4933"/>
            <w:vAlign w:val="center"/>
          </w:tcPr>
          <w:p>
            <w:r/>
            <w:r>
              <w:rPr>
                <w:rFonts w:ascii="Malgun Gothic" w:hAnsi="Malgun Gothic" w:eastAsia="Malgun Gothic"/>
                <w:b w:val="0"/>
                <w:sz w:val="16"/>
              </w:rPr>
              <w:t>Audio slicing</w:t>
            </w:r>
          </w:p>
        </w:tc>
      </w:tr>
      <w:tr>
        <w:trPr>
          <w:cantSplit/>
        </w:trPr>
        <w:tc>
          <w:tcPr>
            <w:tcW w:type="dxa" w:w="4933"/>
            <w:vAlign w:val="center"/>
          </w:tcPr>
          <w:p>
            <w:r/>
            <w:r>
              <w:rPr>
                <w:rFonts w:ascii="Malgun Gothic" w:hAnsi="Malgun Gothic" w:eastAsia="Malgun Gothic"/>
                <w:b w:val="0"/>
                <w:sz w:val="16"/>
              </w:rPr>
              <w:t>3</w:t>
            </w:r>
          </w:p>
        </w:tc>
        <w:tc>
          <w:tcPr>
            <w:tcW w:type="dxa" w:w="4933"/>
            <w:vAlign w:val="center"/>
          </w:tcPr>
          <w:p>
            <w:r/>
            <w:r>
              <w:rPr>
                <w:rFonts w:ascii="Malgun Gothic" w:hAnsi="Malgun Gothic" w:eastAsia="Malgun Gothic"/>
                <w:b w:val="0"/>
                <w:sz w:val="16"/>
              </w:rPr>
              <w:t>RMS energy</w:t>
            </w:r>
          </w:p>
        </w:tc>
      </w:tr>
      <w:tr>
        <w:trPr>
          <w:cantSplit/>
        </w:trPr>
        <w:tc>
          <w:tcPr>
            <w:tcW w:type="dxa" w:w="4933"/>
            <w:vAlign w:val="center"/>
          </w:tcPr>
          <w:p>
            <w:r/>
            <w:r>
              <w:rPr>
                <w:rFonts w:ascii="Malgun Gothic" w:hAnsi="Malgun Gothic" w:eastAsia="Malgun Gothic"/>
                <w:b w:val="0"/>
                <w:sz w:val="16"/>
              </w:rPr>
              <w:t>4</w:t>
            </w:r>
          </w:p>
        </w:tc>
        <w:tc>
          <w:tcPr>
            <w:tcW w:type="dxa" w:w="4933"/>
            <w:vAlign w:val="center"/>
          </w:tcPr>
          <w:p>
            <w:r/>
            <w:r>
              <w:rPr>
                <w:rFonts w:ascii="Malgun Gothic" w:hAnsi="Malgun Gothic" w:eastAsia="Malgun Gothic"/>
                <w:b w:val="0"/>
                <w:sz w:val="16"/>
              </w:rPr>
              <w:t>pYIN pitch</w:t>
            </w:r>
          </w:p>
        </w:tc>
      </w:tr>
      <w:tr>
        <w:trPr>
          <w:cantSplit/>
        </w:trPr>
        <w:tc>
          <w:tcPr>
            <w:tcW w:type="dxa" w:w="4933"/>
            <w:vAlign w:val="center"/>
          </w:tcPr>
          <w:p>
            <w:r/>
            <w:r>
              <w:rPr>
                <w:rFonts w:ascii="Malgun Gothic" w:hAnsi="Malgun Gothic" w:eastAsia="Malgun Gothic"/>
                <w:b w:val="0"/>
                <w:sz w:val="16"/>
              </w:rPr>
              <w:t>5</w:t>
            </w:r>
          </w:p>
        </w:tc>
        <w:tc>
          <w:tcPr>
            <w:tcW w:type="dxa" w:w="4933"/>
            <w:vAlign w:val="center"/>
          </w:tcPr>
          <w:p>
            <w:r/>
            <w:r>
              <w:rPr>
                <w:rFonts w:ascii="Malgun Gothic" w:hAnsi="Malgun Gothic" w:eastAsia="Malgun Gothic"/>
                <w:b w:val="0"/>
                <w:sz w:val="16"/>
              </w:rPr>
              <w:t>Segment merge</w:t>
            </w:r>
          </w:p>
        </w:tc>
      </w:tr>
      <w:tr>
        <w:trPr>
          <w:cantSplit/>
        </w:trPr>
        <w:tc>
          <w:tcPr>
            <w:tcW w:type="dxa" w:w="4933"/>
            <w:vAlign w:val="center"/>
          </w:tcPr>
          <w:p>
            <w:r/>
            <w:r>
              <w:rPr>
                <w:rFonts w:ascii="Malgun Gothic" w:hAnsi="Malgun Gothic" w:eastAsia="Malgun Gothic"/>
                <w:b w:val="0"/>
                <w:sz w:val="16"/>
              </w:rPr>
              <w:t>6</w:t>
            </w:r>
          </w:p>
        </w:tc>
        <w:tc>
          <w:tcPr>
            <w:tcW w:type="dxa" w:w="4933"/>
            <w:vAlign w:val="center"/>
          </w:tcPr>
          <w:p>
            <w:r/>
            <w:r>
              <w:rPr>
                <w:rFonts w:ascii="Malgun Gothic" w:hAnsi="Malgun Gothic" w:eastAsia="Malgun Gothic"/>
                <w:b w:val="0"/>
                <w:sz w:val="16"/>
              </w:rPr>
              <w:t>STT/WPM pending guard</w:t>
            </w:r>
          </w:p>
        </w:tc>
      </w:tr>
    </w:tbl>
    <w:p/>
    <w:p>
      <w:pPr>
        <w:pStyle w:val="Heading2"/>
      </w:pPr>
      <w:r>
        <w:t>분석 그림 및 도식</w:t>
      </w:r>
    </w:p>
    <w:p>
      <w:pPr>
        <w:jc w:val="center"/>
      </w:pPr>
      <w:r>
        <w:rPr>
          <w:b/>
        </w:rPr>
        <w:t>그림 11-1. 세그먼트 병합 결과 건수</w:t>
      </w:r>
    </w:p>
    <w:p>
      <w:pPr>
        <w:jc w:val="center"/>
      </w:pPr>
      <w:r>
        <w:drawing>
          <wp:inline xmlns:a="http://schemas.openxmlformats.org/drawingml/2006/main" xmlns:pic="http://schemas.openxmlformats.org/drawingml/2006/picture">
            <wp:extent cx="5806440" cy="2997216"/>
            <wp:docPr id="53" name="Picture 53"/>
            <wp:cNvGraphicFramePr>
              <a:graphicFrameLocks noChangeAspect="1"/>
            </wp:cNvGraphicFramePr>
            <a:graphic>
              <a:graphicData uri="http://schemas.openxmlformats.org/drawingml/2006/picture">
                <pic:pic>
                  <pic:nvPicPr>
                    <pic:cNvPr id="0" name="ch11_counts_v215.png"/>
                    <pic:cNvPicPr/>
                  </pic:nvPicPr>
                  <pic:blipFill>
                    <a:blip r:embed="rId54"/>
                    <a:stretch>
                      <a:fillRect/>
                    </a:stretch>
                  </pic:blipFill>
                  <pic:spPr>
                    <a:xfrm>
                      <a:off x="0" y="0"/>
                      <a:ext cx="5806440" cy="2997216"/>
                    </a:xfrm>
                    <a:prstGeom prst="rect"/>
                  </pic:spPr>
                </pic:pic>
              </a:graphicData>
            </a:graphic>
          </wp:inline>
        </w:drawing>
      </w:r>
    </w:p>
    <w:p>
      <w:pPr>
        <w:jc w:val="center"/>
      </w:pPr>
      <w:r>
        <w:rPr>
          <w:b/>
        </w:rPr>
        <w:t>그림 11-2. 세그먼트별 feature 완성률</w:t>
      </w:r>
    </w:p>
    <w:p>
      <w:pPr>
        <w:jc w:val="center"/>
      </w:pPr>
      <w:r>
        <w:drawing>
          <wp:inline xmlns:a="http://schemas.openxmlformats.org/drawingml/2006/main" xmlns:pic="http://schemas.openxmlformats.org/drawingml/2006/picture">
            <wp:extent cx="5806440" cy="2999048"/>
            <wp:docPr id="54" name="Picture 54"/>
            <wp:cNvGraphicFramePr>
              <a:graphicFrameLocks noChangeAspect="1"/>
            </wp:cNvGraphicFramePr>
            <a:graphic>
              <a:graphicData uri="http://schemas.openxmlformats.org/drawingml/2006/picture">
                <pic:pic>
                  <pic:nvPicPr>
                    <pic:cNvPr id="0" name="ch11_rates_v215.png"/>
                    <pic:cNvPicPr/>
                  </pic:nvPicPr>
                  <pic:blipFill>
                    <a:blip r:embed="rId55"/>
                    <a:stretch>
                      <a:fillRect/>
                    </a:stretch>
                  </pic:blipFill>
                  <pic:spPr>
                    <a:xfrm>
                      <a:off x="0" y="0"/>
                      <a:ext cx="5806440" cy="2999048"/>
                    </a:xfrm>
                    <a:prstGeom prst="rect"/>
                  </pic:spPr>
                </pic:pic>
              </a:graphicData>
            </a:graphic>
          </wp:inline>
        </w:drawing>
      </w:r>
    </w:p>
    <w:p>
      <w:pPr>
        <w:jc w:val="center"/>
      </w:pPr>
      <w:r>
        <w:rPr>
          <w:b/>
        </w:rPr>
        <w:t>그림 11-3. stress_score 완성을 위한 다음 단계</w:t>
      </w:r>
    </w:p>
    <w:p>
      <w:pPr>
        <w:jc w:val="center"/>
      </w:pPr>
      <w:r>
        <w:drawing>
          <wp:inline xmlns:a="http://schemas.openxmlformats.org/drawingml/2006/main" xmlns:pic="http://schemas.openxmlformats.org/drawingml/2006/picture">
            <wp:extent cx="5806440" cy="3000763"/>
            <wp:docPr id="55" name="Picture 55"/>
            <wp:cNvGraphicFramePr>
              <a:graphicFrameLocks noChangeAspect="1"/>
            </wp:cNvGraphicFramePr>
            <a:graphic>
              <a:graphicData uri="http://schemas.openxmlformats.org/drawingml/2006/picture">
                <pic:pic>
                  <pic:nvPicPr>
                    <pic:cNvPr id="0" name="ch11_next_v215.png"/>
                    <pic:cNvPicPr/>
                  </pic:nvPicPr>
                  <pic:blipFill>
                    <a:blip r:embed="rId56"/>
                    <a:stretch>
                      <a:fillRect/>
                    </a:stretch>
                  </pic:blipFill>
                  <pic:spPr>
                    <a:xfrm>
                      <a:off x="0" y="0"/>
                      <a:ext cx="5806440" cy="3000763"/>
                    </a:xfrm>
                    <a:prstGeom prst="rect"/>
                  </pic:spPr>
                </pic:pic>
              </a:graphicData>
            </a:graphic>
          </wp:inline>
        </w:drawing>
      </w:r>
    </w:p>
    <w:p>
      <w:pPr>
        <w:jc w:val="center"/>
      </w:pPr>
      <w:r>
        <w:rPr>
          <w:b/>
        </w:rPr>
        <w:t>그림 11-4. 완료와 PENDING 항목</w:t>
      </w:r>
    </w:p>
    <w:p>
      <w:pPr>
        <w:jc w:val="center"/>
      </w:pPr>
      <w:r>
        <w:drawing>
          <wp:inline xmlns:a="http://schemas.openxmlformats.org/drawingml/2006/main" xmlns:pic="http://schemas.openxmlformats.org/drawingml/2006/picture">
            <wp:extent cx="5806440" cy="2997216"/>
            <wp:docPr id="56" name="Picture 56"/>
            <wp:cNvGraphicFramePr>
              <a:graphicFrameLocks noChangeAspect="1"/>
            </wp:cNvGraphicFramePr>
            <a:graphic>
              <a:graphicData uri="http://schemas.openxmlformats.org/drawingml/2006/picture">
                <pic:pic>
                  <pic:nvPicPr>
                    <pic:cNvPr id="0" name="ch11_status_v215.png"/>
                    <pic:cNvPicPr/>
                  </pic:nvPicPr>
                  <pic:blipFill>
                    <a:blip r:embed="rId57"/>
                    <a:stretch>
                      <a:fillRect/>
                    </a:stretch>
                  </pic:blipFill>
                  <pic:spPr>
                    <a:xfrm>
                      <a:off x="0" y="0"/>
                      <a:ext cx="5806440" cy="2997216"/>
                    </a:xfrm>
                    <a:prstGeom prst="rect"/>
                  </pic:spPr>
                </pic:pic>
              </a:graphicData>
            </a:graphic>
          </wp:inline>
        </w:drawing>
      </w:r>
    </w:p>
    <w:p>
      <w:pPr>
        <w:pStyle w:val="Heading2"/>
      </w:pPr>
      <w:r>
        <w:t>원본 분석 산출물 연계</w:t>
      </w:r>
    </w:p>
    <w:p>
      <w:r>
        <w:t>전체 행 포함</w:t>
      </w:r>
    </w:p>
    <w:p>
      <w:r>
        <w:rPr>
          <w:b/>
        </w:rPr>
        <w:t>산출물 JSON: reports/research_console/segment_feature_stress_merge_status_v203.json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v205_segment_feature_stress_input_builder</w:t>
            </w:r>
          </w:p>
        </w:tc>
      </w:tr>
      <w:tr>
        <w:trPr>
          <w:cantSplit/>
        </w:trPr>
        <w:tc>
          <w:tcPr>
            <w:tcW w:type="dxa" w:w="4933"/>
            <w:vAlign w:val="center"/>
          </w:tcPr>
          <w:p>
            <w:r/>
            <w:r>
              <w:rPr>
                <w:rFonts w:ascii="Malgun Gothic" w:hAnsi="Malgun Gothic" w:eastAsia="Malgun Gothic"/>
                <w:b w:val="0"/>
                <w:sz w:val="14"/>
              </w:rPr>
              <w:t>generated_at</w:t>
            </w:r>
          </w:p>
        </w:tc>
        <w:tc>
          <w:tcPr>
            <w:tcW w:type="dxa" w:w="4933"/>
            <w:vAlign w:val="center"/>
          </w:tcPr>
          <w:p>
            <w:r/>
            <w:r>
              <w:rPr>
                <w:rFonts w:ascii="Malgun Gothic" w:hAnsi="Malgun Gothic" w:eastAsia="Malgun Gothic"/>
                <w:b w:val="0"/>
                <w:sz w:val="14"/>
              </w:rPr>
              <w:t>2026-07-11 08:36:00</w:t>
            </w:r>
          </w:p>
        </w:tc>
      </w:tr>
      <w:tr>
        <w:trPr>
          <w:cantSplit/>
        </w:trPr>
        <w:tc>
          <w:tcPr>
            <w:tcW w:type="dxa" w:w="4933"/>
            <w:vAlign w:val="center"/>
          </w:tcPr>
          <w:p>
            <w:r/>
            <w:r>
              <w:rPr>
                <w:rFonts w:ascii="Malgun Gothic" w:hAnsi="Malgun Gothic" w:eastAsia="Malgun Gothic"/>
                <w:b w:val="0"/>
                <w:sz w:val="14"/>
              </w:rPr>
              <w:t>menu_no</w:t>
            </w:r>
          </w:p>
        </w:tc>
        <w:tc>
          <w:tcPr>
            <w:tcW w:type="dxa" w:w="4933"/>
            <w:vAlign w:val="center"/>
          </w:tcPr>
          <w:p>
            <w:r/>
            <w:r>
              <w:rPr>
                <w:rFonts w:ascii="Malgun Gothic" w:hAnsi="Malgun Gothic" w:eastAsia="Malgun Gothic"/>
                <w:b w:val="0"/>
                <w:sz w:val="14"/>
              </w:rPr>
              <w:t>11</w:t>
            </w:r>
          </w:p>
        </w:tc>
      </w:tr>
      <w:tr>
        <w:trPr>
          <w:cantSplit/>
        </w:trPr>
        <w:tc>
          <w:tcPr>
            <w:tcW w:type="dxa" w:w="4933"/>
            <w:vAlign w:val="center"/>
          </w:tcPr>
          <w:p>
            <w:r/>
            <w:r>
              <w:rPr>
                <w:rFonts w:ascii="Malgun Gothic" w:hAnsi="Malgun Gothic" w:eastAsia="Malgun Gothic"/>
                <w:b w:val="0"/>
                <w:sz w:val="14"/>
              </w:rPr>
              <w:t>menu_label</w:t>
            </w:r>
          </w:p>
        </w:tc>
        <w:tc>
          <w:tcPr>
            <w:tcW w:type="dxa" w:w="4933"/>
            <w:vAlign w:val="center"/>
          </w:tcPr>
          <w:p>
            <w:r/>
            <w:r>
              <w:rPr>
                <w:rFonts w:ascii="Malgun Gothic" w:hAnsi="Malgun Gothic" w:eastAsia="Malgun Gothic"/>
                <w:b w:val="0"/>
                <w:sz w:val="14"/>
              </w:rPr>
              <w:t>Segment-level Feature/Stress Input Builder</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DONE_SEGMENT_FEATURE_INPUT__STRESS_PENDING_STT_WPM</w:t>
            </w:r>
          </w:p>
        </w:tc>
      </w:tr>
      <w:tr>
        <w:trPr>
          <w:cantSplit/>
        </w:trPr>
        <w:tc>
          <w:tcPr>
            <w:tcW w:type="dxa" w:w="4933"/>
            <w:vAlign w:val="center"/>
          </w:tcPr>
          <w:p>
            <w:r/>
            <w:r>
              <w:rPr>
                <w:rFonts w:ascii="Malgun Gothic" w:hAnsi="Malgun Gothic" w:eastAsia="Malgun Gothic"/>
                <w:b w:val="0"/>
                <w:sz w:val="14"/>
              </w:rPr>
              <w:t>call_count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speaker_side_record_count</w:t>
            </w:r>
          </w:p>
        </w:tc>
        <w:tc>
          <w:tcPr>
            <w:tcW w:type="dxa" w:w="4933"/>
            <w:vAlign w:val="center"/>
          </w:tcPr>
          <w:p>
            <w:r/>
            <w:r>
              <w:rPr>
                <w:rFonts w:ascii="Malgun Gothic" w:hAnsi="Malgun Gothic" w:eastAsia="Malgun Gothic"/>
                <w:b w:val="0"/>
                <w:sz w:val="14"/>
              </w:rPr>
              <w:t>2000</w:t>
            </w:r>
          </w:p>
        </w:tc>
      </w:tr>
      <w:tr>
        <w:trPr>
          <w:cantSplit/>
        </w:trPr>
        <w:tc>
          <w:tcPr>
            <w:tcW w:type="dxa" w:w="4933"/>
            <w:vAlign w:val="center"/>
          </w:tcPr>
          <w:p>
            <w:r/>
            <w:r>
              <w:rPr>
                <w:rFonts w:ascii="Malgun Gothic" w:hAnsi="Malgun Gothic" w:eastAsia="Malgun Gothic"/>
                <w:b w:val="0"/>
                <w:sz w:val="14"/>
              </w:rPr>
              <w:t>generated_input_count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matched_segment_count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wpm_complete_count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pending_stress_count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with_pitch</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allow_acoustic_only_stress</w:t>
            </w:r>
          </w:p>
        </w:tc>
        <w:tc>
          <w:tcPr>
            <w:tcW w:type="dxa" w:w="4933"/>
            <w:vAlign w:val="center"/>
          </w:tcPr>
          <w:p>
            <w:r/>
            <w:r>
              <w:rPr>
                <w:rFonts w:ascii="Malgun Gothic" w:hAnsi="Malgun Gothic" w:eastAsia="Malgun Gothic"/>
                <w:b w:val="0"/>
                <w:sz w:val="14"/>
              </w:rPr>
              <w:t>False</w:t>
            </w:r>
          </w:p>
        </w:tc>
      </w:tr>
      <w:tr>
        <w:trPr>
          <w:cantSplit/>
        </w:trPr>
        <w:tc>
          <w:tcPr>
            <w:tcW w:type="dxa" w:w="4933"/>
            <w:vAlign w:val="center"/>
          </w:tcPr>
          <w:p>
            <w:r/>
            <w:r>
              <w:rPr>
                <w:rFonts w:ascii="Malgun Gothic" w:hAnsi="Malgun Gothic" w:eastAsia="Malgun Gothic"/>
                <w:b w:val="0"/>
                <w:sz w:val="14"/>
              </w:rPr>
              <w:t>judgment</w:t>
            </w:r>
          </w:p>
        </w:tc>
        <w:tc>
          <w:tcPr>
            <w:tcW w:type="dxa" w:w="4933"/>
            <w:vAlign w:val="center"/>
          </w:tcPr>
          <w:p>
            <w:r/>
            <w:r>
              <w:rPr>
                <w:rFonts w:ascii="Malgun Gothic" w:hAnsi="Malgun Gothic" w:eastAsia="Malgun Gothic"/>
                <w:b w:val="0"/>
                <w:sz w:val="14"/>
              </w:rPr>
              <w:t>segment-level acoustic feature 입력 데이터는 생성되었습니다. 다만 segment-level STT 텍스트가 없어 WPM/stress_score는 PENDING입니다. 다음 단계는 세그먼트 STT 병합입니다.</w:t>
            </w:r>
          </w:p>
        </w:tc>
      </w:tr>
      <w:tr>
        <w:trPr>
          <w:cantSplit/>
        </w:trPr>
        <w:tc>
          <w:tcPr>
            <w:tcW w:type="dxa" w:w="4933"/>
            <w:vAlign w:val="center"/>
          </w:tcPr>
          <w:p>
            <w:r/>
            <w:r>
              <w:rPr>
                <w:rFonts w:ascii="Malgun Gothic" w:hAnsi="Malgun Gothic" w:eastAsia="Malgun Gothic"/>
                <w:b w:val="0"/>
                <w:sz w:val="14"/>
              </w:rPr>
              <w:t>main_paper_replacement</w:t>
            </w:r>
          </w:p>
        </w:tc>
        <w:tc>
          <w:tcPr>
            <w:tcW w:type="dxa" w:w="4933"/>
            <w:vAlign w:val="center"/>
          </w:tcPr>
          <w:p>
            <w:r/>
            <w:r>
              <w:rPr>
                <w:rFonts w:ascii="Malgun Gothic" w:hAnsi="Malgun Gothic" w:eastAsia="Malgun Gothic"/>
                <w:b w:val="0"/>
                <w:sz w:val="14"/>
              </w:rPr>
              <w:t>FORBIDDEN</w:t>
            </w:r>
          </w:p>
        </w:tc>
      </w:tr>
      <w:tr>
        <w:trPr>
          <w:cantSplit/>
        </w:trPr>
        <w:tc>
          <w:tcPr>
            <w:tcW w:type="dxa" w:w="4933"/>
            <w:vAlign w:val="center"/>
          </w:tcPr>
          <w:p>
            <w:r/>
            <w:r>
              <w:rPr>
                <w:rFonts w:ascii="Malgun Gothic" w:hAnsi="Malgun Gothic" w:eastAsia="Malgun Gothic"/>
                <w:b w:val="0"/>
                <w:sz w:val="14"/>
              </w:rPr>
              <w:t>customer_agent_claim</w:t>
            </w:r>
          </w:p>
        </w:tc>
        <w:tc>
          <w:tcPr>
            <w:tcW w:type="dxa" w:w="4933"/>
            <w:vAlign w:val="center"/>
          </w:tcPr>
          <w:p>
            <w:r/>
            <w:r>
              <w:rPr>
                <w:rFonts w:ascii="Malgun Gothic" w:hAnsi="Malgun Gothic" w:eastAsia="Malgun Gothic"/>
                <w:b w:val="0"/>
                <w:sz w:val="14"/>
              </w:rPr>
              <w:t>FORBIDDEN_UNTIL_ROLE_MAPPING_VALIDATED</w:t>
            </w:r>
          </w:p>
        </w:tc>
      </w:tr>
      <w:tr>
        <w:trPr>
          <w:cantSplit/>
        </w:trPr>
        <w:tc>
          <w:tcPr>
            <w:tcW w:type="dxa" w:w="4933"/>
            <w:vAlign w:val="center"/>
          </w:tcPr>
          <w:p>
            <w:r/>
            <w:r>
              <w:rPr>
                <w:rFonts w:ascii="Malgun Gothic" w:hAnsi="Malgun Gothic" w:eastAsia="Malgun Gothic"/>
                <w:b w:val="0"/>
                <w:sz w:val="14"/>
              </w:rPr>
              <w:t>professor_sentence</w:t>
            </w:r>
          </w:p>
        </w:tc>
        <w:tc>
          <w:tcPr>
            <w:tcW w:type="dxa" w:w="4933"/>
            <w:vAlign w:val="center"/>
          </w:tcPr>
          <w:p>
            <w:r/>
            <w:r>
              <w:rPr>
                <w:rFonts w:ascii="Malgun Gothic" w:hAnsi="Malgun Gothic" w:eastAsia="Malgun Gothic"/>
                <w:b w:val="0"/>
                <w:sz w:val="14"/>
              </w:rPr>
              <w:t>11번은 7번에서 생성한 SPEAKER 세그먼트 57,619건을 기준으로 segment_id를 부여하고, 원 음성에서 세그먼트 단위 duration/energy/pitch(선택)를 산출하여 9번/10번 stress 분석을 위한 입력 데이터를 생성하는 단계입니다. STT/WPM이 없는 경우 stress_score는 PENDING으로 유지합니다.</w:t>
            </w:r>
          </w:p>
        </w:tc>
      </w:tr>
      <w:tr>
        <w:trPr>
          <w:cantSplit/>
        </w:trPr>
        <w:tc>
          <w:tcPr>
            <w:tcW w:type="dxa" w:w="4933"/>
            <w:vAlign w:val="center"/>
          </w:tcPr>
          <w:p>
            <w:r/>
            <w:r>
              <w:rPr>
                <w:rFonts w:ascii="Malgun Gothic" w:hAnsi="Malgun Gothic" w:eastAsia="Malgun Gothic"/>
                <w:b w:val="0"/>
                <w:sz w:val="14"/>
              </w:rPr>
              <w:t>meta.audio_file_count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meta.decode_ok_file_count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meta.decode_fail_file_count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meta.feature_complete_count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meta.acoustic_partial_complete_count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outputs.status_json_v205</w:t>
            </w:r>
          </w:p>
        </w:tc>
        <w:tc>
          <w:tcPr>
            <w:tcW w:type="dxa" w:w="4933"/>
            <w:vAlign w:val="center"/>
          </w:tcPr>
          <w:p>
            <w:r/>
            <w:r>
              <w:rPr>
                <w:rFonts w:ascii="Malgun Gothic" w:hAnsi="Malgun Gothic" w:eastAsia="Malgun Gothic"/>
                <w:b w:val="0"/>
                <w:sz w:val="14"/>
              </w:rPr>
              <w:t>C:\AI\01.sci_voc_bot\research_continuity\27_segment_feature_stress_merge_v203\segment_feature_stress_builder_status_v205.json</w:t>
            </w:r>
          </w:p>
        </w:tc>
      </w:tr>
      <w:tr>
        <w:trPr>
          <w:cantSplit/>
        </w:trPr>
        <w:tc>
          <w:tcPr>
            <w:tcW w:type="dxa" w:w="4933"/>
            <w:vAlign w:val="center"/>
          </w:tcPr>
          <w:p>
            <w:r/>
            <w:r>
              <w:rPr>
                <w:rFonts w:ascii="Malgun Gothic" w:hAnsi="Malgun Gothic" w:eastAsia="Malgun Gothic"/>
                <w:b w:val="0"/>
                <w:sz w:val="14"/>
              </w:rPr>
              <w:t>outputs.merge_status_json_v203_alias</w:t>
            </w:r>
          </w:p>
        </w:tc>
        <w:tc>
          <w:tcPr>
            <w:tcW w:type="dxa" w:w="4933"/>
            <w:vAlign w:val="center"/>
          </w:tcPr>
          <w:p>
            <w:r/>
            <w:r>
              <w:rPr>
                <w:rFonts w:ascii="Malgun Gothic" w:hAnsi="Malgun Gothic" w:eastAsia="Malgun Gothic"/>
                <w:b w:val="0"/>
                <w:sz w:val="14"/>
              </w:rPr>
              <w:t>C:\AI\01.sci_voc_bot\research_continuity\27_segment_feature_stress_merge_v203\segment_feature_stress_merge_status_v203.json</w:t>
            </w:r>
          </w:p>
        </w:tc>
      </w:tr>
      <w:tr>
        <w:trPr>
          <w:cantSplit/>
        </w:trPr>
        <w:tc>
          <w:tcPr>
            <w:tcW w:type="dxa" w:w="4933"/>
            <w:vAlign w:val="center"/>
          </w:tcPr>
          <w:p>
            <w:r/>
            <w:r>
              <w:rPr>
                <w:rFonts w:ascii="Malgun Gothic" w:hAnsi="Malgun Gothic" w:eastAsia="Malgun Gothic"/>
                <w:b w:val="0"/>
                <w:sz w:val="14"/>
              </w:rPr>
              <w:t>outputs.segment_skeleton_csv</w:t>
            </w:r>
          </w:p>
        </w:tc>
        <w:tc>
          <w:tcPr>
            <w:tcW w:type="dxa" w:w="4933"/>
            <w:vAlign w:val="center"/>
          </w:tcPr>
          <w:p>
            <w:r/>
            <w:r>
              <w:rPr>
                <w:rFonts w:ascii="Malgun Gothic" w:hAnsi="Malgun Gothic" w:eastAsia="Malgun Gothic"/>
                <w:b w:val="0"/>
                <w:sz w:val="14"/>
              </w:rPr>
              <w:t>C:\AI\01.sci_voc_bot\research_continuity\27_segment_feature_stress_merge_v203\segment_level_merge_skeleton_v203.csv</w:t>
            </w:r>
          </w:p>
        </w:tc>
      </w:tr>
      <w:tr>
        <w:trPr>
          <w:cantSplit/>
        </w:trPr>
        <w:tc>
          <w:tcPr>
            <w:tcW w:type="dxa" w:w="4933"/>
            <w:vAlign w:val="center"/>
          </w:tcPr>
          <w:p>
            <w:r/>
            <w:r>
              <w:rPr>
                <w:rFonts w:ascii="Malgun Gothic" w:hAnsi="Malgun Gothic" w:eastAsia="Malgun Gothic"/>
                <w:b w:val="0"/>
                <w:sz w:val="14"/>
              </w:rPr>
              <w:t>outputs.segment_level_features_input_v205_csv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C:\AI\01.sci_voc_bot\research_continuity\27_segment_feature_stress_merge_v203\segment_level_features_input_v205.csv</w:t>
            </w:r>
          </w:p>
        </w:tc>
      </w:tr>
      <w:tr>
        <w:trPr>
          <w:cantSplit/>
        </w:trPr>
        <w:tc>
          <w:tcPr>
            <w:tcW w:type="dxa" w:w="4933"/>
            <w:vAlign w:val="center"/>
          </w:tcPr>
          <w:p>
            <w:r/>
            <w:r>
              <w:rPr>
                <w:rFonts w:ascii="Malgun Gothic" w:hAnsi="Malgun Gothic" w:eastAsia="Malgun Gothic"/>
                <w:b w:val="0"/>
                <w:sz w:val="14"/>
              </w:rPr>
              <w:t>outputs.segment_level_features_input_v203_alias_csv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C:\AI\01.sci_voc_bot\research_continuity\27_segment_feature_stress_merge_v203\segment_level_features_input_v203.csv</w:t>
            </w:r>
          </w:p>
        </w:tc>
      </w:tr>
      <w:tr>
        <w:trPr>
          <w:cantSplit/>
        </w:trPr>
        <w:tc>
          <w:tcPr>
            <w:tcW w:type="dxa" w:w="4933"/>
            <w:vAlign w:val="center"/>
          </w:tcPr>
          <w:p>
            <w:r/>
            <w:r>
              <w:rPr>
                <w:rFonts w:ascii="Malgun Gothic" w:hAnsi="Malgun Gothic" w:eastAsia="Malgun Gothic"/>
                <w:b w:val="0"/>
                <w:sz w:val="14"/>
              </w:rPr>
              <w:t>outputs.merged_csv_v205</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C:\AI\01.sci_voc_bot\research_continuity\27_segment_feature_stress_merge_v203\segment_level_features_stress_merged_v205.csv</w:t>
            </w:r>
          </w:p>
        </w:tc>
      </w:tr>
      <w:tr>
        <w:trPr>
          <w:cantSplit/>
        </w:trPr>
        <w:tc>
          <w:tcPr>
            <w:tcW w:type="dxa" w:w="4933"/>
            <w:vAlign w:val="center"/>
          </w:tcPr>
          <w:p>
            <w:r/>
            <w:r>
              <w:rPr>
                <w:rFonts w:ascii="Malgun Gothic" w:hAnsi="Malgun Gothic" w:eastAsia="Malgun Gothic"/>
                <w:b w:val="0"/>
                <w:sz w:val="14"/>
              </w:rPr>
              <w:t>outputs.merged_csv_v203_alias</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C:\AI\01.sci_voc_bot\research_continuity\27_segment_feature_stress_merge_v203\segment_level_features_stress_merged_v203.csv</w:t>
            </w:r>
          </w:p>
        </w:tc>
      </w:tr>
      <w:tr>
        <w:trPr>
          <w:cantSplit/>
        </w:trPr>
        <w:tc>
          <w:tcPr>
            <w:tcW w:type="dxa" w:w="4933"/>
            <w:vAlign w:val="center"/>
          </w:tcPr>
          <w:p>
            <w:r/>
            <w:r>
              <w:rPr>
                <w:rFonts w:ascii="Malgun Gothic" w:hAnsi="Malgun Gothic" w:eastAsia="Malgun Gothic"/>
                <w:b w:val="0"/>
                <w:sz w:val="14"/>
              </w:rPr>
              <w:t>outputs.high_stress_ready_csv</w:t>
            </w:r>
          </w:p>
        </w:tc>
        <w:tc>
          <w:tcPr>
            <w:tcW w:type="dxa" w:w="4933"/>
            <w:vAlign w:val="center"/>
          </w:tcPr>
          <w:p>
            <w:r/>
            <w:r>
              <w:rPr>
                <w:rFonts w:ascii="Malgun Gothic" w:hAnsi="Malgun Gothic" w:eastAsia="Malgun Gothic"/>
                <w:b w:val="0"/>
                <w:sz w:val="14"/>
              </w:rPr>
              <w:t>C:\AI\01.sci_voc_bot\research_continuity\27_segment_feature_stress_merge_v203\high_stress_segment_ready_v203.csv</w:t>
            </w:r>
          </w:p>
        </w:tc>
      </w:tr>
      <w:tr>
        <w:trPr>
          <w:cantSplit/>
        </w:trPr>
        <w:tc>
          <w:tcPr>
            <w:tcW w:type="dxa" w:w="4933"/>
            <w:vAlign w:val="center"/>
          </w:tcPr>
          <w:p>
            <w:r/>
            <w:r>
              <w:rPr>
                <w:rFonts w:ascii="Malgun Gothic" w:hAnsi="Malgun Gothic" w:eastAsia="Malgun Gothic"/>
                <w:b w:val="0"/>
                <w:sz w:val="14"/>
              </w:rPr>
              <w:t>outputs.pair_stress_ready_csv</w:t>
            </w:r>
          </w:p>
        </w:tc>
        <w:tc>
          <w:tcPr>
            <w:tcW w:type="dxa" w:w="4933"/>
            <w:vAlign w:val="center"/>
          </w:tcPr>
          <w:p>
            <w:r/>
            <w:r>
              <w:rPr>
                <w:rFonts w:ascii="Malgun Gothic" w:hAnsi="Malgun Gothic" w:eastAsia="Malgun Gothic"/>
                <w:b w:val="0"/>
                <w:sz w:val="14"/>
              </w:rPr>
              <w:t>C:\AI\01.sci_voc_bot\research_continuity\27_segment_feature_stress_merge_v203\s0_s1_pair_stress_ready_v203.csv</w:t>
            </w:r>
          </w:p>
        </w:tc>
      </w:tr>
      <w:tr>
        <w:trPr>
          <w:cantSplit/>
        </w:trPr>
        <w:tc>
          <w:tcPr>
            <w:tcW w:type="dxa" w:w="4933"/>
            <w:vAlign w:val="center"/>
          </w:tcPr>
          <w:p>
            <w:r/>
            <w:r>
              <w:rPr>
                <w:rFonts w:ascii="Malgun Gothic" w:hAnsi="Malgun Gothic" w:eastAsia="Malgun Gothic"/>
                <w:b w:val="0"/>
                <w:sz w:val="14"/>
              </w:rPr>
              <w:t>outputs.mobile_report_html_v205</w:t>
            </w:r>
          </w:p>
        </w:tc>
        <w:tc>
          <w:tcPr>
            <w:tcW w:type="dxa" w:w="4933"/>
            <w:vAlign w:val="center"/>
          </w:tcPr>
          <w:p>
            <w:r/>
            <w:r>
              <w:rPr>
                <w:rFonts w:ascii="Malgun Gothic" w:hAnsi="Malgun Gothic" w:eastAsia="Malgun Gothic"/>
                <w:b w:val="0"/>
                <w:sz w:val="14"/>
              </w:rPr>
              <w:t>C:\AI\01.sci_voc_bot\reports\research_console\segment_level_feature_stress_merge_v205.html</w:t>
            </w:r>
          </w:p>
        </w:tc>
      </w:tr>
      <w:tr>
        <w:trPr>
          <w:cantSplit/>
        </w:trPr>
        <w:tc>
          <w:tcPr>
            <w:tcW w:type="dxa" w:w="4933"/>
            <w:vAlign w:val="center"/>
          </w:tcPr>
          <w:p>
            <w:r/>
            <w:r>
              <w:rPr>
                <w:rFonts w:ascii="Malgun Gothic" w:hAnsi="Malgun Gothic" w:eastAsia="Malgun Gothic"/>
                <w:b w:val="0"/>
                <w:sz w:val="14"/>
              </w:rPr>
              <w:t>outputs.mobile_report_html_v203_alias</w:t>
            </w:r>
          </w:p>
        </w:tc>
        <w:tc>
          <w:tcPr>
            <w:tcW w:type="dxa" w:w="4933"/>
            <w:vAlign w:val="center"/>
          </w:tcPr>
          <w:p>
            <w:r/>
            <w:r>
              <w:rPr>
                <w:rFonts w:ascii="Malgun Gothic" w:hAnsi="Malgun Gothic" w:eastAsia="Malgun Gothic"/>
                <w:b w:val="0"/>
                <w:sz w:val="14"/>
              </w:rPr>
              <w:t>C:\AI\01.sci_voc_bot\reports\research_console\segment_level_feature_stress_merge_v203.html</w:t>
            </w:r>
          </w:p>
        </w:tc>
      </w:tr>
      <w:tr>
        <w:trPr>
          <w:cantSplit/>
        </w:trPr>
        <w:tc>
          <w:tcPr>
            <w:tcW w:type="dxa" w:w="4933"/>
            <w:vAlign w:val="center"/>
          </w:tcPr>
          <w:p>
            <w:r/>
            <w:r>
              <w:rPr>
                <w:rFonts w:ascii="Malgun Gothic" w:hAnsi="Malgun Gothic" w:eastAsia="Malgun Gothic"/>
                <w:b w:val="0"/>
                <w:sz w:val="14"/>
              </w:rPr>
              <w:t>mobile_build_exit_code</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mobile_build_tail</w:t>
            </w:r>
          </w:p>
        </w:tc>
        <w:tc>
          <w:tcPr>
            <w:tcW w:type="dxa" w:w="4933"/>
            <w:vAlign w:val="center"/>
          </w:tcPr>
          <w:p>
            <w:r/>
            <w:r>
              <w:rPr>
                <w:rFonts w:ascii="Malgun Gothic" w:hAnsi="Malgun Gothic" w:eastAsia="Malgun Gothic"/>
                <w:b w:val="0"/>
                <w:sz w:val="14"/>
              </w:rPr>
              <w:t>[SOC-DEPLOY] package built: C:\AI\01.sci_voc_bot\deploy_packages\sci_voc_soc_mobile_n1000_20260711_083600.zip</w:t>
              <w:br/>
              <w:t>[SOC-DEPLOY] size=12776717 sha256=726440975683870d...</w:t>
              <w:br/>
              <w:t>paramiko ready</w:t>
              <w:br/>
              <w:t>[SOC-DEPLOY] auth=password-auth, user=hdyoo, password=y******!, host=1.234.75.139:22</w:t>
              <w:br/>
              <w:t>[SOC-DEPLOY] verifying deployed package</w:t>
              <w:br/>
              <w:t>[SOC-DEPLOY] local summary rows: 1000 1000 1000 READY</w:t>
              <w:br/>
              <w:t>[SOC-DEPLOY] http summary rows: 1000 1000 1000 READY</w:t>
              <w:br/>
              <w:t>DEPLOY_OK</w:t>
              <w:br/>
            </w:r>
          </w:p>
        </w:tc>
      </w:tr>
    </w:tbl>
    <w:p/>
    <w:p>
      <w:r>
        <w:t>전체 행 포함</w:t>
      </w:r>
    </w:p>
    <w:p>
      <w:r>
        <w:rPr>
          <w:b/>
        </w:rPr>
        <w:t>산출물 JSON: reports/research_console/segment_feature_stress_merge_status_v205.json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v205_segment_feature_stress_input_builder</w:t>
            </w:r>
          </w:p>
        </w:tc>
      </w:tr>
      <w:tr>
        <w:trPr>
          <w:cantSplit/>
        </w:trPr>
        <w:tc>
          <w:tcPr>
            <w:tcW w:type="dxa" w:w="4933"/>
            <w:vAlign w:val="center"/>
          </w:tcPr>
          <w:p>
            <w:r/>
            <w:r>
              <w:rPr>
                <w:rFonts w:ascii="Malgun Gothic" w:hAnsi="Malgun Gothic" w:eastAsia="Malgun Gothic"/>
                <w:b w:val="0"/>
                <w:sz w:val="14"/>
              </w:rPr>
              <w:t>generated_at</w:t>
            </w:r>
          </w:p>
        </w:tc>
        <w:tc>
          <w:tcPr>
            <w:tcW w:type="dxa" w:w="4933"/>
            <w:vAlign w:val="center"/>
          </w:tcPr>
          <w:p>
            <w:r/>
            <w:r>
              <w:rPr>
                <w:rFonts w:ascii="Malgun Gothic" w:hAnsi="Malgun Gothic" w:eastAsia="Malgun Gothic"/>
                <w:b w:val="0"/>
                <w:sz w:val="14"/>
              </w:rPr>
              <w:t>2026-07-11 08:36:00</w:t>
            </w:r>
          </w:p>
        </w:tc>
      </w:tr>
      <w:tr>
        <w:trPr>
          <w:cantSplit/>
        </w:trPr>
        <w:tc>
          <w:tcPr>
            <w:tcW w:type="dxa" w:w="4933"/>
            <w:vAlign w:val="center"/>
          </w:tcPr>
          <w:p>
            <w:r/>
            <w:r>
              <w:rPr>
                <w:rFonts w:ascii="Malgun Gothic" w:hAnsi="Malgun Gothic" w:eastAsia="Malgun Gothic"/>
                <w:b w:val="0"/>
                <w:sz w:val="14"/>
              </w:rPr>
              <w:t>menu_no</w:t>
            </w:r>
          </w:p>
        </w:tc>
        <w:tc>
          <w:tcPr>
            <w:tcW w:type="dxa" w:w="4933"/>
            <w:vAlign w:val="center"/>
          </w:tcPr>
          <w:p>
            <w:r/>
            <w:r>
              <w:rPr>
                <w:rFonts w:ascii="Malgun Gothic" w:hAnsi="Malgun Gothic" w:eastAsia="Malgun Gothic"/>
                <w:b w:val="0"/>
                <w:sz w:val="14"/>
              </w:rPr>
              <w:t>11</w:t>
            </w:r>
          </w:p>
        </w:tc>
      </w:tr>
      <w:tr>
        <w:trPr>
          <w:cantSplit/>
        </w:trPr>
        <w:tc>
          <w:tcPr>
            <w:tcW w:type="dxa" w:w="4933"/>
            <w:vAlign w:val="center"/>
          </w:tcPr>
          <w:p>
            <w:r/>
            <w:r>
              <w:rPr>
                <w:rFonts w:ascii="Malgun Gothic" w:hAnsi="Malgun Gothic" w:eastAsia="Malgun Gothic"/>
                <w:b w:val="0"/>
                <w:sz w:val="14"/>
              </w:rPr>
              <w:t>menu_label</w:t>
            </w:r>
          </w:p>
        </w:tc>
        <w:tc>
          <w:tcPr>
            <w:tcW w:type="dxa" w:w="4933"/>
            <w:vAlign w:val="center"/>
          </w:tcPr>
          <w:p>
            <w:r/>
            <w:r>
              <w:rPr>
                <w:rFonts w:ascii="Malgun Gothic" w:hAnsi="Malgun Gothic" w:eastAsia="Malgun Gothic"/>
                <w:b w:val="0"/>
                <w:sz w:val="14"/>
              </w:rPr>
              <w:t>Segment-level Feature/Stress Input Builder</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DONE_SEGMENT_FEATURE_INPUT__STRESS_PENDING_STT_WPM</w:t>
            </w:r>
          </w:p>
        </w:tc>
      </w:tr>
      <w:tr>
        <w:trPr>
          <w:cantSplit/>
        </w:trPr>
        <w:tc>
          <w:tcPr>
            <w:tcW w:type="dxa" w:w="4933"/>
            <w:vAlign w:val="center"/>
          </w:tcPr>
          <w:p>
            <w:r/>
            <w:r>
              <w:rPr>
                <w:rFonts w:ascii="Malgun Gothic" w:hAnsi="Malgun Gothic" w:eastAsia="Malgun Gothic"/>
                <w:b w:val="0"/>
                <w:sz w:val="14"/>
              </w:rPr>
              <w:t>call_count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speaker_side_record_count</w:t>
            </w:r>
          </w:p>
        </w:tc>
        <w:tc>
          <w:tcPr>
            <w:tcW w:type="dxa" w:w="4933"/>
            <w:vAlign w:val="center"/>
          </w:tcPr>
          <w:p>
            <w:r/>
            <w:r>
              <w:rPr>
                <w:rFonts w:ascii="Malgun Gothic" w:hAnsi="Malgun Gothic" w:eastAsia="Malgun Gothic"/>
                <w:b w:val="0"/>
                <w:sz w:val="14"/>
              </w:rPr>
              <w:t>2000</w:t>
            </w:r>
          </w:p>
        </w:tc>
      </w:tr>
      <w:tr>
        <w:trPr>
          <w:cantSplit/>
        </w:trPr>
        <w:tc>
          <w:tcPr>
            <w:tcW w:type="dxa" w:w="4933"/>
            <w:vAlign w:val="center"/>
          </w:tcPr>
          <w:p>
            <w:r/>
            <w:r>
              <w:rPr>
                <w:rFonts w:ascii="Malgun Gothic" w:hAnsi="Malgun Gothic" w:eastAsia="Malgun Gothic"/>
                <w:b w:val="0"/>
                <w:sz w:val="14"/>
              </w:rPr>
              <w:t>generated_input_count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matched_segment_count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wpm_complete_count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pending_stress_count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with_pitch</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allow_acoustic_only_stress</w:t>
            </w:r>
          </w:p>
        </w:tc>
        <w:tc>
          <w:tcPr>
            <w:tcW w:type="dxa" w:w="4933"/>
            <w:vAlign w:val="center"/>
          </w:tcPr>
          <w:p>
            <w:r/>
            <w:r>
              <w:rPr>
                <w:rFonts w:ascii="Malgun Gothic" w:hAnsi="Malgun Gothic" w:eastAsia="Malgun Gothic"/>
                <w:b w:val="0"/>
                <w:sz w:val="14"/>
              </w:rPr>
              <w:t>False</w:t>
            </w:r>
          </w:p>
        </w:tc>
      </w:tr>
      <w:tr>
        <w:trPr>
          <w:cantSplit/>
        </w:trPr>
        <w:tc>
          <w:tcPr>
            <w:tcW w:type="dxa" w:w="4933"/>
            <w:vAlign w:val="center"/>
          </w:tcPr>
          <w:p>
            <w:r/>
            <w:r>
              <w:rPr>
                <w:rFonts w:ascii="Malgun Gothic" w:hAnsi="Malgun Gothic" w:eastAsia="Malgun Gothic"/>
                <w:b w:val="0"/>
                <w:sz w:val="14"/>
              </w:rPr>
              <w:t>judgment</w:t>
            </w:r>
          </w:p>
        </w:tc>
        <w:tc>
          <w:tcPr>
            <w:tcW w:type="dxa" w:w="4933"/>
            <w:vAlign w:val="center"/>
          </w:tcPr>
          <w:p>
            <w:r/>
            <w:r>
              <w:rPr>
                <w:rFonts w:ascii="Malgun Gothic" w:hAnsi="Malgun Gothic" w:eastAsia="Malgun Gothic"/>
                <w:b w:val="0"/>
                <w:sz w:val="14"/>
              </w:rPr>
              <w:t>segment-level acoustic feature 입력 데이터는 생성되었습니다. 다만 segment-level STT 텍스트가 없어 WPM/stress_score는 PENDING입니다. 다음 단계는 세그먼트 STT 병합입니다.</w:t>
            </w:r>
          </w:p>
        </w:tc>
      </w:tr>
      <w:tr>
        <w:trPr>
          <w:cantSplit/>
        </w:trPr>
        <w:tc>
          <w:tcPr>
            <w:tcW w:type="dxa" w:w="4933"/>
            <w:vAlign w:val="center"/>
          </w:tcPr>
          <w:p>
            <w:r/>
            <w:r>
              <w:rPr>
                <w:rFonts w:ascii="Malgun Gothic" w:hAnsi="Malgun Gothic" w:eastAsia="Malgun Gothic"/>
                <w:b w:val="0"/>
                <w:sz w:val="14"/>
              </w:rPr>
              <w:t>main_paper_replacement</w:t>
            </w:r>
          </w:p>
        </w:tc>
        <w:tc>
          <w:tcPr>
            <w:tcW w:type="dxa" w:w="4933"/>
            <w:vAlign w:val="center"/>
          </w:tcPr>
          <w:p>
            <w:r/>
            <w:r>
              <w:rPr>
                <w:rFonts w:ascii="Malgun Gothic" w:hAnsi="Malgun Gothic" w:eastAsia="Malgun Gothic"/>
                <w:b w:val="0"/>
                <w:sz w:val="14"/>
              </w:rPr>
              <w:t>FORBIDDEN</w:t>
            </w:r>
          </w:p>
        </w:tc>
      </w:tr>
      <w:tr>
        <w:trPr>
          <w:cantSplit/>
        </w:trPr>
        <w:tc>
          <w:tcPr>
            <w:tcW w:type="dxa" w:w="4933"/>
            <w:vAlign w:val="center"/>
          </w:tcPr>
          <w:p>
            <w:r/>
            <w:r>
              <w:rPr>
                <w:rFonts w:ascii="Malgun Gothic" w:hAnsi="Malgun Gothic" w:eastAsia="Malgun Gothic"/>
                <w:b w:val="0"/>
                <w:sz w:val="14"/>
              </w:rPr>
              <w:t>customer_agent_claim</w:t>
            </w:r>
          </w:p>
        </w:tc>
        <w:tc>
          <w:tcPr>
            <w:tcW w:type="dxa" w:w="4933"/>
            <w:vAlign w:val="center"/>
          </w:tcPr>
          <w:p>
            <w:r/>
            <w:r>
              <w:rPr>
                <w:rFonts w:ascii="Malgun Gothic" w:hAnsi="Malgun Gothic" w:eastAsia="Malgun Gothic"/>
                <w:b w:val="0"/>
                <w:sz w:val="14"/>
              </w:rPr>
              <w:t>FORBIDDEN_UNTIL_ROLE_MAPPING_VALIDATED</w:t>
            </w:r>
          </w:p>
        </w:tc>
      </w:tr>
      <w:tr>
        <w:trPr>
          <w:cantSplit/>
        </w:trPr>
        <w:tc>
          <w:tcPr>
            <w:tcW w:type="dxa" w:w="4933"/>
            <w:vAlign w:val="center"/>
          </w:tcPr>
          <w:p>
            <w:r/>
            <w:r>
              <w:rPr>
                <w:rFonts w:ascii="Malgun Gothic" w:hAnsi="Malgun Gothic" w:eastAsia="Malgun Gothic"/>
                <w:b w:val="0"/>
                <w:sz w:val="14"/>
              </w:rPr>
              <w:t>professor_sentence</w:t>
            </w:r>
          </w:p>
        </w:tc>
        <w:tc>
          <w:tcPr>
            <w:tcW w:type="dxa" w:w="4933"/>
            <w:vAlign w:val="center"/>
          </w:tcPr>
          <w:p>
            <w:r/>
            <w:r>
              <w:rPr>
                <w:rFonts w:ascii="Malgun Gothic" w:hAnsi="Malgun Gothic" w:eastAsia="Malgun Gothic"/>
                <w:b w:val="0"/>
                <w:sz w:val="14"/>
              </w:rPr>
              <w:t>11번은 7번에서 생성한 SPEAKER 세그먼트 57,619건을 기준으로 segment_id를 부여하고, 원 음성에서 세그먼트 단위 duration/energy/pitch(선택)를 산출하여 9번/10번 stress 분석을 위한 입력 데이터를 생성하는 단계입니다. STT/WPM이 없는 경우 stress_score는 PENDING으로 유지합니다.</w:t>
            </w:r>
          </w:p>
        </w:tc>
      </w:tr>
      <w:tr>
        <w:trPr>
          <w:cantSplit/>
        </w:trPr>
        <w:tc>
          <w:tcPr>
            <w:tcW w:type="dxa" w:w="4933"/>
            <w:vAlign w:val="center"/>
          </w:tcPr>
          <w:p>
            <w:r/>
            <w:r>
              <w:rPr>
                <w:rFonts w:ascii="Malgun Gothic" w:hAnsi="Malgun Gothic" w:eastAsia="Malgun Gothic"/>
                <w:b w:val="0"/>
                <w:sz w:val="14"/>
              </w:rPr>
              <w:t>meta.audio_file_count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meta.decode_ok_file_count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meta.decode_fail_file_count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meta.feature_complete_count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meta.acoustic_partial_complete_count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outputs.status_json_v205</w:t>
            </w:r>
          </w:p>
        </w:tc>
        <w:tc>
          <w:tcPr>
            <w:tcW w:type="dxa" w:w="4933"/>
            <w:vAlign w:val="center"/>
          </w:tcPr>
          <w:p>
            <w:r/>
            <w:r>
              <w:rPr>
                <w:rFonts w:ascii="Malgun Gothic" w:hAnsi="Malgun Gothic" w:eastAsia="Malgun Gothic"/>
                <w:b w:val="0"/>
                <w:sz w:val="14"/>
              </w:rPr>
              <w:t>C:\AI\01.sci_voc_bot\research_continuity\27_segment_feature_stress_merge_v203\segment_feature_stress_builder_status_v205.json</w:t>
            </w:r>
          </w:p>
        </w:tc>
      </w:tr>
      <w:tr>
        <w:trPr>
          <w:cantSplit/>
        </w:trPr>
        <w:tc>
          <w:tcPr>
            <w:tcW w:type="dxa" w:w="4933"/>
            <w:vAlign w:val="center"/>
          </w:tcPr>
          <w:p>
            <w:r/>
            <w:r>
              <w:rPr>
                <w:rFonts w:ascii="Malgun Gothic" w:hAnsi="Malgun Gothic" w:eastAsia="Malgun Gothic"/>
                <w:b w:val="0"/>
                <w:sz w:val="14"/>
              </w:rPr>
              <w:t>outputs.merge_status_json_v203_alias</w:t>
            </w:r>
          </w:p>
        </w:tc>
        <w:tc>
          <w:tcPr>
            <w:tcW w:type="dxa" w:w="4933"/>
            <w:vAlign w:val="center"/>
          </w:tcPr>
          <w:p>
            <w:r/>
            <w:r>
              <w:rPr>
                <w:rFonts w:ascii="Malgun Gothic" w:hAnsi="Malgun Gothic" w:eastAsia="Malgun Gothic"/>
                <w:b w:val="0"/>
                <w:sz w:val="14"/>
              </w:rPr>
              <w:t>C:\AI\01.sci_voc_bot\research_continuity\27_segment_feature_stress_merge_v203\segment_feature_stress_merge_status_v203.json</w:t>
            </w:r>
          </w:p>
        </w:tc>
      </w:tr>
      <w:tr>
        <w:trPr>
          <w:cantSplit/>
        </w:trPr>
        <w:tc>
          <w:tcPr>
            <w:tcW w:type="dxa" w:w="4933"/>
            <w:vAlign w:val="center"/>
          </w:tcPr>
          <w:p>
            <w:r/>
            <w:r>
              <w:rPr>
                <w:rFonts w:ascii="Malgun Gothic" w:hAnsi="Malgun Gothic" w:eastAsia="Malgun Gothic"/>
                <w:b w:val="0"/>
                <w:sz w:val="14"/>
              </w:rPr>
              <w:t>outputs.segment_skeleton_csv</w:t>
            </w:r>
          </w:p>
        </w:tc>
        <w:tc>
          <w:tcPr>
            <w:tcW w:type="dxa" w:w="4933"/>
            <w:vAlign w:val="center"/>
          </w:tcPr>
          <w:p>
            <w:r/>
            <w:r>
              <w:rPr>
                <w:rFonts w:ascii="Malgun Gothic" w:hAnsi="Malgun Gothic" w:eastAsia="Malgun Gothic"/>
                <w:b w:val="0"/>
                <w:sz w:val="14"/>
              </w:rPr>
              <w:t>C:\AI\01.sci_voc_bot\research_continuity\27_segment_feature_stress_merge_v203\segment_level_merge_skeleton_v203.csv</w:t>
            </w:r>
          </w:p>
        </w:tc>
      </w:tr>
      <w:tr>
        <w:trPr>
          <w:cantSplit/>
        </w:trPr>
        <w:tc>
          <w:tcPr>
            <w:tcW w:type="dxa" w:w="4933"/>
            <w:vAlign w:val="center"/>
          </w:tcPr>
          <w:p>
            <w:r/>
            <w:r>
              <w:rPr>
                <w:rFonts w:ascii="Malgun Gothic" w:hAnsi="Malgun Gothic" w:eastAsia="Malgun Gothic"/>
                <w:b w:val="0"/>
                <w:sz w:val="14"/>
              </w:rPr>
              <w:t>outputs.segment_level_features_input_v205_csv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C:\AI\01.sci_voc_bot\research_continuity\27_segment_feature_stress_merge_v203\segment_level_features_input_v205.csv</w:t>
            </w:r>
          </w:p>
        </w:tc>
      </w:tr>
      <w:tr>
        <w:trPr>
          <w:cantSplit/>
        </w:trPr>
        <w:tc>
          <w:tcPr>
            <w:tcW w:type="dxa" w:w="4933"/>
            <w:vAlign w:val="center"/>
          </w:tcPr>
          <w:p>
            <w:r/>
            <w:r>
              <w:rPr>
                <w:rFonts w:ascii="Malgun Gothic" w:hAnsi="Malgun Gothic" w:eastAsia="Malgun Gothic"/>
                <w:b w:val="0"/>
                <w:sz w:val="14"/>
              </w:rPr>
              <w:t>outputs.segment_level_features_input_v203_alias_csv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C:\AI\01.sci_voc_bot\research_continuity\27_segment_feature_stress_merge_v203\segment_level_features_input_v203.csv</w:t>
            </w:r>
          </w:p>
        </w:tc>
      </w:tr>
      <w:tr>
        <w:trPr>
          <w:cantSplit/>
        </w:trPr>
        <w:tc>
          <w:tcPr>
            <w:tcW w:type="dxa" w:w="4933"/>
            <w:vAlign w:val="center"/>
          </w:tcPr>
          <w:p>
            <w:r/>
            <w:r>
              <w:rPr>
                <w:rFonts w:ascii="Malgun Gothic" w:hAnsi="Malgun Gothic" w:eastAsia="Malgun Gothic"/>
                <w:b w:val="0"/>
                <w:sz w:val="14"/>
              </w:rPr>
              <w:t>outputs.merged_csv_v205</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C:\AI\01.sci_voc_bot\research_continuity\27_segment_feature_stress_merge_v203\segment_level_features_stress_merged_v205.csv</w:t>
            </w:r>
          </w:p>
        </w:tc>
      </w:tr>
      <w:tr>
        <w:trPr>
          <w:cantSplit/>
        </w:trPr>
        <w:tc>
          <w:tcPr>
            <w:tcW w:type="dxa" w:w="4933"/>
            <w:vAlign w:val="center"/>
          </w:tcPr>
          <w:p>
            <w:r/>
            <w:r>
              <w:rPr>
                <w:rFonts w:ascii="Malgun Gothic" w:hAnsi="Malgun Gothic" w:eastAsia="Malgun Gothic"/>
                <w:b w:val="0"/>
                <w:sz w:val="14"/>
              </w:rPr>
              <w:t>outputs.merged_csv_v203_alias</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C:\AI\01.sci_voc_bot\research_continuity\27_segment_feature_stress_merge_v203\segment_level_features_stress_merged_v203.csv</w:t>
            </w:r>
          </w:p>
        </w:tc>
      </w:tr>
      <w:tr>
        <w:trPr>
          <w:cantSplit/>
        </w:trPr>
        <w:tc>
          <w:tcPr>
            <w:tcW w:type="dxa" w:w="4933"/>
            <w:vAlign w:val="center"/>
          </w:tcPr>
          <w:p>
            <w:r/>
            <w:r>
              <w:rPr>
                <w:rFonts w:ascii="Malgun Gothic" w:hAnsi="Malgun Gothic" w:eastAsia="Malgun Gothic"/>
                <w:b w:val="0"/>
                <w:sz w:val="14"/>
              </w:rPr>
              <w:t>outputs.high_stress_ready_csv</w:t>
            </w:r>
          </w:p>
        </w:tc>
        <w:tc>
          <w:tcPr>
            <w:tcW w:type="dxa" w:w="4933"/>
            <w:vAlign w:val="center"/>
          </w:tcPr>
          <w:p>
            <w:r/>
            <w:r>
              <w:rPr>
                <w:rFonts w:ascii="Malgun Gothic" w:hAnsi="Malgun Gothic" w:eastAsia="Malgun Gothic"/>
                <w:b w:val="0"/>
                <w:sz w:val="14"/>
              </w:rPr>
              <w:t>C:\AI\01.sci_voc_bot\research_continuity\27_segment_feature_stress_merge_v203\high_stress_segment_ready_v203.csv</w:t>
            </w:r>
          </w:p>
        </w:tc>
      </w:tr>
      <w:tr>
        <w:trPr>
          <w:cantSplit/>
        </w:trPr>
        <w:tc>
          <w:tcPr>
            <w:tcW w:type="dxa" w:w="4933"/>
            <w:vAlign w:val="center"/>
          </w:tcPr>
          <w:p>
            <w:r/>
            <w:r>
              <w:rPr>
                <w:rFonts w:ascii="Malgun Gothic" w:hAnsi="Malgun Gothic" w:eastAsia="Malgun Gothic"/>
                <w:b w:val="0"/>
                <w:sz w:val="14"/>
              </w:rPr>
              <w:t>outputs.pair_stress_ready_csv</w:t>
            </w:r>
          </w:p>
        </w:tc>
        <w:tc>
          <w:tcPr>
            <w:tcW w:type="dxa" w:w="4933"/>
            <w:vAlign w:val="center"/>
          </w:tcPr>
          <w:p>
            <w:r/>
            <w:r>
              <w:rPr>
                <w:rFonts w:ascii="Malgun Gothic" w:hAnsi="Malgun Gothic" w:eastAsia="Malgun Gothic"/>
                <w:b w:val="0"/>
                <w:sz w:val="14"/>
              </w:rPr>
              <w:t>C:\AI\01.sci_voc_bot\research_continuity\27_segment_feature_stress_merge_v203\s0_s1_pair_stress_ready_v203.csv</w:t>
            </w:r>
          </w:p>
        </w:tc>
      </w:tr>
      <w:tr>
        <w:trPr>
          <w:cantSplit/>
        </w:trPr>
        <w:tc>
          <w:tcPr>
            <w:tcW w:type="dxa" w:w="4933"/>
            <w:vAlign w:val="center"/>
          </w:tcPr>
          <w:p>
            <w:r/>
            <w:r>
              <w:rPr>
                <w:rFonts w:ascii="Malgun Gothic" w:hAnsi="Malgun Gothic" w:eastAsia="Malgun Gothic"/>
                <w:b w:val="0"/>
                <w:sz w:val="14"/>
              </w:rPr>
              <w:t>outputs.mobile_report_html_v205</w:t>
            </w:r>
          </w:p>
        </w:tc>
        <w:tc>
          <w:tcPr>
            <w:tcW w:type="dxa" w:w="4933"/>
            <w:vAlign w:val="center"/>
          </w:tcPr>
          <w:p>
            <w:r/>
            <w:r>
              <w:rPr>
                <w:rFonts w:ascii="Malgun Gothic" w:hAnsi="Malgun Gothic" w:eastAsia="Malgun Gothic"/>
                <w:b w:val="0"/>
                <w:sz w:val="14"/>
              </w:rPr>
              <w:t>C:\AI\01.sci_voc_bot\reports\research_console\segment_level_feature_stress_merge_v205.html</w:t>
            </w:r>
          </w:p>
        </w:tc>
      </w:tr>
      <w:tr>
        <w:trPr>
          <w:cantSplit/>
        </w:trPr>
        <w:tc>
          <w:tcPr>
            <w:tcW w:type="dxa" w:w="4933"/>
            <w:vAlign w:val="center"/>
          </w:tcPr>
          <w:p>
            <w:r/>
            <w:r>
              <w:rPr>
                <w:rFonts w:ascii="Malgun Gothic" w:hAnsi="Malgun Gothic" w:eastAsia="Malgun Gothic"/>
                <w:b w:val="0"/>
                <w:sz w:val="14"/>
              </w:rPr>
              <w:t>outputs.mobile_report_html_v203_alias</w:t>
            </w:r>
          </w:p>
        </w:tc>
        <w:tc>
          <w:tcPr>
            <w:tcW w:type="dxa" w:w="4933"/>
            <w:vAlign w:val="center"/>
          </w:tcPr>
          <w:p>
            <w:r/>
            <w:r>
              <w:rPr>
                <w:rFonts w:ascii="Malgun Gothic" w:hAnsi="Malgun Gothic" w:eastAsia="Malgun Gothic"/>
                <w:b w:val="0"/>
                <w:sz w:val="14"/>
              </w:rPr>
              <w:t>C:\AI\01.sci_voc_bot\reports\research_console\segment_level_feature_stress_merge_v203.html</w:t>
            </w:r>
          </w:p>
        </w:tc>
      </w:tr>
    </w:tbl>
    <w:p/>
    <w:p>
      <w:r>
        <w:t>전체 행 포함</w:t>
      </w:r>
    </w:p>
    <w:p>
      <w:r>
        <w:rPr>
          <w:b/>
        </w:rPr>
        <w:t>산출물 CSV: research_continuity/27_segment_feature_stress_merge_v203/high_stress_segment_ready_v203.csv (행 1, 열 7)</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4"/>
              </w:rPr>
              <w:t>analysis</w:t>
            </w:r>
          </w:p>
        </w:tc>
        <w:tc>
          <w:tcPr>
            <w:tcW w:type="dxa" w:w="1409"/>
          </w:tcPr>
          <w:p>
            <w:r/>
            <w:r>
              <w:rPr>
                <w:rFonts w:ascii="Malgun Gothic" w:hAnsi="Malgun Gothic" w:eastAsia="Malgun Gothic"/>
                <w:b/>
                <w:sz w:val="14"/>
              </w:rPr>
              <w:t>status</w:t>
            </w:r>
          </w:p>
        </w:tc>
        <w:tc>
          <w:tcPr>
            <w:tcW w:type="dxa" w:w="1409"/>
          </w:tcPr>
          <w:p>
            <w:r/>
            <w:r>
              <w:rPr>
                <w:rFonts w:ascii="Malgun Gothic" w:hAnsi="Malgun Gothic" w:eastAsia="Malgun Gothic"/>
                <w:b/>
                <w:sz w:val="14"/>
              </w:rPr>
              <w:t>threshold</w:t>
            </w:r>
          </w:p>
        </w:tc>
        <w:tc>
          <w:tcPr>
            <w:tcW w:type="dxa" w:w="1409"/>
          </w:tcPr>
          <w:p>
            <w:r/>
            <w:r>
              <w:rPr>
                <w:rFonts w:ascii="Malgun Gothic" w:hAnsi="Malgun Gothic" w:eastAsia="Malgun Gothic"/>
                <w:b/>
                <w:sz w:val="14"/>
              </w:rPr>
              <w:t>segment_count</w:t>
            </w:r>
          </w:p>
        </w:tc>
        <w:tc>
          <w:tcPr>
            <w:tcW w:type="dxa" w:w="1409"/>
          </w:tcPr>
          <w:p>
            <w:r/>
            <w:r>
              <w:rPr>
                <w:rFonts w:ascii="Malgun Gothic" w:hAnsi="Malgun Gothic" w:eastAsia="Malgun Gothic"/>
                <w:b/>
                <w:sz w:val="14"/>
              </w:rPr>
              <w:t>high_stress_segment_count</w:t>
            </w:r>
          </w:p>
        </w:tc>
        <w:tc>
          <w:tcPr>
            <w:tcW w:type="dxa" w:w="1409"/>
          </w:tcPr>
          <w:p>
            <w:r/>
            <w:r>
              <w:rPr>
                <w:rFonts w:ascii="Malgun Gothic" w:hAnsi="Malgun Gothic" w:eastAsia="Malgun Gothic"/>
                <w:b/>
                <w:sz w:val="14"/>
              </w:rPr>
              <w:t>high_stress_ratio</w:t>
            </w:r>
          </w:p>
        </w:tc>
        <w:tc>
          <w:tcPr>
            <w:tcW w:type="dxa" w:w="1409"/>
          </w:tcPr>
          <w:p>
            <w:r/>
            <w:r>
              <w:rPr>
                <w:rFonts w:ascii="Malgun Gothic" w:hAnsi="Malgun Gothic" w:eastAsia="Malgun Gothic"/>
                <w:b/>
                <w:sz w:val="14"/>
              </w:rPr>
              <w:t>note</w:t>
            </w:r>
          </w:p>
        </w:tc>
      </w:tr>
      <w:tr>
        <w:trPr>
          <w:cantSplit/>
        </w:trPr>
        <w:tc>
          <w:tcPr>
            <w:tcW w:type="dxa" w:w="1409"/>
            <w:vAlign w:val="center"/>
          </w:tcPr>
          <w:p>
            <w:r/>
            <w:r>
              <w:rPr>
                <w:rFonts w:ascii="Malgun Gothic" w:hAnsi="Malgun Gothic" w:eastAsia="Malgun Gothic"/>
                <w:b w:val="0"/>
                <w:sz w:val="14"/>
              </w:rPr>
              <w:t>high_stress_segment_detection</w:t>
            </w:r>
          </w:p>
        </w:tc>
        <w:tc>
          <w:tcPr>
            <w:tcW w:type="dxa" w:w="1409"/>
            <w:vAlign w:val="center"/>
          </w:tcPr>
          <w:p>
            <w:r/>
            <w:r>
              <w:rPr>
                <w:rFonts w:ascii="Malgun Gothic" w:hAnsi="Malgun Gothic" w:eastAsia="Malgun Gothic"/>
                <w:b w:val="0"/>
                <w:sz w:val="14"/>
              </w:rPr>
              <w:t>PENDING_SEGMENT_LEVEL_STRESS_SCORE</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57619</w:t>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r>
          </w:p>
        </w:tc>
        <w:tc>
          <w:tcPr>
            <w:tcW w:type="dxa" w:w="1409"/>
            <w:vAlign w:val="center"/>
          </w:tcPr>
          <w:p>
            <w:r/>
            <w:r>
              <w:rPr>
                <w:rFonts w:ascii="Malgun Gothic" w:hAnsi="Malgun Gothic" w:eastAsia="Malgun Gothic"/>
                <w:b w:val="0"/>
                <w:sz w:val="14"/>
              </w:rPr>
              <w:t>segment-level stress_score 산출 전이므로 고스트레스 세그먼트 확정 보류</w:t>
            </w:r>
          </w:p>
        </w:tc>
      </w:tr>
    </w:tbl>
    <w:p/>
    <w:p>
      <w:r>
        <w:t>전체 행 포함</w:t>
      </w:r>
    </w:p>
    <w:p>
      <w:r>
        <w:rPr>
          <w:b/>
        </w:rPr>
        <w:t>산출물 CSV: research_continuity/27_segment_feature_stress_merge_v203/s0_s1_pair_stress_ready_v203.csv (행 1, 열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4"/>
              </w:rPr>
              <w:t>pair_metric</w:t>
            </w:r>
          </w:p>
        </w:tc>
        <w:tc>
          <w:tcPr>
            <w:tcW w:type="dxa" w:w="1644"/>
          </w:tcPr>
          <w:p>
            <w:r/>
            <w:r>
              <w:rPr>
                <w:rFonts w:ascii="Malgun Gothic" w:hAnsi="Malgun Gothic" w:eastAsia="Malgun Gothic"/>
                <w:b/>
                <w:sz w:val="14"/>
              </w:rPr>
              <w:t>status</w:t>
            </w:r>
          </w:p>
        </w:tc>
        <w:tc>
          <w:tcPr>
            <w:tcW w:type="dxa" w:w="1644"/>
          </w:tcPr>
          <w:p>
            <w:r/>
            <w:r>
              <w:rPr>
                <w:rFonts w:ascii="Malgun Gothic" w:hAnsi="Malgun Gothic" w:eastAsia="Malgun Gothic"/>
                <w:b/>
                <w:sz w:val="14"/>
              </w:rPr>
              <w:t>correlation</w:t>
            </w:r>
          </w:p>
        </w:tc>
        <w:tc>
          <w:tcPr>
            <w:tcW w:type="dxa" w:w="1644"/>
          </w:tcPr>
          <w:p>
            <w:r/>
            <w:r>
              <w:rPr>
                <w:rFonts w:ascii="Malgun Gothic" w:hAnsi="Malgun Gothic" w:eastAsia="Malgun Gothic"/>
                <w:b/>
                <w:sz w:val="14"/>
              </w:rPr>
              <w:t>p_value</w:t>
            </w:r>
          </w:p>
        </w:tc>
        <w:tc>
          <w:tcPr>
            <w:tcW w:type="dxa" w:w="1644"/>
          </w:tcPr>
          <w:p>
            <w:r/>
            <w:r>
              <w:rPr>
                <w:rFonts w:ascii="Malgun Gothic" w:hAnsi="Malgun Gothic" w:eastAsia="Malgun Gothic"/>
                <w:b/>
                <w:sz w:val="14"/>
              </w:rPr>
              <w:t>n</w:t>
            </w:r>
          </w:p>
        </w:tc>
        <w:tc>
          <w:tcPr>
            <w:tcW w:type="dxa" w:w="1644"/>
          </w:tcPr>
          <w:p>
            <w:r/>
            <w:r>
              <w:rPr>
                <w:rFonts w:ascii="Malgun Gothic" w:hAnsi="Malgun Gothic" w:eastAsia="Malgun Gothic"/>
                <w:b/>
                <w:sz w:val="14"/>
              </w:rPr>
              <w:t>note</w:t>
            </w:r>
          </w:p>
        </w:tc>
      </w:tr>
      <w:tr>
        <w:trPr>
          <w:cantSplit/>
        </w:trPr>
        <w:tc>
          <w:tcPr>
            <w:tcW w:type="dxa" w:w="1644"/>
            <w:vAlign w:val="center"/>
          </w:tcPr>
          <w:p>
            <w:r/>
            <w:r>
              <w:rPr>
                <w:rFonts w:ascii="Malgun Gothic" w:hAnsi="Malgun Gothic" w:eastAsia="Malgun Gothic"/>
                <w:b w:val="0"/>
                <w:sz w:val="14"/>
              </w:rPr>
              <w:t>S0 stress → S1 stress</w:t>
            </w:r>
          </w:p>
        </w:tc>
        <w:tc>
          <w:tcPr>
            <w:tcW w:type="dxa" w:w="1644"/>
            <w:vAlign w:val="center"/>
          </w:tcPr>
          <w:p>
            <w:r/>
            <w:r>
              <w:rPr>
                <w:rFonts w:ascii="Malgun Gothic" w:hAnsi="Malgun Gothic" w:eastAsia="Malgun Gothic"/>
                <w:b w:val="0"/>
                <w:sz w:val="14"/>
              </w:rPr>
              <w:t>PENDING_SEGMENT_LEVEL_STRESS_SCORE</w:t>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r>
          </w:p>
        </w:tc>
        <w:tc>
          <w:tcPr>
            <w:tcW w:type="dxa" w:w="1644"/>
            <w:vAlign w:val="center"/>
          </w:tcPr>
          <w:p>
            <w:r/>
            <w:r>
              <w:rPr>
                <w:rFonts w:ascii="Malgun Gothic" w:hAnsi="Malgun Gothic" w:eastAsia="Malgun Gothic"/>
                <w:b w:val="0"/>
                <w:sz w:val="14"/>
              </w:rPr>
              <w:t>0</w:t>
            </w:r>
          </w:p>
        </w:tc>
        <w:tc>
          <w:tcPr>
            <w:tcW w:type="dxa" w:w="1644"/>
            <w:vAlign w:val="center"/>
          </w:tcPr>
          <w:p>
            <w:r/>
            <w:r>
              <w:rPr>
                <w:rFonts w:ascii="Malgun Gothic" w:hAnsi="Malgun Gothic" w:eastAsia="Malgun Gothic"/>
                <w:b w:val="0"/>
                <w:sz w:val="14"/>
              </w:rPr>
              <w:t>segment-level stress_score와 S0→S1 pair join 전까지 보류</w:t>
            </w:r>
          </w:p>
        </w:tc>
      </w:tr>
    </w:tbl>
    <w:p/>
    <w:p>
      <w:r>
        <w:t>전체 행 포함</w:t>
      </w:r>
    </w:p>
    <w:p>
      <w:r>
        <w:rPr>
          <w:b/>
        </w:rPr>
        <w:t>산출물 JSON: research_continuity/27_segment_feature_stress_merge_v203/segment_feature_stress_builder_status_v205.json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v205_segment_feature_stress_input_builder</w:t>
            </w:r>
          </w:p>
        </w:tc>
      </w:tr>
      <w:tr>
        <w:trPr>
          <w:cantSplit/>
        </w:trPr>
        <w:tc>
          <w:tcPr>
            <w:tcW w:type="dxa" w:w="4933"/>
            <w:vAlign w:val="center"/>
          </w:tcPr>
          <w:p>
            <w:r/>
            <w:r>
              <w:rPr>
                <w:rFonts w:ascii="Malgun Gothic" w:hAnsi="Malgun Gothic" w:eastAsia="Malgun Gothic"/>
                <w:b w:val="0"/>
                <w:sz w:val="14"/>
              </w:rPr>
              <w:t>generated_at</w:t>
            </w:r>
          </w:p>
        </w:tc>
        <w:tc>
          <w:tcPr>
            <w:tcW w:type="dxa" w:w="4933"/>
            <w:vAlign w:val="center"/>
          </w:tcPr>
          <w:p>
            <w:r/>
            <w:r>
              <w:rPr>
                <w:rFonts w:ascii="Malgun Gothic" w:hAnsi="Malgun Gothic" w:eastAsia="Malgun Gothic"/>
                <w:b w:val="0"/>
                <w:sz w:val="14"/>
              </w:rPr>
              <w:t>2026-07-11 08:36:00</w:t>
            </w:r>
          </w:p>
        </w:tc>
      </w:tr>
      <w:tr>
        <w:trPr>
          <w:cantSplit/>
        </w:trPr>
        <w:tc>
          <w:tcPr>
            <w:tcW w:type="dxa" w:w="4933"/>
            <w:vAlign w:val="center"/>
          </w:tcPr>
          <w:p>
            <w:r/>
            <w:r>
              <w:rPr>
                <w:rFonts w:ascii="Malgun Gothic" w:hAnsi="Malgun Gothic" w:eastAsia="Malgun Gothic"/>
                <w:b w:val="0"/>
                <w:sz w:val="14"/>
              </w:rPr>
              <w:t>menu_no</w:t>
            </w:r>
          </w:p>
        </w:tc>
        <w:tc>
          <w:tcPr>
            <w:tcW w:type="dxa" w:w="4933"/>
            <w:vAlign w:val="center"/>
          </w:tcPr>
          <w:p>
            <w:r/>
            <w:r>
              <w:rPr>
                <w:rFonts w:ascii="Malgun Gothic" w:hAnsi="Malgun Gothic" w:eastAsia="Malgun Gothic"/>
                <w:b w:val="0"/>
                <w:sz w:val="14"/>
              </w:rPr>
              <w:t>11</w:t>
            </w:r>
          </w:p>
        </w:tc>
      </w:tr>
      <w:tr>
        <w:trPr>
          <w:cantSplit/>
        </w:trPr>
        <w:tc>
          <w:tcPr>
            <w:tcW w:type="dxa" w:w="4933"/>
            <w:vAlign w:val="center"/>
          </w:tcPr>
          <w:p>
            <w:r/>
            <w:r>
              <w:rPr>
                <w:rFonts w:ascii="Malgun Gothic" w:hAnsi="Malgun Gothic" w:eastAsia="Malgun Gothic"/>
                <w:b w:val="0"/>
                <w:sz w:val="14"/>
              </w:rPr>
              <w:t>menu_label</w:t>
            </w:r>
          </w:p>
        </w:tc>
        <w:tc>
          <w:tcPr>
            <w:tcW w:type="dxa" w:w="4933"/>
            <w:vAlign w:val="center"/>
          </w:tcPr>
          <w:p>
            <w:r/>
            <w:r>
              <w:rPr>
                <w:rFonts w:ascii="Malgun Gothic" w:hAnsi="Malgun Gothic" w:eastAsia="Malgun Gothic"/>
                <w:b w:val="0"/>
                <w:sz w:val="14"/>
              </w:rPr>
              <w:t>Segment-level Feature/Stress Input Builder</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DONE_SEGMENT_FEATURE_INPUT__STRESS_PENDING_STT_WPM</w:t>
            </w:r>
          </w:p>
        </w:tc>
      </w:tr>
      <w:tr>
        <w:trPr>
          <w:cantSplit/>
        </w:trPr>
        <w:tc>
          <w:tcPr>
            <w:tcW w:type="dxa" w:w="4933"/>
            <w:vAlign w:val="center"/>
          </w:tcPr>
          <w:p>
            <w:r/>
            <w:r>
              <w:rPr>
                <w:rFonts w:ascii="Malgun Gothic" w:hAnsi="Malgun Gothic" w:eastAsia="Malgun Gothic"/>
                <w:b w:val="0"/>
                <w:sz w:val="14"/>
              </w:rPr>
              <w:t>call_count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speaker_side_record_count</w:t>
            </w:r>
          </w:p>
        </w:tc>
        <w:tc>
          <w:tcPr>
            <w:tcW w:type="dxa" w:w="4933"/>
            <w:vAlign w:val="center"/>
          </w:tcPr>
          <w:p>
            <w:r/>
            <w:r>
              <w:rPr>
                <w:rFonts w:ascii="Malgun Gothic" w:hAnsi="Malgun Gothic" w:eastAsia="Malgun Gothic"/>
                <w:b w:val="0"/>
                <w:sz w:val="14"/>
              </w:rPr>
              <w:t>2000</w:t>
            </w:r>
          </w:p>
        </w:tc>
      </w:tr>
      <w:tr>
        <w:trPr>
          <w:cantSplit/>
        </w:trPr>
        <w:tc>
          <w:tcPr>
            <w:tcW w:type="dxa" w:w="4933"/>
            <w:vAlign w:val="center"/>
          </w:tcPr>
          <w:p>
            <w:r/>
            <w:r>
              <w:rPr>
                <w:rFonts w:ascii="Malgun Gothic" w:hAnsi="Malgun Gothic" w:eastAsia="Malgun Gothic"/>
                <w:b w:val="0"/>
                <w:sz w:val="14"/>
              </w:rPr>
              <w:t>generated_input_count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matched_segment_count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wpm_complete_count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pending_stress_count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with_pitch</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allow_acoustic_only_stress</w:t>
            </w:r>
          </w:p>
        </w:tc>
        <w:tc>
          <w:tcPr>
            <w:tcW w:type="dxa" w:w="4933"/>
            <w:vAlign w:val="center"/>
          </w:tcPr>
          <w:p>
            <w:r/>
            <w:r>
              <w:rPr>
                <w:rFonts w:ascii="Malgun Gothic" w:hAnsi="Malgun Gothic" w:eastAsia="Malgun Gothic"/>
                <w:b w:val="0"/>
                <w:sz w:val="14"/>
              </w:rPr>
              <w:t>False</w:t>
            </w:r>
          </w:p>
        </w:tc>
      </w:tr>
      <w:tr>
        <w:trPr>
          <w:cantSplit/>
        </w:trPr>
        <w:tc>
          <w:tcPr>
            <w:tcW w:type="dxa" w:w="4933"/>
            <w:vAlign w:val="center"/>
          </w:tcPr>
          <w:p>
            <w:r/>
            <w:r>
              <w:rPr>
                <w:rFonts w:ascii="Malgun Gothic" w:hAnsi="Malgun Gothic" w:eastAsia="Malgun Gothic"/>
                <w:b w:val="0"/>
                <w:sz w:val="14"/>
              </w:rPr>
              <w:t>judgment</w:t>
            </w:r>
          </w:p>
        </w:tc>
        <w:tc>
          <w:tcPr>
            <w:tcW w:type="dxa" w:w="4933"/>
            <w:vAlign w:val="center"/>
          </w:tcPr>
          <w:p>
            <w:r/>
            <w:r>
              <w:rPr>
                <w:rFonts w:ascii="Malgun Gothic" w:hAnsi="Malgun Gothic" w:eastAsia="Malgun Gothic"/>
                <w:b w:val="0"/>
                <w:sz w:val="14"/>
              </w:rPr>
              <w:t>segment-level acoustic feature 입력 데이터는 생성되었습니다. 다만 segment-level STT 텍스트가 없어 WPM/stress_score는 PENDING입니다. 다음 단계는 세그먼트 STT 병합입니다.</w:t>
            </w:r>
          </w:p>
        </w:tc>
      </w:tr>
      <w:tr>
        <w:trPr>
          <w:cantSplit/>
        </w:trPr>
        <w:tc>
          <w:tcPr>
            <w:tcW w:type="dxa" w:w="4933"/>
            <w:vAlign w:val="center"/>
          </w:tcPr>
          <w:p>
            <w:r/>
            <w:r>
              <w:rPr>
                <w:rFonts w:ascii="Malgun Gothic" w:hAnsi="Malgun Gothic" w:eastAsia="Malgun Gothic"/>
                <w:b w:val="0"/>
                <w:sz w:val="14"/>
              </w:rPr>
              <w:t>main_paper_replacement</w:t>
            </w:r>
          </w:p>
        </w:tc>
        <w:tc>
          <w:tcPr>
            <w:tcW w:type="dxa" w:w="4933"/>
            <w:vAlign w:val="center"/>
          </w:tcPr>
          <w:p>
            <w:r/>
            <w:r>
              <w:rPr>
                <w:rFonts w:ascii="Malgun Gothic" w:hAnsi="Malgun Gothic" w:eastAsia="Malgun Gothic"/>
                <w:b w:val="0"/>
                <w:sz w:val="14"/>
              </w:rPr>
              <w:t>FORBIDDEN</w:t>
            </w:r>
          </w:p>
        </w:tc>
      </w:tr>
      <w:tr>
        <w:trPr>
          <w:cantSplit/>
        </w:trPr>
        <w:tc>
          <w:tcPr>
            <w:tcW w:type="dxa" w:w="4933"/>
            <w:vAlign w:val="center"/>
          </w:tcPr>
          <w:p>
            <w:r/>
            <w:r>
              <w:rPr>
                <w:rFonts w:ascii="Malgun Gothic" w:hAnsi="Malgun Gothic" w:eastAsia="Malgun Gothic"/>
                <w:b w:val="0"/>
                <w:sz w:val="14"/>
              </w:rPr>
              <w:t>customer_agent_claim</w:t>
            </w:r>
          </w:p>
        </w:tc>
        <w:tc>
          <w:tcPr>
            <w:tcW w:type="dxa" w:w="4933"/>
            <w:vAlign w:val="center"/>
          </w:tcPr>
          <w:p>
            <w:r/>
            <w:r>
              <w:rPr>
                <w:rFonts w:ascii="Malgun Gothic" w:hAnsi="Malgun Gothic" w:eastAsia="Malgun Gothic"/>
                <w:b w:val="0"/>
                <w:sz w:val="14"/>
              </w:rPr>
              <w:t>FORBIDDEN_UNTIL_ROLE_MAPPING_VALIDATED</w:t>
            </w:r>
          </w:p>
        </w:tc>
      </w:tr>
      <w:tr>
        <w:trPr>
          <w:cantSplit/>
        </w:trPr>
        <w:tc>
          <w:tcPr>
            <w:tcW w:type="dxa" w:w="4933"/>
            <w:vAlign w:val="center"/>
          </w:tcPr>
          <w:p>
            <w:r/>
            <w:r>
              <w:rPr>
                <w:rFonts w:ascii="Malgun Gothic" w:hAnsi="Malgun Gothic" w:eastAsia="Malgun Gothic"/>
                <w:b w:val="0"/>
                <w:sz w:val="14"/>
              </w:rPr>
              <w:t>professor_sentence</w:t>
            </w:r>
          </w:p>
        </w:tc>
        <w:tc>
          <w:tcPr>
            <w:tcW w:type="dxa" w:w="4933"/>
            <w:vAlign w:val="center"/>
          </w:tcPr>
          <w:p>
            <w:r/>
            <w:r>
              <w:rPr>
                <w:rFonts w:ascii="Malgun Gothic" w:hAnsi="Malgun Gothic" w:eastAsia="Malgun Gothic"/>
                <w:b w:val="0"/>
                <w:sz w:val="14"/>
              </w:rPr>
              <w:t>11번은 7번에서 생성한 SPEAKER 세그먼트 57,619건을 기준으로 segment_id를 부여하고, 원 음성에서 세그먼트 단위 duration/energy/pitch(선택)를 산출하여 9번/10번 stress 분석을 위한 입력 데이터를 생성하는 단계입니다. STT/WPM이 없는 경우 stress_score는 PENDING으로 유지합니다.</w:t>
            </w:r>
          </w:p>
        </w:tc>
      </w:tr>
      <w:tr>
        <w:trPr>
          <w:cantSplit/>
        </w:trPr>
        <w:tc>
          <w:tcPr>
            <w:tcW w:type="dxa" w:w="4933"/>
            <w:vAlign w:val="center"/>
          </w:tcPr>
          <w:p>
            <w:r/>
            <w:r>
              <w:rPr>
                <w:rFonts w:ascii="Malgun Gothic" w:hAnsi="Malgun Gothic" w:eastAsia="Malgun Gothic"/>
                <w:b w:val="0"/>
                <w:sz w:val="14"/>
              </w:rPr>
              <w:t>meta.audio_file_count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meta.decode_ok_file_count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meta.decode_fail_file_count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meta.feature_complete_count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meta.acoustic_partial_complete_count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outputs.status_json_v205</w:t>
            </w:r>
          </w:p>
        </w:tc>
        <w:tc>
          <w:tcPr>
            <w:tcW w:type="dxa" w:w="4933"/>
            <w:vAlign w:val="center"/>
          </w:tcPr>
          <w:p>
            <w:r/>
            <w:r>
              <w:rPr>
                <w:rFonts w:ascii="Malgun Gothic" w:hAnsi="Malgun Gothic" w:eastAsia="Malgun Gothic"/>
                <w:b w:val="0"/>
                <w:sz w:val="14"/>
              </w:rPr>
              <w:t>C:\AI\01.sci_voc_bot\research_continuity\27_segment_feature_stress_merge_v203\segment_feature_stress_builder_status_v205.json</w:t>
            </w:r>
          </w:p>
        </w:tc>
      </w:tr>
      <w:tr>
        <w:trPr>
          <w:cantSplit/>
        </w:trPr>
        <w:tc>
          <w:tcPr>
            <w:tcW w:type="dxa" w:w="4933"/>
            <w:vAlign w:val="center"/>
          </w:tcPr>
          <w:p>
            <w:r/>
            <w:r>
              <w:rPr>
                <w:rFonts w:ascii="Malgun Gothic" w:hAnsi="Malgun Gothic" w:eastAsia="Malgun Gothic"/>
                <w:b w:val="0"/>
                <w:sz w:val="14"/>
              </w:rPr>
              <w:t>outputs.merge_status_json_v203_alias</w:t>
            </w:r>
          </w:p>
        </w:tc>
        <w:tc>
          <w:tcPr>
            <w:tcW w:type="dxa" w:w="4933"/>
            <w:vAlign w:val="center"/>
          </w:tcPr>
          <w:p>
            <w:r/>
            <w:r>
              <w:rPr>
                <w:rFonts w:ascii="Malgun Gothic" w:hAnsi="Malgun Gothic" w:eastAsia="Malgun Gothic"/>
                <w:b w:val="0"/>
                <w:sz w:val="14"/>
              </w:rPr>
              <w:t>C:\AI\01.sci_voc_bot\research_continuity\27_segment_feature_stress_merge_v203\segment_feature_stress_merge_status_v203.json</w:t>
            </w:r>
          </w:p>
        </w:tc>
      </w:tr>
      <w:tr>
        <w:trPr>
          <w:cantSplit/>
        </w:trPr>
        <w:tc>
          <w:tcPr>
            <w:tcW w:type="dxa" w:w="4933"/>
            <w:vAlign w:val="center"/>
          </w:tcPr>
          <w:p>
            <w:r/>
            <w:r>
              <w:rPr>
                <w:rFonts w:ascii="Malgun Gothic" w:hAnsi="Malgun Gothic" w:eastAsia="Malgun Gothic"/>
                <w:b w:val="0"/>
                <w:sz w:val="14"/>
              </w:rPr>
              <w:t>outputs.segment_skeleton_csv</w:t>
            </w:r>
          </w:p>
        </w:tc>
        <w:tc>
          <w:tcPr>
            <w:tcW w:type="dxa" w:w="4933"/>
            <w:vAlign w:val="center"/>
          </w:tcPr>
          <w:p>
            <w:r/>
            <w:r>
              <w:rPr>
                <w:rFonts w:ascii="Malgun Gothic" w:hAnsi="Malgun Gothic" w:eastAsia="Malgun Gothic"/>
                <w:b w:val="0"/>
                <w:sz w:val="14"/>
              </w:rPr>
              <w:t>C:\AI\01.sci_voc_bot\research_continuity\27_segment_feature_stress_merge_v203\segment_level_merge_skeleton_v203.csv</w:t>
            </w:r>
          </w:p>
        </w:tc>
      </w:tr>
      <w:tr>
        <w:trPr>
          <w:cantSplit/>
        </w:trPr>
        <w:tc>
          <w:tcPr>
            <w:tcW w:type="dxa" w:w="4933"/>
            <w:vAlign w:val="center"/>
          </w:tcPr>
          <w:p>
            <w:r/>
            <w:r>
              <w:rPr>
                <w:rFonts w:ascii="Malgun Gothic" w:hAnsi="Malgun Gothic" w:eastAsia="Malgun Gothic"/>
                <w:b w:val="0"/>
                <w:sz w:val="14"/>
              </w:rPr>
              <w:t>outputs.segment_level_features_input_v205_csv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C:\AI\01.sci_voc_bot\research_continuity\27_segment_feature_stress_merge_v203\segment_level_features_input_v205.csv</w:t>
            </w:r>
          </w:p>
        </w:tc>
      </w:tr>
      <w:tr>
        <w:trPr>
          <w:cantSplit/>
        </w:trPr>
        <w:tc>
          <w:tcPr>
            <w:tcW w:type="dxa" w:w="4933"/>
            <w:vAlign w:val="center"/>
          </w:tcPr>
          <w:p>
            <w:r/>
            <w:r>
              <w:rPr>
                <w:rFonts w:ascii="Malgun Gothic" w:hAnsi="Malgun Gothic" w:eastAsia="Malgun Gothic"/>
                <w:b w:val="0"/>
                <w:sz w:val="14"/>
              </w:rPr>
              <w:t>outputs.segment_level_features_input_v203_alias_csv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C:\AI\01.sci_voc_bot\research_continuity\27_segment_feature_stress_merge_v203\segment_level_features_input_v203.csv</w:t>
            </w:r>
          </w:p>
        </w:tc>
      </w:tr>
      <w:tr>
        <w:trPr>
          <w:cantSplit/>
        </w:trPr>
        <w:tc>
          <w:tcPr>
            <w:tcW w:type="dxa" w:w="4933"/>
            <w:vAlign w:val="center"/>
          </w:tcPr>
          <w:p>
            <w:r/>
            <w:r>
              <w:rPr>
                <w:rFonts w:ascii="Malgun Gothic" w:hAnsi="Malgun Gothic" w:eastAsia="Malgun Gothic"/>
                <w:b w:val="0"/>
                <w:sz w:val="14"/>
              </w:rPr>
              <w:t>outputs.merged_csv_v205</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C:\AI\01.sci_voc_bot\research_continuity\27_segment_feature_stress_merge_v203\segment_level_features_stress_merged_v205.csv</w:t>
            </w:r>
          </w:p>
        </w:tc>
      </w:tr>
      <w:tr>
        <w:trPr>
          <w:cantSplit/>
        </w:trPr>
        <w:tc>
          <w:tcPr>
            <w:tcW w:type="dxa" w:w="4933"/>
            <w:vAlign w:val="center"/>
          </w:tcPr>
          <w:p>
            <w:r/>
            <w:r>
              <w:rPr>
                <w:rFonts w:ascii="Malgun Gothic" w:hAnsi="Malgun Gothic" w:eastAsia="Malgun Gothic"/>
                <w:b w:val="0"/>
                <w:sz w:val="14"/>
              </w:rPr>
              <w:t>outputs.merged_csv_v203_alias</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C:\AI\01.sci_voc_bot\research_continuity\27_segment_feature_stress_merge_v203\segment_level_features_stress_merged_v203.csv</w:t>
            </w:r>
          </w:p>
        </w:tc>
      </w:tr>
      <w:tr>
        <w:trPr>
          <w:cantSplit/>
        </w:trPr>
        <w:tc>
          <w:tcPr>
            <w:tcW w:type="dxa" w:w="4933"/>
            <w:vAlign w:val="center"/>
          </w:tcPr>
          <w:p>
            <w:r/>
            <w:r>
              <w:rPr>
                <w:rFonts w:ascii="Malgun Gothic" w:hAnsi="Malgun Gothic" w:eastAsia="Malgun Gothic"/>
                <w:b w:val="0"/>
                <w:sz w:val="14"/>
              </w:rPr>
              <w:t>outputs.high_stress_ready_csv</w:t>
            </w:r>
          </w:p>
        </w:tc>
        <w:tc>
          <w:tcPr>
            <w:tcW w:type="dxa" w:w="4933"/>
            <w:vAlign w:val="center"/>
          </w:tcPr>
          <w:p>
            <w:r/>
            <w:r>
              <w:rPr>
                <w:rFonts w:ascii="Malgun Gothic" w:hAnsi="Malgun Gothic" w:eastAsia="Malgun Gothic"/>
                <w:b w:val="0"/>
                <w:sz w:val="14"/>
              </w:rPr>
              <w:t>C:\AI\01.sci_voc_bot\research_continuity\27_segment_feature_stress_merge_v203\high_stress_segment_ready_v203.csv</w:t>
            </w:r>
          </w:p>
        </w:tc>
      </w:tr>
      <w:tr>
        <w:trPr>
          <w:cantSplit/>
        </w:trPr>
        <w:tc>
          <w:tcPr>
            <w:tcW w:type="dxa" w:w="4933"/>
            <w:vAlign w:val="center"/>
          </w:tcPr>
          <w:p>
            <w:r/>
            <w:r>
              <w:rPr>
                <w:rFonts w:ascii="Malgun Gothic" w:hAnsi="Malgun Gothic" w:eastAsia="Malgun Gothic"/>
                <w:b w:val="0"/>
                <w:sz w:val="14"/>
              </w:rPr>
              <w:t>outputs.pair_stress_ready_csv</w:t>
            </w:r>
          </w:p>
        </w:tc>
        <w:tc>
          <w:tcPr>
            <w:tcW w:type="dxa" w:w="4933"/>
            <w:vAlign w:val="center"/>
          </w:tcPr>
          <w:p>
            <w:r/>
            <w:r>
              <w:rPr>
                <w:rFonts w:ascii="Malgun Gothic" w:hAnsi="Malgun Gothic" w:eastAsia="Malgun Gothic"/>
                <w:b w:val="0"/>
                <w:sz w:val="14"/>
              </w:rPr>
              <w:t>C:\AI\01.sci_voc_bot\research_continuity\27_segment_feature_stress_merge_v203\s0_s1_pair_stress_ready_v203.csv</w:t>
            </w:r>
          </w:p>
        </w:tc>
      </w:tr>
      <w:tr>
        <w:trPr>
          <w:cantSplit/>
        </w:trPr>
        <w:tc>
          <w:tcPr>
            <w:tcW w:type="dxa" w:w="4933"/>
            <w:vAlign w:val="center"/>
          </w:tcPr>
          <w:p>
            <w:r/>
            <w:r>
              <w:rPr>
                <w:rFonts w:ascii="Malgun Gothic" w:hAnsi="Malgun Gothic" w:eastAsia="Malgun Gothic"/>
                <w:b w:val="0"/>
                <w:sz w:val="14"/>
              </w:rPr>
              <w:t>outputs.mobile_report_html_v205</w:t>
            </w:r>
          </w:p>
        </w:tc>
        <w:tc>
          <w:tcPr>
            <w:tcW w:type="dxa" w:w="4933"/>
            <w:vAlign w:val="center"/>
          </w:tcPr>
          <w:p>
            <w:r/>
            <w:r>
              <w:rPr>
                <w:rFonts w:ascii="Malgun Gothic" w:hAnsi="Malgun Gothic" w:eastAsia="Malgun Gothic"/>
                <w:b w:val="0"/>
                <w:sz w:val="14"/>
              </w:rPr>
              <w:t>C:\AI\01.sci_voc_bot\reports\research_console\segment_level_feature_stress_merge_v205.html</w:t>
            </w:r>
          </w:p>
        </w:tc>
      </w:tr>
      <w:tr>
        <w:trPr>
          <w:cantSplit/>
        </w:trPr>
        <w:tc>
          <w:tcPr>
            <w:tcW w:type="dxa" w:w="4933"/>
            <w:vAlign w:val="center"/>
          </w:tcPr>
          <w:p>
            <w:r/>
            <w:r>
              <w:rPr>
                <w:rFonts w:ascii="Malgun Gothic" w:hAnsi="Malgun Gothic" w:eastAsia="Malgun Gothic"/>
                <w:b w:val="0"/>
                <w:sz w:val="14"/>
              </w:rPr>
              <w:t>outputs.mobile_report_html_v203_alias</w:t>
            </w:r>
          </w:p>
        </w:tc>
        <w:tc>
          <w:tcPr>
            <w:tcW w:type="dxa" w:w="4933"/>
            <w:vAlign w:val="center"/>
          </w:tcPr>
          <w:p>
            <w:r/>
            <w:r>
              <w:rPr>
                <w:rFonts w:ascii="Malgun Gothic" w:hAnsi="Malgun Gothic" w:eastAsia="Malgun Gothic"/>
                <w:b w:val="0"/>
                <w:sz w:val="14"/>
              </w:rPr>
              <w:t>C:\AI\01.sci_voc_bot\reports\research_console\segment_level_feature_stress_merge_v203.html</w:t>
            </w:r>
          </w:p>
        </w:tc>
      </w:tr>
      <w:tr>
        <w:trPr>
          <w:cantSplit/>
        </w:trPr>
        <w:tc>
          <w:tcPr>
            <w:tcW w:type="dxa" w:w="4933"/>
            <w:vAlign w:val="center"/>
          </w:tcPr>
          <w:p>
            <w:r/>
            <w:r>
              <w:rPr>
                <w:rFonts w:ascii="Malgun Gothic" w:hAnsi="Malgun Gothic" w:eastAsia="Malgun Gothic"/>
                <w:b w:val="0"/>
                <w:sz w:val="14"/>
              </w:rPr>
              <w:t>mobile_build_exit_code</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mobile_build_tail</w:t>
            </w:r>
          </w:p>
        </w:tc>
        <w:tc>
          <w:tcPr>
            <w:tcW w:type="dxa" w:w="4933"/>
            <w:vAlign w:val="center"/>
          </w:tcPr>
          <w:p>
            <w:r/>
            <w:r>
              <w:rPr>
                <w:rFonts w:ascii="Malgun Gothic" w:hAnsi="Malgun Gothic" w:eastAsia="Malgun Gothic"/>
                <w:b w:val="0"/>
                <w:sz w:val="14"/>
              </w:rPr>
              <w:t>[SOC-DEPLOY] package built: C:\AI\01.sci_voc_bot\deploy_packages\sci_voc_soc_mobile_n1000_20260711_083600.zip</w:t>
              <w:br/>
              <w:t>[SOC-DEPLOY] size=12776717 sha256=726440975683870d...</w:t>
              <w:br/>
              <w:t>paramiko ready</w:t>
              <w:br/>
              <w:t>[SOC-DEPLOY] auth=password-auth, user=hdyoo, password=y******!, host=1.234.75.139:22</w:t>
              <w:br/>
              <w:t>[SOC-DEPLOY] verifying deployed package</w:t>
              <w:br/>
              <w:t>[SOC-DEPLOY] local summary rows: 1000 1000 1000 READY</w:t>
              <w:br/>
              <w:t>[SOC-DEPLOY] http summary rows: 1000 1000 1000 READY</w:t>
              <w:br/>
              <w:t>DEPLOY_OK</w:t>
              <w:br/>
            </w:r>
          </w:p>
        </w:tc>
      </w:tr>
    </w:tbl>
    <w:p/>
    <w:p>
      <w:r>
        <w:t>전체 행 포함</w:t>
      </w:r>
    </w:p>
    <w:p>
      <w:r>
        <w:rPr>
          <w:b/>
        </w:rPr>
        <w:t>산출물 JSON: research_continuity/27_segment_feature_stress_merge_v203/segment_feature_stress_merge_status_v203.json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v205_segment_feature_stress_input_builder</w:t>
            </w:r>
          </w:p>
        </w:tc>
      </w:tr>
      <w:tr>
        <w:trPr>
          <w:cantSplit/>
        </w:trPr>
        <w:tc>
          <w:tcPr>
            <w:tcW w:type="dxa" w:w="4933"/>
            <w:vAlign w:val="center"/>
          </w:tcPr>
          <w:p>
            <w:r/>
            <w:r>
              <w:rPr>
                <w:rFonts w:ascii="Malgun Gothic" w:hAnsi="Malgun Gothic" w:eastAsia="Malgun Gothic"/>
                <w:b w:val="0"/>
                <w:sz w:val="14"/>
              </w:rPr>
              <w:t>generated_at</w:t>
            </w:r>
          </w:p>
        </w:tc>
        <w:tc>
          <w:tcPr>
            <w:tcW w:type="dxa" w:w="4933"/>
            <w:vAlign w:val="center"/>
          </w:tcPr>
          <w:p>
            <w:r/>
            <w:r>
              <w:rPr>
                <w:rFonts w:ascii="Malgun Gothic" w:hAnsi="Malgun Gothic" w:eastAsia="Malgun Gothic"/>
                <w:b w:val="0"/>
                <w:sz w:val="14"/>
              </w:rPr>
              <w:t>2026-07-11 08:36:00</w:t>
            </w:r>
          </w:p>
        </w:tc>
      </w:tr>
      <w:tr>
        <w:trPr>
          <w:cantSplit/>
        </w:trPr>
        <w:tc>
          <w:tcPr>
            <w:tcW w:type="dxa" w:w="4933"/>
            <w:vAlign w:val="center"/>
          </w:tcPr>
          <w:p>
            <w:r/>
            <w:r>
              <w:rPr>
                <w:rFonts w:ascii="Malgun Gothic" w:hAnsi="Malgun Gothic" w:eastAsia="Malgun Gothic"/>
                <w:b w:val="0"/>
                <w:sz w:val="14"/>
              </w:rPr>
              <w:t>menu_no</w:t>
            </w:r>
          </w:p>
        </w:tc>
        <w:tc>
          <w:tcPr>
            <w:tcW w:type="dxa" w:w="4933"/>
            <w:vAlign w:val="center"/>
          </w:tcPr>
          <w:p>
            <w:r/>
            <w:r>
              <w:rPr>
                <w:rFonts w:ascii="Malgun Gothic" w:hAnsi="Malgun Gothic" w:eastAsia="Malgun Gothic"/>
                <w:b w:val="0"/>
                <w:sz w:val="14"/>
              </w:rPr>
              <w:t>11</w:t>
            </w:r>
          </w:p>
        </w:tc>
      </w:tr>
      <w:tr>
        <w:trPr>
          <w:cantSplit/>
        </w:trPr>
        <w:tc>
          <w:tcPr>
            <w:tcW w:type="dxa" w:w="4933"/>
            <w:vAlign w:val="center"/>
          </w:tcPr>
          <w:p>
            <w:r/>
            <w:r>
              <w:rPr>
                <w:rFonts w:ascii="Malgun Gothic" w:hAnsi="Malgun Gothic" w:eastAsia="Malgun Gothic"/>
                <w:b w:val="0"/>
                <w:sz w:val="14"/>
              </w:rPr>
              <w:t>menu_label</w:t>
            </w:r>
          </w:p>
        </w:tc>
        <w:tc>
          <w:tcPr>
            <w:tcW w:type="dxa" w:w="4933"/>
            <w:vAlign w:val="center"/>
          </w:tcPr>
          <w:p>
            <w:r/>
            <w:r>
              <w:rPr>
                <w:rFonts w:ascii="Malgun Gothic" w:hAnsi="Malgun Gothic" w:eastAsia="Malgun Gothic"/>
                <w:b w:val="0"/>
                <w:sz w:val="14"/>
              </w:rPr>
              <w:t>Segment-level Feature/Stress Input Builder</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DONE_SEGMENT_FEATURE_INPUT__STRESS_PENDING_STT_WPM</w:t>
            </w:r>
          </w:p>
        </w:tc>
      </w:tr>
      <w:tr>
        <w:trPr>
          <w:cantSplit/>
        </w:trPr>
        <w:tc>
          <w:tcPr>
            <w:tcW w:type="dxa" w:w="4933"/>
            <w:vAlign w:val="center"/>
          </w:tcPr>
          <w:p>
            <w:r/>
            <w:r>
              <w:rPr>
                <w:rFonts w:ascii="Malgun Gothic" w:hAnsi="Malgun Gothic" w:eastAsia="Malgun Gothic"/>
                <w:b w:val="0"/>
                <w:sz w:val="14"/>
              </w:rPr>
              <w:t>call_count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speaker_side_record_count</w:t>
            </w:r>
          </w:p>
        </w:tc>
        <w:tc>
          <w:tcPr>
            <w:tcW w:type="dxa" w:w="4933"/>
            <w:vAlign w:val="center"/>
          </w:tcPr>
          <w:p>
            <w:r/>
            <w:r>
              <w:rPr>
                <w:rFonts w:ascii="Malgun Gothic" w:hAnsi="Malgun Gothic" w:eastAsia="Malgun Gothic"/>
                <w:b w:val="0"/>
                <w:sz w:val="14"/>
              </w:rPr>
              <w:t>2000</w:t>
            </w:r>
          </w:p>
        </w:tc>
      </w:tr>
      <w:tr>
        <w:trPr>
          <w:cantSplit/>
        </w:trPr>
        <w:tc>
          <w:tcPr>
            <w:tcW w:type="dxa" w:w="4933"/>
            <w:vAlign w:val="center"/>
          </w:tcPr>
          <w:p>
            <w:r/>
            <w:r>
              <w:rPr>
                <w:rFonts w:ascii="Malgun Gothic" w:hAnsi="Malgun Gothic" w:eastAsia="Malgun Gothic"/>
                <w:b w:val="0"/>
                <w:sz w:val="14"/>
              </w:rPr>
              <w:t>generated_input_count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matched_segment_count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wpm_complete_count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pending_stress_count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with_pitch</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allow_acoustic_only_stress</w:t>
            </w:r>
          </w:p>
        </w:tc>
        <w:tc>
          <w:tcPr>
            <w:tcW w:type="dxa" w:w="4933"/>
            <w:vAlign w:val="center"/>
          </w:tcPr>
          <w:p>
            <w:r/>
            <w:r>
              <w:rPr>
                <w:rFonts w:ascii="Malgun Gothic" w:hAnsi="Malgun Gothic" w:eastAsia="Malgun Gothic"/>
                <w:b w:val="0"/>
                <w:sz w:val="14"/>
              </w:rPr>
              <w:t>False</w:t>
            </w:r>
          </w:p>
        </w:tc>
      </w:tr>
      <w:tr>
        <w:trPr>
          <w:cantSplit/>
        </w:trPr>
        <w:tc>
          <w:tcPr>
            <w:tcW w:type="dxa" w:w="4933"/>
            <w:vAlign w:val="center"/>
          </w:tcPr>
          <w:p>
            <w:r/>
            <w:r>
              <w:rPr>
                <w:rFonts w:ascii="Malgun Gothic" w:hAnsi="Malgun Gothic" w:eastAsia="Malgun Gothic"/>
                <w:b w:val="0"/>
                <w:sz w:val="14"/>
              </w:rPr>
              <w:t>judgment</w:t>
            </w:r>
          </w:p>
        </w:tc>
        <w:tc>
          <w:tcPr>
            <w:tcW w:type="dxa" w:w="4933"/>
            <w:vAlign w:val="center"/>
          </w:tcPr>
          <w:p>
            <w:r/>
            <w:r>
              <w:rPr>
                <w:rFonts w:ascii="Malgun Gothic" w:hAnsi="Malgun Gothic" w:eastAsia="Malgun Gothic"/>
                <w:b w:val="0"/>
                <w:sz w:val="14"/>
              </w:rPr>
              <w:t>segment-level acoustic feature 입력 데이터는 생성되었습니다. 다만 segment-level STT 텍스트가 없어 WPM/stress_score는 PENDING입니다. 다음 단계는 세그먼트 STT 병합입니다.</w:t>
            </w:r>
          </w:p>
        </w:tc>
      </w:tr>
      <w:tr>
        <w:trPr>
          <w:cantSplit/>
        </w:trPr>
        <w:tc>
          <w:tcPr>
            <w:tcW w:type="dxa" w:w="4933"/>
            <w:vAlign w:val="center"/>
          </w:tcPr>
          <w:p>
            <w:r/>
            <w:r>
              <w:rPr>
                <w:rFonts w:ascii="Malgun Gothic" w:hAnsi="Malgun Gothic" w:eastAsia="Malgun Gothic"/>
                <w:b w:val="0"/>
                <w:sz w:val="14"/>
              </w:rPr>
              <w:t>main_paper_replacement</w:t>
            </w:r>
          </w:p>
        </w:tc>
        <w:tc>
          <w:tcPr>
            <w:tcW w:type="dxa" w:w="4933"/>
            <w:vAlign w:val="center"/>
          </w:tcPr>
          <w:p>
            <w:r/>
            <w:r>
              <w:rPr>
                <w:rFonts w:ascii="Malgun Gothic" w:hAnsi="Malgun Gothic" w:eastAsia="Malgun Gothic"/>
                <w:b w:val="0"/>
                <w:sz w:val="14"/>
              </w:rPr>
              <w:t>FORBIDDEN</w:t>
            </w:r>
          </w:p>
        </w:tc>
      </w:tr>
      <w:tr>
        <w:trPr>
          <w:cantSplit/>
        </w:trPr>
        <w:tc>
          <w:tcPr>
            <w:tcW w:type="dxa" w:w="4933"/>
            <w:vAlign w:val="center"/>
          </w:tcPr>
          <w:p>
            <w:r/>
            <w:r>
              <w:rPr>
                <w:rFonts w:ascii="Malgun Gothic" w:hAnsi="Malgun Gothic" w:eastAsia="Malgun Gothic"/>
                <w:b w:val="0"/>
                <w:sz w:val="14"/>
              </w:rPr>
              <w:t>customer_agent_claim</w:t>
            </w:r>
          </w:p>
        </w:tc>
        <w:tc>
          <w:tcPr>
            <w:tcW w:type="dxa" w:w="4933"/>
            <w:vAlign w:val="center"/>
          </w:tcPr>
          <w:p>
            <w:r/>
            <w:r>
              <w:rPr>
                <w:rFonts w:ascii="Malgun Gothic" w:hAnsi="Malgun Gothic" w:eastAsia="Malgun Gothic"/>
                <w:b w:val="0"/>
                <w:sz w:val="14"/>
              </w:rPr>
              <w:t>FORBIDDEN_UNTIL_ROLE_MAPPING_VALIDATED</w:t>
            </w:r>
          </w:p>
        </w:tc>
      </w:tr>
      <w:tr>
        <w:trPr>
          <w:cantSplit/>
        </w:trPr>
        <w:tc>
          <w:tcPr>
            <w:tcW w:type="dxa" w:w="4933"/>
            <w:vAlign w:val="center"/>
          </w:tcPr>
          <w:p>
            <w:r/>
            <w:r>
              <w:rPr>
                <w:rFonts w:ascii="Malgun Gothic" w:hAnsi="Malgun Gothic" w:eastAsia="Malgun Gothic"/>
                <w:b w:val="0"/>
                <w:sz w:val="14"/>
              </w:rPr>
              <w:t>professor_sentence</w:t>
            </w:r>
          </w:p>
        </w:tc>
        <w:tc>
          <w:tcPr>
            <w:tcW w:type="dxa" w:w="4933"/>
            <w:vAlign w:val="center"/>
          </w:tcPr>
          <w:p>
            <w:r/>
            <w:r>
              <w:rPr>
                <w:rFonts w:ascii="Malgun Gothic" w:hAnsi="Malgun Gothic" w:eastAsia="Malgun Gothic"/>
                <w:b w:val="0"/>
                <w:sz w:val="14"/>
              </w:rPr>
              <w:t>11번은 7번에서 생성한 SPEAKER 세그먼트 57,619건을 기준으로 segment_id를 부여하고, 원 음성에서 세그먼트 단위 duration/energy/pitch(선택)를 산출하여 9번/10번 stress 분석을 위한 입력 데이터를 생성하는 단계입니다. STT/WPM이 없는 경우 stress_score는 PENDING으로 유지합니다.</w:t>
            </w:r>
          </w:p>
        </w:tc>
      </w:tr>
      <w:tr>
        <w:trPr>
          <w:cantSplit/>
        </w:trPr>
        <w:tc>
          <w:tcPr>
            <w:tcW w:type="dxa" w:w="4933"/>
            <w:vAlign w:val="center"/>
          </w:tcPr>
          <w:p>
            <w:r/>
            <w:r>
              <w:rPr>
                <w:rFonts w:ascii="Malgun Gothic" w:hAnsi="Malgun Gothic" w:eastAsia="Malgun Gothic"/>
                <w:b w:val="0"/>
                <w:sz w:val="14"/>
              </w:rPr>
              <w:t>meta.audio_file_count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meta.decode_ok_file_count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meta.decode_fail_file_count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meta.feature_complete_count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meta.acoustic_partial_complete_count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outputs.status_json_v205</w:t>
            </w:r>
          </w:p>
        </w:tc>
        <w:tc>
          <w:tcPr>
            <w:tcW w:type="dxa" w:w="4933"/>
            <w:vAlign w:val="center"/>
          </w:tcPr>
          <w:p>
            <w:r/>
            <w:r>
              <w:rPr>
                <w:rFonts w:ascii="Malgun Gothic" w:hAnsi="Malgun Gothic" w:eastAsia="Malgun Gothic"/>
                <w:b w:val="0"/>
                <w:sz w:val="14"/>
              </w:rPr>
              <w:t>C:\AI\01.sci_voc_bot\research_continuity\27_segment_feature_stress_merge_v203\segment_feature_stress_builder_status_v205.json</w:t>
            </w:r>
          </w:p>
        </w:tc>
      </w:tr>
      <w:tr>
        <w:trPr>
          <w:cantSplit/>
        </w:trPr>
        <w:tc>
          <w:tcPr>
            <w:tcW w:type="dxa" w:w="4933"/>
            <w:vAlign w:val="center"/>
          </w:tcPr>
          <w:p>
            <w:r/>
            <w:r>
              <w:rPr>
                <w:rFonts w:ascii="Malgun Gothic" w:hAnsi="Malgun Gothic" w:eastAsia="Malgun Gothic"/>
                <w:b w:val="0"/>
                <w:sz w:val="14"/>
              </w:rPr>
              <w:t>outputs.merge_status_json_v203_alias</w:t>
            </w:r>
          </w:p>
        </w:tc>
        <w:tc>
          <w:tcPr>
            <w:tcW w:type="dxa" w:w="4933"/>
            <w:vAlign w:val="center"/>
          </w:tcPr>
          <w:p>
            <w:r/>
            <w:r>
              <w:rPr>
                <w:rFonts w:ascii="Malgun Gothic" w:hAnsi="Malgun Gothic" w:eastAsia="Malgun Gothic"/>
                <w:b w:val="0"/>
                <w:sz w:val="14"/>
              </w:rPr>
              <w:t>C:\AI\01.sci_voc_bot\research_continuity\27_segment_feature_stress_merge_v203\segment_feature_stress_merge_status_v203.json</w:t>
            </w:r>
          </w:p>
        </w:tc>
      </w:tr>
      <w:tr>
        <w:trPr>
          <w:cantSplit/>
        </w:trPr>
        <w:tc>
          <w:tcPr>
            <w:tcW w:type="dxa" w:w="4933"/>
            <w:vAlign w:val="center"/>
          </w:tcPr>
          <w:p>
            <w:r/>
            <w:r>
              <w:rPr>
                <w:rFonts w:ascii="Malgun Gothic" w:hAnsi="Malgun Gothic" w:eastAsia="Malgun Gothic"/>
                <w:b w:val="0"/>
                <w:sz w:val="14"/>
              </w:rPr>
              <w:t>outputs.segment_skeleton_csv</w:t>
            </w:r>
          </w:p>
        </w:tc>
        <w:tc>
          <w:tcPr>
            <w:tcW w:type="dxa" w:w="4933"/>
            <w:vAlign w:val="center"/>
          </w:tcPr>
          <w:p>
            <w:r/>
            <w:r>
              <w:rPr>
                <w:rFonts w:ascii="Malgun Gothic" w:hAnsi="Malgun Gothic" w:eastAsia="Malgun Gothic"/>
                <w:b w:val="0"/>
                <w:sz w:val="14"/>
              </w:rPr>
              <w:t>C:\AI\01.sci_voc_bot\research_continuity\27_segment_feature_stress_merge_v203\segment_level_merge_skeleton_v203.csv</w:t>
            </w:r>
          </w:p>
        </w:tc>
      </w:tr>
      <w:tr>
        <w:trPr>
          <w:cantSplit/>
        </w:trPr>
        <w:tc>
          <w:tcPr>
            <w:tcW w:type="dxa" w:w="4933"/>
            <w:vAlign w:val="center"/>
          </w:tcPr>
          <w:p>
            <w:r/>
            <w:r>
              <w:rPr>
                <w:rFonts w:ascii="Malgun Gothic" w:hAnsi="Malgun Gothic" w:eastAsia="Malgun Gothic"/>
                <w:b w:val="0"/>
                <w:sz w:val="14"/>
              </w:rPr>
              <w:t>outputs.segment_level_features_input_v205_csv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C:\AI\01.sci_voc_bot\research_continuity\27_segment_feature_stress_merge_v203\segment_level_features_input_v205.csv</w:t>
            </w:r>
          </w:p>
        </w:tc>
      </w:tr>
      <w:tr>
        <w:trPr>
          <w:cantSplit/>
        </w:trPr>
        <w:tc>
          <w:tcPr>
            <w:tcW w:type="dxa" w:w="4933"/>
            <w:vAlign w:val="center"/>
          </w:tcPr>
          <w:p>
            <w:r/>
            <w:r>
              <w:rPr>
                <w:rFonts w:ascii="Malgun Gothic" w:hAnsi="Malgun Gothic" w:eastAsia="Malgun Gothic"/>
                <w:b w:val="0"/>
                <w:sz w:val="14"/>
              </w:rPr>
              <w:t>outputs.segment_level_features_input_v203_alias_csv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C:\AI\01.sci_voc_bot\research_continuity\27_segment_feature_stress_merge_v203\segment_level_features_input_v203.csv</w:t>
            </w:r>
          </w:p>
        </w:tc>
      </w:tr>
      <w:tr>
        <w:trPr>
          <w:cantSplit/>
        </w:trPr>
        <w:tc>
          <w:tcPr>
            <w:tcW w:type="dxa" w:w="4933"/>
            <w:vAlign w:val="center"/>
          </w:tcPr>
          <w:p>
            <w:r/>
            <w:r>
              <w:rPr>
                <w:rFonts w:ascii="Malgun Gothic" w:hAnsi="Malgun Gothic" w:eastAsia="Malgun Gothic"/>
                <w:b w:val="0"/>
                <w:sz w:val="14"/>
              </w:rPr>
              <w:t>outputs.merged_csv_v205</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C:\AI\01.sci_voc_bot\research_continuity\27_segment_feature_stress_merge_v203\segment_level_features_stress_merged_v205.csv</w:t>
            </w:r>
          </w:p>
        </w:tc>
      </w:tr>
      <w:tr>
        <w:trPr>
          <w:cantSplit/>
        </w:trPr>
        <w:tc>
          <w:tcPr>
            <w:tcW w:type="dxa" w:w="4933"/>
            <w:vAlign w:val="center"/>
          </w:tcPr>
          <w:p>
            <w:r/>
            <w:r>
              <w:rPr>
                <w:rFonts w:ascii="Malgun Gothic" w:hAnsi="Malgun Gothic" w:eastAsia="Malgun Gothic"/>
                <w:b w:val="0"/>
                <w:sz w:val="14"/>
              </w:rPr>
              <w:t>outputs.merged_csv_v203_alias</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C:\AI\01.sci_voc_bot\research_continuity\27_segment_feature_stress_merge_v203\segment_level_features_stress_merged_v203.csv</w:t>
            </w:r>
          </w:p>
        </w:tc>
      </w:tr>
      <w:tr>
        <w:trPr>
          <w:cantSplit/>
        </w:trPr>
        <w:tc>
          <w:tcPr>
            <w:tcW w:type="dxa" w:w="4933"/>
            <w:vAlign w:val="center"/>
          </w:tcPr>
          <w:p>
            <w:r/>
            <w:r>
              <w:rPr>
                <w:rFonts w:ascii="Malgun Gothic" w:hAnsi="Malgun Gothic" w:eastAsia="Malgun Gothic"/>
                <w:b w:val="0"/>
                <w:sz w:val="14"/>
              </w:rPr>
              <w:t>outputs.high_stress_ready_csv</w:t>
            </w:r>
          </w:p>
        </w:tc>
        <w:tc>
          <w:tcPr>
            <w:tcW w:type="dxa" w:w="4933"/>
            <w:vAlign w:val="center"/>
          </w:tcPr>
          <w:p>
            <w:r/>
            <w:r>
              <w:rPr>
                <w:rFonts w:ascii="Malgun Gothic" w:hAnsi="Malgun Gothic" w:eastAsia="Malgun Gothic"/>
                <w:b w:val="0"/>
                <w:sz w:val="14"/>
              </w:rPr>
              <w:t>C:\AI\01.sci_voc_bot\research_continuity\27_segment_feature_stress_merge_v203\high_stress_segment_ready_v203.csv</w:t>
            </w:r>
          </w:p>
        </w:tc>
      </w:tr>
      <w:tr>
        <w:trPr>
          <w:cantSplit/>
        </w:trPr>
        <w:tc>
          <w:tcPr>
            <w:tcW w:type="dxa" w:w="4933"/>
            <w:vAlign w:val="center"/>
          </w:tcPr>
          <w:p>
            <w:r/>
            <w:r>
              <w:rPr>
                <w:rFonts w:ascii="Malgun Gothic" w:hAnsi="Malgun Gothic" w:eastAsia="Malgun Gothic"/>
                <w:b w:val="0"/>
                <w:sz w:val="14"/>
              </w:rPr>
              <w:t>outputs.pair_stress_ready_csv</w:t>
            </w:r>
          </w:p>
        </w:tc>
        <w:tc>
          <w:tcPr>
            <w:tcW w:type="dxa" w:w="4933"/>
            <w:vAlign w:val="center"/>
          </w:tcPr>
          <w:p>
            <w:r/>
            <w:r>
              <w:rPr>
                <w:rFonts w:ascii="Malgun Gothic" w:hAnsi="Malgun Gothic" w:eastAsia="Malgun Gothic"/>
                <w:b w:val="0"/>
                <w:sz w:val="14"/>
              </w:rPr>
              <w:t>C:\AI\01.sci_voc_bot\research_continuity\27_segment_feature_stress_merge_v203\s0_s1_pair_stress_ready_v203.csv</w:t>
            </w:r>
          </w:p>
        </w:tc>
      </w:tr>
      <w:tr>
        <w:trPr>
          <w:cantSplit/>
        </w:trPr>
        <w:tc>
          <w:tcPr>
            <w:tcW w:type="dxa" w:w="4933"/>
            <w:vAlign w:val="center"/>
          </w:tcPr>
          <w:p>
            <w:r/>
            <w:r>
              <w:rPr>
                <w:rFonts w:ascii="Malgun Gothic" w:hAnsi="Malgun Gothic" w:eastAsia="Malgun Gothic"/>
                <w:b w:val="0"/>
                <w:sz w:val="14"/>
              </w:rPr>
              <w:t>outputs.mobile_report_html_v205</w:t>
            </w:r>
          </w:p>
        </w:tc>
        <w:tc>
          <w:tcPr>
            <w:tcW w:type="dxa" w:w="4933"/>
            <w:vAlign w:val="center"/>
          </w:tcPr>
          <w:p>
            <w:r/>
            <w:r>
              <w:rPr>
                <w:rFonts w:ascii="Malgun Gothic" w:hAnsi="Malgun Gothic" w:eastAsia="Malgun Gothic"/>
                <w:b w:val="0"/>
                <w:sz w:val="14"/>
              </w:rPr>
              <w:t>C:\AI\01.sci_voc_bot\reports\research_console\segment_level_feature_stress_merge_v205.html</w:t>
            </w:r>
          </w:p>
        </w:tc>
      </w:tr>
      <w:tr>
        <w:trPr>
          <w:cantSplit/>
        </w:trPr>
        <w:tc>
          <w:tcPr>
            <w:tcW w:type="dxa" w:w="4933"/>
            <w:vAlign w:val="center"/>
          </w:tcPr>
          <w:p>
            <w:r/>
            <w:r>
              <w:rPr>
                <w:rFonts w:ascii="Malgun Gothic" w:hAnsi="Malgun Gothic" w:eastAsia="Malgun Gothic"/>
                <w:b w:val="0"/>
                <w:sz w:val="14"/>
              </w:rPr>
              <w:t>outputs.mobile_report_html_v203_alias</w:t>
            </w:r>
          </w:p>
        </w:tc>
        <w:tc>
          <w:tcPr>
            <w:tcW w:type="dxa" w:w="4933"/>
            <w:vAlign w:val="center"/>
          </w:tcPr>
          <w:p>
            <w:r/>
            <w:r>
              <w:rPr>
                <w:rFonts w:ascii="Malgun Gothic" w:hAnsi="Malgun Gothic" w:eastAsia="Malgun Gothic"/>
                <w:b w:val="0"/>
                <w:sz w:val="14"/>
              </w:rPr>
              <w:t>C:\AI\01.sci_voc_bot\reports\research_console\segment_level_feature_stress_merge_v203.html</w:t>
            </w:r>
          </w:p>
        </w:tc>
      </w:tr>
      <w:tr>
        <w:trPr>
          <w:cantSplit/>
        </w:trPr>
        <w:tc>
          <w:tcPr>
            <w:tcW w:type="dxa" w:w="4933"/>
            <w:vAlign w:val="center"/>
          </w:tcPr>
          <w:p>
            <w:r/>
            <w:r>
              <w:rPr>
                <w:rFonts w:ascii="Malgun Gothic" w:hAnsi="Malgun Gothic" w:eastAsia="Malgun Gothic"/>
                <w:b w:val="0"/>
                <w:sz w:val="14"/>
              </w:rPr>
              <w:t>mobile_build_exit_code</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mobile_build_tail</w:t>
            </w:r>
          </w:p>
        </w:tc>
        <w:tc>
          <w:tcPr>
            <w:tcW w:type="dxa" w:w="4933"/>
            <w:vAlign w:val="center"/>
          </w:tcPr>
          <w:p>
            <w:r/>
            <w:r>
              <w:rPr>
                <w:rFonts w:ascii="Malgun Gothic" w:hAnsi="Malgun Gothic" w:eastAsia="Malgun Gothic"/>
                <w:b w:val="0"/>
                <w:sz w:val="14"/>
              </w:rPr>
              <w:t>[SOC-DEPLOY] package built: C:\AI\01.sci_voc_bot\deploy_packages\sci_voc_soc_mobile_n1000_20260711_083600.zip</w:t>
              <w:br/>
              <w:t>[SOC-DEPLOY] size=12776717 sha256=726440975683870d...</w:t>
              <w:br/>
              <w:t>paramiko ready</w:t>
              <w:br/>
              <w:t>[SOC-DEPLOY] auth=password-auth, user=hdyoo, password=y******!, host=1.234.75.139:22</w:t>
              <w:br/>
              <w:t>[SOC-DEPLOY] verifying deployed package</w:t>
              <w:br/>
              <w:t>[SOC-DEPLOY] local summary rows: 1000 1000 1000 READY</w:t>
              <w:br/>
              <w:t>[SOC-DEPLOY] http summary rows: 1000 1000 1000 READY</w:t>
              <w:br/>
              <w:t>DEPLOY_OK</w:t>
              <w:br/>
            </w:r>
          </w:p>
        </w:tc>
      </w:tr>
    </w:tbl>
    <w:p/>
    <w:p>
      <w:r>
        <w:t>전체 행 포함</w:t>
      </w:r>
    </w:p>
    <w:p>
      <w:r>
        <w:rPr>
          <w:b/>
        </w:rPr>
        <w:t>산출물 JSON: research_continuity/27_segment_feature_stress_merge_v203/segment_feature_stress_merge_status_v205.json</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4"/>
              </w:rPr>
              <w:t>경로</w:t>
            </w:r>
          </w:p>
        </w:tc>
        <w:tc>
          <w:tcPr>
            <w:tcW w:type="dxa" w:w="4933"/>
          </w:tcPr>
          <w:p>
            <w:r/>
            <w:r>
              <w:rPr>
                <w:rFonts w:ascii="Malgun Gothic" w:hAnsi="Malgun Gothic" w:eastAsia="Malgun Gothic"/>
                <w:b/>
                <w:sz w:val="14"/>
              </w:rPr>
              <w:t>값</w:t>
            </w:r>
          </w:p>
        </w:tc>
      </w:tr>
      <w:tr>
        <w:trPr>
          <w:cantSplit/>
        </w:trPr>
        <w:tc>
          <w:tcPr>
            <w:tcW w:type="dxa" w:w="4933"/>
            <w:vAlign w:val="center"/>
          </w:tcPr>
          <w:p>
            <w:r/>
            <w:r>
              <w:rPr>
                <w:rFonts w:ascii="Malgun Gothic" w:hAnsi="Malgun Gothic" w:eastAsia="Malgun Gothic"/>
                <w:b w:val="0"/>
                <w:sz w:val="14"/>
              </w:rPr>
              <w:t>version</w:t>
            </w:r>
          </w:p>
        </w:tc>
        <w:tc>
          <w:tcPr>
            <w:tcW w:type="dxa" w:w="4933"/>
            <w:vAlign w:val="center"/>
          </w:tcPr>
          <w:p>
            <w:r/>
            <w:r>
              <w:rPr>
                <w:rFonts w:ascii="Malgun Gothic" w:hAnsi="Malgun Gothic" w:eastAsia="Malgun Gothic"/>
                <w:b w:val="0"/>
                <w:sz w:val="14"/>
              </w:rPr>
              <w:t>v205_segment_feature_stress_input_builder</w:t>
            </w:r>
          </w:p>
        </w:tc>
      </w:tr>
      <w:tr>
        <w:trPr>
          <w:cantSplit/>
        </w:trPr>
        <w:tc>
          <w:tcPr>
            <w:tcW w:type="dxa" w:w="4933"/>
            <w:vAlign w:val="center"/>
          </w:tcPr>
          <w:p>
            <w:r/>
            <w:r>
              <w:rPr>
                <w:rFonts w:ascii="Malgun Gothic" w:hAnsi="Malgun Gothic" w:eastAsia="Malgun Gothic"/>
                <w:b w:val="0"/>
                <w:sz w:val="14"/>
              </w:rPr>
              <w:t>generated_at</w:t>
            </w:r>
          </w:p>
        </w:tc>
        <w:tc>
          <w:tcPr>
            <w:tcW w:type="dxa" w:w="4933"/>
            <w:vAlign w:val="center"/>
          </w:tcPr>
          <w:p>
            <w:r/>
            <w:r>
              <w:rPr>
                <w:rFonts w:ascii="Malgun Gothic" w:hAnsi="Malgun Gothic" w:eastAsia="Malgun Gothic"/>
                <w:b w:val="0"/>
                <w:sz w:val="14"/>
              </w:rPr>
              <w:t>2026-07-11 08:36:00</w:t>
            </w:r>
          </w:p>
        </w:tc>
      </w:tr>
      <w:tr>
        <w:trPr>
          <w:cantSplit/>
        </w:trPr>
        <w:tc>
          <w:tcPr>
            <w:tcW w:type="dxa" w:w="4933"/>
            <w:vAlign w:val="center"/>
          </w:tcPr>
          <w:p>
            <w:r/>
            <w:r>
              <w:rPr>
                <w:rFonts w:ascii="Malgun Gothic" w:hAnsi="Malgun Gothic" w:eastAsia="Malgun Gothic"/>
                <w:b w:val="0"/>
                <w:sz w:val="14"/>
              </w:rPr>
              <w:t>menu_no</w:t>
            </w:r>
          </w:p>
        </w:tc>
        <w:tc>
          <w:tcPr>
            <w:tcW w:type="dxa" w:w="4933"/>
            <w:vAlign w:val="center"/>
          </w:tcPr>
          <w:p>
            <w:r/>
            <w:r>
              <w:rPr>
                <w:rFonts w:ascii="Malgun Gothic" w:hAnsi="Malgun Gothic" w:eastAsia="Malgun Gothic"/>
                <w:b w:val="0"/>
                <w:sz w:val="14"/>
              </w:rPr>
              <w:t>11</w:t>
            </w:r>
          </w:p>
        </w:tc>
      </w:tr>
      <w:tr>
        <w:trPr>
          <w:cantSplit/>
        </w:trPr>
        <w:tc>
          <w:tcPr>
            <w:tcW w:type="dxa" w:w="4933"/>
            <w:vAlign w:val="center"/>
          </w:tcPr>
          <w:p>
            <w:r/>
            <w:r>
              <w:rPr>
                <w:rFonts w:ascii="Malgun Gothic" w:hAnsi="Malgun Gothic" w:eastAsia="Malgun Gothic"/>
                <w:b w:val="0"/>
                <w:sz w:val="14"/>
              </w:rPr>
              <w:t>menu_label</w:t>
            </w:r>
          </w:p>
        </w:tc>
        <w:tc>
          <w:tcPr>
            <w:tcW w:type="dxa" w:w="4933"/>
            <w:vAlign w:val="center"/>
          </w:tcPr>
          <w:p>
            <w:r/>
            <w:r>
              <w:rPr>
                <w:rFonts w:ascii="Malgun Gothic" w:hAnsi="Malgun Gothic" w:eastAsia="Malgun Gothic"/>
                <w:b w:val="0"/>
                <w:sz w:val="14"/>
              </w:rPr>
              <w:t>Segment-level Feature/Stress Input Builder</w:t>
            </w:r>
          </w:p>
        </w:tc>
      </w:tr>
      <w:tr>
        <w:trPr>
          <w:cantSplit/>
        </w:trPr>
        <w:tc>
          <w:tcPr>
            <w:tcW w:type="dxa" w:w="4933"/>
            <w:vAlign w:val="center"/>
          </w:tcPr>
          <w:p>
            <w:r/>
            <w:r>
              <w:rPr>
                <w:rFonts w:ascii="Malgun Gothic" w:hAnsi="Malgun Gothic" w:eastAsia="Malgun Gothic"/>
                <w:b w:val="0"/>
                <w:sz w:val="14"/>
              </w:rPr>
              <w:t>state</w:t>
            </w:r>
          </w:p>
        </w:tc>
        <w:tc>
          <w:tcPr>
            <w:tcW w:type="dxa" w:w="4933"/>
            <w:vAlign w:val="center"/>
          </w:tcPr>
          <w:p>
            <w:r/>
            <w:r>
              <w:rPr>
                <w:rFonts w:ascii="Malgun Gothic" w:hAnsi="Malgun Gothic" w:eastAsia="Malgun Gothic"/>
                <w:b w:val="0"/>
                <w:sz w:val="14"/>
              </w:rPr>
              <w:t>DONE_SEGMENT_FEATURE_INPUT__STRESS_PENDING_STT_WPM</w:t>
            </w:r>
          </w:p>
        </w:tc>
      </w:tr>
      <w:tr>
        <w:trPr>
          <w:cantSplit/>
        </w:trPr>
        <w:tc>
          <w:tcPr>
            <w:tcW w:type="dxa" w:w="4933"/>
            <w:vAlign w:val="center"/>
          </w:tcPr>
          <w:p>
            <w:r/>
            <w:r>
              <w:rPr>
                <w:rFonts w:ascii="Malgun Gothic" w:hAnsi="Malgun Gothic" w:eastAsia="Malgun Gothic"/>
                <w:b w:val="0"/>
                <w:sz w:val="14"/>
              </w:rPr>
              <w:t>call_count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speaker_side_record_count</w:t>
            </w:r>
          </w:p>
        </w:tc>
        <w:tc>
          <w:tcPr>
            <w:tcW w:type="dxa" w:w="4933"/>
            <w:vAlign w:val="center"/>
          </w:tcPr>
          <w:p>
            <w:r/>
            <w:r>
              <w:rPr>
                <w:rFonts w:ascii="Malgun Gothic" w:hAnsi="Malgun Gothic" w:eastAsia="Malgun Gothic"/>
                <w:b w:val="0"/>
                <w:sz w:val="14"/>
              </w:rPr>
              <w:t>2000</w:t>
            </w:r>
          </w:p>
        </w:tc>
      </w:tr>
      <w:tr>
        <w:trPr>
          <w:cantSplit/>
        </w:trPr>
        <w:tc>
          <w:tcPr>
            <w:tcW w:type="dxa" w:w="4933"/>
            <w:vAlign w:val="center"/>
          </w:tcPr>
          <w:p>
            <w:r/>
            <w:r>
              <w:rPr>
                <w:rFonts w:ascii="Malgun Gothic" w:hAnsi="Malgun Gothic" w:eastAsia="Malgun Gothic"/>
                <w:b w:val="0"/>
                <w:sz w:val="14"/>
              </w:rPr>
              <w:t>generated_input_count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matched_segment_count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wpm_complete_count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pending_stress_count</w:t>
            </w:r>
          </w:p>
        </w:tc>
        <w:tc>
          <w:tcPr>
            <w:tcW w:type="dxa" w:w="4933"/>
            <w:vAlign w:val="center"/>
          </w:tcPr>
          <w:p>
            <w:r/>
            <w:r>
              <w:rPr>
                <w:rFonts w:ascii="Malgun Gothic" w:hAnsi="Malgun Gothic" w:eastAsia="Malgun Gothic"/>
                <w:b w:val="0"/>
                <w:sz w:val="14"/>
              </w:rPr>
              <w:t>57619</w:t>
            </w:r>
          </w:p>
        </w:tc>
      </w:tr>
      <w:tr>
        <w:trPr>
          <w:cantSplit/>
        </w:trPr>
        <w:tc>
          <w:tcPr>
            <w:tcW w:type="dxa" w:w="4933"/>
            <w:vAlign w:val="center"/>
          </w:tcPr>
          <w:p>
            <w:r/>
            <w:r>
              <w:rPr>
                <w:rFonts w:ascii="Malgun Gothic" w:hAnsi="Malgun Gothic" w:eastAsia="Malgun Gothic"/>
                <w:b w:val="0"/>
                <w:sz w:val="14"/>
              </w:rPr>
              <w:t>with_pitch</w:t>
            </w:r>
          </w:p>
        </w:tc>
        <w:tc>
          <w:tcPr>
            <w:tcW w:type="dxa" w:w="4933"/>
            <w:vAlign w:val="center"/>
          </w:tcPr>
          <w:p>
            <w:r/>
            <w:r>
              <w:rPr>
                <w:rFonts w:ascii="Malgun Gothic" w:hAnsi="Malgun Gothic" w:eastAsia="Malgun Gothic"/>
                <w:b w:val="0"/>
                <w:sz w:val="14"/>
              </w:rPr>
              <w:t>True</w:t>
            </w:r>
          </w:p>
        </w:tc>
      </w:tr>
      <w:tr>
        <w:trPr>
          <w:cantSplit/>
        </w:trPr>
        <w:tc>
          <w:tcPr>
            <w:tcW w:type="dxa" w:w="4933"/>
            <w:vAlign w:val="center"/>
          </w:tcPr>
          <w:p>
            <w:r/>
            <w:r>
              <w:rPr>
                <w:rFonts w:ascii="Malgun Gothic" w:hAnsi="Malgun Gothic" w:eastAsia="Malgun Gothic"/>
                <w:b w:val="0"/>
                <w:sz w:val="14"/>
              </w:rPr>
              <w:t>allow_acoustic_only_stress</w:t>
            </w:r>
          </w:p>
        </w:tc>
        <w:tc>
          <w:tcPr>
            <w:tcW w:type="dxa" w:w="4933"/>
            <w:vAlign w:val="center"/>
          </w:tcPr>
          <w:p>
            <w:r/>
            <w:r>
              <w:rPr>
                <w:rFonts w:ascii="Malgun Gothic" w:hAnsi="Malgun Gothic" w:eastAsia="Malgun Gothic"/>
                <w:b w:val="0"/>
                <w:sz w:val="14"/>
              </w:rPr>
              <w:t>False</w:t>
            </w:r>
          </w:p>
        </w:tc>
      </w:tr>
      <w:tr>
        <w:trPr>
          <w:cantSplit/>
        </w:trPr>
        <w:tc>
          <w:tcPr>
            <w:tcW w:type="dxa" w:w="4933"/>
            <w:vAlign w:val="center"/>
          </w:tcPr>
          <w:p>
            <w:r/>
            <w:r>
              <w:rPr>
                <w:rFonts w:ascii="Malgun Gothic" w:hAnsi="Malgun Gothic" w:eastAsia="Malgun Gothic"/>
                <w:b w:val="0"/>
                <w:sz w:val="14"/>
              </w:rPr>
              <w:t>judgment</w:t>
            </w:r>
          </w:p>
        </w:tc>
        <w:tc>
          <w:tcPr>
            <w:tcW w:type="dxa" w:w="4933"/>
            <w:vAlign w:val="center"/>
          </w:tcPr>
          <w:p>
            <w:r/>
            <w:r>
              <w:rPr>
                <w:rFonts w:ascii="Malgun Gothic" w:hAnsi="Malgun Gothic" w:eastAsia="Malgun Gothic"/>
                <w:b w:val="0"/>
                <w:sz w:val="14"/>
              </w:rPr>
              <w:t>segment-level acoustic feature 입력 데이터는 생성되었습니다. 다만 segment-level STT 텍스트가 없어 WPM/stress_score는 PENDING입니다. 다음 단계는 세그먼트 STT 병합입니다.</w:t>
            </w:r>
          </w:p>
        </w:tc>
      </w:tr>
      <w:tr>
        <w:trPr>
          <w:cantSplit/>
        </w:trPr>
        <w:tc>
          <w:tcPr>
            <w:tcW w:type="dxa" w:w="4933"/>
            <w:vAlign w:val="center"/>
          </w:tcPr>
          <w:p>
            <w:r/>
            <w:r>
              <w:rPr>
                <w:rFonts w:ascii="Malgun Gothic" w:hAnsi="Malgun Gothic" w:eastAsia="Malgun Gothic"/>
                <w:b w:val="0"/>
                <w:sz w:val="14"/>
              </w:rPr>
              <w:t>main_paper_replacement</w:t>
            </w:r>
          </w:p>
        </w:tc>
        <w:tc>
          <w:tcPr>
            <w:tcW w:type="dxa" w:w="4933"/>
            <w:vAlign w:val="center"/>
          </w:tcPr>
          <w:p>
            <w:r/>
            <w:r>
              <w:rPr>
                <w:rFonts w:ascii="Malgun Gothic" w:hAnsi="Malgun Gothic" w:eastAsia="Malgun Gothic"/>
                <w:b w:val="0"/>
                <w:sz w:val="14"/>
              </w:rPr>
              <w:t>FORBIDDEN</w:t>
            </w:r>
          </w:p>
        </w:tc>
      </w:tr>
      <w:tr>
        <w:trPr>
          <w:cantSplit/>
        </w:trPr>
        <w:tc>
          <w:tcPr>
            <w:tcW w:type="dxa" w:w="4933"/>
            <w:vAlign w:val="center"/>
          </w:tcPr>
          <w:p>
            <w:r/>
            <w:r>
              <w:rPr>
                <w:rFonts w:ascii="Malgun Gothic" w:hAnsi="Malgun Gothic" w:eastAsia="Malgun Gothic"/>
                <w:b w:val="0"/>
                <w:sz w:val="14"/>
              </w:rPr>
              <w:t>customer_agent_claim</w:t>
            </w:r>
          </w:p>
        </w:tc>
        <w:tc>
          <w:tcPr>
            <w:tcW w:type="dxa" w:w="4933"/>
            <w:vAlign w:val="center"/>
          </w:tcPr>
          <w:p>
            <w:r/>
            <w:r>
              <w:rPr>
                <w:rFonts w:ascii="Malgun Gothic" w:hAnsi="Malgun Gothic" w:eastAsia="Malgun Gothic"/>
                <w:b w:val="0"/>
                <w:sz w:val="14"/>
              </w:rPr>
              <w:t>FORBIDDEN_UNTIL_ROLE_MAPPING_VALIDATED</w:t>
            </w:r>
          </w:p>
        </w:tc>
      </w:tr>
      <w:tr>
        <w:trPr>
          <w:cantSplit/>
        </w:trPr>
        <w:tc>
          <w:tcPr>
            <w:tcW w:type="dxa" w:w="4933"/>
            <w:vAlign w:val="center"/>
          </w:tcPr>
          <w:p>
            <w:r/>
            <w:r>
              <w:rPr>
                <w:rFonts w:ascii="Malgun Gothic" w:hAnsi="Malgun Gothic" w:eastAsia="Malgun Gothic"/>
                <w:b w:val="0"/>
                <w:sz w:val="14"/>
              </w:rPr>
              <w:t>professor_sentence</w:t>
            </w:r>
          </w:p>
        </w:tc>
        <w:tc>
          <w:tcPr>
            <w:tcW w:type="dxa" w:w="4933"/>
            <w:vAlign w:val="center"/>
          </w:tcPr>
          <w:p>
            <w:r/>
            <w:r>
              <w:rPr>
                <w:rFonts w:ascii="Malgun Gothic" w:hAnsi="Malgun Gothic" w:eastAsia="Malgun Gothic"/>
                <w:b w:val="0"/>
                <w:sz w:val="14"/>
              </w:rPr>
              <w:t>11번은 7번에서 생성한 SPEAKER 세그먼트 57,619건을 기준으로 segment_id를 부여하고, 원 음성에서 세그먼트 단위 duration/energy/pitch(선택)를 산출하여 9번/10번 stress 분석을 위한 입력 데이터를 생성하는 단계입니다. STT/WPM이 없는 경우 stress_score는 PENDING으로 유지합니다.</w:t>
            </w:r>
          </w:p>
        </w:tc>
      </w:tr>
      <w:tr>
        <w:trPr>
          <w:cantSplit/>
        </w:trPr>
        <w:tc>
          <w:tcPr>
            <w:tcW w:type="dxa" w:w="4933"/>
            <w:vAlign w:val="center"/>
          </w:tcPr>
          <w:p>
            <w:r/>
            <w:r>
              <w:rPr>
                <w:rFonts w:ascii="Malgun Gothic" w:hAnsi="Malgun Gothic" w:eastAsia="Malgun Gothic"/>
                <w:b w:val="0"/>
                <w:sz w:val="14"/>
              </w:rPr>
              <w:t>meta.audio_file_count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meta.decode_ok_file_count</w:t>
            </w:r>
          </w:p>
        </w:tc>
        <w:tc>
          <w:tcPr>
            <w:tcW w:type="dxa" w:w="4933"/>
            <w:vAlign w:val="center"/>
          </w:tcPr>
          <w:p>
            <w:r/>
            <w:r>
              <w:rPr>
                <w:rFonts w:ascii="Malgun Gothic" w:hAnsi="Malgun Gothic" w:eastAsia="Malgun Gothic"/>
                <w:b w:val="0"/>
                <w:sz w:val="14"/>
              </w:rPr>
              <w:t>1000</w:t>
            </w:r>
          </w:p>
        </w:tc>
      </w:tr>
      <w:tr>
        <w:trPr>
          <w:cantSplit/>
        </w:trPr>
        <w:tc>
          <w:tcPr>
            <w:tcW w:type="dxa" w:w="4933"/>
            <w:vAlign w:val="center"/>
          </w:tcPr>
          <w:p>
            <w:r/>
            <w:r>
              <w:rPr>
                <w:rFonts w:ascii="Malgun Gothic" w:hAnsi="Malgun Gothic" w:eastAsia="Malgun Gothic"/>
                <w:b w:val="0"/>
                <w:sz w:val="14"/>
              </w:rPr>
              <w:t>meta.decode_fail_file_count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meta.energy_complete_count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meta.pitch_complete_count</w:t>
            </w:r>
          </w:p>
        </w:tc>
        <w:tc>
          <w:tcPr>
            <w:tcW w:type="dxa" w:w="4933"/>
            <w:vAlign w:val="center"/>
          </w:tcPr>
          <w:p>
            <w:r/>
            <w:r>
              <w:rPr>
                <w:rFonts w:ascii="Malgun Gothic" w:hAnsi="Malgun Gothic" w:eastAsia="Malgun Gothic"/>
                <w:b w:val="0"/>
                <w:sz w:val="14"/>
              </w:rPr>
              <w:t>53098</w:t>
            </w:r>
          </w:p>
        </w:tc>
      </w:tr>
      <w:tr>
        <w:trPr>
          <w:cantSplit/>
        </w:trPr>
        <w:tc>
          <w:tcPr>
            <w:tcW w:type="dxa" w:w="4933"/>
            <w:vAlign w:val="center"/>
          </w:tcPr>
          <w:p>
            <w:r/>
            <w:r>
              <w:rPr>
                <w:rFonts w:ascii="Malgun Gothic" w:hAnsi="Malgun Gothic" w:eastAsia="Malgun Gothic"/>
                <w:b w:val="0"/>
                <w:sz w:val="14"/>
              </w:rPr>
              <w:t>meta.feature_complete_count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meta.acoustic_partial_complete_count</w:t>
            </w:r>
          </w:p>
        </w:tc>
        <w:tc>
          <w:tcPr>
            <w:tcW w:type="dxa" w:w="4933"/>
            <w:vAlign w:val="center"/>
          </w:tcPr>
          <w:p>
            <w:r/>
            <w:r>
              <w:rPr>
                <w:rFonts w:ascii="Malgun Gothic" w:hAnsi="Malgun Gothic" w:eastAsia="Malgun Gothic"/>
                <w:b w:val="0"/>
                <w:sz w:val="14"/>
              </w:rPr>
              <w:t>57611</w:t>
            </w:r>
          </w:p>
        </w:tc>
      </w:tr>
      <w:tr>
        <w:trPr>
          <w:cantSplit/>
        </w:trPr>
        <w:tc>
          <w:tcPr>
            <w:tcW w:type="dxa" w:w="4933"/>
            <w:vAlign w:val="center"/>
          </w:tcPr>
          <w:p>
            <w:r/>
            <w:r>
              <w:rPr>
                <w:rFonts w:ascii="Malgun Gothic" w:hAnsi="Malgun Gothic" w:eastAsia="Malgun Gothic"/>
                <w:b w:val="0"/>
                <w:sz w:val="14"/>
              </w:rPr>
              <w:t>meta.stress_complete_count</w:t>
            </w:r>
          </w:p>
        </w:tc>
        <w:tc>
          <w:tcPr>
            <w:tcW w:type="dxa" w:w="4933"/>
            <w:vAlign w:val="center"/>
          </w:tcPr>
          <w:p>
            <w:r/>
            <w:r>
              <w:rPr>
                <w:rFonts w:ascii="Malgun Gothic" w:hAnsi="Malgun Gothic" w:eastAsia="Malgun Gothic"/>
                <w:b w:val="0"/>
                <w:sz w:val="14"/>
              </w:rPr>
              <w:t>0</w:t>
            </w:r>
          </w:p>
        </w:tc>
      </w:tr>
      <w:tr>
        <w:trPr>
          <w:cantSplit/>
        </w:trPr>
        <w:tc>
          <w:tcPr>
            <w:tcW w:type="dxa" w:w="4933"/>
            <w:vAlign w:val="center"/>
          </w:tcPr>
          <w:p>
            <w:r/>
            <w:r>
              <w:rPr>
                <w:rFonts w:ascii="Malgun Gothic" w:hAnsi="Malgun Gothic" w:eastAsia="Malgun Gothic"/>
                <w:b w:val="0"/>
                <w:sz w:val="14"/>
              </w:rPr>
              <w:t>outputs.status_json_v205</w:t>
            </w:r>
          </w:p>
        </w:tc>
        <w:tc>
          <w:tcPr>
            <w:tcW w:type="dxa" w:w="4933"/>
            <w:vAlign w:val="center"/>
          </w:tcPr>
          <w:p>
            <w:r/>
            <w:r>
              <w:rPr>
                <w:rFonts w:ascii="Malgun Gothic" w:hAnsi="Malgun Gothic" w:eastAsia="Malgun Gothic"/>
                <w:b w:val="0"/>
                <w:sz w:val="14"/>
              </w:rPr>
              <w:t>C:\AI\01.sci_voc_bot\research_continuity\27_segment_feature_stress_merge_v203\segment_feature_stress_builder_status_v205.json</w:t>
            </w:r>
          </w:p>
        </w:tc>
      </w:tr>
      <w:tr>
        <w:trPr>
          <w:cantSplit/>
        </w:trPr>
        <w:tc>
          <w:tcPr>
            <w:tcW w:type="dxa" w:w="4933"/>
            <w:vAlign w:val="center"/>
          </w:tcPr>
          <w:p>
            <w:r/>
            <w:r>
              <w:rPr>
                <w:rFonts w:ascii="Malgun Gothic" w:hAnsi="Malgun Gothic" w:eastAsia="Malgun Gothic"/>
                <w:b w:val="0"/>
                <w:sz w:val="14"/>
              </w:rPr>
              <w:t>outputs.merge_status_json_v203_alias</w:t>
            </w:r>
          </w:p>
        </w:tc>
        <w:tc>
          <w:tcPr>
            <w:tcW w:type="dxa" w:w="4933"/>
            <w:vAlign w:val="center"/>
          </w:tcPr>
          <w:p>
            <w:r/>
            <w:r>
              <w:rPr>
                <w:rFonts w:ascii="Malgun Gothic" w:hAnsi="Malgun Gothic" w:eastAsia="Malgun Gothic"/>
                <w:b w:val="0"/>
                <w:sz w:val="14"/>
              </w:rPr>
              <w:t>C:\AI\01.sci_voc_bot\research_continuity\27_segment_feature_stress_merge_v203\segment_feature_stress_merge_status_v203.json</w:t>
            </w:r>
          </w:p>
        </w:tc>
      </w:tr>
      <w:tr>
        <w:trPr>
          <w:cantSplit/>
        </w:trPr>
        <w:tc>
          <w:tcPr>
            <w:tcW w:type="dxa" w:w="4933"/>
            <w:vAlign w:val="center"/>
          </w:tcPr>
          <w:p>
            <w:r/>
            <w:r>
              <w:rPr>
                <w:rFonts w:ascii="Malgun Gothic" w:hAnsi="Malgun Gothic" w:eastAsia="Malgun Gothic"/>
                <w:b w:val="0"/>
                <w:sz w:val="14"/>
              </w:rPr>
              <w:t>outputs.segment_skeleton_csv</w:t>
            </w:r>
          </w:p>
        </w:tc>
        <w:tc>
          <w:tcPr>
            <w:tcW w:type="dxa" w:w="4933"/>
            <w:vAlign w:val="center"/>
          </w:tcPr>
          <w:p>
            <w:r/>
            <w:r>
              <w:rPr>
                <w:rFonts w:ascii="Malgun Gothic" w:hAnsi="Malgun Gothic" w:eastAsia="Malgun Gothic"/>
                <w:b w:val="0"/>
                <w:sz w:val="14"/>
              </w:rPr>
              <w:t>C:\AI\01.sci_voc_bot\research_continuity\27_segment_feature_stress_merge_v203\segment_level_merge_skeleton_v203.csv</w:t>
            </w:r>
          </w:p>
        </w:tc>
      </w:tr>
      <w:tr>
        <w:trPr>
          <w:cantSplit/>
        </w:trPr>
        <w:tc>
          <w:tcPr>
            <w:tcW w:type="dxa" w:w="4933"/>
            <w:vAlign w:val="center"/>
          </w:tcPr>
          <w:p>
            <w:r/>
            <w:r>
              <w:rPr>
                <w:rFonts w:ascii="Malgun Gothic" w:hAnsi="Malgun Gothic" w:eastAsia="Malgun Gothic"/>
                <w:b w:val="0"/>
                <w:sz w:val="14"/>
              </w:rPr>
              <w:t>outputs.segment_level_features_input_v205_csv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C:\AI\01.sci_voc_bot\research_continuity\27_segment_feature_stress_merge_v203\segment_level_features_input_v205.csv</w:t>
            </w:r>
          </w:p>
        </w:tc>
      </w:tr>
      <w:tr>
        <w:trPr>
          <w:cantSplit/>
        </w:trPr>
        <w:tc>
          <w:tcPr>
            <w:tcW w:type="dxa" w:w="4933"/>
            <w:vAlign w:val="center"/>
          </w:tcPr>
          <w:p>
            <w:r/>
            <w:r>
              <w:rPr>
                <w:rFonts w:ascii="Malgun Gothic" w:hAnsi="Malgun Gothic" w:eastAsia="Malgun Gothic"/>
                <w:b w:val="0"/>
                <w:sz w:val="14"/>
              </w:rPr>
              <w:t>outputs.segment_level_features_input_v203_alias_csv</w:t>
            </w:r>
          </w:p>
        </w:tc>
        <w:tc>
          <w:tcPr>
            <w:tcW w:type="dxa" w:w="4933"/>
            <w:vAlign w:val="center"/>
          </w:tcPr>
          <w:p>
            <w:r/>
            <w:r>
              <w:rPr>
                <w:rFonts w:ascii="Malgun Gothic" w:hAnsi="Malgun Gothic" w:eastAsia="Malgun Gothic"/>
                <w:b w:val="0"/>
                <w:sz w:val="14"/>
              </w:rPr>
              <w:t>C:\AI\01.sci_voc_bot\research_continuity\27_segment_feature_stress_merge_v203\segment_level_features_input_v203.csv</w:t>
            </w:r>
          </w:p>
        </w:tc>
      </w:tr>
      <w:tr>
        <w:trPr>
          <w:cantSplit/>
        </w:trPr>
        <w:tc>
          <w:tcPr>
            <w:tcW w:type="dxa" w:w="4933"/>
            <w:vAlign w:val="center"/>
          </w:tcPr>
          <w:p>
            <w:r/>
            <w:r>
              <w:rPr>
                <w:rFonts w:ascii="Malgun Gothic" w:hAnsi="Malgun Gothic" w:eastAsia="Malgun Gothic"/>
                <w:b w:val="0"/>
                <w:sz w:val="14"/>
              </w:rPr>
              <w:t>outputs.merged_csv_v205</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C:\AI\01.sci_voc_bot\research_continuity\27_segment_feature_stress_merge_v203\segment_level_features_stress_merged_v205.csv</w:t>
            </w:r>
          </w:p>
        </w:tc>
      </w:tr>
      <w:tr>
        <w:trPr>
          <w:cantSplit/>
        </w:trPr>
        <w:tc>
          <w:tcPr>
            <w:tcW w:type="dxa" w:w="4933"/>
            <w:vAlign w:val="center"/>
          </w:tcPr>
          <w:p>
            <w:r/>
            <w:r>
              <w:rPr>
                <w:rFonts w:ascii="Malgun Gothic" w:hAnsi="Malgun Gothic" w:eastAsia="Malgun Gothic"/>
                <w:b w:val="0"/>
                <w:sz w:val="14"/>
              </w:rPr>
              <w:t>outputs.merged_csv_v203_alias</w:t>
            </w:r>
          </w:p>
        </w:tc>
        <w:tc>
          <w:tcPr>
            <w:tcW w:type="dxa" w:w="4933"/>
            <w:vAlign w:val="center"/>
          </w:tcPr>
          <w:p>
            <w:r/>
            <w:r>
              <w:rPr>
                <w:rFonts w:ascii="Malgun Gothic" w:hAnsi="Malgun Gothic" w:eastAsia="Malgun Gothic"/>
                <w:b w:val="0"/>
                <w:sz w:val="14"/>
              </w:rPr>
              <w:t>C:\AI\01.sci_voc_bot\research_continuity\27_segment_feature_stress_merge_v203\segment_level_features_stress_merged_v203.csv</w:t>
            </w:r>
          </w:p>
        </w:tc>
      </w:tr>
      <w:tr>
        <w:trPr>
          <w:cantSplit/>
        </w:trPr>
        <w:tc>
          <w:tcPr>
            <w:tcW w:type="dxa" w:w="4933"/>
            <w:vAlign w:val="center"/>
          </w:tcPr>
          <w:p>
            <w:r/>
            <w:r>
              <w:rPr>
                <w:rFonts w:ascii="Malgun Gothic" w:hAnsi="Malgun Gothic" w:eastAsia="Malgun Gothic"/>
                <w:b w:val="0"/>
                <w:sz w:val="14"/>
              </w:rPr>
              <w:t>outputs.high_stress_ready_csv</w:t>
            </w:r>
          </w:p>
        </w:tc>
        <w:tc>
          <w:tcPr>
            <w:tcW w:type="dxa" w:w="4933"/>
            <w:vAlign w:val="center"/>
          </w:tcPr>
          <w:p>
            <w:r/>
            <w:r>
              <w:rPr>
                <w:rFonts w:ascii="Malgun Gothic" w:hAnsi="Malgun Gothic" w:eastAsia="Malgun Gothic"/>
                <w:b w:val="0"/>
                <w:sz w:val="14"/>
              </w:rPr>
              <w:t>C:\AI\01.sci_voc_bot\research_continuity\27_segment_feature_stress_merge_v203\high_stress_segment_ready_v203.csv</w:t>
            </w:r>
          </w:p>
        </w:tc>
      </w:tr>
      <w:tr>
        <w:trPr>
          <w:cantSplit/>
        </w:trPr>
        <w:tc>
          <w:tcPr>
            <w:tcW w:type="dxa" w:w="4933"/>
            <w:vAlign w:val="center"/>
          </w:tcPr>
          <w:p>
            <w:r/>
            <w:r>
              <w:rPr>
                <w:rFonts w:ascii="Malgun Gothic" w:hAnsi="Malgun Gothic" w:eastAsia="Malgun Gothic"/>
                <w:b w:val="0"/>
                <w:sz w:val="14"/>
              </w:rPr>
              <w:t>outputs.pair_stress_ready_csv</w:t>
            </w:r>
          </w:p>
        </w:tc>
        <w:tc>
          <w:tcPr>
            <w:tcW w:type="dxa" w:w="4933"/>
            <w:vAlign w:val="center"/>
          </w:tcPr>
          <w:p>
            <w:r/>
            <w:r>
              <w:rPr>
                <w:rFonts w:ascii="Malgun Gothic" w:hAnsi="Malgun Gothic" w:eastAsia="Malgun Gothic"/>
                <w:b w:val="0"/>
                <w:sz w:val="14"/>
              </w:rPr>
              <w:t>C:\AI\01.sci_voc_bot\research_continuity\27_segment_feature_stress_merge_v203\s0_s1_pair_stress_ready_v203.csv</w:t>
            </w:r>
          </w:p>
        </w:tc>
      </w:tr>
      <w:tr>
        <w:trPr>
          <w:cantSplit/>
        </w:trPr>
        <w:tc>
          <w:tcPr>
            <w:tcW w:type="dxa" w:w="4933"/>
            <w:vAlign w:val="center"/>
          </w:tcPr>
          <w:p>
            <w:r/>
            <w:r>
              <w:rPr>
                <w:rFonts w:ascii="Malgun Gothic" w:hAnsi="Malgun Gothic" w:eastAsia="Malgun Gothic"/>
                <w:b w:val="0"/>
                <w:sz w:val="14"/>
              </w:rPr>
              <w:t>outputs.mobile_report_html_v205</w:t>
            </w:r>
          </w:p>
        </w:tc>
        <w:tc>
          <w:tcPr>
            <w:tcW w:type="dxa" w:w="4933"/>
            <w:vAlign w:val="center"/>
          </w:tcPr>
          <w:p>
            <w:r/>
            <w:r>
              <w:rPr>
                <w:rFonts w:ascii="Malgun Gothic" w:hAnsi="Malgun Gothic" w:eastAsia="Malgun Gothic"/>
                <w:b w:val="0"/>
                <w:sz w:val="14"/>
              </w:rPr>
              <w:t>C:\AI\01.sci_voc_bot\reports\research_console\segment_level_feature_stress_merge_v205.html</w:t>
            </w:r>
          </w:p>
        </w:tc>
      </w:tr>
      <w:tr>
        <w:trPr>
          <w:cantSplit/>
        </w:trPr>
        <w:tc>
          <w:tcPr>
            <w:tcW w:type="dxa" w:w="4933"/>
            <w:vAlign w:val="center"/>
          </w:tcPr>
          <w:p>
            <w:r/>
            <w:r>
              <w:rPr>
                <w:rFonts w:ascii="Malgun Gothic" w:hAnsi="Malgun Gothic" w:eastAsia="Malgun Gothic"/>
                <w:b w:val="0"/>
                <w:sz w:val="14"/>
              </w:rPr>
              <w:t>outputs.mobile_report_html_v203_alias</w:t>
            </w:r>
          </w:p>
        </w:tc>
        <w:tc>
          <w:tcPr>
            <w:tcW w:type="dxa" w:w="4933"/>
            <w:vAlign w:val="center"/>
          </w:tcPr>
          <w:p>
            <w:r/>
            <w:r>
              <w:rPr>
                <w:rFonts w:ascii="Malgun Gothic" w:hAnsi="Malgun Gothic" w:eastAsia="Malgun Gothic"/>
                <w:b w:val="0"/>
                <w:sz w:val="14"/>
              </w:rPr>
              <w:t>C:\AI\01.sci_voc_bot\reports\research_console\segment_level_feature_stress_merge_v203.html</w:t>
            </w:r>
          </w:p>
        </w:tc>
      </w:tr>
    </w:tbl>
    <w:p/>
    <w:p>
      <w:r>
        <w:t>대용량 표의 앞/뒤 표본 및 구조 포함; 원본 전수 행은 데이터 부록 ZIP 포함</w:t>
      </w:r>
    </w:p>
    <w:p>
      <w:r>
        <w:rPr>
          <w:b/>
        </w:rPr>
        <w:t>산출물 CSV: research_continuity/27_segment_feature_stress_merge_v203/segment_level_features_input_template_v203.csv (행 500, 열 14)</w:t>
      </w:r>
    </w:p>
    <w:tbl>
      <w:tblPr>
        <w:tblStyle w:val="TableGrid"/>
        <w:tblW w:type="auto" w:w="0"/>
        <w:jc w:val="center"/>
        <w:tblLook w:firstColumn="1" w:firstRow="1" w:lastColumn="0" w:lastRow="0" w:noHBand="0" w:noVBand="1" w:val="04A0"/>
      </w:tblPr>
      <w:tblGrid>
        <w:gridCol w:w="705"/>
        <w:gridCol w:w="705"/>
        <w:gridCol w:w="705"/>
        <w:gridCol w:w="705"/>
        <w:gridCol w:w="705"/>
        <w:gridCol w:w="705"/>
        <w:gridCol w:w="705"/>
        <w:gridCol w:w="705"/>
        <w:gridCol w:w="705"/>
        <w:gridCol w:w="705"/>
        <w:gridCol w:w="705"/>
        <w:gridCol w:w="705"/>
        <w:gridCol w:w="705"/>
        <w:gridCol w:w="705"/>
      </w:tblGrid>
      <w:tr>
        <w:trPr>
          <w:tblHeader w:val="true"/>
          <w:cantSplit/>
        </w:trPr>
        <w:tc>
          <w:tcPr>
            <w:tcW w:type="dxa" w:w="705"/>
          </w:tcPr>
          <w:p>
            <w:r/>
            <w:r>
              <w:rPr>
                <w:rFonts w:ascii="Malgun Gothic" w:hAnsi="Malgun Gothic" w:eastAsia="Malgun Gothic"/>
                <w:b/>
                <w:sz w:val="14"/>
              </w:rPr>
              <w:t>segment_id</w:t>
            </w:r>
          </w:p>
        </w:tc>
        <w:tc>
          <w:tcPr>
            <w:tcW w:type="dxa" w:w="705"/>
          </w:tcPr>
          <w:p>
            <w:r/>
            <w:r>
              <w:rPr>
                <w:rFonts w:ascii="Malgun Gothic" w:hAnsi="Malgun Gothic" w:eastAsia="Malgun Gothic"/>
                <w:b/>
                <w:sz w:val="14"/>
              </w:rPr>
              <w:t>audio_name</w:t>
            </w:r>
          </w:p>
        </w:tc>
        <w:tc>
          <w:tcPr>
            <w:tcW w:type="dxa" w:w="705"/>
          </w:tcPr>
          <w:p>
            <w:r/>
            <w:r>
              <w:rPr>
                <w:rFonts w:ascii="Malgun Gothic" w:hAnsi="Malgun Gothic" w:eastAsia="Malgun Gothic"/>
                <w:b/>
                <w:sz w:val="14"/>
              </w:rPr>
              <w:t>speaker</w:t>
            </w:r>
          </w:p>
        </w:tc>
        <w:tc>
          <w:tcPr>
            <w:tcW w:type="dxa" w:w="705"/>
          </w:tcPr>
          <w:p>
            <w:r/>
            <w:r>
              <w:rPr>
                <w:rFonts w:ascii="Malgun Gothic" w:hAnsi="Malgun Gothic" w:eastAsia="Malgun Gothic"/>
                <w:b/>
                <w:sz w:val="14"/>
              </w:rPr>
              <w:t>start_sec</w:t>
            </w:r>
          </w:p>
        </w:tc>
        <w:tc>
          <w:tcPr>
            <w:tcW w:type="dxa" w:w="705"/>
          </w:tcPr>
          <w:p>
            <w:r/>
            <w:r>
              <w:rPr>
                <w:rFonts w:ascii="Malgun Gothic" w:hAnsi="Malgun Gothic" w:eastAsia="Malgun Gothic"/>
                <w:b/>
                <w:sz w:val="14"/>
              </w:rPr>
              <w:t>end_sec</w:t>
            </w:r>
          </w:p>
        </w:tc>
        <w:tc>
          <w:tcPr>
            <w:tcW w:type="dxa" w:w="705"/>
          </w:tcPr>
          <w:p>
            <w:r/>
            <w:r>
              <w:rPr>
                <w:rFonts w:ascii="Malgun Gothic" w:hAnsi="Malgun Gothic" w:eastAsia="Malgun Gothic"/>
                <w:b/>
                <w:sz w:val="14"/>
              </w:rPr>
              <w:t>duration_sec</w:t>
            </w:r>
          </w:p>
        </w:tc>
        <w:tc>
          <w:tcPr>
            <w:tcW w:type="dxa" w:w="705"/>
          </w:tcPr>
          <w:p>
            <w:r/>
            <w:r>
              <w:rPr>
                <w:rFonts w:ascii="Malgun Gothic" w:hAnsi="Malgun Gothic" w:eastAsia="Malgun Gothic"/>
                <w:b/>
                <w:sz w:val="14"/>
              </w:rPr>
              <w:t>text</w:t>
            </w:r>
          </w:p>
        </w:tc>
        <w:tc>
          <w:tcPr>
            <w:tcW w:type="dxa" w:w="705"/>
          </w:tcPr>
          <w:p>
            <w:r/>
            <w:r>
              <w:rPr>
                <w:rFonts w:ascii="Malgun Gothic" w:hAnsi="Malgun Gothic" w:eastAsia="Malgun Gothic"/>
                <w:b/>
                <w:sz w:val="14"/>
              </w:rPr>
              <w:t>word_count</w:t>
            </w:r>
          </w:p>
        </w:tc>
        <w:tc>
          <w:tcPr>
            <w:tcW w:type="dxa" w:w="705"/>
          </w:tcPr>
          <w:p>
            <w:r/>
            <w:r>
              <w:rPr>
                <w:rFonts w:ascii="Malgun Gothic" w:hAnsi="Malgun Gothic" w:eastAsia="Malgun Gothic"/>
                <w:b/>
                <w:sz w:val="14"/>
              </w:rPr>
              <w:t>energy_mean</w:t>
            </w:r>
          </w:p>
        </w:tc>
        <w:tc>
          <w:tcPr>
            <w:tcW w:type="dxa" w:w="705"/>
          </w:tcPr>
          <w:p>
            <w:r/>
            <w:r>
              <w:rPr>
                <w:rFonts w:ascii="Malgun Gothic" w:hAnsi="Malgun Gothic" w:eastAsia="Malgun Gothic"/>
                <w:b/>
                <w:sz w:val="14"/>
              </w:rPr>
              <w:t>pitch_mean</w:t>
            </w:r>
          </w:p>
        </w:tc>
        <w:tc>
          <w:tcPr>
            <w:tcW w:type="dxa" w:w="705"/>
          </w:tcPr>
          <w:p>
            <w:r/>
            <w:r>
              <w:rPr>
                <w:rFonts w:ascii="Malgun Gothic" w:hAnsi="Malgun Gothic" w:eastAsia="Malgun Gothic"/>
                <w:b/>
                <w:sz w:val="14"/>
              </w:rPr>
              <w:t>wpm</w:t>
            </w:r>
          </w:p>
        </w:tc>
        <w:tc>
          <w:tcPr>
            <w:tcW w:type="dxa" w:w="705"/>
          </w:tcPr>
          <w:p>
            <w:r/>
            <w:r>
              <w:rPr>
                <w:rFonts w:ascii="Malgun Gothic" w:hAnsi="Malgun Gothic" w:eastAsia="Malgun Gothic"/>
                <w:b/>
                <w:sz w:val="14"/>
              </w:rPr>
              <w:t>stress_score</w:t>
            </w:r>
          </w:p>
        </w:tc>
        <w:tc>
          <w:tcPr>
            <w:tcW w:type="dxa" w:w="705"/>
          </w:tcPr>
          <w:p>
            <w:r/>
            <w:r>
              <w:rPr>
                <w:rFonts w:ascii="Malgun Gothic" w:hAnsi="Malgun Gothic" w:eastAsia="Malgun Gothic"/>
                <w:b/>
                <w:sz w:val="14"/>
              </w:rPr>
              <w:t>merge_status</w:t>
            </w:r>
          </w:p>
        </w:tc>
        <w:tc>
          <w:tcPr>
            <w:tcW w:type="dxa" w:w="705"/>
          </w:tcPr>
          <w:p>
            <w:r/>
            <w:r>
              <w:rPr>
                <w:rFonts w:ascii="Malgun Gothic" w:hAnsi="Malgun Gothic" w:eastAsia="Malgun Gothic"/>
                <w:b/>
                <w:sz w:val="14"/>
              </w:rPr>
              <w:t>role_mapping</w:t>
            </w:r>
          </w:p>
        </w:tc>
      </w:tr>
      <w:tr>
        <w:trPr>
          <w:cantSplit/>
        </w:trPr>
        <w:tc>
          <w:tcPr>
            <w:tcW w:type="dxa" w:w="705"/>
            <w:vAlign w:val="center"/>
          </w:tcPr>
          <w:p>
            <w:r/>
            <w:r>
              <w:rPr>
                <w:rFonts w:ascii="Malgun Gothic" w:hAnsi="Malgun Gothic" w:eastAsia="Malgun Gothic"/>
                <w:b w:val="0"/>
                <w:sz w:val="14"/>
              </w:rPr>
              <w:t>00__350002022300000__SPEAKER_00__0.031_3.119__000001</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0.031</w:t>
            </w:r>
          </w:p>
        </w:tc>
        <w:tc>
          <w:tcPr>
            <w:tcW w:type="dxa" w:w="705"/>
            <w:vAlign w:val="center"/>
          </w:tcPr>
          <w:p>
            <w:r/>
            <w:r>
              <w:rPr>
                <w:rFonts w:ascii="Malgun Gothic" w:hAnsi="Malgun Gothic" w:eastAsia="Malgun Gothic"/>
                <w:b w:val="0"/>
                <w:sz w:val="14"/>
              </w:rPr>
              <w:t>3.119</w:t>
            </w:r>
          </w:p>
        </w:tc>
        <w:tc>
          <w:tcPr>
            <w:tcW w:type="dxa" w:w="705"/>
            <w:vAlign w:val="center"/>
          </w:tcPr>
          <w:p>
            <w:r/>
            <w:r>
              <w:rPr>
                <w:rFonts w:ascii="Malgun Gothic" w:hAnsi="Malgun Gothic" w:eastAsia="Malgun Gothic"/>
                <w:b w:val="0"/>
                <w:sz w:val="14"/>
              </w:rPr>
              <w:t>3.088</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00__350002022300000__SPEAKER_01__4.267_7.439__000002</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4.267</w:t>
            </w:r>
          </w:p>
        </w:tc>
        <w:tc>
          <w:tcPr>
            <w:tcW w:type="dxa" w:w="705"/>
            <w:vAlign w:val="center"/>
          </w:tcPr>
          <w:p>
            <w:r/>
            <w:r>
              <w:rPr>
                <w:rFonts w:ascii="Malgun Gothic" w:hAnsi="Malgun Gothic" w:eastAsia="Malgun Gothic"/>
                <w:b w:val="0"/>
                <w:sz w:val="14"/>
              </w:rPr>
              <w:t>7.439</w:t>
            </w:r>
          </w:p>
        </w:tc>
        <w:tc>
          <w:tcPr>
            <w:tcW w:type="dxa" w:w="705"/>
            <w:vAlign w:val="center"/>
          </w:tcPr>
          <w:p>
            <w:r/>
            <w:r>
              <w:rPr>
                <w:rFonts w:ascii="Malgun Gothic" w:hAnsi="Malgun Gothic" w:eastAsia="Malgun Gothic"/>
                <w:b w:val="0"/>
                <w:sz w:val="14"/>
              </w:rPr>
              <w:t>3.172</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00__350002022300000__SPEAKER_00__4.283_4.570__000003</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4.283</w:t>
            </w:r>
          </w:p>
        </w:tc>
        <w:tc>
          <w:tcPr>
            <w:tcW w:type="dxa" w:w="705"/>
            <w:vAlign w:val="center"/>
          </w:tcPr>
          <w:p>
            <w:r/>
            <w:r>
              <w:rPr>
                <w:rFonts w:ascii="Malgun Gothic" w:hAnsi="Malgun Gothic" w:eastAsia="Malgun Gothic"/>
                <w:b w:val="0"/>
                <w:sz w:val="14"/>
              </w:rPr>
              <w:t>4.57</w:t>
            </w:r>
          </w:p>
        </w:tc>
        <w:tc>
          <w:tcPr>
            <w:tcW w:type="dxa" w:w="705"/>
            <w:vAlign w:val="center"/>
          </w:tcPr>
          <w:p>
            <w:r/>
            <w:r>
              <w:rPr>
                <w:rFonts w:ascii="Malgun Gothic" w:hAnsi="Malgun Gothic" w:eastAsia="Malgun Gothic"/>
                <w:b w:val="0"/>
                <w:sz w:val="14"/>
              </w:rPr>
              <w:t>0.287</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00__350002022300000__SPEAKER_00__5.768_6.832__000004</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5.768</w:t>
            </w:r>
          </w:p>
        </w:tc>
        <w:tc>
          <w:tcPr>
            <w:tcW w:type="dxa" w:w="705"/>
            <w:vAlign w:val="center"/>
          </w:tcPr>
          <w:p>
            <w:r/>
            <w:r>
              <w:rPr>
                <w:rFonts w:ascii="Malgun Gothic" w:hAnsi="Malgun Gothic" w:eastAsia="Malgun Gothic"/>
                <w:b w:val="0"/>
                <w:sz w:val="14"/>
              </w:rPr>
              <w:t>6.832</w:t>
            </w:r>
          </w:p>
        </w:tc>
        <w:tc>
          <w:tcPr>
            <w:tcW w:type="dxa" w:w="705"/>
            <w:vAlign w:val="center"/>
          </w:tcPr>
          <w:p>
            <w:r/>
            <w:r>
              <w:rPr>
                <w:rFonts w:ascii="Malgun Gothic" w:hAnsi="Malgun Gothic" w:eastAsia="Malgun Gothic"/>
                <w:b w:val="0"/>
                <w:sz w:val="14"/>
              </w:rPr>
              <w:t>1.063</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00__350002022300000__SPEAKER_01__7.760_10.679__000005</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7.76</w:t>
            </w:r>
          </w:p>
        </w:tc>
        <w:tc>
          <w:tcPr>
            <w:tcW w:type="dxa" w:w="705"/>
            <w:vAlign w:val="center"/>
          </w:tcPr>
          <w:p>
            <w:r/>
            <w:r>
              <w:rPr>
                <w:rFonts w:ascii="Malgun Gothic" w:hAnsi="Malgun Gothic" w:eastAsia="Malgun Gothic"/>
                <w:b w:val="0"/>
                <w:sz w:val="14"/>
              </w:rPr>
              <w:t>10.679</w:t>
            </w:r>
          </w:p>
        </w:tc>
        <w:tc>
          <w:tcPr>
            <w:tcW w:type="dxa" w:w="705"/>
            <w:vAlign w:val="center"/>
          </w:tcPr>
          <w:p>
            <w:r/>
            <w:r>
              <w:rPr>
                <w:rFonts w:ascii="Malgun Gothic" w:hAnsi="Malgun Gothic" w:eastAsia="Malgun Gothic"/>
                <w:b w:val="0"/>
                <w:sz w:val="14"/>
              </w:rPr>
              <w:t>2.919</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00__350002022300000__SPEAKER_00__10.679_10.797__000006</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10.679</w:t>
            </w:r>
          </w:p>
        </w:tc>
        <w:tc>
          <w:tcPr>
            <w:tcW w:type="dxa" w:w="705"/>
            <w:vAlign w:val="center"/>
          </w:tcPr>
          <w:p>
            <w:r/>
            <w:r>
              <w:rPr>
                <w:rFonts w:ascii="Malgun Gothic" w:hAnsi="Malgun Gothic" w:eastAsia="Malgun Gothic"/>
                <w:b w:val="0"/>
                <w:sz w:val="14"/>
              </w:rPr>
              <w:t>10.797</w:t>
            </w:r>
          </w:p>
        </w:tc>
        <w:tc>
          <w:tcPr>
            <w:tcW w:type="dxa" w:w="705"/>
            <w:vAlign w:val="center"/>
          </w:tcPr>
          <w:p>
            <w:r/>
            <w:r>
              <w:rPr>
                <w:rFonts w:ascii="Malgun Gothic" w:hAnsi="Malgun Gothic" w:eastAsia="Malgun Gothic"/>
                <w:b w:val="0"/>
                <w:sz w:val="14"/>
              </w:rPr>
              <w:t>0.118</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00__350002022300000__SPEAKER_01__10.797_10.932__000007</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10.797</w:t>
            </w:r>
          </w:p>
        </w:tc>
        <w:tc>
          <w:tcPr>
            <w:tcW w:type="dxa" w:w="705"/>
            <w:vAlign w:val="center"/>
          </w:tcPr>
          <w:p>
            <w:r/>
            <w:r>
              <w:rPr>
                <w:rFonts w:ascii="Malgun Gothic" w:hAnsi="Malgun Gothic" w:eastAsia="Malgun Gothic"/>
                <w:b w:val="0"/>
                <w:sz w:val="14"/>
              </w:rPr>
              <w:t>10.932</w:t>
            </w:r>
          </w:p>
        </w:tc>
        <w:tc>
          <w:tcPr>
            <w:tcW w:type="dxa" w:w="705"/>
            <w:vAlign w:val="center"/>
          </w:tcPr>
          <w:p>
            <w:r/>
            <w:r>
              <w:rPr>
                <w:rFonts w:ascii="Malgun Gothic" w:hAnsi="Malgun Gothic" w:eastAsia="Malgun Gothic"/>
                <w:b w:val="0"/>
                <w:sz w:val="14"/>
              </w:rPr>
              <w:t>0.135</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00__350002022300000__SPEAKER_01__12.164_19.471__000008</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12.164</w:t>
            </w:r>
          </w:p>
        </w:tc>
        <w:tc>
          <w:tcPr>
            <w:tcW w:type="dxa" w:w="705"/>
            <w:vAlign w:val="center"/>
          </w:tcPr>
          <w:p>
            <w:r/>
            <w:r>
              <w:rPr>
                <w:rFonts w:ascii="Malgun Gothic" w:hAnsi="Malgun Gothic" w:eastAsia="Malgun Gothic"/>
                <w:b w:val="0"/>
                <w:sz w:val="14"/>
              </w:rPr>
              <w:t>19.471</w:t>
            </w:r>
          </w:p>
        </w:tc>
        <w:tc>
          <w:tcPr>
            <w:tcW w:type="dxa" w:w="705"/>
            <w:vAlign w:val="center"/>
          </w:tcPr>
          <w:p>
            <w:r/>
            <w:r>
              <w:rPr>
                <w:rFonts w:ascii="Malgun Gothic" w:hAnsi="Malgun Gothic" w:eastAsia="Malgun Gothic"/>
                <w:b w:val="0"/>
                <w:sz w:val="14"/>
              </w:rPr>
              <w:t>7.307</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00__350002022300000__SPEAKER_00__19.690_19.977__000009</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19.69</w:t>
            </w:r>
          </w:p>
        </w:tc>
        <w:tc>
          <w:tcPr>
            <w:tcW w:type="dxa" w:w="705"/>
            <w:vAlign w:val="center"/>
          </w:tcPr>
          <w:p>
            <w:r/>
            <w:r>
              <w:rPr>
                <w:rFonts w:ascii="Malgun Gothic" w:hAnsi="Malgun Gothic" w:eastAsia="Malgun Gothic"/>
                <w:b w:val="0"/>
                <w:sz w:val="14"/>
              </w:rPr>
              <w:t>19.977</w:t>
            </w:r>
          </w:p>
        </w:tc>
        <w:tc>
          <w:tcPr>
            <w:tcW w:type="dxa" w:w="705"/>
            <w:vAlign w:val="center"/>
          </w:tcPr>
          <w:p>
            <w:r/>
            <w:r>
              <w:rPr>
                <w:rFonts w:ascii="Malgun Gothic" w:hAnsi="Malgun Gothic" w:eastAsia="Malgun Gothic"/>
                <w:b w:val="0"/>
                <w:sz w:val="14"/>
              </w:rPr>
              <w:t>0.287</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00__350002022300000__SPEAKER_01__19.977_20.281__000010</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19.977</w:t>
            </w:r>
          </w:p>
        </w:tc>
        <w:tc>
          <w:tcPr>
            <w:tcW w:type="dxa" w:w="705"/>
            <w:vAlign w:val="center"/>
          </w:tcPr>
          <w:p>
            <w:r/>
            <w:r>
              <w:rPr>
                <w:rFonts w:ascii="Malgun Gothic" w:hAnsi="Malgun Gothic" w:eastAsia="Malgun Gothic"/>
                <w:b w:val="0"/>
                <w:sz w:val="14"/>
              </w:rPr>
              <w:t>20.281</w:t>
            </w:r>
          </w:p>
        </w:tc>
        <w:tc>
          <w:tcPr>
            <w:tcW w:type="dxa" w:w="705"/>
            <w:vAlign w:val="center"/>
          </w:tcPr>
          <w:p>
            <w:r/>
            <w:r>
              <w:rPr>
                <w:rFonts w:ascii="Malgun Gothic" w:hAnsi="Malgun Gothic" w:eastAsia="Malgun Gothic"/>
                <w:b w:val="0"/>
                <w:sz w:val="14"/>
              </w:rPr>
              <w:t>0.304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00__350002022300000__SPEAKER_01__21.817_28.735__000011</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21.817</w:t>
            </w:r>
          </w:p>
        </w:tc>
        <w:tc>
          <w:tcPr>
            <w:tcW w:type="dxa" w:w="705"/>
            <w:vAlign w:val="center"/>
          </w:tcPr>
          <w:p>
            <w:r/>
            <w:r>
              <w:rPr>
                <w:rFonts w:ascii="Malgun Gothic" w:hAnsi="Malgun Gothic" w:eastAsia="Malgun Gothic"/>
                <w:b w:val="0"/>
                <w:sz w:val="14"/>
              </w:rPr>
              <w:t>28.735</w:t>
            </w:r>
          </w:p>
        </w:tc>
        <w:tc>
          <w:tcPr>
            <w:tcW w:type="dxa" w:w="705"/>
            <w:vAlign w:val="center"/>
          </w:tcPr>
          <w:p>
            <w:r/>
            <w:r>
              <w:rPr>
                <w:rFonts w:ascii="Malgun Gothic" w:hAnsi="Malgun Gothic" w:eastAsia="Malgun Gothic"/>
                <w:b w:val="0"/>
                <w:sz w:val="14"/>
              </w:rPr>
              <w:t>6.919</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00__350002022300000__SPEAKER_00__28.313_28.347__000012</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28.313</w:t>
            </w:r>
          </w:p>
        </w:tc>
        <w:tc>
          <w:tcPr>
            <w:tcW w:type="dxa" w:w="705"/>
            <w:vAlign w:val="center"/>
          </w:tcPr>
          <w:p>
            <w:r/>
            <w:r>
              <w:rPr>
                <w:rFonts w:ascii="Malgun Gothic" w:hAnsi="Malgun Gothic" w:eastAsia="Malgun Gothic"/>
                <w:b w:val="0"/>
                <w:sz w:val="14"/>
              </w:rPr>
              <w:t>28.347</w:t>
            </w:r>
          </w:p>
        </w:tc>
        <w:tc>
          <w:tcPr>
            <w:tcW w:type="dxa" w:w="705"/>
            <w:vAlign w:val="center"/>
          </w:tcPr>
          <w:p>
            <w:r/>
            <w:r>
              <w:rPr>
                <w:rFonts w:ascii="Malgun Gothic" w:hAnsi="Malgun Gothic" w:eastAsia="Malgun Gothic"/>
                <w:b w:val="0"/>
                <w:sz w:val="14"/>
              </w:rPr>
              <w:t>0.034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00__350002022300000__SPEAKER_01__29.123_32.718__000013</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29.123</w:t>
            </w:r>
          </w:p>
        </w:tc>
        <w:tc>
          <w:tcPr>
            <w:tcW w:type="dxa" w:w="705"/>
            <w:vAlign w:val="center"/>
          </w:tcPr>
          <w:p>
            <w:r/>
            <w:r>
              <w:rPr>
                <w:rFonts w:ascii="Malgun Gothic" w:hAnsi="Malgun Gothic" w:eastAsia="Malgun Gothic"/>
                <w:b w:val="0"/>
                <w:sz w:val="14"/>
              </w:rPr>
              <w:t>32.718</w:t>
            </w:r>
          </w:p>
        </w:tc>
        <w:tc>
          <w:tcPr>
            <w:tcW w:type="dxa" w:w="705"/>
            <w:vAlign w:val="center"/>
          </w:tcPr>
          <w:p>
            <w:r/>
            <w:r>
              <w:rPr>
                <w:rFonts w:ascii="Malgun Gothic" w:hAnsi="Malgun Gothic" w:eastAsia="Malgun Gothic"/>
                <w:b w:val="0"/>
                <w:sz w:val="14"/>
              </w:rPr>
              <w:t>3.594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00__350002022300000__SPEAKER_00__35.367_36.903__000014</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35.367</w:t>
            </w:r>
          </w:p>
        </w:tc>
        <w:tc>
          <w:tcPr>
            <w:tcW w:type="dxa" w:w="705"/>
            <w:vAlign w:val="center"/>
          </w:tcPr>
          <w:p>
            <w:r/>
            <w:r>
              <w:rPr>
                <w:rFonts w:ascii="Malgun Gothic" w:hAnsi="Malgun Gothic" w:eastAsia="Malgun Gothic"/>
                <w:b w:val="0"/>
                <w:sz w:val="14"/>
              </w:rPr>
              <w:t>36.903</w:t>
            </w:r>
          </w:p>
        </w:tc>
        <w:tc>
          <w:tcPr>
            <w:tcW w:type="dxa" w:w="705"/>
            <w:vAlign w:val="center"/>
          </w:tcPr>
          <w:p>
            <w:r/>
            <w:r>
              <w:rPr>
                <w:rFonts w:ascii="Malgun Gothic" w:hAnsi="Malgun Gothic" w:eastAsia="Malgun Gothic"/>
                <w:b w:val="0"/>
                <w:sz w:val="14"/>
              </w:rPr>
              <w:t>1.536</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00__350002022300000__SPEAKER_01__38.354_38.405__000015</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38.354</w:t>
            </w:r>
          </w:p>
        </w:tc>
        <w:tc>
          <w:tcPr>
            <w:tcW w:type="dxa" w:w="705"/>
            <w:vAlign w:val="center"/>
          </w:tcPr>
          <w:p>
            <w:r/>
            <w:r>
              <w:rPr>
                <w:rFonts w:ascii="Malgun Gothic" w:hAnsi="Malgun Gothic" w:eastAsia="Malgun Gothic"/>
                <w:b w:val="0"/>
                <w:sz w:val="14"/>
              </w:rPr>
              <w:t>38.405</w:t>
            </w:r>
          </w:p>
        </w:tc>
        <w:tc>
          <w:tcPr>
            <w:tcW w:type="dxa" w:w="705"/>
            <w:vAlign w:val="center"/>
          </w:tcPr>
          <w:p>
            <w:r/>
            <w:r>
              <w:rPr>
                <w:rFonts w:ascii="Malgun Gothic" w:hAnsi="Malgun Gothic" w:eastAsia="Malgun Gothic"/>
                <w:b w:val="0"/>
                <w:sz w:val="14"/>
              </w:rPr>
              <w:t>0.051</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00__350002022300000__SPEAKER_01__38.911_45.425__000016</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38.911</w:t>
            </w:r>
          </w:p>
        </w:tc>
        <w:tc>
          <w:tcPr>
            <w:tcW w:type="dxa" w:w="705"/>
            <w:vAlign w:val="center"/>
          </w:tcPr>
          <w:p>
            <w:r/>
            <w:r>
              <w:rPr>
                <w:rFonts w:ascii="Malgun Gothic" w:hAnsi="Malgun Gothic" w:eastAsia="Malgun Gothic"/>
                <w:b w:val="0"/>
                <w:sz w:val="14"/>
              </w:rPr>
              <w:t>45.425</w:t>
            </w:r>
          </w:p>
        </w:tc>
        <w:tc>
          <w:tcPr>
            <w:tcW w:type="dxa" w:w="705"/>
            <w:vAlign w:val="center"/>
          </w:tcPr>
          <w:p>
            <w:r/>
            <w:r>
              <w:rPr>
                <w:rFonts w:ascii="Malgun Gothic" w:hAnsi="Malgun Gothic" w:eastAsia="Malgun Gothic"/>
                <w:b w:val="0"/>
                <w:sz w:val="14"/>
              </w:rPr>
              <w:t>6.514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00__350002022300000__SPEAKER_00__40.193_40.936__000017</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40.193</w:t>
            </w:r>
          </w:p>
        </w:tc>
        <w:tc>
          <w:tcPr>
            <w:tcW w:type="dxa" w:w="705"/>
            <w:vAlign w:val="center"/>
          </w:tcPr>
          <w:p>
            <w:r/>
            <w:r>
              <w:rPr>
                <w:rFonts w:ascii="Malgun Gothic" w:hAnsi="Malgun Gothic" w:eastAsia="Malgun Gothic"/>
                <w:b w:val="0"/>
                <w:sz w:val="14"/>
              </w:rPr>
              <w:t>40.936</w:t>
            </w:r>
          </w:p>
        </w:tc>
        <w:tc>
          <w:tcPr>
            <w:tcW w:type="dxa" w:w="705"/>
            <w:vAlign w:val="center"/>
          </w:tcPr>
          <w:p>
            <w:r/>
            <w:r>
              <w:rPr>
                <w:rFonts w:ascii="Malgun Gothic" w:hAnsi="Malgun Gothic" w:eastAsia="Malgun Gothic"/>
                <w:b w:val="0"/>
                <w:sz w:val="14"/>
              </w:rPr>
              <w:t>0.742</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00__350002022300000__SPEAKER_01__45.627_48.040__000018</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45.627</w:t>
            </w:r>
          </w:p>
        </w:tc>
        <w:tc>
          <w:tcPr>
            <w:tcW w:type="dxa" w:w="705"/>
            <w:vAlign w:val="center"/>
          </w:tcPr>
          <w:p>
            <w:r/>
            <w:r>
              <w:rPr>
                <w:rFonts w:ascii="Malgun Gothic" w:hAnsi="Malgun Gothic" w:eastAsia="Malgun Gothic"/>
                <w:b w:val="0"/>
                <w:sz w:val="14"/>
              </w:rPr>
              <w:t>48.04</w:t>
            </w:r>
          </w:p>
        </w:tc>
        <w:tc>
          <w:tcPr>
            <w:tcW w:type="dxa" w:w="705"/>
            <w:vAlign w:val="center"/>
          </w:tcPr>
          <w:p>
            <w:r/>
            <w:r>
              <w:rPr>
                <w:rFonts w:ascii="Malgun Gothic" w:hAnsi="Malgun Gothic" w:eastAsia="Malgun Gothic"/>
                <w:b w:val="0"/>
                <w:sz w:val="14"/>
              </w:rPr>
              <w:t>2.413</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00__350002022300000__SPEAKER_00__45.779_46.133__000019</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45.779</w:t>
            </w:r>
          </w:p>
        </w:tc>
        <w:tc>
          <w:tcPr>
            <w:tcW w:type="dxa" w:w="705"/>
            <w:vAlign w:val="center"/>
          </w:tcPr>
          <w:p>
            <w:r/>
            <w:r>
              <w:rPr>
                <w:rFonts w:ascii="Malgun Gothic" w:hAnsi="Malgun Gothic" w:eastAsia="Malgun Gothic"/>
                <w:b w:val="0"/>
                <w:sz w:val="14"/>
              </w:rPr>
              <w:t>46.133</w:t>
            </w:r>
          </w:p>
        </w:tc>
        <w:tc>
          <w:tcPr>
            <w:tcW w:type="dxa" w:w="705"/>
            <w:vAlign w:val="center"/>
          </w:tcPr>
          <w:p>
            <w:r/>
            <w:r>
              <w:rPr>
                <w:rFonts w:ascii="Malgun Gothic" w:hAnsi="Malgun Gothic" w:eastAsia="Malgun Gothic"/>
                <w:b w:val="0"/>
                <w:sz w:val="14"/>
              </w:rPr>
              <w:t>0.354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00__350002022300000__SPEAKER_01__49.593_54.487__000020</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49.593</w:t>
            </w:r>
          </w:p>
        </w:tc>
        <w:tc>
          <w:tcPr>
            <w:tcW w:type="dxa" w:w="705"/>
            <w:vAlign w:val="center"/>
          </w:tcPr>
          <w:p>
            <w:r/>
            <w:r>
              <w:rPr>
                <w:rFonts w:ascii="Malgun Gothic" w:hAnsi="Malgun Gothic" w:eastAsia="Malgun Gothic"/>
                <w:b w:val="0"/>
                <w:sz w:val="14"/>
              </w:rPr>
              <w:t>54.487</w:t>
            </w:r>
          </w:p>
        </w:tc>
        <w:tc>
          <w:tcPr>
            <w:tcW w:type="dxa" w:w="705"/>
            <w:vAlign w:val="center"/>
          </w:tcPr>
          <w:p>
            <w:r/>
            <w:r>
              <w:rPr>
                <w:rFonts w:ascii="Malgun Gothic" w:hAnsi="Malgun Gothic" w:eastAsia="Malgun Gothic"/>
                <w:b w:val="0"/>
                <w:sz w:val="14"/>
              </w:rPr>
              <w:t>4.894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00__350002022300000__SPEAKER_00__54.250_54.470__000021</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54.25</w:t>
            </w:r>
          </w:p>
        </w:tc>
        <w:tc>
          <w:tcPr>
            <w:tcW w:type="dxa" w:w="705"/>
            <w:vAlign w:val="center"/>
          </w:tcPr>
          <w:p>
            <w:r/>
            <w:r>
              <w:rPr>
                <w:rFonts w:ascii="Malgun Gothic" w:hAnsi="Malgun Gothic" w:eastAsia="Malgun Gothic"/>
                <w:b w:val="0"/>
                <w:sz w:val="14"/>
              </w:rPr>
              <w:t>54.47</w:t>
            </w:r>
          </w:p>
        </w:tc>
        <w:tc>
          <w:tcPr>
            <w:tcW w:type="dxa" w:w="705"/>
            <w:vAlign w:val="center"/>
          </w:tcPr>
          <w:p>
            <w:r/>
            <w:r>
              <w:rPr>
                <w:rFonts w:ascii="Malgun Gothic" w:hAnsi="Malgun Gothic" w:eastAsia="Malgun Gothic"/>
                <w:b w:val="0"/>
                <w:sz w:val="14"/>
              </w:rPr>
              <w:t>0.219</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00__350002022300000__SPEAKER_00__54.487_54.773__000022</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54.487</w:t>
            </w:r>
          </w:p>
        </w:tc>
        <w:tc>
          <w:tcPr>
            <w:tcW w:type="dxa" w:w="705"/>
            <w:vAlign w:val="center"/>
          </w:tcPr>
          <w:p>
            <w:r/>
            <w:r>
              <w:rPr>
                <w:rFonts w:ascii="Malgun Gothic" w:hAnsi="Malgun Gothic" w:eastAsia="Malgun Gothic"/>
                <w:b w:val="0"/>
                <w:sz w:val="14"/>
              </w:rPr>
              <w:t>54.773</w:t>
            </w:r>
          </w:p>
        </w:tc>
        <w:tc>
          <w:tcPr>
            <w:tcW w:type="dxa" w:w="705"/>
            <w:vAlign w:val="center"/>
          </w:tcPr>
          <w:p>
            <w:r/>
            <w:r>
              <w:rPr>
                <w:rFonts w:ascii="Malgun Gothic" w:hAnsi="Malgun Gothic" w:eastAsia="Malgun Gothic"/>
                <w:b w:val="0"/>
                <w:sz w:val="14"/>
              </w:rPr>
              <w:t>0.287</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00__350002022300000__SPEAKER_01__54.959_56.714__000023</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54.959</w:t>
            </w:r>
          </w:p>
        </w:tc>
        <w:tc>
          <w:tcPr>
            <w:tcW w:type="dxa" w:w="705"/>
            <w:vAlign w:val="center"/>
          </w:tcPr>
          <w:p>
            <w:r/>
            <w:r>
              <w:rPr>
                <w:rFonts w:ascii="Malgun Gothic" w:hAnsi="Malgun Gothic" w:eastAsia="Malgun Gothic"/>
                <w:b w:val="0"/>
                <w:sz w:val="14"/>
              </w:rPr>
              <w:t>56.714</w:t>
            </w:r>
          </w:p>
        </w:tc>
        <w:tc>
          <w:tcPr>
            <w:tcW w:type="dxa" w:w="705"/>
            <w:vAlign w:val="center"/>
          </w:tcPr>
          <w:p>
            <w:r/>
            <w:r>
              <w:rPr>
                <w:rFonts w:ascii="Malgun Gothic" w:hAnsi="Malgun Gothic" w:eastAsia="Malgun Gothic"/>
                <w:b w:val="0"/>
                <w:sz w:val="14"/>
              </w:rPr>
              <w:t>1.755</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00__350002022300000__SPEAKER_01__56.849_57.220__000024</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56.849</w:t>
            </w:r>
          </w:p>
        </w:tc>
        <w:tc>
          <w:tcPr>
            <w:tcW w:type="dxa" w:w="705"/>
            <w:vAlign w:val="center"/>
          </w:tcPr>
          <w:p>
            <w:r/>
            <w:r>
              <w:rPr>
                <w:rFonts w:ascii="Malgun Gothic" w:hAnsi="Malgun Gothic" w:eastAsia="Malgun Gothic"/>
                <w:b w:val="0"/>
                <w:sz w:val="14"/>
              </w:rPr>
              <w:t>57.22</w:t>
            </w:r>
          </w:p>
        </w:tc>
        <w:tc>
          <w:tcPr>
            <w:tcW w:type="dxa" w:w="705"/>
            <w:vAlign w:val="center"/>
          </w:tcPr>
          <w:p>
            <w:r/>
            <w:r>
              <w:rPr>
                <w:rFonts w:ascii="Malgun Gothic" w:hAnsi="Malgun Gothic" w:eastAsia="Malgun Gothic"/>
                <w:b w:val="0"/>
                <w:sz w:val="14"/>
              </w:rPr>
              <w:t>0.371</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00__350002022300000__SPEAKER_01__58.925_63.886__000025</w:t>
            </w:r>
          </w:p>
        </w:tc>
        <w:tc>
          <w:tcPr>
            <w:tcW w:type="dxa" w:w="705"/>
            <w:vAlign w:val="center"/>
          </w:tcPr>
          <w:p>
            <w:r/>
            <w:r>
              <w:rPr>
                <w:rFonts w:ascii="Malgun Gothic" w:hAnsi="Malgun Gothic" w:eastAsia="Malgun Gothic"/>
                <w:b w:val="0"/>
                <w:sz w:val="14"/>
              </w:rPr>
              <w:t>00__350002022300000.wav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58.925</w:t>
            </w:r>
          </w:p>
        </w:tc>
        <w:tc>
          <w:tcPr>
            <w:tcW w:type="dxa" w:w="705"/>
            <w:vAlign w:val="center"/>
          </w:tcPr>
          <w:p>
            <w:r/>
            <w:r>
              <w:rPr>
                <w:rFonts w:ascii="Malgun Gothic" w:hAnsi="Malgun Gothic" w:eastAsia="Malgun Gothic"/>
                <w:b w:val="0"/>
                <w:sz w:val="14"/>
              </w:rPr>
              <w:t>63.886</w:t>
            </w:r>
          </w:p>
        </w:tc>
        <w:tc>
          <w:tcPr>
            <w:tcW w:type="dxa" w:w="705"/>
            <w:vAlign w:val="center"/>
          </w:tcPr>
          <w:p>
            <w:r/>
            <w:r>
              <w:rPr>
                <w:rFonts w:ascii="Malgun Gothic" w:hAnsi="Malgun Gothic" w:eastAsia="Malgun Gothic"/>
                <w:b w:val="0"/>
                <w:sz w:val="14"/>
              </w:rPr>
              <w:t>4.961</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 중간 450행은 전체 데이터 부록 ZIP에 원본으로 포함 ...</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r>
      <w:tr>
        <w:trPr>
          <w:cantSplit/>
        </w:trPr>
        <w:tc>
          <w:tcPr>
            <w:tcW w:type="dxa" w:w="705"/>
            <w:vAlign w:val="center"/>
          </w:tcPr>
          <w:p>
            <w:r/>
            <w:r>
              <w:rPr>
                <w:rFonts w:ascii="Malgun Gothic" w:hAnsi="Malgun Gothic" w:eastAsia="Malgun Gothic"/>
                <w:b w:val="0"/>
                <w:sz w:val="14"/>
              </w:rPr>
              <w:t>00__350002022300007__SPEAKER_01__211.610_213.972__000476</w:t>
            </w:r>
          </w:p>
        </w:tc>
        <w:tc>
          <w:tcPr>
            <w:tcW w:type="dxa" w:w="705"/>
            <w:vAlign w:val="center"/>
          </w:tcPr>
          <w:p>
            <w:r/>
            <w:r>
              <w:rPr>
                <w:rFonts w:ascii="Malgun Gothic" w:hAnsi="Malgun Gothic" w:eastAsia="Malgun Gothic"/>
                <w:b w:val="0"/>
                <w:sz w:val="14"/>
              </w:rPr>
              <w:t>00__350002022300007.wav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211.61</w:t>
            </w:r>
          </w:p>
        </w:tc>
        <w:tc>
          <w:tcPr>
            <w:tcW w:type="dxa" w:w="705"/>
            <w:vAlign w:val="center"/>
          </w:tcPr>
          <w:p>
            <w:r/>
            <w:r>
              <w:rPr>
                <w:rFonts w:ascii="Malgun Gothic" w:hAnsi="Malgun Gothic" w:eastAsia="Malgun Gothic"/>
                <w:b w:val="0"/>
                <w:sz w:val="14"/>
              </w:rPr>
              <w:t>213.972</w:t>
            </w:r>
          </w:p>
        </w:tc>
        <w:tc>
          <w:tcPr>
            <w:tcW w:type="dxa" w:w="705"/>
            <w:vAlign w:val="center"/>
          </w:tcPr>
          <w:p>
            <w:r/>
            <w:r>
              <w:rPr>
                <w:rFonts w:ascii="Malgun Gothic" w:hAnsi="Malgun Gothic" w:eastAsia="Malgun Gothic"/>
                <w:b w:val="0"/>
                <w:sz w:val="14"/>
              </w:rPr>
              <w:t>2.363</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00__350002022300007__SPEAKER_00__213.972_216.318__000477</w:t>
            </w:r>
          </w:p>
        </w:tc>
        <w:tc>
          <w:tcPr>
            <w:tcW w:type="dxa" w:w="705"/>
            <w:vAlign w:val="center"/>
          </w:tcPr>
          <w:p>
            <w:r/>
            <w:r>
              <w:rPr>
                <w:rFonts w:ascii="Malgun Gothic" w:hAnsi="Malgun Gothic" w:eastAsia="Malgun Gothic"/>
                <w:b w:val="0"/>
                <w:sz w:val="14"/>
              </w:rPr>
              <w:t>00__350002022300007.wav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213.972</w:t>
            </w:r>
          </w:p>
        </w:tc>
        <w:tc>
          <w:tcPr>
            <w:tcW w:type="dxa" w:w="705"/>
            <w:vAlign w:val="center"/>
          </w:tcPr>
          <w:p>
            <w:r/>
            <w:r>
              <w:rPr>
                <w:rFonts w:ascii="Malgun Gothic" w:hAnsi="Malgun Gothic" w:eastAsia="Malgun Gothic"/>
                <w:b w:val="0"/>
                <w:sz w:val="14"/>
              </w:rPr>
              <w:t>216.318</w:t>
            </w:r>
          </w:p>
        </w:tc>
        <w:tc>
          <w:tcPr>
            <w:tcW w:type="dxa" w:w="705"/>
            <w:vAlign w:val="center"/>
          </w:tcPr>
          <w:p>
            <w:r/>
            <w:r>
              <w:rPr>
                <w:rFonts w:ascii="Malgun Gothic" w:hAnsi="Malgun Gothic" w:eastAsia="Malgun Gothic"/>
                <w:b w:val="0"/>
                <w:sz w:val="14"/>
              </w:rPr>
              <w:t>2.346</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00__350002022300007__SPEAKER_01__216.520_218.377__000478</w:t>
            </w:r>
          </w:p>
        </w:tc>
        <w:tc>
          <w:tcPr>
            <w:tcW w:type="dxa" w:w="705"/>
            <w:vAlign w:val="center"/>
          </w:tcPr>
          <w:p>
            <w:r/>
            <w:r>
              <w:rPr>
                <w:rFonts w:ascii="Malgun Gothic" w:hAnsi="Malgun Gothic" w:eastAsia="Malgun Gothic"/>
                <w:b w:val="0"/>
                <w:sz w:val="14"/>
              </w:rPr>
              <w:t>00__350002022300007.wav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216.52</w:t>
            </w:r>
          </w:p>
        </w:tc>
        <w:tc>
          <w:tcPr>
            <w:tcW w:type="dxa" w:w="705"/>
            <w:vAlign w:val="center"/>
          </w:tcPr>
          <w:p>
            <w:r/>
            <w:r>
              <w:rPr>
                <w:rFonts w:ascii="Malgun Gothic" w:hAnsi="Malgun Gothic" w:eastAsia="Malgun Gothic"/>
                <w:b w:val="0"/>
                <w:sz w:val="14"/>
              </w:rPr>
              <w:t>218.377</w:t>
            </w:r>
          </w:p>
        </w:tc>
        <w:tc>
          <w:tcPr>
            <w:tcW w:type="dxa" w:w="705"/>
            <w:vAlign w:val="center"/>
          </w:tcPr>
          <w:p>
            <w:r/>
            <w:r>
              <w:rPr>
                <w:rFonts w:ascii="Malgun Gothic" w:hAnsi="Malgun Gothic" w:eastAsia="Malgun Gothic"/>
                <w:b w:val="0"/>
                <w:sz w:val="14"/>
              </w:rPr>
              <w:t>1.856</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00__350002022300007__SPEAKER_00__217.988_219.440__000479</w:t>
            </w:r>
          </w:p>
        </w:tc>
        <w:tc>
          <w:tcPr>
            <w:tcW w:type="dxa" w:w="705"/>
            <w:vAlign w:val="center"/>
          </w:tcPr>
          <w:p>
            <w:r/>
            <w:r>
              <w:rPr>
                <w:rFonts w:ascii="Malgun Gothic" w:hAnsi="Malgun Gothic" w:eastAsia="Malgun Gothic"/>
                <w:b w:val="0"/>
                <w:sz w:val="14"/>
              </w:rPr>
              <w:t>00__350002022300007.wav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217.988</w:t>
            </w:r>
          </w:p>
        </w:tc>
        <w:tc>
          <w:tcPr>
            <w:tcW w:type="dxa" w:w="705"/>
            <w:vAlign w:val="center"/>
          </w:tcPr>
          <w:p>
            <w:r/>
            <w:r>
              <w:rPr>
                <w:rFonts w:ascii="Malgun Gothic" w:hAnsi="Malgun Gothic" w:eastAsia="Malgun Gothic"/>
                <w:b w:val="0"/>
                <w:sz w:val="14"/>
              </w:rPr>
              <w:t>219.44</w:t>
            </w:r>
          </w:p>
        </w:tc>
        <w:tc>
          <w:tcPr>
            <w:tcW w:type="dxa" w:w="705"/>
            <w:vAlign w:val="center"/>
          </w:tcPr>
          <w:p>
            <w:r/>
            <w:r>
              <w:rPr>
                <w:rFonts w:ascii="Malgun Gothic" w:hAnsi="Malgun Gothic" w:eastAsia="Malgun Gothic"/>
                <w:b w:val="0"/>
                <w:sz w:val="14"/>
              </w:rPr>
              <w:t>1.451</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00__350002022300007__SPEAKER_01__218.967_220.165__000480</w:t>
            </w:r>
          </w:p>
        </w:tc>
        <w:tc>
          <w:tcPr>
            <w:tcW w:type="dxa" w:w="705"/>
            <w:vAlign w:val="center"/>
          </w:tcPr>
          <w:p>
            <w:r/>
            <w:r>
              <w:rPr>
                <w:rFonts w:ascii="Malgun Gothic" w:hAnsi="Malgun Gothic" w:eastAsia="Malgun Gothic"/>
                <w:b w:val="0"/>
                <w:sz w:val="14"/>
              </w:rPr>
              <w:t>00__350002022300007.wav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218.967</w:t>
            </w:r>
          </w:p>
        </w:tc>
        <w:tc>
          <w:tcPr>
            <w:tcW w:type="dxa" w:w="705"/>
            <w:vAlign w:val="center"/>
          </w:tcPr>
          <w:p>
            <w:r/>
            <w:r>
              <w:rPr>
                <w:rFonts w:ascii="Malgun Gothic" w:hAnsi="Malgun Gothic" w:eastAsia="Malgun Gothic"/>
                <w:b w:val="0"/>
                <w:sz w:val="14"/>
              </w:rPr>
              <w:t>220.165</w:t>
            </w:r>
          </w:p>
        </w:tc>
        <w:tc>
          <w:tcPr>
            <w:tcW w:type="dxa" w:w="705"/>
            <w:vAlign w:val="center"/>
          </w:tcPr>
          <w:p>
            <w:r/>
            <w:r>
              <w:rPr>
                <w:rFonts w:ascii="Malgun Gothic" w:hAnsi="Malgun Gothic" w:eastAsia="Malgun Gothic"/>
                <w:b w:val="0"/>
                <w:sz w:val="14"/>
              </w:rPr>
              <w:t>1.198</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00__350002022300007__SPEAKER_00__219.862_220.047__000481</w:t>
            </w:r>
          </w:p>
        </w:tc>
        <w:tc>
          <w:tcPr>
            <w:tcW w:type="dxa" w:w="705"/>
            <w:vAlign w:val="center"/>
          </w:tcPr>
          <w:p>
            <w:r/>
            <w:r>
              <w:rPr>
                <w:rFonts w:ascii="Malgun Gothic" w:hAnsi="Malgun Gothic" w:eastAsia="Malgun Gothic"/>
                <w:b w:val="0"/>
                <w:sz w:val="14"/>
              </w:rPr>
              <w:t>00__350002022300007.wav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219.862</w:t>
            </w:r>
          </w:p>
        </w:tc>
        <w:tc>
          <w:tcPr>
            <w:tcW w:type="dxa" w:w="705"/>
            <w:vAlign w:val="center"/>
          </w:tcPr>
          <w:p>
            <w:r/>
            <w:r>
              <w:rPr>
                <w:rFonts w:ascii="Malgun Gothic" w:hAnsi="Malgun Gothic" w:eastAsia="Malgun Gothic"/>
                <w:b w:val="0"/>
                <w:sz w:val="14"/>
              </w:rPr>
              <w:t>220.047</w:t>
            </w:r>
          </w:p>
        </w:tc>
        <w:tc>
          <w:tcPr>
            <w:tcW w:type="dxa" w:w="705"/>
            <w:vAlign w:val="center"/>
          </w:tcPr>
          <w:p>
            <w:r/>
            <w:r>
              <w:rPr>
                <w:rFonts w:ascii="Malgun Gothic" w:hAnsi="Malgun Gothic" w:eastAsia="Malgun Gothic"/>
                <w:b w:val="0"/>
                <w:sz w:val="14"/>
              </w:rPr>
              <w:t>0.186</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00__350002022300008__SPEAKER_01__0.082_2.090__000482</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0.082</w:t>
            </w:r>
          </w:p>
        </w:tc>
        <w:tc>
          <w:tcPr>
            <w:tcW w:type="dxa" w:w="705"/>
            <w:vAlign w:val="center"/>
          </w:tcPr>
          <w:p>
            <w:r/>
            <w:r>
              <w:rPr>
                <w:rFonts w:ascii="Malgun Gothic" w:hAnsi="Malgun Gothic" w:eastAsia="Malgun Gothic"/>
                <w:b w:val="0"/>
                <w:sz w:val="14"/>
              </w:rPr>
              <w:t>2.09</w:t>
            </w:r>
          </w:p>
        </w:tc>
        <w:tc>
          <w:tcPr>
            <w:tcW w:type="dxa" w:w="705"/>
            <w:vAlign w:val="center"/>
          </w:tcPr>
          <w:p>
            <w:r/>
            <w:r>
              <w:rPr>
                <w:rFonts w:ascii="Malgun Gothic" w:hAnsi="Malgun Gothic" w:eastAsia="Malgun Gothic"/>
                <w:b w:val="0"/>
                <w:sz w:val="14"/>
              </w:rPr>
              <w:t>2.008</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00__350002022300008__SPEAKER_00__2.393_4.807__000483</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2.393</w:t>
            </w:r>
          </w:p>
        </w:tc>
        <w:tc>
          <w:tcPr>
            <w:tcW w:type="dxa" w:w="705"/>
            <w:vAlign w:val="center"/>
          </w:tcPr>
          <w:p>
            <w:r/>
            <w:r>
              <w:rPr>
                <w:rFonts w:ascii="Malgun Gothic" w:hAnsi="Malgun Gothic" w:eastAsia="Malgun Gothic"/>
                <w:b w:val="0"/>
                <w:sz w:val="14"/>
              </w:rPr>
              <w:t>4.807</w:t>
            </w:r>
          </w:p>
        </w:tc>
        <w:tc>
          <w:tcPr>
            <w:tcW w:type="dxa" w:w="705"/>
            <w:vAlign w:val="center"/>
          </w:tcPr>
          <w:p>
            <w:r/>
            <w:r>
              <w:rPr>
                <w:rFonts w:ascii="Malgun Gothic" w:hAnsi="Malgun Gothic" w:eastAsia="Malgun Gothic"/>
                <w:b w:val="0"/>
                <w:sz w:val="14"/>
              </w:rPr>
              <w:t>2.413</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00__350002022300008__SPEAKER_01__4.807_5.600__000484</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4.807</w:t>
            </w:r>
          </w:p>
        </w:tc>
        <w:tc>
          <w:tcPr>
            <w:tcW w:type="dxa" w:w="705"/>
            <w:vAlign w:val="center"/>
          </w:tcPr>
          <w:p>
            <w:r/>
            <w:r>
              <w:rPr>
                <w:rFonts w:ascii="Malgun Gothic" w:hAnsi="Malgun Gothic" w:eastAsia="Malgun Gothic"/>
                <w:b w:val="0"/>
                <w:sz w:val="14"/>
              </w:rPr>
              <w:t>5.6</w:t>
            </w:r>
          </w:p>
        </w:tc>
        <w:tc>
          <w:tcPr>
            <w:tcW w:type="dxa" w:w="705"/>
            <w:vAlign w:val="center"/>
          </w:tcPr>
          <w:p>
            <w:r/>
            <w:r>
              <w:rPr>
                <w:rFonts w:ascii="Malgun Gothic" w:hAnsi="Malgun Gothic" w:eastAsia="Malgun Gothic"/>
                <w:b w:val="0"/>
                <w:sz w:val="14"/>
              </w:rPr>
              <w:t>0.793</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00__350002022300008__SPEAKER_00__5.566_12.215__000485</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5.566</w:t>
            </w:r>
          </w:p>
        </w:tc>
        <w:tc>
          <w:tcPr>
            <w:tcW w:type="dxa" w:w="705"/>
            <w:vAlign w:val="center"/>
          </w:tcPr>
          <w:p>
            <w:r/>
            <w:r>
              <w:rPr>
                <w:rFonts w:ascii="Malgun Gothic" w:hAnsi="Malgun Gothic" w:eastAsia="Malgun Gothic"/>
                <w:b w:val="0"/>
                <w:sz w:val="14"/>
              </w:rPr>
              <w:t>12.215</w:t>
            </w:r>
          </w:p>
        </w:tc>
        <w:tc>
          <w:tcPr>
            <w:tcW w:type="dxa" w:w="705"/>
            <w:vAlign w:val="center"/>
          </w:tcPr>
          <w:p>
            <w:r/>
            <w:r>
              <w:rPr>
                <w:rFonts w:ascii="Malgun Gothic" w:hAnsi="Malgun Gothic" w:eastAsia="Malgun Gothic"/>
                <w:b w:val="0"/>
                <w:sz w:val="14"/>
              </w:rPr>
              <w:t>6.649</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00__350002022300008__SPEAKER_01__12.603_14.932__000486</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12.603</w:t>
            </w:r>
          </w:p>
        </w:tc>
        <w:tc>
          <w:tcPr>
            <w:tcW w:type="dxa" w:w="705"/>
            <w:vAlign w:val="center"/>
          </w:tcPr>
          <w:p>
            <w:r/>
            <w:r>
              <w:rPr>
                <w:rFonts w:ascii="Malgun Gothic" w:hAnsi="Malgun Gothic" w:eastAsia="Malgun Gothic"/>
                <w:b w:val="0"/>
                <w:sz w:val="14"/>
              </w:rPr>
              <w:t>14.932</w:t>
            </w:r>
          </w:p>
        </w:tc>
        <w:tc>
          <w:tcPr>
            <w:tcW w:type="dxa" w:w="705"/>
            <w:vAlign w:val="center"/>
          </w:tcPr>
          <w:p>
            <w:r/>
            <w:r>
              <w:rPr>
                <w:rFonts w:ascii="Malgun Gothic" w:hAnsi="Malgun Gothic" w:eastAsia="Malgun Gothic"/>
                <w:b w:val="0"/>
                <w:sz w:val="14"/>
              </w:rPr>
              <w:t>2.329</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00__350002022300008__SPEAKER_00__14.172_14.476__000487</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14.172</w:t>
            </w:r>
          </w:p>
        </w:tc>
        <w:tc>
          <w:tcPr>
            <w:tcW w:type="dxa" w:w="705"/>
            <w:vAlign w:val="center"/>
          </w:tcPr>
          <w:p>
            <w:r/>
            <w:r>
              <w:rPr>
                <w:rFonts w:ascii="Malgun Gothic" w:hAnsi="Malgun Gothic" w:eastAsia="Malgun Gothic"/>
                <w:b w:val="0"/>
                <w:sz w:val="14"/>
              </w:rPr>
              <w:t>14.476</w:t>
            </w:r>
          </w:p>
        </w:tc>
        <w:tc>
          <w:tcPr>
            <w:tcW w:type="dxa" w:w="705"/>
            <w:vAlign w:val="center"/>
          </w:tcPr>
          <w:p>
            <w:r/>
            <w:r>
              <w:rPr>
                <w:rFonts w:ascii="Malgun Gothic" w:hAnsi="Malgun Gothic" w:eastAsia="Malgun Gothic"/>
                <w:b w:val="0"/>
                <w:sz w:val="14"/>
              </w:rPr>
              <w:t>0.304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00__350002022300008__SPEAKER_00__15.353_15.927__000488</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15.353</w:t>
            </w:r>
          </w:p>
        </w:tc>
        <w:tc>
          <w:tcPr>
            <w:tcW w:type="dxa" w:w="705"/>
            <w:vAlign w:val="center"/>
          </w:tcPr>
          <w:p>
            <w:r/>
            <w:r>
              <w:rPr>
                <w:rFonts w:ascii="Malgun Gothic" w:hAnsi="Malgun Gothic" w:eastAsia="Malgun Gothic"/>
                <w:b w:val="0"/>
                <w:sz w:val="14"/>
              </w:rPr>
              <w:t>15.927</w:t>
            </w:r>
          </w:p>
        </w:tc>
        <w:tc>
          <w:tcPr>
            <w:tcW w:type="dxa" w:w="705"/>
            <w:vAlign w:val="center"/>
          </w:tcPr>
          <w:p>
            <w:r/>
            <w:r>
              <w:rPr>
                <w:rFonts w:ascii="Malgun Gothic" w:hAnsi="Malgun Gothic" w:eastAsia="Malgun Gothic"/>
                <w:b w:val="0"/>
                <w:sz w:val="14"/>
              </w:rPr>
              <w:t>0.574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00__350002022300008__SPEAKER_00__16.214_17.986__000489</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16.214</w:t>
            </w:r>
          </w:p>
        </w:tc>
        <w:tc>
          <w:tcPr>
            <w:tcW w:type="dxa" w:w="705"/>
            <w:vAlign w:val="center"/>
          </w:tcPr>
          <w:p>
            <w:r/>
            <w:r>
              <w:rPr>
                <w:rFonts w:ascii="Malgun Gothic" w:hAnsi="Malgun Gothic" w:eastAsia="Malgun Gothic"/>
                <w:b w:val="0"/>
                <w:sz w:val="14"/>
              </w:rPr>
              <w:t>17.986</w:t>
            </w:r>
          </w:p>
        </w:tc>
        <w:tc>
          <w:tcPr>
            <w:tcW w:type="dxa" w:w="705"/>
            <w:vAlign w:val="center"/>
          </w:tcPr>
          <w:p>
            <w:r/>
            <w:r>
              <w:rPr>
                <w:rFonts w:ascii="Malgun Gothic" w:hAnsi="Malgun Gothic" w:eastAsia="Malgun Gothic"/>
                <w:b w:val="0"/>
                <w:sz w:val="14"/>
              </w:rPr>
              <w:t>1.772</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00__350002022300008__SPEAKER_01__18.138_19.218__000490</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18.138</w:t>
            </w:r>
          </w:p>
        </w:tc>
        <w:tc>
          <w:tcPr>
            <w:tcW w:type="dxa" w:w="705"/>
            <w:vAlign w:val="center"/>
          </w:tcPr>
          <w:p>
            <w:r/>
            <w:r>
              <w:rPr>
                <w:rFonts w:ascii="Malgun Gothic" w:hAnsi="Malgun Gothic" w:eastAsia="Malgun Gothic"/>
                <w:b w:val="0"/>
                <w:sz w:val="14"/>
              </w:rPr>
              <w:t>19.218</w:t>
            </w:r>
          </w:p>
        </w:tc>
        <w:tc>
          <w:tcPr>
            <w:tcW w:type="dxa" w:w="705"/>
            <w:vAlign w:val="center"/>
          </w:tcPr>
          <w:p>
            <w:r/>
            <w:r>
              <w:rPr>
                <w:rFonts w:ascii="Malgun Gothic" w:hAnsi="Malgun Gothic" w:eastAsia="Malgun Gothic"/>
                <w:b w:val="0"/>
                <w:sz w:val="14"/>
              </w:rPr>
              <w:t>1.08</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00__350002022300008__SPEAKER_00__19.437_20.551__000491</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19.437</w:t>
            </w:r>
          </w:p>
        </w:tc>
        <w:tc>
          <w:tcPr>
            <w:tcW w:type="dxa" w:w="705"/>
            <w:vAlign w:val="center"/>
          </w:tcPr>
          <w:p>
            <w:r/>
            <w:r>
              <w:rPr>
                <w:rFonts w:ascii="Malgun Gothic" w:hAnsi="Malgun Gothic" w:eastAsia="Malgun Gothic"/>
                <w:b w:val="0"/>
                <w:sz w:val="14"/>
              </w:rPr>
              <w:t>20.551</w:t>
            </w:r>
          </w:p>
        </w:tc>
        <w:tc>
          <w:tcPr>
            <w:tcW w:type="dxa" w:w="705"/>
            <w:vAlign w:val="center"/>
          </w:tcPr>
          <w:p>
            <w:r/>
            <w:r>
              <w:rPr>
                <w:rFonts w:ascii="Malgun Gothic" w:hAnsi="Malgun Gothic" w:eastAsia="Malgun Gothic"/>
                <w:b w:val="0"/>
                <w:sz w:val="14"/>
              </w:rPr>
              <w:t>1.114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00__350002022300008__SPEAKER_01__21.293_22.964__000492</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21.293</w:t>
            </w:r>
          </w:p>
        </w:tc>
        <w:tc>
          <w:tcPr>
            <w:tcW w:type="dxa" w:w="705"/>
            <w:vAlign w:val="center"/>
          </w:tcPr>
          <w:p>
            <w:r/>
            <w:r>
              <w:rPr>
                <w:rFonts w:ascii="Malgun Gothic" w:hAnsi="Malgun Gothic" w:eastAsia="Malgun Gothic"/>
                <w:b w:val="0"/>
                <w:sz w:val="14"/>
              </w:rPr>
              <w:t>22.964</w:t>
            </w:r>
          </w:p>
        </w:tc>
        <w:tc>
          <w:tcPr>
            <w:tcW w:type="dxa" w:w="705"/>
            <w:vAlign w:val="center"/>
          </w:tcPr>
          <w:p>
            <w:r/>
            <w:r>
              <w:rPr>
                <w:rFonts w:ascii="Malgun Gothic" w:hAnsi="Malgun Gothic" w:eastAsia="Malgun Gothic"/>
                <w:b w:val="0"/>
                <w:sz w:val="14"/>
              </w:rPr>
              <w:t>1.671</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00__350002022300008__SPEAKER_00__22.643_23.673__000493</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22.643</w:t>
            </w:r>
          </w:p>
        </w:tc>
        <w:tc>
          <w:tcPr>
            <w:tcW w:type="dxa" w:w="705"/>
            <w:vAlign w:val="center"/>
          </w:tcPr>
          <w:p>
            <w:r/>
            <w:r>
              <w:rPr>
                <w:rFonts w:ascii="Malgun Gothic" w:hAnsi="Malgun Gothic" w:eastAsia="Malgun Gothic"/>
                <w:b w:val="0"/>
                <w:sz w:val="14"/>
              </w:rPr>
              <w:t>23.673</w:t>
            </w:r>
          </w:p>
        </w:tc>
        <w:tc>
          <w:tcPr>
            <w:tcW w:type="dxa" w:w="705"/>
            <w:vAlign w:val="center"/>
          </w:tcPr>
          <w:p>
            <w:r/>
            <w:r>
              <w:rPr>
                <w:rFonts w:ascii="Malgun Gothic" w:hAnsi="Malgun Gothic" w:eastAsia="Malgun Gothic"/>
                <w:b w:val="0"/>
                <w:sz w:val="14"/>
              </w:rPr>
              <w:t>1.029</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00__350002022300008__SPEAKER_01__23.977_25.411__000494</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23.977</w:t>
            </w:r>
          </w:p>
        </w:tc>
        <w:tc>
          <w:tcPr>
            <w:tcW w:type="dxa" w:w="705"/>
            <w:vAlign w:val="center"/>
          </w:tcPr>
          <w:p>
            <w:r/>
            <w:r>
              <w:rPr>
                <w:rFonts w:ascii="Malgun Gothic" w:hAnsi="Malgun Gothic" w:eastAsia="Malgun Gothic"/>
                <w:b w:val="0"/>
                <w:sz w:val="14"/>
              </w:rPr>
              <w:t>25.411</w:t>
            </w:r>
          </w:p>
        </w:tc>
        <w:tc>
          <w:tcPr>
            <w:tcW w:type="dxa" w:w="705"/>
            <w:vAlign w:val="center"/>
          </w:tcPr>
          <w:p>
            <w:r/>
            <w:r>
              <w:rPr>
                <w:rFonts w:ascii="Malgun Gothic" w:hAnsi="Malgun Gothic" w:eastAsia="Malgun Gothic"/>
                <w:b w:val="0"/>
                <w:sz w:val="14"/>
              </w:rPr>
              <w:t>1.434</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00__350002022300008__SPEAKER_00__25.698_26.137__000495</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25.698</w:t>
            </w:r>
          </w:p>
        </w:tc>
        <w:tc>
          <w:tcPr>
            <w:tcW w:type="dxa" w:w="705"/>
            <w:vAlign w:val="center"/>
          </w:tcPr>
          <w:p>
            <w:r/>
            <w:r>
              <w:rPr>
                <w:rFonts w:ascii="Malgun Gothic" w:hAnsi="Malgun Gothic" w:eastAsia="Malgun Gothic"/>
                <w:b w:val="0"/>
                <w:sz w:val="14"/>
              </w:rPr>
              <w:t>26.137</w:t>
            </w:r>
          </w:p>
        </w:tc>
        <w:tc>
          <w:tcPr>
            <w:tcW w:type="dxa" w:w="705"/>
            <w:vAlign w:val="center"/>
          </w:tcPr>
          <w:p>
            <w:r/>
            <w:r>
              <w:rPr>
                <w:rFonts w:ascii="Malgun Gothic" w:hAnsi="Malgun Gothic" w:eastAsia="Malgun Gothic"/>
                <w:b w:val="0"/>
                <w:sz w:val="14"/>
              </w:rPr>
              <w:t>0.439</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00__350002022300008__SPEAKER_01__53.812_58.385__000496</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53.812</w:t>
            </w:r>
          </w:p>
        </w:tc>
        <w:tc>
          <w:tcPr>
            <w:tcW w:type="dxa" w:w="705"/>
            <w:vAlign w:val="center"/>
          </w:tcPr>
          <w:p>
            <w:r/>
            <w:r>
              <w:rPr>
                <w:rFonts w:ascii="Malgun Gothic" w:hAnsi="Malgun Gothic" w:eastAsia="Malgun Gothic"/>
                <w:b w:val="0"/>
                <w:sz w:val="14"/>
              </w:rPr>
              <w:t>58.385</w:t>
            </w:r>
          </w:p>
        </w:tc>
        <w:tc>
          <w:tcPr>
            <w:tcW w:type="dxa" w:w="705"/>
            <w:vAlign w:val="center"/>
          </w:tcPr>
          <w:p>
            <w:r/>
            <w:r>
              <w:rPr>
                <w:rFonts w:ascii="Malgun Gothic" w:hAnsi="Malgun Gothic" w:eastAsia="Malgun Gothic"/>
                <w:b w:val="0"/>
                <w:sz w:val="14"/>
              </w:rPr>
              <w:t>4.573</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00__350002022300008__SPEAKER_00__58.621_60.140__000497</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58.621</w:t>
            </w:r>
          </w:p>
        </w:tc>
        <w:tc>
          <w:tcPr>
            <w:tcW w:type="dxa" w:w="705"/>
            <w:vAlign w:val="center"/>
          </w:tcPr>
          <w:p>
            <w:r/>
            <w:r>
              <w:rPr>
                <w:rFonts w:ascii="Malgun Gothic" w:hAnsi="Malgun Gothic" w:eastAsia="Malgun Gothic"/>
                <w:b w:val="0"/>
                <w:sz w:val="14"/>
              </w:rPr>
              <w:t>60.14</w:t>
            </w:r>
          </w:p>
        </w:tc>
        <w:tc>
          <w:tcPr>
            <w:tcW w:type="dxa" w:w="705"/>
            <w:vAlign w:val="center"/>
          </w:tcPr>
          <w:p>
            <w:r/>
            <w:r>
              <w:rPr>
                <w:rFonts w:ascii="Malgun Gothic" w:hAnsi="Malgun Gothic" w:eastAsia="Malgun Gothic"/>
                <w:b w:val="0"/>
                <w:sz w:val="14"/>
              </w:rPr>
              <w:t>1.519</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00__350002022300008__SPEAKER_01__60.207_61.608__000498</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60.207</w:t>
            </w:r>
          </w:p>
        </w:tc>
        <w:tc>
          <w:tcPr>
            <w:tcW w:type="dxa" w:w="705"/>
            <w:vAlign w:val="center"/>
          </w:tcPr>
          <w:p>
            <w:r/>
            <w:r>
              <w:rPr>
                <w:rFonts w:ascii="Malgun Gothic" w:hAnsi="Malgun Gothic" w:eastAsia="Malgun Gothic"/>
                <w:b w:val="0"/>
                <w:sz w:val="14"/>
              </w:rPr>
              <w:t>61.608</w:t>
            </w:r>
          </w:p>
        </w:tc>
        <w:tc>
          <w:tcPr>
            <w:tcW w:type="dxa" w:w="705"/>
            <w:vAlign w:val="center"/>
          </w:tcPr>
          <w:p>
            <w:r/>
            <w:r>
              <w:rPr>
                <w:rFonts w:ascii="Malgun Gothic" w:hAnsi="Malgun Gothic" w:eastAsia="Malgun Gothic"/>
                <w:b w:val="0"/>
                <w:sz w:val="14"/>
              </w:rPr>
              <w:t>1.401</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00__350002022300008__SPEAKER_01__61.675_67.278__000499</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SPEAKER_01</w:t>
            </w:r>
          </w:p>
        </w:tc>
        <w:tc>
          <w:tcPr>
            <w:tcW w:type="dxa" w:w="705"/>
            <w:vAlign w:val="center"/>
          </w:tcPr>
          <w:p>
            <w:r/>
            <w:r>
              <w:rPr>
                <w:rFonts w:ascii="Malgun Gothic" w:hAnsi="Malgun Gothic" w:eastAsia="Malgun Gothic"/>
                <w:b w:val="0"/>
                <w:sz w:val="14"/>
              </w:rPr>
              <w:t>61.675</w:t>
            </w:r>
          </w:p>
        </w:tc>
        <w:tc>
          <w:tcPr>
            <w:tcW w:type="dxa" w:w="705"/>
            <w:vAlign w:val="center"/>
          </w:tcPr>
          <w:p>
            <w:r/>
            <w:r>
              <w:rPr>
                <w:rFonts w:ascii="Malgun Gothic" w:hAnsi="Malgun Gothic" w:eastAsia="Malgun Gothic"/>
                <w:b w:val="0"/>
                <w:sz w:val="14"/>
              </w:rPr>
              <w:t>67.278</w:t>
            </w:r>
          </w:p>
        </w:tc>
        <w:tc>
          <w:tcPr>
            <w:tcW w:type="dxa" w:w="705"/>
            <w:vAlign w:val="center"/>
          </w:tcPr>
          <w:p>
            <w:r/>
            <w:r>
              <w:rPr>
                <w:rFonts w:ascii="Malgun Gothic" w:hAnsi="Malgun Gothic" w:eastAsia="Malgun Gothic"/>
                <w:b w:val="0"/>
                <w:sz w:val="14"/>
              </w:rPr>
              <w:t>5.602</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r>
        <w:trPr>
          <w:cantSplit/>
        </w:trPr>
        <w:tc>
          <w:tcPr>
            <w:tcW w:type="dxa" w:w="705"/>
            <w:vAlign w:val="center"/>
          </w:tcPr>
          <w:p>
            <w:r/>
            <w:r>
              <w:rPr>
                <w:rFonts w:ascii="Malgun Gothic" w:hAnsi="Malgun Gothic" w:eastAsia="Malgun Gothic"/>
                <w:b w:val="0"/>
                <w:sz w:val="14"/>
              </w:rPr>
              <w:t>00__350002022300008__SPEAKER_00__66.012_68.324__000500</w:t>
            </w:r>
          </w:p>
        </w:tc>
        <w:tc>
          <w:tcPr>
            <w:tcW w:type="dxa" w:w="705"/>
            <w:vAlign w:val="center"/>
          </w:tcPr>
          <w:p>
            <w:r/>
            <w:r>
              <w:rPr>
                <w:rFonts w:ascii="Malgun Gothic" w:hAnsi="Malgun Gothic" w:eastAsia="Malgun Gothic"/>
                <w:b w:val="0"/>
                <w:sz w:val="14"/>
              </w:rPr>
              <w:t>00__350002022300008.wav</w:t>
            </w:r>
          </w:p>
        </w:tc>
        <w:tc>
          <w:tcPr>
            <w:tcW w:type="dxa" w:w="705"/>
            <w:vAlign w:val="center"/>
          </w:tcPr>
          <w:p>
            <w:r/>
            <w:r>
              <w:rPr>
                <w:rFonts w:ascii="Malgun Gothic" w:hAnsi="Malgun Gothic" w:eastAsia="Malgun Gothic"/>
                <w:b w:val="0"/>
                <w:sz w:val="14"/>
              </w:rPr>
              <w:t>SPEAKER_00</w:t>
            </w:r>
          </w:p>
        </w:tc>
        <w:tc>
          <w:tcPr>
            <w:tcW w:type="dxa" w:w="705"/>
            <w:vAlign w:val="center"/>
          </w:tcPr>
          <w:p>
            <w:r/>
            <w:r>
              <w:rPr>
                <w:rFonts w:ascii="Malgun Gothic" w:hAnsi="Malgun Gothic" w:eastAsia="Malgun Gothic"/>
                <w:b w:val="0"/>
                <w:sz w:val="14"/>
              </w:rPr>
              <w:t>66.012</w:t>
            </w:r>
          </w:p>
        </w:tc>
        <w:tc>
          <w:tcPr>
            <w:tcW w:type="dxa" w:w="705"/>
            <w:vAlign w:val="center"/>
          </w:tcPr>
          <w:p>
            <w:r/>
            <w:r>
              <w:rPr>
                <w:rFonts w:ascii="Malgun Gothic" w:hAnsi="Malgun Gothic" w:eastAsia="Malgun Gothic"/>
                <w:b w:val="0"/>
                <w:sz w:val="14"/>
              </w:rPr>
              <w:t>68.324</w:t>
            </w:r>
          </w:p>
        </w:tc>
        <w:tc>
          <w:tcPr>
            <w:tcW w:type="dxa" w:w="705"/>
            <w:vAlign w:val="center"/>
          </w:tcPr>
          <w:p>
            <w:r/>
            <w:r>
              <w:rPr>
                <w:rFonts w:ascii="Malgun Gothic" w:hAnsi="Malgun Gothic" w:eastAsia="Malgun Gothic"/>
                <w:b w:val="0"/>
                <w:sz w:val="14"/>
              </w:rPr>
              <w:t>2.312</w:t>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PENDING_FEATURE_MERGE</w:t>
            </w:r>
          </w:p>
        </w:tc>
        <w:tc>
          <w:tcPr>
            <w:tcW w:type="dxa" w:w="705"/>
            <w:vAlign w:val="center"/>
          </w:tcPr>
          <w:p>
            <w:r/>
            <w:r>
              <w:rPr>
                <w:rFonts w:ascii="Malgun Gothic" w:hAnsi="Malgun Gothic" w:eastAsia="Malgun Gothic"/>
                <w:b w:val="0"/>
                <w:sz w:val="14"/>
              </w:rPr>
              <w:t>PENDING_SEGMENT_LEVEL_STRESS_SCORE</w:t>
            </w:r>
          </w:p>
        </w:tc>
        <w:tc>
          <w:tcPr>
            <w:tcW w:type="dxa" w:w="705"/>
            <w:vAlign w:val="center"/>
          </w:tcPr>
          <w:p>
            <w:r/>
            <w:r>
              <w:rPr>
                <w:rFonts w:ascii="Malgun Gothic" w:hAnsi="Malgun Gothic" w:eastAsia="Malgun Gothic"/>
                <w:b w:val="0"/>
                <w:sz w:val="14"/>
              </w:rPr>
              <w:t>SKELETON_ONLY_PENDING_FEATURE_MERGE</w:t>
            </w:r>
          </w:p>
        </w:tc>
        <w:tc>
          <w:tcPr>
            <w:tcW w:type="dxa" w:w="705"/>
            <w:vAlign w:val="center"/>
          </w:tcPr>
          <w:p>
            <w:r/>
            <w:r>
              <w:rPr>
                <w:rFonts w:ascii="Malgun Gothic" w:hAnsi="Malgun Gothic" w:eastAsia="Malgun Gothic"/>
                <w:b w:val="0"/>
                <w:sz w:val="14"/>
              </w:rPr>
              <w:t>PENDING</w:t>
            </w:r>
          </w:p>
        </w:tc>
      </w:tr>
    </w:tbl>
    <w:p/>
    <w:p>
      <w:r>
        <w:t>대용량 표의 앞/뒤 표본 및 구조 포함; 원본 전수 행은 데이터 부록 ZIP 포함</w:t>
      </w:r>
    </w:p>
    <w:p>
      <w:r>
        <w:rPr>
          <w:b/>
        </w:rPr>
        <w:t>산출물 CSV: research_continuity/27_segment_feature_stress_merge_v203/segment_level_features_input_v203.csv (행 57,619, 열 20)</w:t>
      </w:r>
    </w:p>
    <w:tbl>
      <w:tblPr>
        <w:tblStyle w:val="TableGrid"/>
        <w:tblW w:type="auto" w:w="0"/>
        <w:jc w:val="center"/>
        <w:tblLook w:firstColumn="1" w:firstRow="1" w:lastColumn="0" w:lastRow="0" w:noHBand="0" w:noVBand="1" w:val="04A0"/>
      </w:tblPr>
      <w:tblGrid>
        <w:gridCol w:w="493"/>
        <w:gridCol w:w="493"/>
        <w:gridCol w:w="493"/>
        <w:gridCol w:w="493"/>
        <w:gridCol w:w="493"/>
        <w:gridCol w:w="493"/>
        <w:gridCol w:w="493"/>
        <w:gridCol w:w="493"/>
        <w:gridCol w:w="493"/>
        <w:gridCol w:w="493"/>
        <w:gridCol w:w="493"/>
        <w:gridCol w:w="493"/>
        <w:gridCol w:w="493"/>
        <w:gridCol w:w="493"/>
        <w:gridCol w:w="493"/>
        <w:gridCol w:w="493"/>
        <w:gridCol w:w="493"/>
        <w:gridCol w:w="493"/>
        <w:gridCol w:w="493"/>
        <w:gridCol w:w="493"/>
      </w:tblGrid>
      <w:tr>
        <w:trPr>
          <w:tblHeader w:val="true"/>
          <w:cantSplit/>
        </w:trPr>
        <w:tc>
          <w:tcPr>
            <w:tcW w:type="dxa" w:w="493"/>
          </w:tcPr>
          <w:p>
            <w:r/>
            <w:r>
              <w:rPr>
                <w:rFonts w:ascii="Malgun Gothic" w:hAnsi="Malgun Gothic" w:eastAsia="Malgun Gothic"/>
                <w:b/>
                <w:sz w:val="14"/>
              </w:rPr>
              <w:t>segment_id</w:t>
            </w:r>
          </w:p>
        </w:tc>
        <w:tc>
          <w:tcPr>
            <w:tcW w:type="dxa" w:w="493"/>
          </w:tcPr>
          <w:p>
            <w:r/>
            <w:r>
              <w:rPr>
                <w:rFonts w:ascii="Malgun Gothic" w:hAnsi="Malgun Gothic" w:eastAsia="Malgun Gothic"/>
                <w:b/>
                <w:sz w:val="14"/>
              </w:rPr>
              <w:t>audio_name</w:t>
            </w:r>
          </w:p>
        </w:tc>
        <w:tc>
          <w:tcPr>
            <w:tcW w:type="dxa" w:w="493"/>
          </w:tcPr>
          <w:p>
            <w:r/>
            <w:r>
              <w:rPr>
                <w:rFonts w:ascii="Malgun Gothic" w:hAnsi="Malgun Gothic" w:eastAsia="Malgun Gothic"/>
                <w:b/>
                <w:sz w:val="14"/>
              </w:rPr>
              <w:t>audio_path</w:t>
            </w:r>
          </w:p>
        </w:tc>
        <w:tc>
          <w:tcPr>
            <w:tcW w:type="dxa" w:w="493"/>
          </w:tcPr>
          <w:p>
            <w:r/>
            <w:r>
              <w:rPr>
                <w:rFonts w:ascii="Malgun Gothic" w:hAnsi="Malgun Gothic" w:eastAsia="Malgun Gothic"/>
                <w:b/>
                <w:sz w:val="14"/>
              </w:rPr>
              <w:t>exists</w:t>
            </w:r>
          </w:p>
        </w:tc>
        <w:tc>
          <w:tcPr>
            <w:tcW w:type="dxa" w:w="493"/>
          </w:tcPr>
          <w:p>
            <w:r/>
            <w:r>
              <w:rPr>
                <w:rFonts w:ascii="Malgun Gothic" w:hAnsi="Malgun Gothic" w:eastAsia="Malgun Gothic"/>
                <w:b/>
                <w:sz w:val="14"/>
              </w:rPr>
              <w:t>speaker</w:t>
            </w:r>
          </w:p>
        </w:tc>
        <w:tc>
          <w:tcPr>
            <w:tcW w:type="dxa" w:w="493"/>
          </w:tcPr>
          <w:p>
            <w:r/>
            <w:r>
              <w:rPr>
                <w:rFonts w:ascii="Malgun Gothic" w:hAnsi="Malgun Gothic" w:eastAsia="Malgun Gothic"/>
                <w:b/>
                <w:sz w:val="14"/>
              </w:rPr>
              <w:t>start_sec</w:t>
            </w:r>
          </w:p>
        </w:tc>
        <w:tc>
          <w:tcPr>
            <w:tcW w:type="dxa" w:w="493"/>
          </w:tcPr>
          <w:p>
            <w:r/>
            <w:r>
              <w:rPr>
                <w:rFonts w:ascii="Malgun Gothic" w:hAnsi="Malgun Gothic" w:eastAsia="Malgun Gothic"/>
                <w:b/>
                <w:sz w:val="14"/>
              </w:rPr>
              <w:t>end_sec</w:t>
            </w:r>
          </w:p>
        </w:tc>
        <w:tc>
          <w:tcPr>
            <w:tcW w:type="dxa" w:w="493"/>
          </w:tcPr>
          <w:p>
            <w:r/>
            <w:r>
              <w:rPr>
                <w:rFonts w:ascii="Malgun Gothic" w:hAnsi="Malgun Gothic" w:eastAsia="Malgun Gothic"/>
                <w:b/>
                <w:sz w:val="14"/>
              </w:rPr>
              <w:t>duration_sec</w:t>
            </w:r>
          </w:p>
        </w:tc>
        <w:tc>
          <w:tcPr>
            <w:tcW w:type="dxa" w:w="493"/>
          </w:tcPr>
          <w:p>
            <w:r/>
            <w:r>
              <w:rPr>
                <w:rFonts w:ascii="Malgun Gothic" w:hAnsi="Malgun Gothic" w:eastAsia="Malgun Gothic"/>
                <w:b/>
                <w:sz w:val="14"/>
              </w:rPr>
              <w:t>sample_rate</w:t>
            </w:r>
          </w:p>
        </w:tc>
        <w:tc>
          <w:tcPr>
            <w:tcW w:type="dxa" w:w="493"/>
          </w:tcPr>
          <w:p>
            <w:r/>
            <w:r>
              <w:rPr>
                <w:rFonts w:ascii="Malgun Gothic" w:hAnsi="Malgun Gothic" w:eastAsia="Malgun Gothic"/>
                <w:b/>
                <w:sz w:val="14"/>
              </w:rPr>
              <w:t>channels</w:t>
            </w:r>
          </w:p>
        </w:tc>
        <w:tc>
          <w:tcPr>
            <w:tcW w:type="dxa" w:w="493"/>
          </w:tcPr>
          <w:p>
            <w:r/>
            <w:r>
              <w:rPr>
                <w:rFonts w:ascii="Malgun Gothic" w:hAnsi="Malgun Gothic" w:eastAsia="Malgun Gothic"/>
                <w:b/>
                <w:sz w:val="14"/>
              </w:rPr>
              <w:t>probe_status</w:t>
            </w:r>
          </w:p>
        </w:tc>
        <w:tc>
          <w:tcPr>
            <w:tcW w:type="dxa" w:w="493"/>
          </w:tcPr>
          <w:p>
            <w:r/>
            <w:r>
              <w:rPr>
                <w:rFonts w:ascii="Malgun Gothic" w:hAnsi="Malgun Gothic" w:eastAsia="Malgun Gothic"/>
                <w:b/>
                <w:sz w:val="14"/>
              </w:rPr>
              <w:t>decode_status</w:t>
            </w:r>
          </w:p>
        </w:tc>
        <w:tc>
          <w:tcPr>
            <w:tcW w:type="dxa" w:w="493"/>
          </w:tcPr>
          <w:p>
            <w:r/>
            <w:r>
              <w:rPr>
                <w:rFonts w:ascii="Malgun Gothic" w:hAnsi="Malgun Gothic" w:eastAsia="Malgun Gothic"/>
                <w:b/>
                <w:sz w:val="14"/>
              </w:rPr>
              <w:t>text</w:t>
            </w:r>
          </w:p>
        </w:tc>
        <w:tc>
          <w:tcPr>
            <w:tcW w:type="dxa" w:w="493"/>
          </w:tcPr>
          <w:p>
            <w:r/>
            <w:r>
              <w:rPr>
                <w:rFonts w:ascii="Malgun Gothic" w:hAnsi="Malgun Gothic" w:eastAsia="Malgun Gothic"/>
                <w:b/>
                <w:sz w:val="14"/>
              </w:rPr>
              <w:t>word_count</w:t>
            </w:r>
          </w:p>
        </w:tc>
        <w:tc>
          <w:tcPr>
            <w:tcW w:type="dxa" w:w="493"/>
          </w:tcPr>
          <w:p>
            <w:r/>
            <w:r>
              <w:rPr>
                <w:rFonts w:ascii="Malgun Gothic" w:hAnsi="Malgun Gothic" w:eastAsia="Malgun Gothic"/>
                <w:b/>
                <w:sz w:val="14"/>
              </w:rPr>
              <w:t>energy_mean</w:t>
            </w:r>
          </w:p>
        </w:tc>
        <w:tc>
          <w:tcPr>
            <w:tcW w:type="dxa" w:w="493"/>
          </w:tcPr>
          <w:p>
            <w:r/>
            <w:r>
              <w:rPr>
                <w:rFonts w:ascii="Malgun Gothic" w:hAnsi="Malgun Gothic" w:eastAsia="Malgun Gothic"/>
                <w:b/>
                <w:sz w:val="14"/>
              </w:rPr>
              <w:t>pitch_mean</w:t>
            </w:r>
          </w:p>
        </w:tc>
        <w:tc>
          <w:tcPr>
            <w:tcW w:type="dxa" w:w="493"/>
          </w:tcPr>
          <w:p>
            <w:r/>
            <w:r>
              <w:rPr>
                <w:rFonts w:ascii="Malgun Gothic" w:hAnsi="Malgun Gothic" w:eastAsia="Malgun Gothic"/>
                <w:b/>
                <w:sz w:val="14"/>
              </w:rPr>
              <w:t>wpm</w:t>
            </w:r>
          </w:p>
        </w:tc>
        <w:tc>
          <w:tcPr>
            <w:tcW w:type="dxa" w:w="493"/>
          </w:tcPr>
          <w:p>
            <w:r/>
            <w:r>
              <w:rPr>
                <w:rFonts w:ascii="Malgun Gothic" w:hAnsi="Malgun Gothic" w:eastAsia="Malgun Gothic"/>
                <w:b/>
                <w:sz w:val="14"/>
              </w:rPr>
              <w:t>stress_score</w:t>
            </w:r>
          </w:p>
        </w:tc>
        <w:tc>
          <w:tcPr>
            <w:tcW w:type="dxa" w:w="493"/>
          </w:tcPr>
          <w:p>
            <w:r/>
            <w:r>
              <w:rPr>
                <w:rFonts w:ascii="Malgun Gothic" w:hAnsi="Malgun Gothic" w:eastAsia="Malgun Gothic"/>
                <w:b/>
                <w:sz w:val="14"/>
              </w:rPr>
              <w:t>stress_formula_status</w:t>
            </w:r>
          </w:p>
        </w:tc>
        <w:tc>
          <w:tcPr>
            <w:tcW w:type="dxa" w:w="493"/>
          </w:tcPr>
          <w:p>
            <w:r/>
            <w:r>
              <w:rPr>
                <w:rFonts w:ascii="Malgun Gothic" w:hAnsi="Malgun Gothic" w:eastAsia="Malgun Gothic"/>
                <w:b/>
                <w:sz w:val="14"/>
              </w:rPr>
              <w:t>merge_status</w:t>
            </w:r>
          </w:p>
        </w:tc>
      </w:tr>
      <w:tr>
        <w:trPr>
          <w:cantSplit/>
        </w:trPr>
        <w:tc>
          <w:tcPr>
            <w:tcW w:type="dxa" w:w="493"/>
            <w:vAlign w:val="center"/>
          </w:tcPr>
          <w:p>
            <w:r/>
            <w:r>
              <w:rPr>
                <w:rFonts w:ascii="Malgun Gothic" w:hAnsi="Malgun Gothic" w:eastAsia="Malgun Gothic"/>
                <w:b w:val="0"/>
                <w:sz w:val="14"/>
              </w:rPr>
              <w:t>00__350002022300000__SPEAKER_00__0.031_3.119__000001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0.031</w:t>
            </w:r>
          </w:p>
        </w:tc>
        <w:tc>
          <w:tcPr>
            <w:tcW w:type="dxa" w:w="493"/>
            <w:vAlign w:val="center"/>
          </w:tcPr>
          <w:p>
            <w:r/>
            <w:r>
              <w:rPr>
                <w:rFonts w:ascii="Malgun Gothic" w:hAnsi="Malgun Gothic" w:eastAsia="Malgun Gothic"/>
                <w:b w:val="0"/>
                <w:sz w:val="14"/>
              </w:rPr>
              <w:t>3.119</w:t>
            </w:r>
          </w:p>
        </w:tc>
        <w:tc>
          <w:tcPr>
            <w:tcW w:type="dxa" w:w="493"/>
            <w:vAlign w:val="center"/>
          </w:tcPr>
          <w:p>
            <w:r/>
            <w:r>
              <w:rPr>
                <w:rFonts w:ascii="Malgun Gothic" w:hAnsi="Malgun Gothic" w:eastAsia="Malgun Gothic"/>
                <w:b w:val="0"/>
                <w:sz w:val="14"/>
              </w:rPr>
              <w:t>3.088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0.05476243</w:t>
            </w:r>
          </w:p>
        </w:tc>
        <w:tc>
          <w:tcPr>
            <w:tcW w:type="dxa" w:w="493"/>
            <w:vAlign w:val="center"/>
          </w:tcPr>
          <w:p>
            <w:r/>
            <w:r>
              <w:rPr>
                <w:rFonts w:ascii="Malgun Gothic" w:hAnsi="Malgun Gothic" w:eastAsia="Malgun Gothic"/>
                <w:b w:val="0"/>
                <w:sz w:val="14"/>
              </w:rPr>
              <w:t>224.507624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00__350002022300000__SPEAKER_01__4.267_7.439__000002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4.267</w:t>
            </w:r>
          </w:p>
        </w:tc>
        <w:tc>
          <w:tcPr>
            <w:tcW w:type="dxa" w:w="493"/>
            <w:vAlign w:val="center"/>
          </w:tcPr>
          <w:p>
            <w:r/>
            <w:r>
              <w:rPr>
                <w:rFonts w:ascii="Malgun Gothic" w:hAnsi="Malgun Gothic" w:eastAsia="Malgun Gothic"/>
                <w:b w:val="0"/>
                <w:sz w:val="14"/>
              </w:rPr>
              <w:t>7.439</w:t>
            </w:r>
          </w:p>
        </w:tc>
        <w:tc>
          <w:tcPr>
            <w:tcW w:type="dxa" w:w="493"/>
            <w:vAlign w:val="center"/>
          </w:tcPr>
          <w:p>
            <w:r/>
            <w:r>
              <w:rPr>
                <w:rFonts w:ascii="Malgun Gothic" w:hAnsi="Malgun Gothic" w:eastAsia="Malgun Gothic"/>
                <w:b w:val="0"/>
                <w:sz w:val="14"/>
              </w:rPr>
              <w:t>3.172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0.05717194</w:t>
            </w:r>
          </w:p>
        </w:tc>
        <w:tc>
          <w:tcPr>
            <w:tcW w:type="dxa" w:w="493"/>
            <w:vAlign w:val="center"/>
          </w:tcPr>
          <w:p>
            <w:r/>
            <w:r>
              <w:rPr>
                <w:rFonts w:ascii="Malgun Gothic" w:hAnsi="Malgun Gothic" w:eastAsia="Malgun Gothic"/>
                <w:b w:val="0"/>
                <w:sz w:val="14"/>
              </w:rPr>
              <w:t>136.178324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00__350002022300000__SPEAKER_00__4.283_4.570__000003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4.283</w:t>
            </w:r>
          </w:p>
        </w:tc>
        <w:tc>
          <w:tcPr>
            <w:tcW w:type="dxa" w:w="493"/>
            <w:vAlign w:val="center"/>
          </w:tcPr>
          <w:p>
            <w:r/>
            <w:r>
              <w:rPr>
                <w:rFonts w:ascii="Malgun Gothic" w:hAnsi="Malgun Gothic" w:eastAsia="Malgun Gothic"/>
                <w:b w:val="0"/>
                <w:sz w:val="14"/>
              </w:rPr>
              <w:t>4.57</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0.07147063</w:t>
            </w:r>
          </w:p>
        </w:tc>
        <w:tc>
          <w:tcPr>
            <w:tcW w:type="dxa" w:w="493"/>
            <w:vAlign w:val="center"/>
          </w:tcPr>
          <w:p>
            <w:r/>
            <w:r>
              <w:rPr>
                <w:rFonts w:ascii="Malgun Gothic" w:hAnsi="Malgun Gothic" w:eastAsia="Malgun Gothic"/>
                <w:b w:val="0"/>
                <w:sz w:val="14"/>
              </w:rPr>
              <w:t>142.300568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00__350002022300000__SPEAKER_00__5.768_6.832__000004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5.768</w:t>
            </w:r>
          </w:p>
        </w:tc>
        <w:tc>
          <w:tcPr>
            <w:tcW w:type="dxa" w:w="493"/>
            <w:vAlign w:val="center"/>
          </w:tcPr>
          <w:p>
            <w:r/>
            <w:r>
              <w:rPr>
                <w:rFonts w:ascii="Malgun Gothic" w:hAnsi="Malgun Gothic" w:eastAsia="Malgun Gothic"/>
                <w:b w:val="0"/>
                <w:sz w:val="14"/>
              </w:rPr>
              <w:t>6.832</w:t>
            </w:r>
          </w:p>
        </w:tc>
        <w:tc>
          <w:tcPr>
            <w:tcW w:type="dxa" w:w="493"/>
            <w:vAlign w:val="center"/>
          </w:tcPr>
          <w:p>
            <w:r/>
            <w:r>
              <w:rPr>
                <w:rFonts w:ascii="Malgun Gothic" w:hAnsi="Malgun Gothic" w:eastAsia="Malgun Gothic"/>
                <w:b w:val="0"/>
                <w:sz w:val="14"/>
              </w:rPr>
              <w:t>1.063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0.05953735</w:t>
            </w:r>
          </w:p>
        </w:tc>
        <w:tc>
          <w:tcPr>
            <w:tcW w:type="dxa" w:w="493"/>
            <w:vAlign w:val="center"/>
          </w:tcPr>
          <w:p>
            <w:r/>
            <w:r>
              <w:rPr>
                <w:rFonts w:ascii="Malgun Gothic" w:hAnsi="Malgun Gothic" w:eastAsia="Malgun Gothic"/>
                <w:b w:val="0"/>
                <w:sz w:val="14"/>
              </w:rPr>
              <w:t>174.046484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00__350002022300000__SPEAKER_01__7.760_10.679__000005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7.76</w:t>
            </w:r>
          </w:p>
        </w:tc>
        <w:tc>
          <w:tcPr>
            <w:tcW w:type="dxa" w:w="493"/>
            <w:vAlign w:val="center"/>
          </w:tcPr>
          <w:p>
            <w:r/>
            <w:r>
              <w:rPr>
                <w:rFonts w:ascii="Malgun Gothic" w:hAnsi="Malgun Gothic" w:eastAsia="Malgun Gothic"/>
                <w:b w:val="0"/>
                <w:sz w:val="14"/>
              </w:rPr>
              <w:t>10.679</w:t>
            </w:r>
          </w:p>
        </w:tc>
        <w:tc>
          <w:tcPr>
            <w:tcW w:type="dxa" w:w="493"/>
            <w:vAlign w:val="center"/>
          </w:tcPr>
          <w:p>
            <w:r/>
            <w:r>
              <w:rPr>
                <w:rFonts w:ascii="Malgun Gothic" w:hAnsi="Malgun Gothic" w:eastAsia="Malgun Gothic"/>
                <w:b w:val="0"/>
                <w:sz w:val="14"/>
              </w:rPr>
              <w:t>2.919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0.04357441</w:t>
            </w:r>
          </w:p>
        </w:tc>
        <w:tc>
          <w:tcPr>
            <w:tcW w:type="dxa" w:w="493"/>
            <w:vAlign w:val="center"/>
          </w:tcPr>
          <w:p>
            <w:r/>
            <w:r>
              <w:rPr>
                <w:rFonts w:ascii="Malgun Gothic" w:hAnsi="Malgun Gothic" w:eastAsia="Malgun Gothic"/>
                <w:b w:val="0"/>
                <w:sz w:val="14"/>
              </w:rPr>
              <w:t>128.625750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00__350002022300000__SPEAKER_00__10.679_10.797__000006</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10.679</w:t>
            </w:r>
          </w:p>
        </w:tc>
        <w:tc>
          <w:tcPr>
            <w:tcW w:type="dxa" w:w="493"/>
            <w:vAlign w:val="center"/>
          </w:tcPr>
          <w:p>
            <w:r/>
            <w:r>
              <w:rPr>
                <w:rFonts w:ascii="Malgun Gothic" w:hAnsi="Malgun Gothic" w:eastAsia="Malgun Gothic"/>
                <w:b w:val="0"/>
                <w:sz w:val="14"/>
              </w:rPr>
              <w:t>10.797</w:t>
            </w:r>
          </w:p>
        </w:tc>
        <w:tc>
          <w:tcPr>
            <w:tcW w:type="dxa" w:w="493"/>
            <w:vAlign w:val="center"/>
          </w:tcPr>
          <w:p>
            <w:r/>
            <w:r>
              <w:rPr>
                <w:rFonts w:ascii="Malgun Gothic" w:hAnsi="Malgun Gothic" w:eastAsia="Malgun Gothic"/>
                <w:b w:val="0"/>
                <w:sz w:val="14"/>
              </w:rPr>
              <w:t>0.118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0.06676706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00__350002022300000__SPEAKER_01__10.797_10.932__000007</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10.797</w:t>
            </w:r>
          </w:p>
        </w:tc>
        <w:tc>
          <w:tcPr>
            <w:tcW w:type="dxa" w:w="493"/>
            <w:vAlign w:val="center"/>
          </w:tcPr>
          <w:p>
            <w:r/>
            <w:r>
              <w:rPr>
                <w:rFonts w:ascii="Malgun Gothic" w:hAnsi="Malgun Gothic" w:eastAsia="Malgun Gothic"/>
                <w:b w:val="0"/>
                <w:sz w:val="14"/>
              </w:rPr>
              <w:t>10.932</w:t>
            </w:r>
          </w:p>
        </w:tc>
        <w:tc>
          <w:tcPr>
            <w:tcW w:type="dxa" w:w="493"/>
            <w:vAlign w:val="center"/>
          </w:tcPr>
          <w:p>
            <w:r/>
            <w:r>
              <w:rPr>
                <w:rFonts w:ascii="Malgun Gothic" w:hAnsi="Malgun Gothic" w:eastAsia="Malgun Gothic"/>
                <w:b w:val="0"/>
                <w:sz w:val="14"/>
              </w:rPr>
              <w:t>0.135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0.03883868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00__350002022300000__SPEAKER_01__12.164_19.471__000008</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12.164</w:t>
            </w:r>
          </w:p>
        </w:tc>
        <w:tc>
          <w:tcPr>
            <w:tcW w:type="dxa" w:w="493"/>
            <w:vAlign w:val="center"/>
          </w:tcPr>
          <w:p>
            <w:r/>
            <w:r>
              <w:rPr>
                <w:rFonts w:ascii="Malgun Gothic" w:hAnsi="Malgun Gothic" w:eastAsia="Malgun Gothic"/>
                <w:b w:val="0"/>
                <w:sz w:val="14"/>
              </w:rPr>
              <w:t>19.471</w:t>
            </w:r>
          </w:p>
        </w:tc>
        <w:tc>
          <w:tcPr>
            <w:tcW w:type="dxa" w:w="493"/>
            <w:vAlign w:val="center"/>
          </w:tcPr>
          <w:p>
            <w:r/>
            <w:r>
              <w:rPr>
                <w:rFonts w:ascii="Malgun Gothic" w:hAnsi="Malgun Gothic" w:eastAsia="Malgun Gothic"/>
                <w:b w:val="0"/>
                <w:sz w:val="14"/>
              </w:rPr>
              <w:t>7.307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0.05996937</w:t>
            </w:r>
          </w:p>
        </w:tc>
        <w:tc>
          <w:tcPr>
            <w:tcW w:type="dxa" w:w="493"/>
            <w:vAlign w:val="center"/>
          </w:tcPr>
          <w:p>
            <w:r/>
            <w:r>
              <w:rPr>
                <w:rFonts w:ascii="Malgun Gothic" w:hAnsi="Malgun Gothic" w:eastAsia="Malgun Gothic"/>
                <w:b w:val="0"/>
                <w:sz w:val="14"/>
              </w:rPr>
              <w:t>143.216607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00__350002022300000__SPEAKER_00__19.690_19.977__000009</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19.69</w:t>
            </w:r>
          </w:p>
        </w:tc>
        <w:tc>
          <w:tcPr>
            <w:tcW w:type="dxa" w:w="493"/>
            <w:vAlign w:val="center"/>
          </w:tcPr>
          <w:p>
            <w:r/>
            <w:r>
              <w:rPr>
                <w:rFonts w:ascii="Malgun Gothic" w:hAnsi="Malgun Gothic" w:eastAsia="Malgun Gothic"/>
                <w:b w:val="0"/>
                <w:sz w:val="14"/>
              </w:rPr>
              <w:t>19.977</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0.07009622</w:t>
            </w:r>
          </w:p>
        </w:tc>
        <w:tc>
          <w:tcPr>
            <w:tcW w:type="dxa" w:w="493"/>
            <w:vAlign w:val="center"/>
          </w:tcPr>
          <w:p>
            <w:r/>
            <w:r>
              <w:rPr>
                <w:rFonts w:ascii="Malgun Gothic" w:hAnsi="Malgun Gothic" w:eastAsia="Malgun Gothic"/>
                <w:b w:val="0"/>
                <w:sz w:val="14"/>
              </w:rPr>
              <w:t>184.422334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00__350002022300000__SPEAKER_01__19.977_20.281__000010</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19.977</w:t>
            </w:r>
          </w:p>
        </w:tc>
        <w:tc>
          <w:tcPr>
            <w:tcW w:type="dxa" w:w="493"/>
            <w:vAlign w:val="center"/>
          </w:tcPr>
          <w:p>
            <w:r/>
            <w:r>
              <w:rPr>
                <w:rFonts w:ascii="Malgun Gothic" w:hAnsi="Malgun Gothic" w:eastAsia="Malgun Gothic"/>
                <w:b w:val="0"/>
                <w:sz w:val="14"/>
              </w:rPr>
              <w:t>20.281</w:t>
            </w:r>
          </w:p>
        </w:tc>
        <w:tc>
          <w:tcPr>
            <w:tcW w:type="dxa" w:w="493"/>
            <w:vAlign w:val="center"/>
          </w:tcPr>
          <w:p>
            <w:r/>
            <w:r>
              <w:rPr>
                <w:rFonts w:ascii="Malgun Gothic" w:hAnsi="Malgun Gothic" w:eastAsia="Malgun Gothic"/>
                <w:b w:val="0"/>
                <w:sz w:val="14"/>
              </w:rPr>
              <w:t>0.304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0.06258495</w:t>
            </w:r>
          </w:p>
        </w:tc>
        <w:tc>
          <w:tcPr>
            <w:tcW w:type="dxa" w:w="493"/>
            <w:vAlign w:val="center"/>
          </w:tcPr>
          <w:p>
            <w:r/>
            <w:r>
              <w:rPr>
                <w:rFonts w:ascii="Malgun Gothic" w:hAnsi="Malgun Gothic" w:eastAsia="Malgun Gothic"/>
                <w:b w:val="0"/>
                <w:sz w:val="14"/>
              </w:rPr>
              <w:t>269.952568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00__350002022300000__SPEAKER_01__21.817_28.735__000011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21.817</w:t>
            </w:r>
          </w:p>
        </w:tc>
        <w:tc>
          <w:tcPr>
            <w:tcW w:type="dxa" w:w="493"/>
            <w:vAlign w:val="center"/>
          </w:tcPr>
          <w:p>
            <w:r/>
            <w:r>
              <w:rPr>
                <w:rFonts w:ascii="Malgun Gothic" w:hAnsi="Malgun Gothic" w:eastAsia="Malgun Gothic"/>
                <w:b w:val="0"/>
                <w:sz w:val="14"/>
              </w:rPr>
              <w:t>28.735</w:t>
            </w:r>
          </w:p>
        </w:tc>
        <w:tc>
          <w:tcPr>
            <w:tcW w:type="dxa" w:w="493"/>
            <w:vAlign w:val="center"/>
          </w:tcPr>
          <w:p>
            <w:r/>
            <w:r>
              <w:rPr>
                <w:rFonts w:ascii="Malgun Gothic" w:hAnsi="Malgun Gothic" w:eastAsia="Malgun Gothic"/>
                <w:b w:val="0"/>
                <w:sz w:val="14"/>
              </w:rPr>
              <w:t>6.919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0.04108795</w:t>
            </w:r>
          </w:p>
        </w:tc>
        <w:tc>
          <w:tcPr>
            <w:tcW w:type="dxa" w:w="493"/>
            <w:vAlign w:val="center"/>
          </w:tcPr>
          <w:p>
            <w:r/>
            <w:r>
              <w:rPr>
                <w:rFonts w:ascii="Malgun Gothic" w:hAnsi="Malgun Gothic" w:eastAsia="Malgun Gothic"/>
                <w:b w:val="0"/>
                <w:sz w:val="14"/>
              </w:rPr>
              <w:t>132.140551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00__350002022300000__SPEAKER_00__28.313_28.347__000012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28.313</w:t>
            </w:r>
          </w:p>
        </w:tc>
        <w:tc>
          <w:tcPr>
            <w:tcW w:type="dxa" w:w="493"/>
            <w:vAlign w:val="center"/>
          </w:tcPr>
          <w:p>
            <w:r/>
            <w:r>
              <w:rPr>
                <w:rFonts w:ascii="Malgun Gothic" w:hAnsi="Malgun Gothic" w:eastAsia="Malgun Gothic"/>
                <w:b w:val="0"/>
                <w:sz w:val="14"/>
              </w:rPr>
              <w:t>28.347</w:t>
            </w:r>
          </w:p>
        </w:tc>
        <w:tc>
          <w:tcPr>
            <w:tcW w:type="dxa" w:w="493"/>
            <w:vAlign w:val="center"/>
          </w:tcPr>
          <w:p>
            <w:r/>
            <w:r>
              <w:rPr>
                <w:rFonts w:ascii="Malgun Gothic" w:hAnsi="Malgun Gothic" w:eastAsia="Malgun Gothic"/>
                <w:b w:val="0"/>
                <w:sz w:val="14"/>
              </w:rPr>
              <w:t>0.034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0.00194903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00__350002022300000__SPEAKER_01__29.123_32.718__000013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29.123</w:t>
            </w:r>
          </w:p>
        </w:tc>
        <w:tc>
          <w:tcPr>
            <w:tcW w:type="dxa" w:w="493"/>
            <w:vAlign w:val="center"/>
          </w:tcPr>
          <w:p>
            <w:r/>
            <w:r>
              <w:rPr>
                <w:rFonts w:ascii="Malgun Gothic" w:hAnsi="Malgun Gothic" w:eastAsia="Malgun Gothic"/>
                <w:b w:val="0"/>
                <w:sz w:val="14"/>
              </w:rPr>
              <w:t>32.718</w:t>
            </w:r>
          </w:p>
        </w:tc>
        <w:tc>
          <w:tcPr>
            <w:tcW w:type="dxa" w:w="493"/>
            <w:vAlign w:val="center"/>
          </w:tcPr>
          <w:p>
            <w:r/>
            <w:r>
              <w:rPr>
                <w:rFonts w:ascii="Malgun Gothic" w:hAnsi="Malgun Gothic" w:eastAsia="Malgun Gothic"/>
                <w:b w:val="0"/>
                <w:sz w:val="14"/>
              </w:rPr>
              <w:t>3.594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0.04556859</w:t>
            </w:r>
          </w:p>
        </w:tc>
        <w:tc>
          <w:tcPr>
            <w:tcW w:type="dxa" w:w="493"/>
            <w:vAlign w:val="center"/>
          </w:tcPr>
          <w:p>
            <w:r/>
            <w:r>
              <w:rPr>
                <w:rFonts w:ascii="Malgun Gothic" w:hAnsi="Malgun Gothic" w:eastAsia="Malgun Gothic"/>
                <w:b w:val="0"/>
                <w:sz w:val="14"/>
              </w:rPr>
              <w:t>143.746137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00__350002022300000__SPEAKER_00__35.367_36.903__000014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35.367</w:t>
            </w:r>
          </w:p>
        </w:tc>
        <w:tc>
          <w:tcPr>
            <w:tcW w:type="dxa" w:w="493"/>
            <w:vAlign w:val="center"/>
          </w:tcPr>
          <w:p>
            <w:r/>
            <w:r>
              <w:rPr>
                <w:rFonts w:ascii="Malgun Gothic" w:hAnsi="Malgun Gothic" w:eastAsia="Malgun Gothic"/>
                <w:b w:val="0"/>
                <w:sz w:val="14"/>
              </w:rPr>
              <w:t>36.903</w:t>
            </w:r>
          </w:p>
        </w:tc>
        <w:tc>
          <w:tcPr>
            <w:tcW w:type="dxa" w:w="493"/>
            <w:vAlign w:val="center"/>
          </w:tcPr>
          <w:p>
            <w:r/>
            <w:r>
              <w:rPr>
                <w:rFonts w:ascii="Malgun Gothic" w:hAnsi="Malgun Gothic" w:eastAsia="Malgun Gothic"/>
                <w:b w:val="0"/>
                <w:sz w:val="14"/>
              </w:rPr>
              <w:t>1.536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0.11377881</w:t>
            </w:r>
          </w:p>
        </w:tc>
        <w:tc>
          <w:tcPr>
            <w:tcW w:type="dxa" w:w="493"/>
            <w:vAlign w:val="center"/>
          </w:tcPr>
          <w:p>
            <w:r/>
            <w:r>
              <w:rPr>
                <w:rFonts w:ascii="Malgun Gothic" w:hAnsi="Malgun Gothic" w:eastAsia="Malgun Gothic"/>
                <w:b w:val="0"/>
                <w:sz w:val="14"/>
              </w:rPr>
              <w:t>211.708640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00__350002022300000__SPEAKER_01__38.354_38.405__000015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38.354</w:t>
            </w:r>
          </w:p>
        </w:tc>
        <w:tc>
          <w:tcPr>
            <w:tcW w:type="dxa" w:w="493"/>
            <w:vAlign w:val="center"/>
          </w:tcPr>
          <w:p>
            <w:r/>
            <w:r>
              <w:rPr>
                <w:rFonts w:ascii="Malgun Gothic" w:hAnsi="Malgun Gothic" w:eastAsia="Malgun Gothic"/>
                <w:b w:val="0"/>
                <w:sz w:val="14"/>
              </w:rPr>
              <w:t>38.405</w:t>
            </w:r>
          </w:p>
        </w:tc>
        <w:tc>
          <w:tcPr>
            <w:tcW w:type="dxa" w:w="493"/>
            <w:vAlign w:val="center"/>
          </w:tcPr>
          <w:p>
            <w:r/>
            <w:r>
              <w:rPr>
                <w:rFonts w:ascii="Malgun Gothic" w:hAnsi="Malgun Gothic" w:eastAsia="Malgun Gothic"/>
                <w:b w:val="0"/>
                <w:sz w:val="14"/>
              </w:rPr>
              <w:t>0.051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0.00384756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00__350002022300000__SPEAKER_01__38.911_45.425__000016</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38.911</w:t>
            </w:r>
          </w:p>
        </w:tc>
        <w:tc>
          <w:tcPr>
            <w:tcW w:type="dxa" w:w="493"/>
            <w:vAlign w:val="center"/>
          </w:tcPr>
          <w:p>
            <w:r/>
            <w:r>
              <w:rPr>
                <w:rFonts w:ascii="Malgun Gothic" w:hAnsi="Malgun Gothic" w:eastAsia="Malgun Gothic"/>
                <w:b w:val="0"/>
                <w:sz w:val="14"/>
              </w:rPr>
              <w:t>45.425</w:t>
            </w:r>
          </w:p>
        </w:tc>
        <w:tc>
          <w:tcPr>
            <w:tcW w:type="dxa" w:w="493"/>
            <w:vAlign w:val="center"/>
          </w:tcPr>
          <w:p>
            <w:r/>
            <w:r>
              <w:rPr>
                <w:rFonts w:ascii="Malgun Gothic" w:hAnsi="Malgun Gothic" w:eastAsia="Malgun Gothic"/>
                <w:b w:val="0"/>
                <w:sz w:val="14"/>
              </w:rPr>
              <w:t>6.514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0.06293251</w:t>
            </w:r>
          </w:p>
        </w:tc>
        <w:tc>
          <w:tcPr>
            <w:tcW w:type="dxa" w:w="493"/>
            <w:vAlign w:val="center"/>
          </w:tcPr>
          <w:p>
            <w:r/>
            <w:r>
              <w:rPr>
                <w:rFonts w:ascii="Malgun Gothic" w:hAnsi="Malgun Gothic" w:eastAsia="Malgun Gothic"/>
                <w:b w:val="0"/>
                <w:sz w:val="14"/>
              </w:rPr>
              <w:t>137.944049</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00__350002022300000__SPEAKER_00__40.193_40.936__000017</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40.193</w:t>
            </w:r>
          </w:p>
        </w:tc>
        <w:tc>
          <w:tcPr>
            <w:tcW w:type="dxa" w:w="493"/>
            <w:vAlign w:val="center"/>
          </w:tcPr>
          <w:p>
            <w:r/>
            <w:r>
              <w:rPr>
                <w:rFonts w:ascii="Malgun Gothic" w:hAnsi="Malgun Gothic" w:eastAsia="Malgun Gothic"/>
                <w:b w:val="0"/>
                <w:sz w:val="14"/>
              </w:rPr>
              <w:t>40.936</w:t>
            </w:r>
          </w:p>
        </w:tc>
        <w:tc>
          <w:tcPr>
            <w:tcW w:type="dxa" w:w="493"/>
            <w:vAlign w:val="center"/>
          </w:tcPr>
          <w:p>
            <w:r/>
            <w:r>
              <w:rPr>
                <w:rFonts w:ascii="Malgun Gothic" w:hAnsi="Malgun Gothic" w:eastAsia="Malgun Gothic"/>
                <w:b w:val="0"/>
                <w:sz w:val="14"/>
              </w:rPr>
              <w:t>0.742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0.13592906</w:t>
            </w:r>
          </w:p>
        </w:tc>
        <w:tc>
          <w:tcPr>
            <w:tcW w:type="dxa" w:w="493"/>
            <w:vAlign w:val="center"/>
          </w:tcPr>
          <w:p>
            <w:r/>
            <w:r>
              <w:rPr>
                <w:rFonts w:ascii="Malgun Gothic" w:hAnsi="Malgun Gothic" w:eastAsia="Malgun Gothic"/>
                <w:b w:val="0"/>
                <w:sz w:val="14"/>
              </w:rPr>
              <w:t>156.415997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00__350002022300000__SPEAKER_01__45.627_48.040__000018</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45.627</w:t>
            </w:r>
          </w:p>
        </w:tc>
        <w:tc>
          <w:tcPr>
            <w:tcW w:type="dxa" w:w="493"/>
            <w:vAlign w:val="center"/>
          </w:tcPr>
          <w:p>
            <w:r/>
            <w:r>
              <w:rPr>
                <w:rFonts w:ascii="Malgun Gothic" w:hAnsi="Malgun Gothic" w:eastAsia="Malgun Gothic"/>
                <w:b w:val="0"/>
                <w:sz w:val="14"/>
              </w:rPr>
              <w:t>48.04</w:t>
            </w:r>
          </w:p>
        </w:tc>
        <w:tc>
          <w:tcPr>
            <w:tcW w:type="dxa" w:w="493"/>
            <w:vAlign w:val="center"/>
          </w:tcPr>
          <w:p>
            <w:r/>
            <w:r>
              <w:rPr>
                <w:rFonts w:ascii="Malgun Gothic" w:hAnsi="Malgun Gothic" w:eastAsia="Malgun Gothic"/>
                <w:b w:val="0"/>
                <w:sz w:val="14"/>
              </w:rPr>
              <w:t>2.413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0.05594229</w:t>
            </w:r>
          </w:p>
        </w:tc>
        <w:tc>
          <w:tcPr>
            <w:tcW w:type="dxa" w:w="493"/>
            <w:vAlign w:val="center"/>
          </w:tcPr>
          <w:p>
            <w:r/>
            <w:r>
              <w:rPr>
                <w:rFonts w:ascii="Malgun Gothic" w:hAnsi="Malgun Gothic" w:eastAsia="Malgun Gothic"/>
                <w:b w:val="0"/>
                <w:sz w:val="14"/>
              </w:rPr>
              <w:t>161.496273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00__350002022300000__SPEAKER_00__45.779_46.133__000019</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45.779</w:t>
            </w:r>
          </w:p>
        </w:tc>
        <w:tc>
          <w:tcPr>
            <w:tcW w:type="dxa" w:w="493"/>
            <w:vAlign w:val="center"/>
          </w:tcPr>
          <w:p>
            <w:r/>
            <w:r>
              <w:rPr>
                <w:rFonts w:ascii="Malgun Gothic" w:hAnsi="Malgun Gothic" w:eastAsia="Malgun Gothic"/>
                <w:b w:val="0"/>
                <w:sz w:val="14"/>
              </w:rPr>
              <w:t>46.133</w:t>
            </w:r>
          </w:p>
        </w:tc>
        <w:tc>
          <w:tcPr>
            <w:tcW w:type="dxa" w:w="493"/>
            <w:vAlign w:val="center"/>
          </w:tcPr>
          <w:p>
            <w:r/>
            <w:r>
              <w:rPr>
                <w:rFonts w:ascii="Malgun Gothic" w:hAnsi="Malgun Gothic" w:eastAsia="Malgun Gothic"/>
                <w:b w:val="0"/>
                <w:sz w:val="14"/>
              </w:rPr>
              <w:t>0.354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0.06075990</w:t>
            </w:r>
          </w:p>
        </w:tc>
        <w:tc>
          <w:tcPr>
            <w:tcW w:type="dxa" w:w="493"/>
            <w:vAlign w:val="center"/>
          </w:tcPr>
          <w:p>
            <w:r/>
            <w:r>
              <w:rPr>
                <w:rFonts w:ascii="Malgun Gothic" w:hAnsi="Malgun Gothic" w:eastAsia="Malgun Gothic"/>
                <w:b w:val="0"/>
                <w:sz w:val="14"/>
              </w:rPr>
              <w:t>154.587695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00__350002022300000__SPEAKER_01__49.593_54.487__000020</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49.593</w:t>
            </w:r>
          </w:p>
        </w:tc>
        <w:tc>
          <w:tcPr>
            <w:tcW w:type="dxa" w:w="493"/>
            <w:vAlign w:val="center"/>
          </w:tcPr>
          <w:p>
            <w:r/>
            <w:r>
              <w:rPr>
                <w:rFonts w:ascii="Malgun Gothic" w:hAnsi="Malgun Gothic" w:eastAsia="Malgun Gothic"/>
                <w:b w:val="0"/>
                <w:sz w:val="14"/>
              </w:rPr>
              <w:t>54.487</w:t>
            </w:r>
          </w:p>
        </w:tc>
        <w:tc>
          <w:tcPr>
            <w:tcW w:type="dxa" w:w="493"/>
            <w:vAlign w:val="center"/>
          </w:tcPr>
          <w:p>
            <w:r/>
            <w:r>
              <w:rPr>
                <w:rFonts w:ascii="Malgun Gothic" w:hAnsi="Malgun Gothic" w:eastAsia="Malgun Gothic"/>
                <w:b w:val="0"/>
                <w:sz w:val="14"/>
              </w:rPr>
              <w:t>4.894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0.05677043</w:t>
            </w:r>
          </w:p>
        </w:tc>
        <w:tc>
          <w:tcPr>
            <w:tcW w:type="dxa" w:w="493"/>
            <w:vAlign w:val="center"/>
          </w:tcPr>
          <w:p>
            <w:r/>
            <w:r>
              <w:rPr>
                <w:rFonts w:ascii="Malgun Gothic" w:hAnsi="Malgun Gothic" w:eastAsia="Malgun Gothic"/>
                <w:b w:val="0"/>
                <w:sz w:val="14"/>
              </w:rPr>
              <w:t>129.793354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00__350002022300000__SPEAKER_00__54.250_54.470__000021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54.25</w:t>
            </w:r>
          </w:p>
        </w:tc>
        <w:tc>
          <w:tcPr>
            <w:tcW w:type="dxa" w:w="493"/>
            <w:vAlign w:val="center"/>
          </w:tcPr>
          <w:p>
            <w:r/>
            <w:r>
              <w:rPr>
                <w:rFonts w:ascii="Malgun Gothic" w:hAnsi="Malgun Gothic" w:eastAsia="Malgun Gothic"/>
                <w:b w:val="0"/>
                <w:sz w:val="14"/>
              </w:rPr>
              <w:t>54.47</w:t>
            </w:r>
          </w:p>
        </w:tc>
        <w:tc>
          <w:tcPr>
            <w:tcW w:type="dxa" w:w="493"/>
            <w:vAlign w:val="center"/>
          </w:tcPr>
          <w:p>
            <w:r/>
            <w:r>
              <w:rPr>
                <w:rFonts w:ascii="Malgun Gothic" w:hAnsi="Malgun Gothic" w:eastAsia="Malgun Gothic"/>
                <w:b w:val="0"/>
                <w:sz w:val="14"/>
              </w:rPr>
              <w:t>0.219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0.06108660</w:t>
            </w:r>
          </w:p>
        </w:tc>
        <w:tc>
          <w:tcPr>
            <w:tcW w:type="dxa" w:w="493"/>
            <w:vAlign w:val="center"/>
          </w:tcPr>
          <w:p>
            <w:r/>
            <w:r>
              <w:rPr>
                <w:rFonts w:ascii="Malgun Gothic" w:hAnsi="Malgun Gothic" w:eastAsia="Malgun Gothic"/>
                <w:b w:val="0"/>
                <w:sz w:val="14"/>
              </w:rPr>
              <w:t>140.856160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00__350002022300000__SPEAKER_00__54.487_54.773__000022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54.487</w:t>
            </w:r>
          </w:p>
        </w:tc>
        <w:tc>
          <w:tcPr>
            <w:tcW w:type="dxa" w:w="493"/>
            <w:vAlign w:val="center"/>
          </w:tcPr>
          <w:p>
            <w:r/>
            <w:r>
              <w:rPr>
                <w:rFonts w:ascii="Malgun Gothic" w:hAnsi="Malgun Gothic" w:eastAsia="Malgun Gothic"/>
                <w:b w:val="0"/>
                <w:sz w:val="14"/>
              </w:rPr>
              <w:t>54.773</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0.05895352</w:t>
            </w:r>
          </w:p>
        </w:tc>
        <w:tc>
          <w:tcPr>
            <w:tcW w:type="dxa" w:w="493"/>
            <w:vAlign w:val="center"/>
          </w:tcPr>
          <w:p>
            <w:r/>
            <w:r>
              <w:rPr>
                <w:rFonts w:ascii="Malgun Gothic" w:hAnsi="Malgun Gothic" w:eastAsia="Malgun Gothic"/>
                <w:b w:val="0"/>
                <w:sz w:val="14"/>
              </w:rPr>
              <w:t>138.758865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00__350002022300000__SPEAKER_01__54.959_56.714__000023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54.959</w:t>
            </w:r>
          </w:p>
        </w:tc>
        <w:tc>
          <w:tcPr>
            <w:tcW w:type="dxa" w:w="493"/>
            <w:vAlign w:val="center"/>
          </w:tcPr>
          <w:p>
            <w:r/>
            <w:r>
              <w:rPr>
                <w:rFonts w:ascii="Malgun Gothic" w:hAnsi="Malgun Gothic" w:eastAsia="Malgun Gothic"/>
                <w:b w:val="0"/>
                <w:sz w:val="14"/>
              </w:rPr>
              <w:t>56.714</w:t>
            </w:r>
          </w:p>
        </w:tc>
        <w:tc>
          <w:tcPr>
            <w:tcW w:type="dxa" w:w="493"/>
            <w:vAlign w:val="center"/>
          </w:tcPr>
          <w:p>
            <w:r/>
            <w:r>
              <w:rPr>
                <w:rFonts w:ascii="Malgun Gothic" w:hAnsi="Malgun Gothic" w:eastAsia="Malgun Gothic"/>
                <w:b w:val="0"/>
                <w:sz w:val="14"/>
              </w:rPr>
              <w:t>1.755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0.05213411</w:t>
            </w:r>
          </w:p>
        </w:tc>
        <w:tc>
          <w:tcPr>
            <w:tcW w:type="dxa" w:w="493"/>
            <w:vAlign w:val="center"/>
          </w:tcPr>
          <w:p>
            <w:r/>
            <w:r>
              <w:rPr>
                <w:rFonts w:ascii="Malgun Gothic" w:hAnsi="Malgun Gothic" w:eastAsia="Malgun Gothic"/>
                <w:b w:val="0"/>
                <w:sz w:val="14"/>
              </w:rPr>
              <w:t>137.820678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00__350002022300000__SPEAKER_01__56.849_57.220__000024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56.849</w:t>
            </w:r>
          </w:p>
        </w:tc>
        <w:tc>
          <w:tcPr>
            <w:tcW w:type="dxa" w:w="493"/>
            <w:vAlign w:val="center"/>
          </w:tcPr>
          <w:p>
            <w:r/>
            <w:r>
              <w:rPr>
                <w:rFonts w:ascii="Malgun Gothic" w:hAnsi="Malgun Gothic" w:eastAsia="Malgun Gothic"/>
                <w:b w:val="0"/>
                <w:sz w:val="14"/>
              </w:rPr>
              <w:t>57.22</w:t>
            </w:r>
          </w:p>
        </w:tc>
        <w:tc>
          <w:tcPr>
            <w:tcW w:type="dxa" w:w="493"/>
            <w:vAlign w:val="center"/>
          </w:tcPr>
          <w:p>
            <w:r/>
            <w:r>
              <w:rPr>
                <w:rFonts w:ascii="Malgun Gothic" w:hAnsi="Malgun Gothic" w:eastAsia="Malgun Gothic"/>
                <w:b w:val="0"/>
                <w:sz w:val="14"/>
              </w:rPr>
              <w:t>0.371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0.05158553</w:t>
            </w:r>
          </w:p>
        </w:tc>
        <w:tc>
          <w:tcPr>
            <w:tcW w:type="dxa" w:w="493"/>
            <w:vAlign w:val="center"/>
          </w:tcPr>
          <w:p>
            <w:r/>
            <w:r>
              <w:rPr>
                <w:rFonts w:ascii="Malgun Gothic" w:hAnsi="Malgun Gothic" w:eastAsia="Malgun Gothic"/>
                <w:b w:val="0"/>
                <w:sz w:val="14"/>
              </w:rPr>
              <w:t>164.384858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00__350002022300000__SPEAKER_01__58.925_63.886__000025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58.925</w:t>
            </w:r>
          </w:p>
        </w:tc>
        <w:tc>
          <w:tcPr>
            <w:tcW w:type="dxa" w:w="493"/>
            <w:vAlign w:val="center"/>
          </w:tcPr>
          <w:p>
            <w:r/>
            <w:r>
              <w:rPr>
                <w:rFonts w:ascii="Malgun Gothic" w:hAnsi="Malgun Gothic" w:eastAsia="Malgun Gothic"/>
                <w:b w:val="0"/>
                <w:sz w:val="14"/>
              </w:rPr>
              <w:t>63.886</w:t>
            </w:r>
          </w:p>
        </w:tc>
        <w:tc>
          <w:tcPr>
            <w:tcW w:type="dxa" w:w="493"/>
            <w:vAlign w:val="center"/>
          </w:tcPr>
          <w:p>
            <w:r/>
            <w:r>
              <w:rPr>
                <w:rFonts w:ascii="Malgun Gothic" w:hAnsi="Malgun Gothic" w:eastAsia="Malgun Gothic"/>
                <w:b w:val="0"/>
                <w:sz w:val="14"/>
              </w:rPr>
              <w:t>4.961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0.04586577</w:t>
            </w:r>
          </w:p>
        </w:tc>
        <w:tc>
          <w:tcPr>
            <w:tcW w:type="dxa" w:w="493"/>
            <w:vAlign w:val="center"/>
          </w:tcPr>
          <w:p>
            <w:r/>
            <w:r>
              <w:rPr>
                <w:rFonts w:ascii="Malgun Gothic" w:hAnsi="Malgun Gothic" w:eastAsia="Malgun Gothic"/>
                <w:b w:val="0"/>
                <w:sz w:val="14"/>
              </w:rPr>
              <w:t>127.484054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 중간 57,569행은 전체 데이터 부록 ZIP에 원본으로 포함 ...</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r>
      <w:tr>
        <w:trPr>
          <w:cantSplit/>
        </w:trPr>
        <w:tc>
          <w:tcPr>
            <w:tcW w:type="dxa" w:w="493"/>
            <w:vAlign w:val="center"/>
          </w:tcPr>
          <w:p>
            <w:r/>
            <w:r>
              <w:rPr>
                <w:rFonts w:ascii="Malgun Gothic" w:hAnsi="Malgun Gothic" w:eastAsia="Malgun Gothic"/>
                <w:b w:val="0"/>
                <w:sz w:val="14"/>
              </w:rPr>
              <w:t>09__350002022300998__SPEAKER_00__4.351_7.034__057595</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4.351</w:t>
            </w:r>
          </w:p>
        </w:tc>
        <w:tc>
          <w:tcPr>
            <w:tcW w:type="dxa" w:w="493"/>
            <w:vAlign w:val="center"/>
          </w:tcPr>
          <w:p>
            <w:r/>
            <w:r>
              <w:rPr>
                <w:rFonts w:ascii="Malgun Gothic" w:hAnsi="Malgun Gothic" w:eastAsia="Malgun Gothic"/>
                <w:b w:val="0"/>
                <w:sz w:val="14"/>
              </w:rPr>
              <w:t>7.034</w:t>
            </w:r>
          </w:p>
        </w:tc>
        <w:tc>
          <w:tcPr>
            <w:tcW w:type="dxa" w:w="493"/>
            <w:vAlign w:val="center"/>
          </w:tcPr>
          <w:p>
            <w:r/>
            <w:r>
              <w:rPr>
                <w:rFonts w:ascii="Malgun Gothic" w:hAnsi="Malgun Gothic" w:eastAsia="Malgun Gothic"/>
                <w:b w:val="0"/>
                <w:sz w:val="14"/>
              </w:rPr>
              <w:t>2.683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0.05947952</w:t>
            </w:r>
          </w:p>
        </w:tc>
        <w:tc>
          <w:tcPr>
            <w:tcW w:type="dxa" w:w="493"/>
            <w:vAlign w:val="center"/>
          </w:tcPr>
          <w:p>
            <w:r/>
            <w:r>
              <w:rPr>
                <w:rFonts w:ascii="Malgun Gothic" w:hAnsi="Malgun Gothic" w:eastAsia="Malgun Gothic"/>
                <w:b w:val="0"/>
                <w:sz w:val="14"/>
              </w:rPr>
              <w:t>177.129636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09__350002022300998__SPEAKER_01__5.954_6.022__057596</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5.954</w:t>
            </w:r>
          </w:p>
        </w:tc>
        <w:tc>
          <w:tcPr>
            <w:tcW w:type="dxa" w:w="493"/>
            <w:vAlign w:val="center"/>
          </w:tcPr>
          <w:p>
            <w:r/>
            <w:r>
              <w:rPr>
                <w:rFonts w:ascii="Malgun Gothic" w:hAnsi="Malgun Gothic" w:eastAsia="Malgun Gothic"/>
                <w:b w:val="0"/>
                <w:sz w:val="14"/>
              </w:rPr>
              <w:t>6.022</w:t>
            </w:r>
          </w:p>
        </w:tc>
        <w:tc>
          <w:tcPr>
            <w:tcW w:type="dxa" w:w="493"/>
            <w:vAlign w:val="center"/>
          </w:tcPr>
          <w:p>
            <w:r/>
            <w:r>
              <w:rPr>
                <w:rFonts w:ascii="Malgun Gothic" w:hAnsi="Malgun Gothic" w:eastAsia="Malgun Gothic"/>
                <w:b w:val="0"/>
                <w:sz w:val="14"/>
              </w:rPr>
              <w:t>0.068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0.00610556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09__350002022300998__SPEAKER_01__6.680_6.933__057597</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6.68</w:t>
            </w:r>
          </w:p>
        </w:tc>
        <w:tc>
          <w:tcPr>
            <w:tcW w:type="dxa" w:w="493"/>
            <w:vAlign w:val="center"/>
          </w:tcPr>
          <w:p>
            <w:r/>
            <w:r>
              <w:rPr>
                <w:rFonts w:ascii="Malgun Gothic" w:hAnsi="Malgun Gothic" w:eastAsia="Malgun Gothic"/>
                <w:b w:val="0"/>
                <w:sz w:val="14"/>
              </w:rPr>
              <w:t>6.933</w:t>
            </w:r>
          </w:p>
        </w:tc>
        <w:tc>
          <w:tcPr>
            <w:tcW w:type="dxa" w:w="493"/>
            <w:vAlign w:val="center"/>
          </w:tcPr>
          <w:p>
            <w:r/>
            <w:r>
              <w:rPr>
                <w:rFonts w:ascii="Malgun Gothic" w:hAnsi="Malgun Gothic" w:eastAsia="Malgun Gothic"/>
                <w:b w:val="0"/>
                <w:sz w:val="14"/>
              </w:rPr>
              <w:t>0.253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0.07927645</w:t>
            </w:r>
          </w:p>
        </w:tc>
        <w:tc>
          <w:tcPr>
            <w:tcW w:type="dxa" w:w="493"/>
            <w:vAlign w:val="center"/>
          </w:tcPr>
          <w:p>
            <w:r/>
            <w:r>
              <w:rPr>
                <w:rFonts w:ascii="Malgun Gothic" w:hAnsi="Malgun Gothic" w:eastAsia="Malgun Gothic"/>
                <w:b w:val="0"/>
                <w:sz w:val="14"/>
              </w:rPr>
              <w:t>167.599624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09__350002022300998__SPEAKER_00__7.810_10.257__057598</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7.81</w:t>
            </w:r>
          </w:p>
        </w:tc>
        <w:tc>
          <w:tcPr>
            <w:tcW w:type="dxa" w:w="493"/>
            <w:vAlign w:val="center"/>
          </w:tcPr>
          <w:p>
            <w:r/>
            <w:r>
              <w:rPr>
                <w:rFonts w:ascii="Malgun Gothic" w:hAnsi="Malgun Gothic" w:eastAsia="Malgun Gothic"/>
                <w:b w:val="0"/>
                <w:sz w:val="14"/>
              </w:rPr>
              <w:t>10.257</w:t>
            </w:r>
          </w:p>
        </w:tc>
        <w:tc>
          <w:tcPr>
            <w:tcW w:type="dxa" w:w="493"/>
            <w:vAlign w:val="center"/>
          </w:tcPr>
          <w:p>
            <w:r/>
            <w:r>
              <w:rPr>
                <w:rFonts w:ascii="Malgun Gothic" w:hAnsi="Malgun Gothic" w:eastAsia="Malgun Gothic"/>
                <w:b w:val="0"/>
                <w:sz w:val="14"/>
              </w:rPr>
              <w:t>2.447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0.03669750</w:t>
            </w:r>
          </w:p>
        </w:tc>
        <w:tc>
          <w:tcPr>
            <w:tcW w:type="dxa" w:w="493"/>
            <w:vAlign w:val="center"/>
          </w:tcPr>
          <w:p>
            <w:r/>
            <w:r>
              <w:rPr>
                <w:rFonts w:ascii="Malgun Gothic" w:hAnsi="Malgun Gothic" w:eastAsia="Malgun Gothic"/>
                <w:b w:val="0"/>
                <w:sz w:val="14"/>
              </w:rPr>
              <w:t>172.815121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09__350002022300998__SPEAKER_00__10.882_12.299__057599</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10.882</w:t>
            </w:r>
          </w:p>
        </w:tc>
        <w:tc>
          <w:tcPr>
            <w:tcW w:type="dxa" w:w="493"/>
            <w:vAlign w:val="center"/>
          </w:tcPr>
          <w:p>
            <w:r/>
            <w:r>
              <w:rPr>
                <w:rFonts w:ascii="Malgun Gothic" w:hAnsi="Malgun Gothic" w:eastAsia="Malgun Gothic"/>
                <w:b w:val="0"/>
                <w:sz w:val="14"/>
              </w:rPr>
              <w:t>12.299</w:t>
            </w:r>
          </w:p>
        </w:tc>
        <w:tc>
          <w:tcPr>
            <w:tcW w:type="dxa" w:w="493"/>
            <w:vAlign w:val="center"/>
          </w:tcPr>
          <w:p>
            <w:r/>
            <w:r>
              <w:rPr>
                <w:rFonts w:ascii="Malgun Gothic" w:hAnsi="Malgun Gothic" w:eastAsia="Malgun Gothic"/>
                <w:b w:val="0"/>
                <w:sz w:val="14"/>
              </w:rPr>
              <w:t>1.418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0.02106520</w:t>
            </w:r>
          </w:p>
        </w:tc>
        <w:tc>
          <w:tcPr>
            <w:tcW w:type="dxa" w:w="493"/>
            <w:vAlign w:val="center"/>
          </w:tcPr>
          <w:p>
            <w:r/>
            <w:r>
              <w:rPr>
                <w:rFonts w:ascii="Malgun Gothic" w:hAnsi="Malgun Gothic" w:eastAsia="Malgun Gothic"/>
                <w:b w:val="0"/>
                <w:sz w:val="14"/>
              </w:rPr>
              <w:t>172.753561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09__350002022300998__SPEAKER_00__13.109_13.970__057600</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13.109</w:t>
            </w:r>
          </w:p>
        </w:tc>
        <w:tc>
          <w:tcPr>
            <w:tcW w:type="dxa" w:w="493"/>
            <w:vAlign w:val="center"/>
          </w:tcPr>
          <w:p>
            <w:r/>
            <w:r>
              <w:rPr>
                <w:rFonts w:ascii="Malgun Gothic" w:hAnsi="Malgun Gothic" w:eastAsia="Malgun Gothic"/>
                <w:b w:val="0"/>
                <w:sz w:val="14"/>
              </w:rPr>
              <w:t>13.97</w:t>
            </w:r>
          </w:p>
        </w:tc>
        <w:tc>
          <w:tcPr>
            <w:tcW w:type="dxa" w:w="493"/>
            <w:vAlign w:val="center"/>
          </w:tcPr>
          <w:p>
            <w:r/>
            <w:r>
              <w:rPr>
                <w:rFonts w:ascii="Malgun Gothic" w:hAnsi="Malgun Gothic" w:eastAsia="Malgun Gothic"/>
                <w:b w:val="0"/>
                <w:sz w:val="14"/>
              </w:rPr>
              <w:t>0.861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0.05715729</w:t>
            </w:r>
          </w:p>
        </w:tc>
        <w:tc>
          <w:tcPr>
            <w:tcW w:type="dxa" w:w="493"/>
            <w:vAlign w:val="center"/>
          </w:tcPr>
          <w:p>
            <w:r/>
            <w:r>
              <w:rPr>
                <w:rFonts w:ascii="Malgun Gothic" w:hAnsi="Malgun Gothic" w:eastAsia="Malgun Gothic"/>
                <w:b w:val="0"/>
                <w:sz w:val="14"/>
              </w:rPr>
              <w:t>287.817050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09__350002022300998__SPEAKER_01__13.970_15.286__057601</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13.97</w:t>
            </w:r>
          </w:p>
        </w:tc>
        <w:tc>
          <w:tcPr>
            <w:tcW w:type="dxa" w:w="493"/>
            <w:vAlign w:val="center"/>
          </w:tcPr>
          <w:p>
            <w:r/>
            <w:r>
              <w:rPr>
                <w:rFonts w:ascii="Malgun Gothic" w:hAnsi="Malgun Gothic" w:eastAsia="Malgun Gothic"/>
                <w:b w:val="0"/>
                <w:sz w:val="14"/>
              </w:rPr>
              <w:t>15.286</w:t>
            </w:r>
          </w:p>
        </w:tc>
        <w:tc>
          <w:tcPr>
            <w:tcW w:type="dxa" w:w="493"/>
            <w:vAlign w:val="center"/>
          </w:tcPr>
          <w:p>
            <w:r/>
            <w:r>
              <w:rPr>
                <w:rFonts w:ascii="Malgun Gothic" w:hAnsi="Malgun Gothic" w:eastAsia="Malgun Gothic"/>
                <w:b w:val="0"/>
                <w:sz w:val="14"/>
              </w:rPr>
              <w:t>1.316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0.06276976</w:t>
            </w:r>
          </w:p>
        </w:tc>
        <w:tc>
          <w:tcPr>
            <w:tcW w:type="dxa" w:w="493"/>
            <w:vAlign w:val="center"/>
          </w:tcPr>
          <w:p>
            <w:r/>
            <w:r>
              <w:rPr>
                <w:rFonts w:ascii="Malgun Gothic" w:hAnsi="Malgun Gothic" w:eastAsia="Malgun Gothic"/>
                <w:b w:val="0"/>
                <w:sz w:val="14"/>
              </w:rPr>
              <w:t>179.195155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09__350002022300998__SPEAKER_00__15.657_16.298__057602</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15.657</w:t>
            </w:r>
          </w:p>
        </w:tc>
        <w:tc>
          <w:tcPr>
            <w:tcW w:type="dxa" w:w="493"/>
            <w:vAlign w:val="center"/>
          </w:tcPr>
          <w:p>
            <w:r/>
            <w:r>
              <w:rPr>
                <w:rFonts w:ascii="Malgun Gothic" w:hAnsi="Malgun Gothic" w:eastAsia="Malgun Gothic"/>
                <w:b w:val="0"/>
                <w:sz w:val="14"/>
              </w:rPr>
              <w:t>16.298</w:t>
            </w:r>
          </w:p>
        </w:tc>
        <w:tc>
          <w:tcPr>
            <w:tcW w:type="dxa" w:w="493"/>
            <w:vAlign w:val="center"/>
          </w:tcPr>
          <w:p>
            <w:r/>
            <w:r>
              <w:rPr>
                <w:rFonts w:ascii="Malgun Gothic" w:hAnsi="Malgun Gothic" w:eastAsia="Malgun Gothic"/>
                <w:b w:val="0"/>
                <w:sz w:val="14"/>
              </w:rPr>
              <w:t>0.641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0.05317324</w:t>
            </w:r>
          </w:p>
        </w:tc>
        <w:tc>
          <w:tcPr>
            <w:tcW w:type="dxa" w:w="493"/>
            <w:vAlign w:val="center"/>
          </w:tcPr>
          <w:p>
            <w:r/>
            <w:r>
              <w:rPr>
                <w:rFonts w:ascii="Malgun Gothic" w:hAnsi="Malgun Gothic" w:eastAsia="Malgun Gothic"/>
                <w:b w:val="0"/>
                <w:sz w:val="14"/>
              </w:rPr>
              <w:t>224.925860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09__350002022300998__SPEAKER_01__15.961_23.723__057603</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15.961</w:t>
            </w:r>
          </w:p>
        </w:tc>
        <w:tc>
          <w:tcPr>
            <w:tcW w:type="dxa" w:w="493"/>
            <w:vAlign w:val="center"/>
          </w:tcPr>
          <w:p>
            <w:r/>
            <w:r>
              <w:rPr>
                <w:rFonts w:ascii="Malgun Gothic" w:hAnsi="Malgun Gothic" w:eastAsia="Malgun Gothic"/>
                <w:b w:val="0"/>
                <w:sz w:val="14"/>
              </w:rPr>
              <w:t>23.723</w:t>
            </w:r>
          </w:p>
        </w:tc>
        <w:tc>
          <w:tcPr>
            <w:tcW w:type="dxa" w:w="493"/>
            <w:vAlign w:val="center"/>
          </w:tcPr>
          <w:p>
            <w:r/>
            <w:r>
              <w:rPr>
                <w:rFonts w:ascii="Malgun Gothic" w:hAnsi="Malgun Gothic" w:eastAsia="Malgun Gothic"/>
                <w:b w:val="0"/>
                <w:sz w:val="14"/>
              </w:rPr>
              <w:t>7.762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0.05872604</w:t>
            </w:r>
          </w:p>
        </w:tc>
        <w:tc>
          <w:tcPr>
            <w:tcW w:type="dxa" w:w="493"/>
            <w:vAlign w:val="center"/>
          </w:tcPr>
          <w:p>
            <w:r/>
            <w:r>
              <w:rPr>
                <w:rFonts w:ascii="Malgun Gothic" w:hAnsi="Malgun Gothic" w:eastAsia="Malgun Gothic"/>
                <w:b w:val="0"/>
                <w:sz w:val="14"/>
              </w:rPr>
              <w:t>194.641237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09__350002022300998__SPEAKER_00__23.723_24.415__057604</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23.723</w:t>
            </w:r>
          </w:p>
        </w:tc>
        <w:tc>
          <w:tcPr>
            <w:tcW w:type="dxa" w:w="493"/>
            <w:vAlign w:val="center"/>
          </w:tcPr>
          <w:p>
            <w:r/>
            <w:r>
              <w:rPr>
                <w:rFonts w:ascii="Malgun Gothic" w:hAnsi="Malgun Gothic" w:eastAsia="Malgun Gothic"/>
                <w:b w:val="0"/>
                <w:sz w:val="14"/>
              </w:rPr>
              <w:t>24.415</w:t>
            </w:r>
          </w:p>
        </w:tc>
        <w:tc>
          <w:tcPr>
            <w:tcW w:type="dxa" w:w="493"/>
            <w:vAlign w:val="center"/>
          </w:tcPr>
          <w:p>
            <w:r/>
            <w:r>
              <w:rPr>
                <w:rFonts w:ascii="Malgun Gothic" w:hAnsi="Malgun Gothic" w:eastAsia="Malgun Gothic"/>
                <w:b w:val="0"/>
                <w:sz w:val="14"/>
              </w:rPr>
              <w:t>0.692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0.01880802</w:t>
            </w:r>
          </w:p>
        </w:tc>
        <w:tc>
          <w:tcPr>
            <w:tcW w:type="dxa" w:w="493"/>
            <w:vAlign w:val="center"/>
          </w:tcPr>
          <w:p>
            <w:r/>
            <w:r>
              <w:rPr>
                <w:rFonts w:ascii="Malgun Gothic" w:hAnsi="Malgun Gothic" w:eastAsia="Malgun Gothic"/>
                <w:b w:val="0"/>
                <w:sz w:val="14"/>
              </w:rPr>
              <w:t>167.168043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09__350002022300998__SPEAKER_01__32.920_41.155__057605</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32.92</w:t>
            </w:r>
          </w:p>
        </w:tc>
        <w:tc>
          <w:tcPr>
            <w:tcW w:type="dxa" w:w="493"/>
            <w:vAlign w:val="center"/>
          </w:tcPr>
          <w:p>
            <w:r/>
            <w:r>
              <w:rPr>
                <w:rFonts w:ascii="Malgun Gothic" w:hAnsi="Malgun Gothic" w:eastAsia="Malgun Gothic"/>
                <w:b w:val="0"/>
                <w:sz w:val="14"/>
              </w:rPr>
              <w:t>41.155</w:t>
            </w:r>
          </w:p>
        </w:tc>
        <w:tc>
          <w:tcPr>
            <w:tcW w:type="dxa" w:w="493"/>
            <w:vAlign w:val="center"/>
          </w:tcPr>
          <w:p>
            <w:r/>
            <w:r>
              <w:rPr>
                <w:rFonts w:ascii="Malgun Gothic" w:hAnsi="Malgun Gothic" w:eastAsia="Malgun Gothic"/>
                <w:b w:val="0"/>
                <w:sz w:val="14"/>
              </w:rPr>
              <w:t>8.235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0.09712750</w:t>
            </w:r>
          </w:p>
        </w:tc>
        <w:tc>
          <w:tcPr>
            <w:tcW w:type="dxa" w:w="493"/>
            <w:vAlign w:val="center"/>
          </w:tcPr>
          <w:p>
            <w:r/>
            <w:r>
              <w:rPr>
                <w:rFonts w:ascii="Malgun Gothic" w:hAnsi="Malgun Gothic" w:eastAsia="Malgun Gothic"/>
                <w:b w:val="0"/>
                <w:sz w:val="14"/>
              </w:rPr>
              <w:t>220.731528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09__350002022300998__SPEAKER_00__42.978_43.113__057606</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42.978</w:t>
            </w:r>
          </w:p>
        </w:tc>
        <w:tc>
          <w:tcPr>
            <w:tcW w:type="dxa" w:w="493"/>
            <w:vAlign w:val="center"/>
          </w:tcPr>
          <w:p>
            <w:r/>
            <w:r>
              <w:rPr>
                <w:rFonts w:ascii="Malgun Gothic" w:hAnsi="Malgun Gothic" w:eastAsia="Malgun Gothic"/>
                <w:b w:val="0"/>
                <w:sz w:val="14"/>
              </w:rPr>
              <w:t>43.113</w:t>
            </w:r>
          </w:p>
        </w:tc>
        <w:tc>
          <w:tcPr>
            <w:tcW w:type="dxa" w:w="493"/>
            <w:vAlign w:val="center"/>
          </w:tcPr>
          <w:p>
            <w:r/>
            <w:r>
              <w:rPr>
                <w:rFonts w:ascii="Malgun Gothic" w:hAnsi="Malgun Gothic" w:eastAsia="Malgun Gothic"/>
                <w:b w:val="0"/>
                <w:sz w:val="14"/>
              </w:rPr>
              <w:t>0.135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0.00346261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09__350002022300998__SPEAKER_01__43.366_44.767__057607</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43.366</w:t>
            </w:r>
          </w:p>
        </w:tc>
        <w:tc>
          <w:tcPr>
            <w:tcW w:type="dxa" w:w="493"/>
            <w:vAlign w:val="center"/>
          </w:tcPr>
          <w:p>
            <w:r/>
            <w:r>
              <w:rPr>
                <w:rFonts w:ascii="Malgun Gothic" w:hAnsi="Malgun Gothic" w:eastAsia="Malgun Gothic"/>
                <w:b w:val="0"/>
                <w:sz w:val="14"/>
              </w:rPr>
              <w:t>44.767</w:t>
            </w:r>
          </w:p>
        </w:tc>
        <w:tc>
          <w:tcPr>
            <w:tcW w:type="dxa" w:w="493"/>
            <w:vAlign w:val="center"/>
          </w:tcPr>
          <w:p>
            <w:r/>
            <w:r>
              <w:rPr>
                <w:rFonts w:ascii="Malgun Gothic" w:hAnsi="Malgun Gothic" w:eastAsia="Malgun Gothic"/>
                <w:b w:val="0"/>
                <w:sz w:val="14"/>
              </w:rPr>
              <w:t>1.401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0.09667852</w:t>
            </w:r>
          </w:p>
        </w:tc>
        <w:tc>
          <w:tcPr>
            <w:tcW w:type="dxa" w:w="493"/>
            <w:vAlign w:val="center"/>
          </w:tcPr>
          <w:p>
            <w:r/>
            <w:r>
              <w:rPr>
                <w:rFonts w:ascii="Malgun Gothic" w:hAnsi="Malgun Gothic" w:eastAsia="Malgun Gothic"/>
                <w:b w:val="0"/>
                <w:sz w:val="14"/>
              </w:rPr>
              <w:t>273.622648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09__350002022300999__SPEAKER_00__0.773_1.195__057608</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0.773</w:t>
            </w:r>
          </w:p>
        </w:tc>
        <w:tc>
          <w:tcPr>
            <w:tcW w:type="dxa" w:w="493"/>
            <w:vAlign w:val="center"/>
          </w:tcPr>
          <w:p>
            <w:r/>
            <w:r>
              <w:rPr>
                <w:rFonts w:ascii="Malgun Gothic" w:hAnsi="Malgun Gothic" w:eastAsia="Malgun Gothic"/>
                <w:b w:val="0"/>
                <w:sz w:val="14"/>
              </w:rPr>
              <w:t>1.195</w:t>
            </w:r>
          </w:p>
        </w:tc>
        <w:tc>
          <w:tcPr>
            <w:tcW w:type="dxa" w:w="493"/>
            <w:vAlign w:val="center"/>
          </w:tcPr>
          <w:p>
            <w:r/>
            <w:r>
              <w:rPr>
                <w:rFonts w:ascii="Malgun Gothic" w:hAnsi="Malgun Gothic" w:eastAsia="Malgun Gothic"/>
                <w:b w:val="0"/>
                <w:sz w:val="14"/>
              </w:rPr>
              <w:t>0.422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0.11174220</w:t>
            </w:r>
          </w:p>
        </w:tc>
        <w:tc>
          <w:tcPr>
            <w:tcW w:type="dxa" w:w="493"/>
            <w:vAlign w:val="center"/>
          </w:tcPr>
          <w:p>
            <w:r/>
            <w:r>
              <w:rPr>
                <w:rFonts w:ascii="Malgun Gothic" w:hAnsi="Malgun Gothic" w:eastAsia="Malgun Gothic"/>
                <w:b w:val="0"/>
                <w:sz w:val="14"/>
              </w:rPr>
              <w:t>183.448361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09__350002022300999__SPEAKER_01__1.432_5.448__057609</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1.432</w:t>
            </w:r>
          </w:p>
        </w:tc>
        <w:tc>
          <w:tcPr>
            <w:tcW w:type="dxa" w:w="493"/>
            <w:vAlign w:val="center"/>
          </w:tcPr>
          <w:p>
            <w:r/>
            <w:r>
              <w:rPr>
                <w:rFonts w:ascii="Malgun Gothic" w:hAnsi="Malgun Gothic" w:eastAsia="Malgun Gothic"/>
                <w:b w:val="0"/>
                <w:sz w:val="14"/>
              </w:rPr>
              <w:t>5.448</w:t>
            </w:r>
          </w:p>
        </w:tc>
        <w:tc>
          <w:tcPr>
            <w:tcW w:type="dxa" w:w="493"/>
            <w:vAlign w:val="center"/>
          </w:tcPr>
          <w:p>
            <w:r/>
            <w:r>
              <w:rPr>
                <w:rFonts w:ascii="Malgun Gothic" w:hAnsi="Malgun Gothic" w:eastAsia="Malgun Gothic"/>
                <w:b w:val="0"/>
                <w:sz w:val="14"/>
              </w:rPr>
              <w:t>4.016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0.07137586</w:t>
            </w:r>
          </w:p>
        </w:tc>
        <w:tc>
          <w:tcPr>
            <w:tcW w:type="dxa" w:w="493"/>
            <w:vAlign w:val="center"/>
          </w:tcPr>
          <w:p>
            <w:r/>
            <w:r>
              <w:rPr>
                <w:rFonts w:ascii="Malgun Gothic" w:hAnsi="Malgun Gothic" w:eastAsia="Malgun Gothic"/>
                <w:b w:val="0"/>
                <w:sz w:val="14"/>
              </w:rPr>
              <w:t>173.691773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09__350002022300999__SPEAKER_00__5.988_6.292__057610</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5.988</w:t>
            </w:r>
          </w:p>
        </w:tc>
        <w:tc>
          <w:tcPr>
            <w:tcW w:type="dxa" w:w="493"/>
            <w:vAlign w:val="center"/>
          </w:tcPr>
          <w:p>
            <w:r/>
            <w:r>
              <w:rPr>
                <w:rFonts w:ascii="Malgun Gothic" w:hAnsi="Malgun Gothic" w:eastAsia="Malgun Gothic"/>
                <w:b w:val="0"/>
                <w:sz w:val="14"/>
              </w:rPr>
              <w:t>6.292</w:t>
            </w:r>
          </w:p>
        </w:tc>
        <w:tc>
          <w:tcPr>
            <w:tcW w:type="dxa" w:w="493"/>
            <w:vAlign w:val="center"/>
          </w:tcPr>
          <w:p>
            <w:r/>
            <w:r>
              <w:rPr>
                <w:rFonts w:ascii="Malgun Gothic" w:hAnsi="Malgun Gothic" w:eastAsia="Malgun Gothic"/>
                <w:b w:val="0"/>
                <w:sz w:val="14"/>
              </w:rPr>
              <w:t>0.304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0.03353125</w:t>
            </w:r>
          </w:p>
        </w:tc>
        <w:tc>
          <w:tcPr>
            <w:tcW w:type="dxa" w:w="493"/>
            <w:vAlign w:val="center"/>
          </w:tcPr>
          <w:p>
            <w:r/>
            <w:r>
              <w:rPr>
                <w:rFonts w:ascii="Malgun Gothic" w:hAnsi="Malgun Gothic" w:eastAsia="Malgun Gothic"/>
                <w:b w:val="0"/>
                <w:sz w:val="14"/>
              </w:rPr>
              <w:t>107.397692</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09__350002022300999__SPEAKER_01__6.612_16.231__057611</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6.612</w:t>
            </w:r>
          </w:p>
        </w:tc>
        <w:tc>
          <w:tcPr>
            <w:tcW w:type="dxa" w:w="493"/>
            <w:vAlign w:val="center"/>
          </w:tcPr>
          <w:p>
            <w:r/>
            <w:r>
              <w:rPr>
                <w:rFonts w:ascii="Malgun Gothic" w:hAnsi="Malgun Gothic" w:eastAsia="Malgun Gothic"/>
                <w:b w:val="0"/>
                <w:sz w:val="14"/>
              </w:rPr>
              <w:t>16.231</w:t>
            </w:r>
          </w:p>
        </w:tc>
        <w:tc>
          <w:tcPr>
            <w:tcW w:type="dxa" w:w="493"/>
            <w:vAlign w:val="center"/>
          </w:tcPr>
          <w:p>
            <w:r/>
            <w:r>
              <w:rPr>
                <w:rFonts w:ascii="Malgun Gothic" w:hAnsi="Malgun Gothic" w:eastAsia="Malgun Gothic"/>
                <w:b w:val="0"/>
                <w:sz w:val="14"/>
              </w:rPr>
              <w:t>9.619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0.08224404</w:t>
            </w:r>
          </w:p>
        </w:tc>
        <w:tc>
          <w:tcPr>
            <w:tcW w:type="dxa" w:w="493"/>
            <w:vAlign w:val="center"/>
          </w:tcPr>
          <w:p>
            <w:r/>
            <w:r>
              <w:rPr>
                <w:rFonts w:ascii="Malgun Gothic" w:hAnsi="Malgun Gothic" w:eastAsia="Malgun Gothic"/>
                <w:b w:val="0"/>
                <w:sz w:val="14"/>
              </w:rPr>
              <w:t>163.989266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09__350002022300999__SPEAKER_01__16.552_20.888__057612</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16.552</w:t>
            </w:r>
          </w:p>
        </w:tc>
        <w:tc>
          <w:tcPr>
            <w:tcW w:type="dxa" w:w="493"/>
            <w:vAlign w:val="center"/>
          </w:tcPr>
          <w:p>
            <w:r/>
            <w:r>
              <w:rPr>
                <w:rFonts w:ascii="Malgun Gothic" w:hAnsi="Malgun Gothic" w:eastAsia="Malgun Gothic"/>
                <w:b w:val="0"/>
                <w:sz w:val="14"/>
              </w:rPr>
              <w:t>20.888</w:t>
            </w:r>
          </w:p>
        </w:tc>
        <w:tc>
          <w:tcPr>
            <w:tcW w:type="dxa" w:w="493"/>
            <w:vAlign w:val="center"/>
          </w:tcPr>
          <w:p>
            <w:r/>
            <w:r>
              <w:rPr>
                <w:rFonts w:ascii="Malgun Gothic" w:hAnsi="Malgun Gothic" w:eastAsia="Malgun Gothic"/>
                <w:b w:val="0"/>
                <w:sz w:val="14"/>
              </w:rPr>
              <w:t>4.337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0.07872391</w:t>
            </w:r>
          </w:p>
        </w:tc>
        <w:tc>
          <w:tcPr>
            <w:tcW w:type="dxa" w:w="493"/>
            <w:vAlign w:val="center"/>
          </w:tcPr>
          <w:p>
            <w:r/>
            <w:r>
              <w:rPr>
                <w:rFonts w:ascii="Malgun Gothic" w:hAnsi="Malgun Gothic" w:eastAsia="Malgun Gothic"/>
                <w:b w:val="0"/>
                <w:sz w:val="14"/>
              </w:rPr>
              <w:t>178.774233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09__350002022300999__SPEAKER_00__20.365_20.635__057613</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20.365</w:t>
            </w:r>
          </w:p>
        </w:tc>
        <w:tc>
          <w:tcPr>
            <w:tcW w:type="dxa" w:w="493"/>
            <w:vAlign w:val="center"/>
          </w:tcPr>
          <w:p>
            <w:r/>
            <w:r>
              <w:rPr>
                <w:rFonts w:ascii="Malgun Gothic" w:hAnsi="Malgun Gothic" w:eastAsia="Malgun Gothic"/>
                <w:b w:val="0"/>
                <w:sz w:val="14"/>
              </w:rPr>
              <w:t>20.635</w:t>
            </w:r>
          </w:p>
        </w:tc>
        <w:tc>
          <w:tcPr>
            <w:tcW w:type="dxa" w:w="493"/>
            <w:vAlign w:val="center"/>
          </w:tcPr>
          <w:p>
            <w:r/>
            <w:r>
              <w:rPr>
                <w:rFonts w:ascii="Malgun Gothic" w:hAnsi="Malgun Gothic" w:eastAsia="Malgun Gothic"/>
                <w:b w:val="0"/>
                <w:sz w:val="14"/>
              </w:rPr>
              <w:t>0.27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0.09700250</w:t>
            </w:r>
          </w:p>
        </w:tc>
        <w:tc>
          <w:tcPr>
            <w:tcW w:type="dxa" w:w="493"/>
            <w:vAlign w:val="center"/>
          </w:tcPr>
          <w:p>
            <w:r/>
            <w:r>
              <w:rPr>
                <w:rFonts w:ascii="Malgun Gothic" w:hAnsi="Malgun Gothic" w:eastAsia="Malgun Gothic"/>
                <w:b w:val="0"/>
                <w:sz w:val="14"/>
              </w:rPr>
              <w:t>184.390913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09__350002022300999__SPEAKER_01__21.209_24.027__057614</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21.209</w:t>
            </w:r>
          </w:p>
        </w:tc>
        <w:tc>
          <w:tcPr>
            <w:tcW w:type="dxa" w:w="493"/>
            <w:vAlign w:val="center"/>
          </w:tcPr>
          <w:p>
            <w:r/>
            <w:r>
              <w:rPr>
                <w:rFonts w:ascii="Malgun Gothic" w:hAnsi="Malgun Gothic" w:eastAsia="Malgun Gothic"/>
                <w:b w:val="0"/>
                <w:sz w:val="14"/>
              </w:rPr>
              <w:t>24.027</w:t>
            </w:r>
          </w:p>
        </w:tc>
        <w:tc>
          <w:tcPr>
            <w:tcW w:type="dxa" w:w="493"/>
            <w:vAlign w:val="center"/>
          </w:tcPr>
          <w:p>
            <w:r/>
            <w:r>
              <w:rPr>
                <w:rFonts w:ascii="Malgun Gothic" w:hAnsi="Malgun Gothic" w:eastAsia="Malgun Gothic"/>
                <w:b w:val="0"/>
                <w:sz w:val="14"/>
              </w:rPr>
              <w:t>2.818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0.07736503</w:t>
            </w:r>
          </w:p>
        </w:tc>
        <w:tc>
          <w:tcPr>
            <w:tcW w:type="dxa" w:w="493"/>
            <w:vAlign w:val="center"/>
          </w:tcPr>
          <w:p>
            <w:r/>
            <w:r>
              <w:rPr>
                <w:rFonts w:ascii="Malgun Gothic" w:hAnsi="Malgun Gothic" w:eastAsia="Malgun Gothic"/>
                <w:b w:val="0"/>
                <w:sz w:val="14"/>
              </w:rPr>
              <w:t>163.670814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09__350002022300999__SPEAKER_00__24.027_24.837__057615</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24.027</w:t>
            </w:r>
          </w:p>
        </w:tc>
        <w:tc>
          <w:tcPr>
            <w:tcW w:type="dxa" w:w="493"/>
            <w:vAlign w:val="center"/>
          </w:tcPr>
          <w:p>
            <w:r/>
            <w:r>
              <w:rPr>
                <w:rFonts w:ascii="Malgun Gothic" w:hAnsi="Malgun Gothic" w:eastAsia="Malgun Gothic"/>
                <w:b w:val="0"/>
                <w:sz w:val="14"/>
              </w:rPr>
              <w:t>24.837</w:t>
            </w:r>
          </w:p>
        </w:tc>
        <w:tc>
          <w:tcPr>
            <w:tcW w:type="dxa" w:w="493"/>
            <w:vAlign w:val="center"/>
          </w:tcPr>
          <w:p>
            <w:r/>
            <w:r>
              <w:rPr>
                <w:rFonts w:ascii="Malgun Gothic" w:hAnsi="Malgun Gothic" w:eastAsia="Malgun Gothic"/>
                <w:b w:val="0"/>
                <w:sz w:val="14"/>
              </w:rPr>
              <w:t>0.81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0.07804845</w:t>
            </w:r>
          </w:p>
        </w:tc>
        <w:tc>
          <w:tcPr>
            <w:tcW w:type="dxa" w:w="493"/>
            <w:vAlign w:val="center"/>
          </w:tcPr>
          <w:p>
            <w:r/>
            <w:r>
              <w:rPr>
                <w:rFonts w:ascii="Malgun Gothic" w:hAnsi="Malgun Gothic" w:eastAsia="Malgun Gothic"/>
                <w:b w:val="0"/>
                <w:sz w:val="14"/>
              </w:rPr>
              <w:t>175.982792</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09__350002022300999__SPEAKER_00__25.225_31.165__057616</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25.225</w:t>
            </w:r>
          </w:p>
        </w:tc>
        <w:tc>
          <w:tcPr>
            <w:tcW w:type="dxa" w:w="493"/>
            <w:vAlign w:val="center"/>
          </w:tcPr>
          <w:p>
            <w:r/>
            <w:r>
              <w:rPr>
                <w:rFonts w:ascii="Malgun Gothic" w:hAnsi="Malgun Gothic" w:eastAsia="Malgun Gothic"/>
                <w:b w:val="0"/>
                <w:sz w:val="14"/>
              </w:rPr>
              <w:t>31.165</w:t>
            </w:r>
          </w:p>
        </w:tc>
        <w:tc>
          <w:tcPr>
            <w:tcW w:type="dxa" w:w="493"/>
            <w:vAlign w:val="center"/>
          </w:tcPr>
          <w:p>
            <w:r/>
            <w:r>
              <w:rPr>
                <w:rFonts w:ascii="Malgun Gothic" w:hAnsi="Malgun Gothic" w:eastAsia="Malgun Gothic"/>
                <w:b w:val="0"/>
                <w:sz w:val="14"/>
              </w:rPr>
              <w:t>5.94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0.07197413</w:t>
            </w:r>
          </w:p>
        </w:tc>
        <w:tc>
          <w:tcPr>
            <w:tcW w:type="dxa" w:w="493"/>
            <w:vAlign w:val="center"/>
          </w:tcPr>
          <w:p>
            <w:r/>
            <w:r>
              <w:rPr>
                <w:rFonts w:ascii="Malgun Gothic" w:hAnsi="Malgun Gothic" w:eastAsia="Malgun Gothic"/>
                <w:b w:val="0"/>
                <w:sz w:val="14"/>
              </w:rPr>
              <w:t>158.798049</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09__350002022300999__SPEAKER_01__27.470_28.145__057617</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27.47</w:t>
            </w:r>
          </w:p>
        </w:tc>
        <w:tc>
          <w:tcPr>
            <w:tcW w:type="dxa" w:w="493"/>
            <w:vAlign w:val="center"/>
          </w:tcPr>
          <w:p>
            <w:r/>
            <w:r>
              <w:rPr>
                <w:rFonts w:ascii="Malgun Gothic" w:hAnsi="Malgun Gothic" w:eastAsia="Malgun Gothic"/>
                <w:b w:val="0"/>
                <w:sz w:val="14"/>
              </w:rPr>
              <w:t>28.145</w:t>
            </w:r>
          </w:p>
        </w:tc>
        <w:tc>
          <w:tcPr>
            <w:tcW w:type="dxa" w:w="493"/>
            <w:vAlign w:val="center"/>
          </w:tcPr>
          <w:p>
            <w:r/>
            <w:r>
              <w:rPr>
                <w:rFonts w:ascii="Malgun Gothic" w:hAnsi="Malgun Gothic" w:eastAsia="Malgun Gothic"/>
                <w:b w:val="0"/>
                <w:sz w:val="14"/>
              </w:rPr>
              <w:t>0.675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0.09538542</w:t>
            </w:r>
          </w:p>
        </w:tc>
        <w:tc>
          <w:tcPr>
            <w:tcW w:type="dxa" w:w="493"/>
            <w:vAlign w:val="center"/>
          </w:tcPr>
          <w:p>
            <w:r/>
            <w:r>
              <w:rPr>
                <w:rFonts w:ascii="Malgun Gothic" w:hAnsi="Malgun Gothic" w:eastAsia="Malgun Gothic"/>
                <w:b w:val="0"/>
                <w:sz w:val="14"/>
              </w:rPr>
              <w:t>174.212847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09__350002022300999__SPEAKER_01__31.756_32.887__057618</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31.756</w:t>
            </w:r>
          </w:p>
        </w:tc>
        <w:tc>
          <w:tcPr>
            <w:tcW w:type="dxa" w:w="493"/>
            <w:vAlign w:val="center"/>
          </w:tcPr>
          <w:p>
            <w:r/>
            <w:r>
              <w:rPr>
                <w:rFonts w:ascii="Malgun Gothic" w:hAnsi="Malgun Gothic" w:eastAsia="Malgun Gothic"/>
                <w:b w:val="0"/>
                <w:sz w:val="14"/>
              </w:rPr>
              <w:t>32.887</w:t>
            </w:r>
          </w:p>
        </w:tc>
        <w:tc>
          <w:tcPr>
            <w:tcW w:type="dxa" w:w="493"/>
            <w:vAlign w:val="center"/>
          </w:tcPr>
          <w:p>
            <w:r/>
            <w:r>
              <w:rPr>
                <w:rFonts w:ascii="Malgun Gothic" w:hAnsi="Malgun Gothic" w:eastAsia="Malgun Gothic"/>
                <w:b w:val="0"/>
                <w:sz w:val="14"/>
              </w:rPr>
              <w:t>1.131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0.02995122</w:t>
            </w:r>
          </w:p>
        </w:tc>
        <w:tc>
          <w:tcPr>
            <w:tcW w:type="dxa" w:w="493"/>
            <w:vAlign w:val="center"/>
          </w:tcPr>
          <w:p>
            <w:r/>
            <w:r>
              <w:rPr>
                <w:rFonts w:ascii="Malgun Gothic" w:hAnsi="Malgun Gothic" w:eastAsia="Malgun Gothic"/>
                <w:b w:val="0"/>
                <w:sz w:val="14"/>
              </w:rPr>
              <w:t>134.928754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09__350002022300999__SPEAKER_00__32.887_34.405__057619</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32.887</w:t>
            </w:r>
          </w:p>
        </w:tc>
        <w:tc>
          <w:tcPr>
            <w:tcW w:type="dxa" w:w="493"/>
            <w:vAlign w:val="center"/>
          </w:tcPr>
          <w:p>
            <w:r/>
            <w:r>
              <w:rPr>
                <w:rFonts w:ascii="Malgun Gothic" w:hAnsi="Malgun Gothic" w:eastAsia="Malgun Gothic"/>
                <w:b w:val="0"/>
                <w:sz w:val="14"/>
              </w:rPr>
              <w:t>34.405</w:t>
            </w:r>
          </w:p>
        </w:tc>
        <w:tc>
          <w:tcPr>
            <w:tcW w:type="dxa" w:w="493"/>
            <w:vAlign w:val="center"/>
          </w:tcPr>
          <w:p>
            <w:r/>
            <w:r>
              <w:rPr>
                <w:rFonts w:ascii="Malgun Gothic" w:hAnsi="Malgun Gothic" w:eastAsia="Malgun Gothic"/>
                <w:b w:val="0"/>
                <w:sz w:val="14"/>
              </w:rPr>
              <w:t>1.519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0.06122714</w:t>
            </w:r>
          </w:p>
        </w:tc>
        <w:tc>
          <w:tcPr>
            <w:tcW w:type="dxa" w:w="493"/>
            <w:vAlign w:val="center"/>
          </w:tcPr>
          <w:p>
            <w:r/>
            <w:r>
              <w:rPr>
                <w:rFonts w:ascii="Malgun Gothic" w:hAnsi="Malgun Gothic" w:eastAsia="Malgun Gothic"/>
                <w:b w:val="0"/>
                <w:sz w:val="14"/>
              </w:rPr>
              <w:t>153.440908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bl>
    <w:p/>
    <w:p>
      <w:r>
        <w:t>대용량 표의 앞/뒤 표본 및 구조 포함; 원본 전수 행은 데이터 부록 ZIP 포함</w:t>
      </w:r>
    </w:p>
    <w:p>
      <w:r>
        <w:rPr>
          <w:b/>
        </w:rPr>
        <w:t>산출물 CSV: research_continuity/27_segment_feature_stress_merge_v203/segment_level_features_input_v205.csv (행 57,619, 열 20)</w:t>
      </w:r>
    </w:p>
    <w:tbl>
      <w:tblPr>
        <w:tblStyle w:val="TableGrid"/>
        <w:tblW w:type="auto" w:w="0"/>
        <w:jc w:val="center"/>
        <w:tblLook w:firstColumn="1" w:firstRow="1" w:lastColumn="0" w:lastRow="0" w:noHBand="0" w:noVBand="1" w:val="04A0"/>
      </w:tblPr>
      <w:tblGrid>
        <w:gridCol w:w="493"/>
        <w:gridCol w:w="493"/>
        <w:gridCol w:w="493"/>
        <w:gridCol w:w="493"/>
        <w:gridCol w:w="493"/>
        <w:gridCol w:w="493"/>
        <w:gridCol w:w="493"/>
        <w:gridCol w:w="493"/>
        <w:gridCol w:w="493"/>
        <w:gridCol w:w="493"/>
        <w:gridCol w:w="493"/>
        <w:gridCol w:w="493"/>
        <w:gridCol w:w="493"/>
        <w:gridCol w:w="493"/>
        <w:gridCol w:w="493"/>
        <w:gridCol w:w="493"/>
        <w:gridCol w:w="493"/>
        <w:gridCol w:w="493"/>
        <w:gridCol w:w="493"/>
        <w:gridCol w:w="493"/>
      </w:tblGrid>
      <w:tr>
        <w:trPr>
          <w:tblHeader w:val="true"/>
          <w:cantSplit/>
        </w:trPr>
        <w:tc>
          <w:tcPr>
            <w:tcW w:type="dxa" w:w="493"/>
          </w:tcPr>
          <w:p>
            <w:r/>
            <w:r>
              <w:rPr>
                <w:rFonts w:ascii="Malgun Gothic" w:hAnsi="Malgun Gothic" w:eastAsia="Malgun Gothic"/>
                <w:b/>
                <w:sz w:val="14"/>
              </w:rPr>
              <w:t>segment_id</w:t>
            </w:r>
          </w:p>
        </w:tc>
        <w:tc>
          <w:tcPr>
            <w:tcW w:type="dxa" w:w="493"/>
          </w:tcPr>
          <w:p>
            <w:r/>
            <w:r>
              <w:rPr>
                <w:rFonts w:ascii="Malgun Gothic" w:hAnsi="Malgun Gothic" w:eastAsia="Malgun Gothic"/>
                <w:b/>
                <w:sz w:val="14"/>
              </w:rPr>
              <w:t>audio_name</w:t>
            </w:r>
          </w:p>
        </w:tc>
        <w:tc>
          <w:tcPr>
            <w:tcW w:type="dxa" w:w="493"/>
          </w:tcPr>
          <w:p>
            <w:r/>
            <w:r>
              <w:rPr>
                <w:rFonts w:ascii="Malgun Gothic" w:hAnsi="Malgun Gothic" w:eastAsia="Malgun Gothic"/>
                <w:b/>
                <w:sz w:val="14"/>
              </w:rPr>
              <w:t>audio_path</w:t>
            </w:r>
          </w:p>
        </w:tc>
        <w:tc>
          <w:tcPr>
            <w:tcW w:type="dxa" w:w="493"/>
          </w:tcPr>
          <w:p>
            <w:r/>
            <w:r>
              <w:rPr>
                <w:rFonts w:ascii="Malgun Gothic" w:hAnsi="Malgun Gothic" w:eastAsia="Malgun Gothic"/>
                <w:b/>
                <w:sz w:val="14"/>
              </w:rPr>
              <w:t>exists</w:t>
            </w:r>
          </w:p>
        </w:tc>
        <w:tc>
          <w:tcPr>
            <w:tcW w:type="dxa" w:w="493"/>
          </w:tcPr>
          <w:p>
            <w:r/>
            <w:r>
              <w:rPr>
                <w:rFonts w:ascii="Malgun Gothic" w:hAnsi="Malgun Gothic" w:eastAsia="Malgun Gothic"/>
                <w:b/>
                <w:sz w:val="14"/>
              </w:rPr>
              <w:t>speaker</w:t>
            </w:r>
          </w:p>
        </w:tc>
        <w:tc>
          <w:tcPr>
            <w:tcW w:type="dxa" w:w="493"/>
          </w:tcPr>
          <w:p>
            <w:r/>
            <w:r>
              <w:rPr>
                <w:rFonts w:ascii="Malgun Gothic" w:hAnsi="Malgun Gothic" w:eastAsia="Malgun Gothic"/>
                <w:b/>
                <w:sz w:val="14"/>
              </w:rPr>
              <w:t>start_sec</w:t>
            </w:r>
          </w:p>
        </w:tc>
        <w:tc>
          <w:tcPr>
            <w:tcW w:type="dxa" w:w="493"/>
          </w:tcPr>
          <w:p>
            <w:r/>
            <w:r>
              <w:rPr>
                <w:rFonts w:ascii="Malgun Gothic" w:hAnsi="Malgun Gothic" w:eastAsia="Malgun Gothic"/>
                <w:b/>
                <w:sz w:val="14"/>
              </w:rPr>
              <w:t>end_sec</w:t>
            </w:r>
          </w:p>
        </w:tc>
        <w:tc>
          <w:tcPr>
            <w:tcW w:type="dxa" w:w="493"/>
          </w:tcPr>
          <w:p>
            <w:r/>
            <w:r>
              <w:rPr>
                <w:rFonts w:ascii="Malgun Gothic" w:hAnsi="Malgun Gothic" w:eastAsia="Malgun Gothic"/>
                <w:b/>
                <w:sz w:val="14"/>
              </w:rPr>
              <w:t>duration_sec</w:t>
            </w:r>
          </w:p>
        </w:tc>
        <w:tc>
          <w:tcPr>
            <w:tcW w:type="dxa" w:w="493"/>
          </w:tcPr>
          <w:p>
            <w:r/>
            <w:r>
              <w:rPr>
                <w:rFonts w:ascii="Malgun Gothic" w:hAnsi="Malgun Gothic" w:eastAsia="Malgun Gothic"/>
                <w:b/>
                <w:sz w:val="14"/>
              </w:rPr>
              <w:t>sample_rate</w:t>
            </w:r>
          </w:p>
        </w:tc>
        <w:tc>
          <w:tcPr>
            <w:tcW w:type="dxa" w:w="493"/>
          </w:tcPr>
          <w:p>
            <w:r/>
            <w:r>
              <w:rPr>
                <w:rFonts w:ascii="Malgun Gothic" w:hAnsi="Malgun Gothic" w:eastAsia="Malgun Gothic"/>
                <w:b/>
                <w:sz w:val="14"/>
              </w:rPr>
              <w:t>channels</w:t>
            </w:r>
          </w:p>
        </w:tc>
        <w:tc>
          <w:tcPr>
            <w:tcW w:type="dxa" w:w="493"/>
          </w:tcPr>
          <w:p>
            <w:r/>
            <w:r>
              <w:rPr>
                <w:rFonts w:ascii="Malgun Gothic" w:hAnsi="Malgun Gothic" w:eastAsia="Malgun Gothic"/>
                <w:b/>
                <w:sz w:val="14"/>
              </w:rPr>
              <w:t>probe_status</w:t>
            </w:r>
          </w:p>
        </w:tc>
        <w:tc>
          <w:tcPr>
            <w:tcW w:type="dxa" w:w="493"/>
          </w:tcPr>
          <w:p>
            <w:r/>
            <w:r>
              <w:rPr>
                <w:rFonts w:ascii="Malgun Gothic" w:hAnsi="Malgun Gothic" w:eastAsia="Malgun Gothic"/>
                <w:b/>
                <w:sz w:val="14"/>
              </w:rPr>
              <w:t>decode_status</w:t>
            </w:r>
          </w:p>
        </w:tc>
        <w:tc>
          <w:tcPr>
            <w:tcW w:type="dxa" w:w="493"/>
          </w:tcPr>
          <w:p>
            <w:r/>
            <w:r>
              <w:rPr>
                <w:rFonts w:ascii="Malgun Gothic" w:hAnsi="Malgun Gothic" w:eastAsia="Malgun Gothic"/>
                <w:b/>
                <w:sz w:val="14"/>
              </w:rPr>
              <w:t>text</w:t>
            </w:r>
          </w:p>
        </w:tc>
        <w:tc>
          <w:tcPr>
            <w:tcW w:type="dxa" w:w="493"/>
          </w:tcPr>
          <w:p>
            <w:r/>
            <w:r>
              <w:rPr>
                <w:rFonts w:ascii="Malgun Gothic" w:hAnsi="Malgun Gothic" w:eastAsia="Malgun Gothic"/>
                <w:b/>
                <w:sz w:val="14"/>
              </w:rPr>
              <w:t>word_count</w:t>
            </w:r>
          </w:p>
        </w:tc>
        <w:tc>
          <w:tcPr>
            <w:tcW w:type="dxa" w:w="493"/>
          </w:tcPr>
          <w:p>
            <w:r/>
            <w:r>
              <w:rPr>
                <w:rFonts w:ascii="Malgun Gothic" w:hAnsi="Malgun Gothic" w:eastAsia="Malgun Gothic"/>
                <w:b/>
                <w:sz w:val="14"/>
              </w:rPr>
              <w:t>energy_mean</w:t>
            </w:r>
          </w:p>
        </w:tc>
        <w:tc>
          <w:tcPr>
            <w:tcW w:type="dxa" w:w="493"/>
          </w:tcPr>
          <w:p>
            <w:r/>
            <w:r>
              <w:rPr>
                <w:rFonts w:ascii="Malgun Gothic" w:hAnsi="Malgun Gothic" w:eastAsia="Malgun Gothic"/>
                <w:b/>
                <w:sz w:val="14"/>
              </w:rPr>
              <w:t>pitch_mean</w:t>
            </w:r>
          </w:p>
        </w:tc>
        <w:tc>
          <w:tcPr>
            <w:tcW w:type="dxa" w:w="493"/>
          </w:tcPr>
          <w:p>
            <w:r/>
            <w:r>
              <w:rPr>
                <w:rFonts w:ascii="Malgun Gothic" w:hAnsi="Malgun Gothic" w:eastAsia="Malgun Gothic"/>
                <w:b/>
                <w:sz w:val="14"/>
              </w:rPr>
              <w:t>wpm</w:t>
            </w:r>
          </w:p>
        </w:tc>
        <w:tc>
          <w:tcPr>
            <w:tcW w:type="dxa" w:w="493"/>
          </w:tcPr>
          <w:p>
            <w:r/>
            <w:r>
              <w:rPr>
                <w:rFonts w:ascii="Malgun Gothic" w:hAnsi="Malgun Gothic" w:eastAsia="Malgun Gothic"/>
                <w:b/>
                <w:sz w:val="14"/>
              </w:rPr>
              <w:t>stress_score</w:t>
            </w:r>
          </w:p>
        </w:tc>
        <w:tc>
          <w:tcPr>
            <w:tcW w:type="dxa" w:w="493"/>
          </w:tcPr>
          <w:p>
            <w:r/>
            <w:r>
              <w:rPr>
                <w:rFonts w:ascii="Malgun Gothic" w:hAnsi="Malgun Gothic" w:eastAsia="Malgun Gothic"/>
                <w:b/>
                <w:sz w:val="14"/>
              </w:rPr>
              <w:t>stress_formula_status</w:t>
            </w:r>
          </w:p>
        </w:tc>
        <w:tc>
          <w:tcPr>
            <w:tcW w:type="dxa" w:w="493"/>
          </w:tcPr>
          <w:p>
            <w:r/>
            <w:r>
              <w:rPr>
                <w:rFonts w:ascii="Malgun Gothic" w:hAnsi="Malgun Gothic" w:eastAsia="Malgun Gothic"/>
                <w:b/>
                <w:sz w:val="14"/>
              </w:rPr>
              <w:t>merge_status</w:t>
            </w:r>
          </w:p>
        </w:tc>
      </w:tr>
      <w:tr>
        <w:trPr>
          <w:cantSplit/>
        </w:trPr>
        <w:tc>
          <w:tcPr>
            <w:tcW w:type="dxa" w:w="493"/>
            <w:vAlign w:val="center"/>
          </w:tcPr>
          <w:p>
            <w:r/>
            <w:r>
              <w:rPr>
                <w:rFonts w:ascii="Malgun Gothic" w:hAnsi="Malgun Gothic" w:eastAsia="Malgun Gothic"/>
                <w:b w:val="0"/>
                <w:sz w:val="14"/>
              </w:rPr>
              <w:t>00__350002022300000__SPEAKER_00__0.031_3.119__000001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0.031</w:t>
            </w:r>
          </w:p>
        </w:tc>
        <w:tc>
          <w:tcPr>
            <w:tcW w:type="dxa" w:w="493"/>
            <w:vAlign w:val="center"/>
          </w:tcPr>
          <w:p>
            <w:r/>
            <w:r>
              <w:rPr>
                <w:rFonts w:ascii="Malgun Gothic" w:hAnsi="Malgun Gothic" w:eastAsia="Malgun Gothic"/>
                <w:b w:val="0"/>
                <w:sz w:val="14"/>
              </w:rPr>
              <w:t>3.119</w:t>
            </w:r>
          </w:p>
        </w:tc>
        <w:tc>
          <w:tcPr>
            <w:tcW w:type="dxa" w:w="493"/>
            <w:vAlign w:val="center"/>
          </w:tcPr>
          <w:p>
            <w:r/>
            <w:r>
              <w:rPr>
                <w:rFonts w:ascii="Malgun Gothic" w:hAnsi="Malgun Gothic" w:eastAsia="Malgun Gothic"/>
                <w:b w:val="0"/>
                <w:sz w:val="14"/>
              </w:rPr>
              <w:t>3.088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0.05476243</w:t>
            </w:r>
          </w:p>
        </w:tc>
        <w:tc>
          <w:tcPr>
            <w:tcW w:type="dxa" w:w="493"/>
            <w:vAlign w:val="center"/>
          </w:tcPr>
          <w:p>
            <w:r/>
            <w:r>
              <w:rPr>
                <w:rFonts w:ascii="Malgun Gothic" w:hAnsi="Malgun Gothic" w:eastAsia="Malgun Gothic"/>
                <w:b w:val="0"/>
                <w:sz w:val="14"/>
              </w:rPr>
              <w:t>224.507624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00__350002022300000__SPEAKER_01__4.267_7.439__000002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4.267</w:t>
            </w:r>
          </w:p>
        </w:tc>
        <w:tc>
          <w:tcPr>
            <w:tcW w:type="dxa" w:w="493"/>
            <w:vAlign w:val="center"/>
          </w:tcPr>
          <w:p>
            <w:r/>
            <w:r>
              <w:rPr>
                <w:rFonts w:ascii="Malgun Gothic" w:hAnsi="Malgun Gothic" w:eastAsia="Malgun Gothic"/>
                <w:b w:val="0"/>
                <w:sz w:val="14"/>
              </w:rPr>
              <w:t>7.439</w:t>
            </w:r>
          </w:p>
        </w:tc>
        <w:tc>
          <w:tcPr>
            <w:tcW w:type="dxa" w:w="493"/>
            <w:vAlign w:val="center"/>
          </w:tcPr>
          <w:p>
            <w:r/>
            <w:r>
              <w:rPr>
                <w:rFonts w:ascii="Malgun Gothic" w:hAnsi="Malgun Gothic" w:eastAsia="Malgun Gothic"/>
                <w:b w:val="0"/>
                <w:sz w:val="14"/>
              </w:rPr>
              <w:t>3.172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0.05717194</w:t>
            </w:r>
          </w:p>
        </w:tc>
        <w:tc>
          <w:tcPr>
            <w:tcW w:type="dxa" w:w="493"/>
            <w:vAlign w:val="center"/>
          </w:tcPr>
          <w:p>
            <w:r/>
            <w:r>
              <w:rPr>
                <w:rFonts w:ascii="Malgun Gothic" w:hAnsi="Malgun Gothic" w:eastAsia="Malgun Gothic"/>
                <w:b w:val="0"/>
                <w:sz w:val="14"/>
              </w:rPr>
              <w:t>136.178324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00__350002022300000__SPEAKER_00__4.283_4.570__000003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4.283</w:t>
            </w:r>
          </w:p>
        </w:tc>
        <w:tc>
          <w:tcPr>
            <w:tcW w:type="dxa" w:w="493"/>
            <w:vAlign w:val="center"/>
          </w:tcPr>
          <w:p>
            <w:r/>
            <w:r>
              <w:rPr>
                <w:rFonts w:ascii="Malgun Gothic" w:hAnsi="Malgun Gothic" w:eastAsia="Malgun Gothic"/>
                <w:b w:val="0"/>
                <w:sz w:val="14"/>
              </w:rPr>
              <w:t>4.57</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0.07147063</w:t>
            </w:r>
          </w:p>
        </w:tc>
        <w:tc>
          <w:tcPr>
            <w:tcW w:type="dxa" w:w="493"/>
            <w:vAlign w:val="center"/>
          </w:tcPr>
          <w:p>
            <w:r/>
            <w:r>
              <w:rPr>
                <w:rFonts w:ascii="Malgun Gothic" w:hAnsi="Malgun Gothic" w:eastAsia="Malgun Gothic"/>
                <w:b w:val="0"/>
                <w:sz w:val="14"/>
              </w:rPr>
              <w:t>142.300568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00__350002022300000__SPEAKER_00__5.768_6.832__000004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5.768</w:t>
            </w:r>
          </w:p>
        </w:tc>
        <w:tc>
          <w:tcPr>
            <w:tcW w:type="dxa" w:w="493"/>
            <w:vAlign w:val="center"/>
          </w:tcPr>
          <w:p>
            <w:r/>
            <w:r>
              <w:rPr>
                <w:rFonts w:ascii="Malgun Gothic" w:hAnsi="Malgun Gothic" w:eastAsia="Malgun Gothic"/>
                <w:b w:val="0"/>
                <w:sz w:val="14"/>
              </w:rPr>
              <w:t>6.832</w:t>
            </w:r>
          </w:p>
        </w:tc>
        <w:tc>
          <w:tcPr>
            <w:tcW w:type="dxa" w:w="493"/>
            <w:vAlign w:val="center"/>
          </w:tcPr>
          <w:p>
            <w:r/>
            <w:r>
              <w:rPr>
                <w:rFonts w:ascii="Malgun Gothic" w:hAnsi="Malgun Gothic" w:eastAsia="Malgun Gothic"/>
                <w:b w:val="0"/>
                <w:sz w:val="14"/>
              </w:rPr>
              <w:t>1.063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0.05953735</w:t>
            </w:r>
          </w:p>
        </w:tc>
        <w:tc>
          <w:tcPr>
            <w:tcW w:type="dxa" w:w="493"/>
            <w:vAlign w:val="center"/>
          </w:tcPr>
          <w:p>
            <w:r/>
            <w:r>
              <w:rPr>
                <w:rFonts w:ascii="Malgun Gothic" w:hAnsi="Malgun Gothic" w:eastAsia="Malgun Gothic"/>
                <w:b w:val="0"/>
                <w:sz w:val="14"/>
              </w:rPr>
              <w:t>174.046484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00__350002022300000__SPEAKER_01__7.760_10.679__000005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7.76</w:t>
            </w:r>
          </w:p>
        </w:tc>
        <w:tc>
          <w:tcPr>
            <w:tcW w:type="dxa" w:w="493"/>
            <w:vAlign w:val="center"/>
          </w:tcPr>
          <w:p>
            <w:r/>
            <w:r>
              <w:rPr>
                <w:rFonts w:ascii="Malgun Gothic" w:hAnsi="Malgun Gothic" w:eastAsia="Malgun Gothic"/>
                <w:b w:val="0"/>
                <w:sz w:val="14"/>
              </w:rPr>
              <w:t>10.679</w:t>
            </w:r>
          </w:p>
        </w:tc>
        <w:tc>
          <w:tcPr>
            <w:tcW w:type="dxa" w:w="493"/>
            <w:vAlign w:val="center"/>
          </w:tcPr>
          <w:p>
            <w:r/>
            <w:r>
              <w:rPr>
                <w:rFonts w:ascii="Malgun Gothic" w:hAnsi="Malgun Gothic" w:eastAsia="Malgun Gothic"/>
                <w:b w:val="0"/>
                <w:sz w:val="14"/>
              </w:rPr>
              <w:t>2.919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0.04357441</w:t>
            </w:r>
          </w:p>
        </w:tc>
        <w:tc>
          <w:tcPr>
            <w:tcW w:type="dxa" w:w="493"/>
            <w:vAlign w:val="center"/>
          </w:tcPr>
          <w:p>
            <w:r/>
            <w:r>
              <w:rPr>
                <w:rFonts w:ascii="Malgun Gothic" w:hAnsi="Malgun Gothic" w:eastAsia="Malgun Gothic"/>
                <w:b w:val="0"/>
                <w:sz w:val="14"/>
              </w:rPr>
              <w:t>128.625750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00__350002022300000__SPEAKER_00__10.679_10.797__000006</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10.679</w:t>
            </w:r>
          </w:p>
        </w:tc>
        <w:tc>
          <w:tcPr>
            <w:tcW w:type="dxa" w:w="493"/>
            <w:vAlign w:val="center"/>
          </w:tcPr>
          <w:p>
            <w:r/>
            <w:r>
              <w:rPr>
                <w:rFonts w:ascii="Malgun Gothic" w:hAnsi="Malgun Gothic" w:eastAsia="Malgun Gothic"/>
                <w:b w:val="0"/>
                <w:sz w:val="14"/>
              </w:rPr>
              <w:t>10.797</w:t>
            </w:r>
          </w:p>
        </w:tc>
        <w:tc>
          <w:tcPr>
            <w:tcW w:type="dxa" w:w="493"/>
            <w:vAlign w:val="center"/>
          </w:tcPr>
          <w:p>
            <w:r/>
            <w:r>
              <w:rPr>
                <w:rFonts w:ascii="Malgun Gothic" w:hAnsi="Malgun Gothic" w:eastAsia="Malgun Gothic"/>
                <w:b w:val="0"/>
                <w:sz w:val="14"/>
              </w:rPr>
              <w:t>0.118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0.06676706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00__350002022300000__SPEAKER_01__10.797_10.932__000007</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10.797</w:t>
            </w:r>
          </w:p>
        </w:tc>
        <w:tc>
          <w:tcPr>
            <w:tcW w:type="dxa" w:w="493"/>
            <w:vAlign w:val="center"/>
          </w:tcPr>
          <w:p>
            <w:r/>
            <w:r>
              <w:rPr>
                <w:rFonts w:ascii="Malgun Gothic" w:hAnsi="Malgun Gothic" w:eastAsia="Malgun Gothic"/>
                <w:b w:val="0"/>
                <w:sz w:val="14"/>
              </w:rPr>
              <w:t>10.932</w:t>
            </w:r>
          </w:p>
        </w:tc>
        <w:tc>
          <w:tcPr>
            <w:tcW w:type="dxa" w:w="493"/>
            <w:vAlign w:val="center"/>
          </w:tcPr>
          <w:p>
            <w:r/>
            <w:r>
              <w:rPr>
                <w:rFonts w:ascii="Malgun Gothic" w:hAnsi="Malgun Gothic" w:eastAsia="Malgun Gothic"/>
                <w:b w:val="0"/>
                <w:sz w:val="14"/>
              </w:rPr>
              <w:t>0.135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0.03883868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00__350002022300000__SPEAKER_01__12.164_19.471__000008</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12.164</w:t>
            </w:r>
          </w:p>
        </w:tc>
        <w:tc>
          <w:tcPr>
            <w:tcW w:type="dxa" w:w="493"/>
            <w:vAlign w:val="center"/>
          </w:tcPr>
          <w:p>
            <w:r/>
            <w:r>
              <w:rPr>
                <w:rFonts w:ascii="Malgun Gothic" w:hAnsi="Malgun Gothic" w:eastAsia="Malgun Gothic"/>
                <w:b w:val="0"/>
                <w:sz w:val="14"/>
              </w:rPr>
              <w:t>19.471</w:t>
            </w:r>
          </w:p>
        </w:tc>
        <w:tc>
          <w:tcPr>
            <w:tcW w:type="dxa" w:w="493"/>
            <w:vAlign w:val="center"/>
          </w:tcPr>
          <w:p>
            <w:r/>
            <w:r>
              <w:rPr>
                <w:rFonts w:ascii="Malgun Gothic" w:hAnsi="Malgun Gothic" w:eastAsia="Malgun Gothic"/>
                <w:b w:val="0"/>
                <w:sz w:val="14"/>
              </w:rPr>
              <w:t>7.307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0.05996937</w:t>
            </w:r>
          </w:p>
        </w:tc>
        <w:tc>
          <w:tcPr>
            <w:tcW w:type="dxa" w:w="493"/>
            <w:vAlign w:val="center"/>
          </w:tcPr>
          <w:p>
            <w:r/>
            <w:r>
              <w:rPr>
                <w:rFonts w:ascii="Malgun Gothic" w:hAnsi="Malgun Gothic" w:eastAsia="Malgun Gothic"/>
                <w:b w:val="0"/>
                <w:sz w:val="14"/>
              </w:rPr>
              <w:t>143.216607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00__350002022300000__SPEAKER_00__19.690_19.977__000009</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19.69</w:t>
            </w:r>
          </w:p>
        </w:tc>
        <w:tc>
          <w:tcPr>
            <w:tcW w:type="dxa" w:w="493"/>
            <w:vAlign w:val="center"/>
          </w:tcPr>
          <w:p>
            <w:r/>
            <w:r>
              <w:rPr>
                <w:rFonts w:ascii="Malgun Gothic" w:hAnsi="Malgun Gothic" w:eastAsia="Malgun Gothic"/>
                <w:b w:val="0"/>
                <w:sz w:val="14"/>
              </w:rPr>
              <w:t>19.977</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0.07009622</w:t>
            </w:r>
          </w:p>
        </w:tc>
        <w:tc>
          <w:tcPr>
            <w:tcW w:type="dxa" w:w="493"/>
            <w:vAlign w:val="center"/>
          </w:tcPr>
          <w:p>
            <w:r/>
            <w:r>
              <w:rPr>
                <w:rFonts w:ascii="Malgun Gothic" w:hAnsi="Malgun Gothic" w:eastAsia="Malgun Gothic"/>
                <w:b w:val="0"/>
                <w:sz w:val="14"/>
              </w:rPr>
              <w:t>184.422334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00__350002022300000__SPEAKER_01__19.977_20.281__000010</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19.977</w:t>
            </w:r>
          </w:p>
        </w:tc>
        <w:tc>
          <w:tcPr>
            <w:tcW w:type="dxa" w:w="493"/>
            <w:vAlign w:val="center"/>
          </w:tcPr>
          <w:p>
            <w:r/>
            <w:r>
              <w:rPr>
                <w:rFonts w:ascii="Malgun Gothic" w:hAnsi="Malgun Gothic" w:eastAsia="Malgun Gothic"/>
                <w:b w:val="0"/>
                <w:sz w:val="14"/>
              </w:rPr>
              <w:t>20.281</w:t>
            </w:r>
          </w:p>
        </w:tc>
        <w:tc>
          <w:tcPr>
            <w:tcW w:type="dxa" w:w="493"/>
            <w:vAlign w:val="center"/>
          </w:tcPr>
          <w:p>
            <w:r/>
            <w:r>
              <w:rPr>
                <w:rFonts w:ascii="Malgun Gothic" w:hAnsi="Malgun Gothic" w:eastAsia="Malgun Gothic"/>
                <w:b w:val="0"/>
                <w:sz w:val="14"/>
              </w:rPr>
              <w:t>0.304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0.06258495</w:t>
            </w:r>
          </w:p>
        </w:tc>
        <w:tc>
          <w:tcPr>
            <w:tcW w:type="dxa" w:w="493"/>
            <w:vAlign w:val="center"/>
          </w:tcPr>
          <w:p>
            <w:r/>
            <w:r>
              <w:rPr>
                <w:rFonts w:ascii="Malgun Gothic" w:hAnsi="Malgun Gothic" w:eastAsia="Malgun Gothic"/>
                <w:b w:val="0"/>
                <w:sz w:val="14"/>
              </w:rPr>
              <w:t>269.952568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00__350002022300000__SPEAKER_01__21.817_28.735__000011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21.817</w:t>
            </w:r>
          </w:p>
        </w:tc>
        <w:tc>
          <w:tcPr>
            <w:tcW w:type="dxa" w:w="493"/>
            <w:vAlign w:val="center"/>
          </w:tcPr>
          <w:p>
            <w:r/>
            <w:r>
              <w:rPr>
                <w:rFonts w:ascii="Malgun Gothic" w:hAnsi="Malgun Gothic" w:eastAsia="Malgun Gothic"/>
                <w:b w:val="0"/>
                <w:sz w:val="14"/>
              </w:rPr>
              <w:t>28.735</w:t>
            </w:r>
          </w:p>
        </w:tc>
        <w:tc>
          <w:tcPr>
            <w:tcW w:type="dxa" w:w="493"/>
            <w:vAlign w:val="center"/>
          </w:tcPr>
          <w:p>
            <w:r/>
            <w:r>
              <w:rPr>
                <w:rFonts w:ascii="Malgun Gothic" w:hAnsi="Malgun Gothic" w:eastAsia="Malgun Gothic"/>
                <w:b w:val="0"/>
                <w:sz w:val="14"/>
              </w:rPr>
              <w:t>6.919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0.04108795</w:t>
            </w:r>
          </w:p>
        </w:tc>
        <w:tc>
          <w:tcPr>
            <w:tcW w:type="dxa" w:w="493"/>
            <w:vAlign w:val="center"/>
          </w:tcPr>
          <w:p>
            <w:r/>
            <w:r>
              <w:rPr>
                <w:rFonts w:ascii="Malgun Gothic" w:hAnsi="Malgun Gothic" w:eastAsia="Malgun Gothic"/>
                <w:b w:val="0"/>
                <w:sz w:val="14"/>
              </w:rPr>
              <w:t>132.140551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00__350002022300000__SPEAKER_00__28.313_28.347__000012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28.313</w:t>
            </w:r>
          </w:p>
        </w:tc>
        <w:tc>
          <w:tcPr>
            <w:tcW w:type="dxa" w:w="493"/>
            <w:vAlign w:val="center"/>
          </w:tcPr>
          <w:p>
            <w:r/>
            <w:r>
              <w:rPr>
                <w:rFonts w:ascii="Malgun Gothic" w:hAnsi="Malgun Gothic" w:eastAsia="Malgun Gothic"/>
                <w:b w:val="0"/>
                <w:sz w:val="14"/>
              </w:rPr>
              <w:t>28.347</w:t>
            </w:r>
          </w:p>
        </w:tc>
        <w:tc>
          <w:tcPr>
            <w:tcW w:type="dxa" w:w="493"/>
            <w:vAlign w:val="center"/>
          </w:tcPr>
          <w:p>
            <w:r/>
            <w:r>
              <w:rPr>
                <w:rFonts w:ascii="Malgun Gothic" w:hAnsi="Malgun Gothic" w:eastAsia="Malgun Gothic"/>
                <w:b w:val="0"/>
                <w:sz w:val="14"/>
              </w:rPr>
              <w:t>0.034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0.00194903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00__350002022300000__SPEAKER_01__29.123_32.718__000013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29.123</w:t>
            </w:r>
          </w:p>
        </w:tc>
        <w:tc>
          <w:tcPr>
            <w:tcW w:type="dxa" w:w="493"/>
            <w:vAlign w:val="center"/>
          </w:tcPr>
          <w:p>
            <w:r/>
            <w:r>
              <w:rPr>
                <w:rFonts w:ascii="Malgun Gothic" w:hAnsi="Malgun Gothic" w:eastAsia="Malgun Gothic"/>
                <w:b w:val="0"/>
                <w:sz w:val="14"/>
              </w:rPr>
              <w:t>32.718</w:t>
            </w:r>
          </w:p>
        </w:tc>
        <w:tc>
          <w:tcPr>
            <w:tcW w:type="dxa" w:w="493"/>
            <w:vAlign w:val="center"/>
          </w:tcPr>
          <w:p>
            <w:r/>
            <w:r>
              <w:rPr>
                <w:rFonts w:ascii="Malgun Gothic" w:hAnsi="Malgun Gothic" w:eastAsia="Malgun Gothic"/>
                <w:b w:val="0"/>
                <w:sz w:val="14"/>
              </w:rPr>
              <w:t>3.594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0.04556859</w:t>
            </w:r>
          </w:p>
        </w:tc>
        <w:tc>
          <w:tcPr>
            <w:tcW w:type="dxa" w:w="493"/>
            <w:vAlign w:val="center"/>
          </w:tcPr>
          <w:p>
            <w:r/>
            <w:r>
              <w:rPr>
                <w:rFonts w:ascii="Malgun Gothic" w:hAnsi="Malgun Gothic" w:eastAsia="Malgun Gothic"/>
                <w:b w:val="0"/>
                <w:sz w:val="14"/>
              </w:rPr>
              <w:t>143.746137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00__350002022300000__SPEAKER_00__35.367_36.903__000014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35.367</w:t>
            </w:r>
          </w:p>
        </w:tc>
        <w:tc>
          <w:tcPr>
            <w:tcW w:type="dxa" w:w="493"/>
            <w:vAlign w:val="center"/>
          </w:tcPr>
          <w:p>
            <w:r/>
            <w:r>
              <w:rPr>
                <w:rFonts w:ascii="Malgun Gothic" w:hAnsi="Malgun Gothic" w:eastAsia="Malgun Gothic"/>
                <w:b w:val="0"/>
                <w:sz w:val="14"/>
              </w:rPr>
              <w:t>36.903</w:t>
            </w:r>
          </w:p>
        </w:tc>
        <w:tc>
          <w:tcPr>
            <w:tcW w:type="dxa" w:w="493"/>
            <w:vAlign w:val="center"/>
          </w:tcPr>
          <w:p>
            <w:r/>
            <w:r>
              <w:rPr>
                <w:rFonts w:ascii="Malgun Gothic" w:hAnsi="Malgun Gothic" w:eastAsia="Malgun Gothic"/>
                <w:b w:val="0"/>
                <w:sz w:val="14"/>
              </w:rPr>
              <w:t>1.536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0.11377881</w:t>
            </w:r>
          </w:p>
        </w:tc>
        <w:tc>
          <w:tcPr>
            <w:tcW w:type="dxa" w:w="493"/>
            <w:vAlign w:val="center"/>
          </w:tcPr>
          <w:p>
            <w:r/>
            <w:r>
              <w:rPr>
                <w:rFonts w:ascii="Malgun Gothic" w:hAnsi="Malgun Gothic" w:eastAsia="Malgun Gothic"/>
                <w:b w:val="0"/>
                <w:sz w:val="14"/>
              </w:rPr>
              <w:t>211.708640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00__350002022300000__SPEAKER_01__38.354_38.405__000015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38.354</w:t>
            </w:r>
          </w:p>
        </w:tc>
        <w:tc>
          <w:tcPr>
            <w:tcW w:type="dxa" w:w="493"/>
            <w:vAlign w:val="center"/>
          </w:tcPr>
          <w:p>
            <w:r/>
            <w:r>
              <w:rPr>
                <w:rFonts w:ascii="Malgun Gothic" w:hAnsi="Malgun Gothic" w:eastAsia="Malgun Gothic"/>
                <w:b w:val="0"/>
                <w:sz w:val="14"/>
              </w:rPr>
              <w:t>38.405</w:t>
            </w:r>
          </w:p>
        </w:tc>
        <w:tc>
          <w:tcPr>
            <w:tcW w:type="dxa" w:w="493"/>
            <w:vAlign w:val="center"/>
          </w:tcPr>
          <w:p>
            <w:r/>
            <w:r>
              <w:rPr>
                <w:rFonts w:ascii="Malgun Gothic" w:hAnsi="Malgun Gothic" w:eastAsia="Malgun Gothic"/>
                <w:b w:val="0"/>
                <w:sz w:val="14"/>
              </w:rPr>
              <w:t>0.051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0.00384756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00__350002022300000__SPEAKER_01__38.911_45.425__000016</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38.911</w:t>
            </w:r>
          </w:p>
        </w:tc>
        <w:tc>
          <w:tcPr>
            <w:tcW w:type="dxa" w:w="493"/>
            <w:vAlign w:val="center"/>
          </w:tcPr>
          <w:p>
            <w:r/>
            <w:r>
              <w:rPr>
                <w:rFonts w:ascii="Malgun Gothic" w:hAnsi="Malgun Gothic" w:eastAsia="Malgun Gothic"/>
                <w:b w:val="0"/>
                <w:sz w:val="14"/>
              </w:rPr>
              <w:t>45.425</w:t>
            </w:r>
          </w:p>
        </w:tc>
        <w:tc>
          <w:tcPr>
            <w:tcW w:type="dxa" w:w="493"/>
            <w:vAlign w:val="center"/>
          </w:tcPr>
          <w:p>
            <w:r/>
            <w:r>
              <w:rPr>
                <w:rFonts w:ascii="Malgun Gothic" w:hAnsi="Malgun Gothic" w:eastAsia="Malgun Gothic"/>
                <w:b w:val="0"/>
                <w:sz w:val="14"/>
              </w:rPr>
              <w:t>6.514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0.06293251</w:t>
            </w:r>
          </w:p>
        </w:tc>
        <w:tc>
          <w:tcPr>
            <w:tcW w:type="dxa" w:w="493"/>
            <w:vAlign w:val="center"/>
          </w:tcPr>
          <w:p>
            <w:r/>
            <w:r>
              <w:rPr>
                <w:rFonts w:ascii="Malgun Gothic" w:hAnsi="Malgun Gothic" w:eastAsia="Malgun Gothic"/>
                <w:b w:val="0"/>
                <w:sz w:val="14"/>
              </w:rPr>
              <w:t>137.944049</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00__350002022300000__SPEAKER_00__40.193_40.936__000017</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40.193</w:t>
            </w:r>
          </w:p>
        </w:tc>
        <w:tc>
          <w:tcPr>
            <w:tcW w:type="dxa" w:w="493"/>
            <w:vAlign w:val="center"/>
          </w:tcPr>
          <w:p>
            <w:r/>
            <w:r>
              <w:rPr>
                <w:rFonts w:ascii="Malgun Gothic" w:hAnsi="Malgun Gothic" w:eastAsia="Malgun Gothic"/>
                <w:b w:val="0"/>
                <w:sz w:val="14"/>
              </w:rPr>
              <w:t>40.936</w:t>
            </w:r>
          </w:p>
        </w:tc>
        <w:tc>
          <w:tcPr>
            <w:tcW w:type="dxa" w:w="493"/>
            <w:vAlign w:val="center"/>
          </w:tcPr>
          <w:p>
            <w:r/>
            <w:r>
              <w:rPr>
                <w:rFonts w:ascii="Malgun Gothic" w:hAnsi="Malgun Gothic" w:eastAsia="Malgun Gothic"/>
                <w:b w:val="0"/>
                <w:sz w:val="14"/>
              </w:rPr>
              <w:t>0.742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0.13592906</w:t>
            </w:r>
          </w:p>
        </w:tc>
        <w:tc>
          <w:tcPr>
            <w:tcW w:type="dxa" w:w="493"/>
            <w:vAlign w:val="center"/>
          </w:tcPr>
          <w:p>
            <w:r/>
            <w:r>
              <w:rPr>
                <w:rFonts w:ascii="Malgun Gothic" w:hAnsi="Malgun Gothic" w:eastAsia="Malgun Gothic"/>
                <w:b w:val="0"/>
                <w:sz w:val="14"/>
              </w:rPr>
              <w:t>156.415997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00__350002022300000__SPEAKER_01__45.627_48.040__000018</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45.627</w:t>
            </w:r>
          </w:p>
        </w:tc>
        <w:tc>
          <w:tcPr>
            <w:tcW w:type="dxa" w:w="493"/>
            <w:vAlign w:val="center"/>
          </w:tcPr>
          <w:p>
            <w:r/>
            <w:r>
              <w:rPr>
                <w:rFonts w:ascii="Malgun Gothic" w:hAnsi="Malgun Gothic" w:eastAsia="Malgun Gothic"/>
                <w:b w:val="0"/>
                <w:sz w:val="14"/>
              </w:rPr>
              <w:t>48.04</w:t>
            </w:r>
          </w:p>
        </w:tc>
        <w:tc>
          <w:tcPr>
            <w:tcW w:type="dxa" w:w="493"/>
            <w:vAlign w:val="center"/>
          </w:tcPr>
          <w:p>
            <w:r/>
            <w:r>
              <w:rPr>
                <w:rFonts w:ascii="Malgun Gothic" w:hAnsi="Malgun Gothic" w:eastAsia="Malgun Gothic"/>
                <w:b w:val="0"/>
                <w:sz w:val="14"/>
              </w:rPr>
              <w:t>2.413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0.05594229</w:t>
            </w:r>
          </w:p>
        </w:tc>
        <w:tc>
          <w:tcPr>
            <w:tcW w:type="dxa" w:w="493"/>
            <w:vAlign w:val="center"/>
          </w:tcPr>
          <w:p>
            <w:r/>
            <w:r>
              <w:rPr>
                <w:rFonts w:ascii="Malgun Gothic" w:hAnsi="Malgun Gothic" w:eastAsia="Malgun Gothic"/>
                <w:b w:val="0"/>
                <w:sz w:val="14"/>
              </w:rPr>
              <w:t>161.496273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00__350002022300000__SPEAKER_00__45.779_46.133__000019</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45.779</w:t>
            </w:r>
          </w:p>
        </w:tc>
        <w:tc>
          <w:tcPr>
            <w:tcW w:type="dxa" w:w="493"/>
            <w:vAlign w:val="center"/>
          </w:tcPr>
          <w:p>
            <w:r/>
            <w:r>
              <w:rPr>
                <w:rFonts w:ascii="Malgun Gothic" w:hAnsi="Malgun Gothic" w:eastAsia="Malgun Gothic"/>
                <w:b w:val="0"/>
                <w:sz w:val="14"/>
              </w:rPr>
              <w:t>46.133</w:t>
            </w:r>
          </w:p>
        </w:tc>
        <w:tc>
          <w:tcPr>
            <w:tcW w:type="dxa" w:w="493"/>
            <w:vAlign w:val="center"/>
          </w:tcPr>
          <w:p>
            <w:r/>
            <w:r>
              <w:rPr>
                <w:rFonts w:ascii="Malgun Gothic" w:hAnsi="Malgun Gothic" w:eastAsia="Malgun Gothic"/>
                <w:b w:val="0"/>
                <w:sz w:val="14"/>
              </w:rPr>
              <w:t>0.354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0.06075990</w:t>
            </w:r>
          </w:p>
        </w:tc>
        <w:tc>
          <w:tcPr>
            <w:tcW w:type="dxa" w:w="493"/>
            <w:vAlign w:val="center"/>
          </w:tcPr>
          <w:p>
            <w:r/>
            <w:r>
              <w:rPr>
                <w:rFonts w:ascii="Malgun Gothic" w:hAnsi="Malgun Gothic" w:eastAsia="Malgun Gothic"/>
                <w:b w:val="0"/>
                <w:sz w:val="14"/>
              </w:rPr>
              <w:t>154.587695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00__350002022300000__SPEAKER_01__49.593_54.487__000020</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49.593</w:t>
            </w:r>
          </w:p>
        </w:tc>
        <w:tc>
          <w:tcPr>
            <w:tcW w:type="dxa" w:w="493"/>
            <w:vAlign w:val="center"/>
          </w:tcPr>
          <w:p>
            <w:r/>
            <w:r>
              <w:rPr>
                <w:rFonts w:ascii="Malgun Gothic" w:hAnsi="Malgun Gothic" w:eastAsia="Malgun Gothic"/>
                <w:b w:val="0"/>
                <w:sz w:val="14"/>
              </w:rPr>
              <w:t>54.487</w:t>
            </w:r>
          </w:p>
        </w:tc>
        <w:tc>
          <w:tcPr>
            <w:tcW w:type="dxa" w:w="493"/>
            <w:vAlign w:val="center"/>
          </w:tcPr>
          <w:p>
            <w:r/>
            <w:r>
              <w:rPr>
                <w:rFonts w:ascii="Malgun Gothic" w:hAnsi="Malgun Gothic" w:eastAsia="Malgun Gothic"/>
                <w:b w:val="0"/>
                <w:sz w:val="14"/>
              </w:rPr>
              <w:t>4.894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0.05677043</w:t>
            </w:r>
          </w:p>
        </w:tc>
        <w:tc>
          <w:tcPr>
            <w:tcW w:type="dxa" w:w="493"/>
            <w:vAlign w:val="center"/>
          </w:tcPr>
          <w:p>
            <w:r/>
            <w:r>
              <w:rPr>
                <w:rFonts w:ascii="Malgun Gothic" w:hAnsi="Malgun Gothic" w:eastAsia="Malgun Gothic"/>
                <w:b w:val="0"/>
                <w:sz w:val="14"/>
              </w:rPr>
              <w:t>129.793354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00__350002022300000__SPEAKER_00__54.250_54.470__000021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54.25</w:t>
            </w:r>
          </w:p>
        </w:tc>
        <w:tc>
          <w:tcPr>
            <w:tcW w:type="dxa" w:w="493"/>
            <w:vAlign w:val="center"/>
          </w:tcPr>
          <w:p>
            <w:r/>
            <w:r>
              <w:rPr>
                <w:rFonts w:ascii="Malgun Gothic" w:hAnsi="Malgun Gothic" w:eastAsia="Malgun Gothic"/>
                <w:b w:val="0"/>
                <w:sz w:val="14"/>
              </w:rPr>
              <w:t>54.47</w:t>
            </w:r>
          </w:p>
        </w:tc>
        <w:tc>
          <w:tcPr>
            <w:tcW w:type="dxa" w:w="493"/>
            <w:vAlign w:val="center"/>
          </w:tcPr>
          <w:p>
            <w:r/>
            <w:r>
              <w:rPr>
                <w:rFonts w:ascii="Malgun Gothic" w:hAnsi="Malgun Gothic" w:eastAsia="Malgun Gothic"/>
                <w:b w:val="0"/>
                <w:sz w:val="14"/>
              </w:rPr>
              <w:t>0.219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0.06108660</w:t>
            </w:r>
          </w:p>
        </w:tc>
        <w:tc>
          <w:tcPr>
            <w:tcW w:type="dxa" w:w="493"/>
            <w:vAlign w:val="center"/>
          </w:tcPr>
          <w:p>
            <w:r/>
            <w:r>
              <w:rPr>
                <w:rFonts w:ascii="Malgun Gothic" w:hAnsi="Malgun Gothic" w:eastAsia="Malgun Gothic"/>
                <w:b w:val="0"/>
                <w:sz w:val="14"/>
              </w:rPr>
              <w:t>140.856160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00__350002022300000__SPEAKER_00__54.487_54.773__000022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54.487</w:t>
            </w:r>
          </w:p>
        </w:tc>
        <w:tc>
          <w:tcPr>
            <w:tcW w:type="dxa" w:w="493"/>
            <w:vAlign w:val="center"/>
          </w:tcPr>
          <w:p>
            <w:r/>
            <w:r>
              <w:rPr>
                <w:rFonts w:ascii="Malgun Gothic" w:hAnsi="Malgun Gothic" w:eastAsia="Malgun Gothic"/>
                <w:b w:val="0"/>
                <w:sz w:val="14"/>
              </w:rPr>
              <w:t>54.773</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0.05895352</w:t>
            </w:r>
          </w:p>
        </w:tc>
        <w:tc>
          <w:tcPr>
            <w:tcW w:type="dxa" w:w="493"/>
            <w:vAlign w:val="center"/>
          </w:tcPr>
          <w:p>
            <w:r/>
            <w:r>
              <w:rPr>
                <w:rFonts w:ascii="Malgun Gothic" w:hAnsi="Malgun Gothic" w:eastAsia="Malgun Gothic"/>
                <w:b w:val="0"/>
                <w:sz w:val="14"/>
              </w:rPr>
              <w:t>138.758865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00__350002022300000__SPEAKER_01__54.959_56.714__000023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54.959</w:t>
            </w:r>
          </w:p>
        </w:tc>
        <w:tc>
          <w:tcPr>
            <w:tcW w:type="dxa" w:w="493"/>
            <w:vAlign w:val="center"/>
          </w:tcPr>
          <w:p>
            <w:r/>
            <w:r>
              <w:rPr>
                <w:rFonts w:ascii="Malgun Gothic" w:hAnsi="Malgun Gothic" w:eastAsia="Malgun Gothic"/>
                <w:b w:val="0"/>
                <w:sz w:val="14"/>
              </w:rPr>
              <w:t>56.714</w:t>
            </w:r>
          </w:p>
        </w:tc>
        <w:tc>
          <w:tcPr>
            <w:tcW w:type="dxa" w:w="493"/>
            <w:vAlign w:val="center"/>
          </w:tcPr>
          <w:p>
            <w:r/>
            <w:r>
              <w:rPr>
                <w:rFonts w:ascii="Malgun Gothic" w:hAnsi="Malgun Gothic" w:eastAsia="Malgun Gothic"/>
                <w:b w:val="0"/>
                <w:sz w:val="14"/>
              </w:rPr>
              <w:t>1.755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0.05213411</w:t>
            </w:r>
          </w:p>
        </w:tc>
        <w:tc>
          <w:tcPr>
            <w:tcW w:type="dxa" w:w="493"/>
            <w:vAlign w:val="center"/>
          </w:tcPr>
          <w:p>
            <w:r/>
            <w:r>
              <w:rPr>
                <w:rFonts w:ascii="Malgun Gothic" w:hAnsi="Malgun Gothic" w:eastAsia="Malgun Gothic"/>
                <w:b w:val="0"/>
                <w:sz w:val="14"/>
              </w:rPr>
              <w:t>137.820678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00__350002022300000__SPEAKER_01__56.849_57.220__000024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56.849</w:t>
            </w:r>
          </w:p>
        </w:tc>
        <w:tc>
          <w:tcPr>
            <w:tcW w:type="dxa" w:w="493"/>
            <w:vAlign w:val="center"/>
          </w:tcPr>
          <w:p>
            <w:r/>
            <w:r>
              <w:rPr>
                <w:rFonts w:ascii="Malgun Gothic" w:hAnsi="Malgun Gothic" w:eastAsia="Malgun Gothic"/>
                <w:b w:val="0"/>
                <w:sz w:val="14"/>
              </w:rPr>
              <w:t>57.22</w:t>
            </w:r>
          </w:p>
        </w:tc>
        <w:tc>
          <w:tcPr>
            <w:tcW w:type="dxa" w:w="493"/>
            <w:vAlign w:val="center"/>
          </w:tcPr>
          <w:p>
            <w:r/>
            <w:r>
              <w:rPr>
                <w:rFonts w:ascii="Malgun Gothic" w:hAnsi="Malgun Gothic" w:eastAsia="Malgun Gothic"/>
                <w:b w:val="0"/>
                <w:sz w:val="14"/>
              </w:rPr>
              <w:t>0.371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0.05158553</w:t>
            </w:r>
          </w:p>
        </w:tc>
        <w:tc>
          <w:tcPr>
            <w:tcW w:type="dxa" w:w="493"/>
            <w:vAlign w:val="center"/>
          </w:tcPr>
          <w:p>
            <w:r/>
            <w:r>
              <w:rPr>
                <w:rFonts w:ascii="Malgun Gothic" w:hAnsi="Malgun Gothic" w:eastAsia="Malgun Gothic"/>
                <w:b w:val="0"/>
                <w:sz w:val="14"/>
              </w:rPr>
              <w:t>164.384858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00__350002022300000__SPEAKER_01__58.925_63.886__000025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58.925</w:t>
            </w:r>
          </w:p>
        </w:tc>
        <w:tc>
          <w:tcPr>
            <w:tcW w:type="dxa" w:w="493"/>
            <w:vAlign w:val="center"/>
          </w:tcPr>
          <w:p>
            <w:r/>
            <w:r>
              <w:rPr>
                <w:rFonts w:ascii="Malgun Gothic" w:hAnsi="Malgun Gothic" w:eastAsia="Malgun Gothic"/>
                <w:b w:val="0"/>
                <w:sz w:val="14"/>
              </w:rPr>
              <w:t>63.886</w:t>
            </w:r>
          </w:p>
        </w:tc>
        <w:tc>
          <w:tcPr>
            <w:tcW w:type="dxa" w:w="493"/>
            <w:vAlign w:val="center"/>
          </w:tcPr>
          <w:p>
            <w:r/>
            <w:r>
              <w:rPr>
                <w:rFonts w:ascii="Malgun Gothic" w:hAnsi="Malgun Gothic" w:eastAsia="Malgun Gothic"/>
                <w:b w:val="0"/>
                <w:sz w:val="14"/>
              </w:rPr>
              <w:t>4.961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0.04586577</w:t>
            </w:r>
          </w:p>
        </w:tc>
        <w:tc>
          <w:tcPr>
            <w:tcW w:type="dxa" w:w="493"/>
            <w:vAlign w:val="center"/>
          </w:tcPr>
          <w:p>
            <w:r/>
            <w:r>
              <w:rPr>
                <w:rFonts w:ascii="Malgun Gothic" w:hAnsi="Malgun Gothic" w:eastAsia="Malgun Gothic"/>
                <w:b w:val="0"/>
                <w:sz w:val="14"/>
              </w:rPr>
              <w:t>127.484054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 중간 57,569행은 전체 데이터 부록 ZIP에 원본으로 포함 ...</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r>
      <w:tr>
        <w:trPr>
          <w:cantSplit/>
        </w:trPr>
        <w:tc>
          <w:tcPr>
            <w:tcW w:type="dxa" w:w="493"/>
            <w:vAlign w:val="center"/>
          </w:tcPr>
          <w:p>
            <w:r/>
            <w:r>
              <w:rPr>
                <w:rFonts w:ascii="Malgun Gothic" w:hAnsi="Malgun Gothic" w:eastAsia="Malgun Gothic"/>
                <w:b w:val="0"/>
                <w:sz w:val="14"/>
              </w:rPr>
              <w:t>09__350002022300998__SPEAKER_00__4.351_7.034__057595</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4.351</w:t>
            </w:r>
          </w:p>
        </w:tc>
        <w:tc>
          <w:tcPr>
            <w:tcW w:type="dxa" w:w="493"/>
            <w:vAlign w:val="center"/>
          </w:tcPr>
          <w:p>
            <w:r/>
            <w:r>
              <w:rPr>
                <w:rFonts w:ascii="Malgun Gothic" w:hAnsi="Malgun Gothic" w:eastAsia="Malgun Gothic"/>
                <w:b w:val="0"/>
                <w:sz w:val="14"/>
              </w:rPr>
              <w:t>7.034</w:t>
            </w:r>
          </w:p>
        </w:tc>
        <w:tc>
          <w:tcPr>
            <w:tcW w:type="dxa" w:w="493"/>
            <w:vAlign w:val="center"/>
          </w:tcPr>
          <w:p>
            <w:r/>
            <w:r>
              <w:rPr>
                <w:rFonts w:ascii="Malgun Gothic" w:hAnsi="Malgun Gothic" w:eastAsia="Malgun Gothic"/>
                <w:b w:val="0"/>
                <w:sz w:val="14"/>
              </w:rPr>
              <w:t>2.683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0.05947952</w:t>
            </w:r>
          </w:p>
        </w:tc>
        <w:tc>
          <w:tcPr>
            <w:tcW w:type="dxa" w:w="493"/>
            <w:vAlign w:val="center"/>
          </w:tcPr>
          <w:p>
            <w:r/>
            <w:r>
              <w:rPr>
                <w:rFonts w:ascii="Malgun Gothic" w:hAnsi="Malgun Gothic" w:eastAsia="Malgun Gothic"/>
                <w:b w:val="0"/>
                <w:sz w:val="14"/>
              </w:rPr>
              <w:t>177.129636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09__350002022300998__SPEAKER_01__5.954_6.022__057596</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5.954</w:t>
            </w:r>
          </w:p>
        </w:tc>
        <w:tc>
          <w:tcPr>
            <w:tcW w:type="dxa" w:w="493"/>
            <w:vAlign w:val="center"/>
          </w:tcPr>
          <w:p>
            <w:r/>
            <w:r>
              <w:rPr>
                <w:rFonts w:ascii="Malgun Gothic" w:hAnsi="Malgun Gothic" w:eastAsia="Malgun Gothic"/>
                <w:b w:val="0"/>
                <w:sz w:val="14"/>
              </w:rPr>
              <w:t>6.022</w:t>
            </w:r>
          </w:p>
        </w:tc>
        <w:tc>
          <w:tcPr>
            <w:tcW w:type="dxa" w:w="493"/>
            <w:vAlign w:val="center"/>
          </w:tcPr>
          <w:p>
            <w:r/>
            <w:r>
              <w:rPr>
                <w:rFonts w:ascii="Malgun Gothic" w:hAnsi="Malgun Gothic" w:eastAsia="Malgun Gothic"/>
                <w:b w:val="0"/>
                <w:sz w:val="14"/>
              </w:rPr>
              <w:t>0.068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0.00610556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09__350002022300998__SPEAKER_01__6.680_6.933__057597</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6.68</w:t>
            </w:r>
          </w:p>
        </w:tc>
        <w:tc>
          <w:tcPr>
            <w:tcW w:type="dxa" w:w="493"/>
            <w:vAlign w:val="center"/>
          </w:tcPr>
          <w:p>
            <w:r/>
            <w:r>
              <w:rPr>
                <w:rFonts w:ascii="Malgun Gothic" w:hAnsi="Malgun Gothic" w:eastAsia="Malgun Gothic"/>
                <w:b w:val="0"/>
                <w:sz w:val="14"/>
              </w:rPr>
              <w:t>6.933</w:t>
            </w:r>
          </w:p>
        </w:tc>
        <w:tc>
          <w:tcPr>
            <w:tcW w:type="dxa" w:w="493"/>
            <w:vAlign w:val="center"/>
          </w:tcPr>
          <w:p>
            <w:r/>
            <w:r>
              <w:rPr>
                <w:rFonts w:ascii="Malgun Gothic" w:hAnsi="Malgun Gothic" w:eastAsia="Malgun Gothic"/>
                <w:b w:val="0"/>
                <w:sz w:val="14"/>
              </w:rPr>
              <w:t>0.253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0.07927645</w:t>
            </w:r>
          </w:p>
        </w:tc>
        <w:tc>
          <w:tcPr>
            <w:tcW w:type="dxa" w:w="493"/>
            <w:vAlign w:val="center"/>
          </w:tcPr>
          <w:p>
            <w:r/>
            <w:r>
              <w:rPr>
                <w:rFonts w:ascii="Malgun Gothic" w:hAnsi="Malgun Gothic" w:eastAsia="Malgun Gothic"/>
                <w:b w:val="0"/>
                <w:sz w:val="14"/>
              </w:rPr>
              <w:t>167.599624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09__350002022300998__SPEAKER_00__7.810_10.257__057598</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7.81</w:t>
            </w:r>
          </w:p>
        </w:tc>
        <w:tc>
          <w:tcPr>
            <w:tcW w:type="dxa" w:w="493"/>
            <w:vAlign w:val="center"/>
          </w:tcPr>
          <w:p>
            <w:r/>
            <w:r>
              <w:rPr>
                <w:rFonts w:ascii="Malgun Gothic" w:hAnsi="Malgun Gothic" w:eastAsia="Malgun Gothic"/>
                <w:b w:val="0"/>
                <w:sz w:val="14"/>
              </w:rPr>
              <w:t>10.257</w:t>
            </w:r>
          </w:p>
        </w:tc>
        <w:tc>
          <w:tcPr>
            <w:tcW w:type="dxa" w:w="493"/>
            <w:vAlign w:val="center"/>
          </w:tcPr>
          <w:p>
            <w:r/>
            <w:r>
              <w:rPr>
                <w:rFonts w:ascii="Malgun Gothic" w:hAnsi="Malgun Gothic" w:eastAsia="Malgun Gothic"/>
                <w:b w:val="0"/>
                <w:sz w:val="14"/>
              </w:rPr>
              <w:t>2.447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0.03669750</w:t>
            </w:r>
          </w:p>
        </w:tc>
        <w:tc>
          <w:tcPr>
            <w:tcW w:type="dxa" w:w="493"/>
            <w:vAlign w:val="center"/>
          </w:tcPr>
          <w:p>
            <w:r/>
            <w:r>
              <w:rPr>
                <w:rFonts w:ascii="Malgun Gothic" w:hAnsi="Malgun Gothic" w:eastAsia="Malgun Gothic"/>
                <w:b w:val="0"/>
                <w:sz w:val="14"/>
              </w:rPr>
              <w:t>172.815121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09__350002022300998__SPEAKER_00__10.882_12.299__057599</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10.882</w:t>
            </w:r>
          </w:p>
        </w:tc>
        <w:tc>
          <w:tcPr>
            <w:tcW w:type="dxa" w:w="493"/>
            <w:vAlign w:val="center"/>
          </w:tcPr>
          <w:p>
            <w:r/>
            <w:r>
              <w:rPr>
                <w:rFonts w:ascii="Malgun Gothic" w:hAnsi="Malgun Gothic" w:eastAsia="Malgun Gothic"/>
                <w:b w:val="0"/>
                <w:sz w:val="14"/>
              </w:rPr>
              <w:t>12.299</w:t>
            </w:r>
          </w:p>
        </w:tc>
        <w:tc>
          <w:tcPr>
            <w:tcW w:type="dxa" w:w="493"/>
            <w:vAlign w:val="center"/>
          </w:tcPr>
          <w:p>
            <w:r/>
            <w:r>
              <w:rPr>
                <w:rFonts w:ascii="Malgun Gothic" w:hAnsi="Malgun Gothic" w:eastAsia="Malgun Gothic"/>
                <w:b w:val="0"/>
                <w:sz w:val="14"/>
              </w:rPr>
              <w:t>1.418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0.02106520</w:t>
            </w:r>
          </w:p>
        </w:tc>
        <w:tc>
          <w:tcPr>
            <w:tcW w:type="dxa" w:w="493"/>
            <w:vAlign w:val="center"/>
          </w:tcPr>
          <w:p>
            <w:r/>
            <w:r>
              <w:rPr>
                <w:rFonts w:ascii="Malgun Gothic" w:hAnsi="Malgun Gothic" w:eastAsia="Malgun Gothic"/>
                <w:b w:val="0"/>
                <w:sz w:val="14"/>
              </w:rPr>
              <w:t>172.753561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09__350002022300998__SPEAKER_00__13.109_13.970__057600</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13.109</w:t>
            </w:r>
          </w:p>
        </w:tc>
        <w:tc>
          <w:tcPr>
            <w:tcW w:type="dxa" w:w="493"/>
            <w:vAlign w:val="center"/>
          </w:tcPr>
          <w:p>
            <w:r/>
            <w:r>
              <w:rPr>
                <w:rFonts w:ascii="Malgun Gothic" w:hAnsi="Malgun Gothic" w:eastAsia="Malgun Gothic"/>
                <w:b w:val="0"/>
                <w:sz w:val="14"/>
              </w:rPr>
              <w:t>13.97</w:t>
            </w:r>
          </w:p>
        </w:tc>
        <w:tc>
          <w:tcPr>
            <w:tcW w:type="dxa" w:w="493"/>
            <w:vAlign w:val="center"/>
          </w:tcPr>
          <w:p>
            <w:r/>
            <w:r>
              <w:rPr>
                <w:rFonts w:ascii="Malgun Gothic" w:hAnsi="Malgun Gothic" w:eastAsia="Malgun Gothic"/>
                <w:b w:val="0"/>
                <w:sz w:val="14"/>
              </w:rPr>
              <w:t>0.861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0.05715729</w:t>
            </w:r>
          </w:p>
        </w:tc>
        <w:tc>
          <w:tcPr>
            <w:tcW w:type="dxa" w:w="493"/>
            <w:vAlign w:val="center"/>
          </w:tcPr>
          <w:p>
            <w:r/>
            <w:r>
              <w:rPr>
                <w:rFonts w:ascii="Malgun Gothic" w:hAnsi="Malgun Gothic" w:eastAsia="Malgun Gothic"/>
                <w:b w:val="0"/>
                <w:sz w:val="14"/>
              </w:rPr>
              <w:t>287.817050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09__350002022300998__SPEAKER_01__13.970_15.286__057601</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13.97</w:t>
            </w:r>
          </w:p>
        </w:tc>
        <w:tc>
          <w:tcPr>
            <w:tcW w:type="dxa" w:w="493"/>
            <w:vAlign w:val="center"/>
          </w:tcPr>
          <w:p>
            <w:r/>
            <w:r>
              <w:rPr>
                <w:rFonts w:ascii="Malgun Gothic" w:hAnsi="Malgun Gothic" w:eastAsia="Malgun Gothic"/>
                <w:b w:val="0"/>
                <w:sz w:val="14"/>
              </w:rPr>
              <w:t>15.286</w:t>
            </w:r>
          </w:p>
        </w:tc>
        <w:tc>
          <w:tcPr>
            <w:tcW w:type="dxa" w:w="493"/>
            <w:vAlign w:val="center"/>
          </w:tcPr>
          <w:p>
            <w:r/>
            <w:r>
              <w:rPr>
                <w:rFonts w:ascii="Malgun Gothic" w:hAnsi="Malgun Gothic" w:eastAsia="Malgun Gothic"/>
                <w:b w:val="0"/>
                <w:sz w:val="14"/>
              </w:rPr>
              <w:t>1.316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0.06276976</w:t>
            </w:r>
          </w:p>
        </w:tc>
        <w:tc>
          <w:tcPr>
            <w:tcW w:type="dxa" w:w="493"/>
            <w:vAlign w:val="center"/>
          </w:tcPr>
          <w:p>
            <w:r/>
            <w:r>
              <w:rPr>
                <w:rFonts w:ascii="Malgun Gothic" w:hAnsi="Malgun Gothic" w:eastAsia="Malgun Gothic"/>
                <w:b w:val="0"/>
                <w:sz w:val="14"/>
              </w:rPr>
              <w:t>179.195155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09__350002022300998__SPEAKER_00__15.657_16.298__057602</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15.657</w:t>
            </w:r>
          </w:p>
        </w:tc>
        <w:tc>
          <w:tcPr>
            <w:tcW w:type="dxa" w:w="493"/>
            <w:vAlign w:val="center"/>
          </w:tcPr>
          <w:p>
            <w:r/>
            <w:r>
              <w:rPr>
                <w:rFonts w:ascii="Malgun Gothic" w:hAnsi="Malgun Gothic" w:eastAsia="Malgun Gothic"/>
                <w:b w:val="0"/>
                <w:sz w:val="14"/>
              </w:rPr>
              <w:t>16.298</w:t>
            </w:r>
          </w:p>
        </w:tc>
        <w:tc>
          <w:tcPr>
            <w:tcW w:type="dxa" w:w="493"/>
            <w:vAlign w:val="center"/>
          </w:tcPr>
          <w:p>
            <w:r/>
            <w:r>
              <w:rPr>
                <w:rFonts w:ascii="Malgun Gothic" w:hAnsi="Malgun Gothic" w:eastAsia="Malgun Gothic"/>
                <w:b w:val="0"/>
                <w:sz w:val="14"/>
              </w:rPr>
              <w:t>0.641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0.05317324</w:t>
            </w:r>
          </w:p>
        </w:tc>
        <w:tc>
          <w:tcPr>
            <w:tcW w:type="dxa" w:w="493"/>
            <w:vAlign w:val="center"/>
          </w:tcPr>
          <w:p>
            <w:r/>
            <w:r>
              <w:rPr>
                <w:rFonts w:ascii="Malgun Gothic" w:hAnsi="Malgun Gothic" w:eastAsia="Malgun Gothic"/>
                <w:b w:val="0"/>
                <w:sz w:val="14"/>
              </w:rPr>
              <w:t>224.925860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09__350002022300998__SPEAKER_01__15.961_23.723__057603</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15.961</w:t>
            </w:r>
          </w:p>
        </w:tc>
        <w:tc>
          <w:tcPr>
            <w:tcW w:type="dxa" w:w="493"/>
            <w:vAlign w:val="center"/>
          </w:tcPr>
          <w:p>
            <w:r/>
            <w:r>
              <w:rPr>
                <w:rFonts w:ascii="Malgun Gothic" w:hAnsi="Malgun Gothic" w:eastAsia="Malgun Gothic"/>
                <w:b w:val="0"/>
                <w:sz w:val="14"/>
              </w:rPr>
              <w:t>23.723</w:t>
            </w:r>
          </w:p>
        </w:tc>
        <w:tc>
          <w:tcPr>
            <w:tcW w:type="dxa" w:w="493"/>
            <w:vAlign w:val="center"/>
          </w:tcPr>
          <w:p>
            <w:r/>
            <w:r>
              <w:rPr>
                <w:rFonts w:ascii="Malgun Gothic" w:hAnsi="Malgun Gothic" w:eastAsia="Malgun Gothic"/>
                <w:b w:val="0"/>
                <w:sz w:val="14"/>
              </w:rPr>
              <w:t>7.762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0.05872604</w:t>
            </w:r>
          </w:p>
        </w:tc>
        <w:tc>
          <w:tcPr>
            <w:tcW w:type="dxa" w:w="493"/>
            <w:vAlign w:val="center"/>
          </w:tcPr>
          <w:p>
            <w:r/>
            <w:r>
              <w:rPr>
                <w:rFonts w:ascii="Malgun Gothic" w:hAnsi="Malgun Gothic" w:eastAsia="Malgun Gothic"/>
                <w:b w:val="0"/>
                <w:sz w:val="14"/>
              </w:rPr>
              <w:t>194.641237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09__350002022300998__SPEAKER_00__23.723_24.415__057604</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23.723</w:t>
            </w:r>
          </w:p>
        </w:tc>
        <w:tc>
          <w:tcPr>
            <w:tcW w:type="dxa" w:w="493"/>
            <w:vAlign w:val="center"/>
          </w:tcPr>
          <w:p>
            <w:r/>
            <w:r>
              <w:rPr>
                <w:rFonts w:ascii="Malgun Gothic" w:hAnsi="Malgun Gothic" w:eastAsia="Malgun Gothic"/>
                <w:b w:val="0"/>
                <w:sz w:val="14"/>
              </w:rPr>
              <w:t>24.415</w:t>
            </w:r>
          </w:p>
        </w:tc>
        <w:tc>
          <w:tcPr>
            <w:tcW w:type="dxa" w:w="493"/>
            <w:vAlign w:val="center"/>
          </w:tcPr>
          <w:p>
            <w:r/>
            <w:r>
              <w:rPr>
                <w:rFonts w:ascii="Malgun Gothic" w:hAnsi="Malgun Gothic" w:eastAsia="Malgun Gothic"/>
                <w:b w:val="0"/>
                <w:sz w:val="14"/>
              </w:rPr>
              <w:t>0.692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0.01880802</w:t>
            </w:r>
          </w:p>
        </w:tc>
        <w:tc>
          <w:tcPr>
            <w:tcW w:type="dxa" w:w="493"/>
            <w:vAlign w:val="center"/>
          </w:tcPr>
          <w:p>
            <w:r/>
            <w:r>
              <w:rPr>
                <w:rFonts w:ascii="Malgun Gothic" w:hAnsi="Malgun Gothic" w:eastAsia="Malgun Gothic"/>
                <w:b w:val="0"/>
                <w:sz w:val="14"/>
              </w:rPr>
              <w:t>167.168043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09__350002022300998__SPEAKER_01__32.920_41.155__057605</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32.92</w:t>
            </w:r>
          </w:p>
        </w:tc>
        <w:tc>
          <w:tcPr>
            <w:tcW w:type="dxa" w:w="493"/>
            <w:vAlign w:val="center"/>
          </w:tcPr>
          <w:p>
            <w:r/>
            <w:r>
              <w:rPr>
                <w:rFonts w:ascii="Malgun Gothic" w:hAnsi="Malgun Gothic" w:eastAsia="Malgun Gothic"/>
                <w:b w:val="0"/>
                <w:sz w:val="14"/>
              </w:rPr>
              <w:t>41.155</w:t>
            </w:r>
          </w:p>
        </w:tc>
        <w:tc>
          <w:tcPr>
            <w:tcW w:type="dxa" w:w="493"/>
            <w:vAlign w:val="center"/>
          </w:tcPr>
          <w:p>
            <w:r/>
            <w:r>
              <w:rPr>
                <w:rFonts w:ascii="Malgun Gothic" w:hAnsi="Malgun Gothic" w:eastAsia="Malgun Gothic"/>
                <w:b w:val="0"/>
                <w:sz w:val="14"/>
              </w:rPr>
              <w:t>8.235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0.09712750</w:t>
            </w:r>
          </w:p>
        </w:tc>
        <w:tc>
          <w:tcPr>
            <w:tcW w:type="dxa" w:w="493"/>
            <w:vAlign w:val="center"/>
          </w:tcPr>
          <w:p>
            <w:r/>
            <w:r>
              <w:rPr>
                <w:rFonts w:ascii="Malgun Gothic" w:hAnsi="Malgun Gothic" w:eastAsia="Malgun Gothic"/>
                <w:b w:val="0"/>
                <w:sz w:val="14"/>
              </w:rPr>
              <w:t>220.731528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09__350002022300998__SPEAKER_00__42.978_43.113__057606</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42.978</w:t>
            </w:r>
          </w:p>
        </w:tc>
        <w:tc>
          <w:tcPr>
            <w:tcW w:type="dxa" w:w="493"/>
            <w:vAlign w:val="center"/>
          </w:tcPr>
          <w:p>
            <w:r/>
            <w:r>
              <w:rPr>
                <w:rFonts w:ascii="Malgun Gothic" w:hAnsi="Malgun Gothic" w:eastAsia="Malgun Gothic"/>
                <w:b w:val="0"/>
                <w:sz w:val="14"/>
              </w:rPr>
              <w:t>43.113</w:t>
            </w:r>
          </w:p>
        </w:tc>
        <w:tc>
          <w:tcPr>
            <w:tcW w:type="dxa" w:w="493"/>
            <w:vAlign w:val="center"/>
          </w:tcPr>
          <w:p>
            <w:r/>
            <w:r>
              <w:rPr>
                <w:rFonts w:ascii="Malgun Gothic" w:hAnsi="Malgun Gothic" w:eastAsia="Malgun Gothic"/>
                <w:b w:val="0"/>
                <w:sz w:val="14"/>
              </w:rPr>
              <w:t>0.135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0.00346261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09__350002022300998__SPEAKER_01__43.366_44.767__057607</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43.366</w:t>
            </w:r>
          </w:p>
        </w:tc>
        <w:tc>
          <w:tcPr>
            <w:tcW w:type="dxa" w:w="493"/>
            <w:vAlign w:val="center"/>
          </w:tcPr>
          <w:p>
            <w:r/>
            <w:r>
              <w:rPr>
                <w:rFonts w:ascii="Malgun Gothic" w:hAnsi="Malgun Gothic" w:eastAsia="Malgun Gothic"/>
                <w:b w:val="0"/>
                <w:sz w:val="14"/>
              </w:rPr>
              <w:t>44.767</w:t>
            </w:r>
          </w:p>
        </w:tc>
        <w:tc>
          <w:tcPr>
            <w:tcW w:type="dxa" w:w="493"/>
            <w:vAlign w:val="center"/>
          </w:tcPr>
          <w:p>
            <w:r/>
            <w:r>
              <w:rPr>
                <w:rFonts w:ascii="Malgun Gothic" w:hAnsi="Malgun Gothic" w:eastAsia="Malgun Gothic"/>
                <w:b w:val="0"/>
                <w:sz w:val="14"/>
              </w:rPr>
              <w:t>1.401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0.09667852</w:t>
            </w:r>
          </w:p>
        </w:tc>
        <w:tc>
          <w:tcPr>
            <w:tcW w:type="dxa" w:w="493"/>
            <w:vAlign w:val="center"/>
          </w:tcPr>
          <w:p>
            <w:r/>
            <w:r>
              <w:rPr>
                <w:rFonts w:ascii="Malgun Gothic" w:hAnsi="Malgun Gothic" w:eastAsia="Malgun Gothic"/>
                <w:b w:val="0"/>
                <w:sz w:val="14"/>
              </w:rPr>
              <w:t>273.622648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09__350002022300999__SPEAKER_00__0.773_1.195__057608</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0.773</w:t>
            </w:r>
          </w:p>
        </w:tc>
        <w:tc>
          <w:tcPr>
            <w:tcW w:type="dxa" w:w="493"/>
            <w:vAlign w:val="center"/>
          </w:tcPr>
          <w:p>
            <w:r/>
            <w:r>
              <w:rPr>
                <w:rFonts w:ascii="Malgun Gothic" w:hAnsi="Malgun Gothic" w:eastAsia="Malgun Gothic"/>
                <w:b w:val="0"/>
                <w:sz w:val="14"/>
              </w:rPr>
              <w:t>1.195</w:t>
            </w:r>
          </w:p>
        </w:tc>
        <w:tc>
          <w:tcPr>
            <w:tcW w:type="dxa" w:w="493"/>
            <w:vAlign w:val="center"/>
          </w:tcPr>
          <w:p>
            <w:r/>
            <w:r>
              <w:rPr>
                <w:rFonts w:ascii="Malgun Gothic" w:hAnsi="Malgun Gothic" w:eastAsia="Malgun Gothic"/>
                <w:b w:val="0"/>
                <w:sz w:val="14"/>
              </w:rPr>
              <w:t>0.422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0.11174220</w:t>
            </w:r>
          </w:p>
        </w:tc>
        <w:tc>
          <w:tcPr>
            <w:tcW w:type="dxa" w:w="493"/>
            <w:vAlign w:val="center"/>
          </w:tcPr>
          <w:p>
            <w:r/>
            <w:r>
              <w:rPr>
                <w:rFonts w:ascii="Malgun Gothic" w:hAnsi="Malgun Gothic" w:eastAsia="Malgun Gothic"/>
                <w:b w:val="0"/>
                <w:sz w:val="14"/>
              </w:rPr>
              <w:t>183.448361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09__350002022300999__SPEAKER_01__1.432_5.448__057609</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1.432</w:t>
            </w:r>
          </w:p>
        </w:tc>
        <w:tc>
          <w:tcPr>
            <w:tcW w:type="dxa" w:w="493"/>
            <w:vAlign w:val="center"/>
          </w:tcPr>
          <w:p>
            <w:r/>
            <w:r>
              <w:rPr>
                <w:rFonts w:ascii="Malgun Gothic" w:hAnsi="Malgun Gothic" w:eastAsia="Malgun Gothic"/>
                <w:b w:val="0"/>
                <w:sz w:val="14"/>
              </w:rPr>
              <w:t>5.448</w:t>
            </w:r>
          </w:p>
        </w:tc>
        <w:tc>
          <w:tcPr>
            <w:tcW w:type="dxa" w:w="493"/>
            <w:vAlign w:val="center"/>
          </w:tcPr>
          <w:p>
            <w:r/>
            <w:r>
              <w:rPr>
                <w:rFonts w:ascii="Malgun Gothic" w:hAnsi="Malgun Gothic" w:eastAsia="Malgun Gothic"/>
                <w:b w:val="0"/>
                <w:sz w:val="14"/>
              </w:rPr>
              <w:t>4.016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0.07137586</w:t>
            </w:r>
          </w:p>
        </w:tc>
        <w:tc>
          <w:tcPr>
            <w:tcW w:type="dxa" w:w="493"/>
            <w:vAlign w:val="center"/>
          </w:tcPr>
          <w:p>
            <w:r/>
            <w:r>
              <w:rPr>
                <w:rFonts w:ascii="Malgun Gothic" w:hAnsi="Malgun Gothic" w:eastAsia="Malgun Gothic"/>
                <w:b w:val="0"/>
                <w:sz w:val="14"/>
              </w:rPr>
              <w:t>173.691773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09__350002022300999__SPEAKER_00__5.988_6.292__057610</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5.988</w:t>
            </w:r>
          </w:p>
        </w:tc>
        <w:tc>
          <w:tcPr>
            <w:tcW w:type="dxa" w:w="493"/>
            <w:vAlign w:val="center"/>
          </w:tcPr>
          <w:p>
            <w:r/>
            <w:r>
              <w:rPr>
                <w:rFonts w:ascii="Malgun Gothic" w:hAnsi="Malgun Gothic" w:eastAsia="Malgun Gothic"/>
                <w:b w:val="0"/>
                <w:sz w:val="14"/>
              </w:rPr>
              <w:t>6.292</w:t>
            </w:r>
          </w:p>
        </w:tc>
        <w:tc>
          <w:tcPr>
            <w:tcW w:type="dxa" w:w="493"/>
            <w:vAlign w:val="center"/>
          </w:tcPr>
          <w:p>
            <w:r/>
            <w:r>
              <w:rPr>
                <w:rFonts w:ascii="Malgun Gothic" w:hAnsi="Malgun Gothic" w:eastAsia="Malgun Gothic"/>
                <w:b w:val="0"/>
                <w:sz w:val="14"/>
              </w:rPr>
              <w:t>0.304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0.03353125</w:t>
            </w:r>
          </w:p>
        </w:tc>
        <w:tc>
          <w:tcPr>
            <w:tcW w:type="dxa" w:w="493"/>
            <w:vAlign w:val="center"/>
          </w:tcPr>
          <w:p>
            <w:r/>
            <w:r>
              <w:rPr>
                <w:rFonts w:ascii="Malgun Gothic" w:hAnsi="Malgun Gothic" w:eastAsia="Malgun Gothic"/>
                <w:b w:val="0"/>
                <w:sz w:val="14"/>
              </w:rPr>
              <w:t>107.397692</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09__350002022300999__SPEAKER_01__6.612_16.231__057611</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6.612</w:t>
            </w:r>
          </w:p>
        </w:tc>
        <w:tc>
          <w:tcPr>
            <w:tcW w:type="dxa" w:w="493"/>
            <w:vAlign w:val="center"/>
          </w:tcPr>
          <w:p>
            <w:r/>
            <w:r>
              <w:rPr>
                <w:rFonts w:ascii="Malgun Gothic" w:hAnsi="Malgun Gothic" w:eastAsia="Malgun Gothic"/>
                <w:b w:val="0"/>
                <w:sz w:val="14"/>
              </w:rPr>
              <w:t>16.231</w:t>
            </w:r>
          </w:p>
        </w:tc>
        <w:tc>
          <w:tcPr>
            <w:tcW w:type="dxa" w:w="493"/>
            <w:vAlign w:val="center"/>
          </w:tcPr>
          <w:p>
            <w:r/>
            <w:r>
              <w:rPr>
                <w:rFonts w:ascii="Malgun Gothic" w:hAnsi="Malgun Gothic" w:eastAsia="Malgun Gothic"/>
                <w:b w:val="0"/>
                <w:sz w:val="14"/>
              </w:rPr>
              <w:t>9.619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0.08224404</w:t>
            </w:r>
          </w:p>
        </w:tc>
        <w:tc>
          <w:tcPr>
            <w:tcW w:type="dxa" w:w="493"/>
            <w:vAlign w:val="center"/>
          </w:tcPr>
          <w:p>
            <w:r/>
            <w:r>
              <w:rPr>
                <w:rFonts w:ascii="Malgun Gothic" w:hAnsi="Malgun Gothic" w:eastAsia="Malgun Gothic"/>
                <w:b w:val="0"/>
                <w:sz w:val="14"/>
              </w:rPr>
              <w:t>163.989266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09__350002022300999__SPEAKER_01__16.552_20.888__057612</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16.552</w:t>
            </w:r>
          </w:p>
        </w:tc>
        <w:tc>
          <w:tcPr>
            <w:tcW w:type="dxa" w:w="493"/>
            <w:vAlign w:val="center"/>
          </w:tcPr>
          <w:p>
            <w:r/>
            <w:r>
              <w:rPr>
                <w:rFonts w:ascii="Malgun Gothic" w:hAnsi="Malgun Gothic" w:eastAsia="Malgun Gothic"/>
                <w:b w:val="0"/>
                <w:sz w:val="14"/>
              </w:rPr>
              <w:t>20.888</w:t>
            </w:r>
          </w:p>
        </w:tc>
        <w:tc>
          <w:tcPr>
            <w:tcW w:type="dxa" w:w="493"/>
            <w:vAlign w:val="center"/>
          </w:tcPr>
          <w:p>
            <w:r/>
            <w:r>
              <w:rPr>
                <w:rFonts w:ascii="Malgun Gothic" w:hAnsi="Malgun Gothic" w:eastAsia="Malgun Gothic"/>
                <w:b w:val="0"/>
                <w:sz w:val="14"/>
              </w:rPr>
              <w:t>4.337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0.07872391</w:t>
            </w:r>
          </w:p>
        </w:tc>
        <w:tc>
          <w:tcPr>
            <w:tcW w:type="dxa" w:w="493"/>
            <w:vAlign w:val="center"/>
          </w:tcPr>
          <w:p>
            <w:r/>
            <w:r>
              <w:rPr>
                <w:rFonts w:ascii="Malgun Gothic" w:hAnsi="Malgun Gothic" w:eastAsia="Malgun Gothic"/>
                <w:b w:val="0"/>
                <w:sz w:val="14"/>
              </w:rPr>
              <w:t>178.774233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09__350002022300999__SPEAKER_00__20.365_20.635__057613</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20.365</w:t>
            </w:r>
          </w:p>
        </w:tc>
        <w:tc>
          <w:tcPr>
            <w:tcW w:type="dxa" w:w="493"/>
            <w:vAlign w:val="center"/>
          </w:tcPr>
          <w:p>
            <w:r/>
            <w:r>
              <w:rPr>
                <w:rFonts w:ascii="Malgun Gothic" w:hAnsi="Malgun Gothic" w:eastAsia="Malgun Gothic"/>
                <w:b w:val="0"/>
                <w:sz w:val="14"/>
              </w:rPr>
              <w:t>20.635</w:t>
            </w:r>
          </w:p>
        </w:tc>
        <w:tc>
          <w:tcPr>
            <w:tcW w:type="dxa" w:w="493"/>
            <w:vAlign w:val="center"/>
          </w:tcPr>
          <w:p>
            <w:r/>
            <w:r>
              <w:rPr>
                <w:rFonts w:ascii="Malgun Gothic" w:hAnsi="Malgun Gothic" w:eastAsia="Malgun Gothic"/>
                <w:b w:val="0"/>
                <w:sz w:val="14"/>
              </w:rPr>
              <w:t>0.27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0.09700250</w:t>
            </w:r>
          </w:p>
        </w:tc>
        <w:tc>
          <w:tcPr>
            <w:tcW w:type="dxa" w:w="493"/>
            <w:vAlign w:val="center"/>
          </w:tcPr>
          <w:p>
            <w:r/>
            <w:r>
              <w:rPr>
                <w:rFonts w:ascii="Malgun Gothic" w:hAnsi="Malgun Gothic" w:eastAsia="Malgun Gothic"/>
                <w:b w:val="0"/>
                <w:sz w:val="14"/>
              </w:rPr>
              <w:t>184.390913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09__350002022300999__SPEAKER_01__21.209_24.027__057614</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21.209</w:t>
            </w:r>
          </w:p>
        </w:tc>
        <w:tc>
          <w:tcPr>
            <w:tcW w:type="dxa" w:w="493"/>
            <w:vAlign w:val="center"/>
          </w:tcPr>
          <w:p>
            <w:r/>
            <w:r>
              <w:rPr>
                <w:rFonts w:ascii="Malgun Gothic" w:hAnsi="Malgun Gothic" w:eastAsia="Malgun Gothic"/>
                <w:b w:val="0"/>
                <w:sz w:val="14"/>
              </w:rPr>
              <w:t>24.027</w:t>
            </w:r>
          </w:p>
        </w:tc>
        <w:tc>
          <w:tcPr>
            <w:tcW w:type="dxa" w:w="493"/>
            <w:vAlign w:val="center"/>
          </w:tcPr>
          <w:p>
            <w:r/>
            <w:r>
              <w:rPr>
                <w:rFonts w:ascii="Malgun Gothic" w:hAnsi="Malgun Gothic" w:eastAsia="Malgun Gothic"/>
                <w:b w:val="0"/>
                <w:sz w:val="14"/>
              </w:rPr>
              <w:t>2.818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0.07736503</w:t>
            </w:r>
          </w:p>
        </w:tc>
        <w:tc>
          <w:tcPr>
            <w:tcW w:type="dxa" w:w="493"/>
            <w:vAlign w:val="center"/>
          </w:tcPr>
          <w:p>
            <w:r/>
            <w:r>
              <w:rPr>
                <w:rFonts w:ascii="Malgun Gothic" w:hAnsi="Malgun Gothic" w:eastAsia="Malgun Gothic"/>
                <w:b w:val="0"/>
                <w:sz w:val="14"/>
              </w:rPr>
              <w:t>163.670814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09__350002022300999__SPEAKER_00__24.027_24.837__057615</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24.027</w:t>
            </w:r>
          </w:p>
        </w:tc>
        <w:tc>
          <w:tcPr>
            <w:tcW w:type="dxa" w:w="493"/>
            <w:vAlign w:val="center"/>
          </w:tcPr>
          <w:p>
            <w:r/>
            <w:r>
              <w:rPr>
                <w:rFonts w:ascii="Malgun Gothic" w:hAnsi="Malgun Gothic" w:eastAsia="Malgun Gothic"/>
                <w:b w:val="0"/>
                <w:sz w:val="14"/>
              </w:rPr>
              <w:t>24.837</w:t>
            </w:r>
          </w:p>
        </w:tc>
        <w:tc>
          <w:tcPr>
            <w:tcW w:type="dxa" w:w="493"/>
            <w:vAlign w:val="center"/>
          </w:tcPr>
          <w:p>
            <w:r/>
            <w:r>
              <w:rPr>
                <w:rFonts w:ascii="Malgun Gothic" w:hAnsi="Malgun Gothic" w:eastAsia="Malgun Gothic"/>
                <w:b w:val="0"/>
                <w:sz w:val="14"/>
              </w:rPr>
              <w:t>0.81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0.07804845</w:t>
            </w:r>
          </w:p>
        </w:tc>
        <w:tc>
          <w:tcPr>
            <w:tcW w:type="dxa" w:w="493"/>
            <w:vAlign w:val="center"/>
          </w:tcPr>
          <w:p>
            <w:r/>
            <w:r>
              <w:rPr>
                <w:rFonts w:ascii="Malgun Gothic" w:hAnsi="Malgun Gothic" w:eastAsia="Malgun Gothic"/>
                <w:b w:val="0"/>
                <w:sz w:val="14"/>
              </w:rPr>
              <w:t>175.982792</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09__350002022300999__SPEAKER_00__25.225_31.165__057616</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25.225</w:t>
            </w:r>
          </w:p>
        </w:tc>
        <w:tc>
          <w:tcPr>
            <w:tcW w:type="dxa" w:w="493"/>
            <w:vAlign w:val="center"/>
          </w:tcPr>
          <w:p>
            <w:r/>
            <w:r>
              <w:rPr>
                <w:rFonts w:ascii="Malgun Gothic" w:hAnsi="Malgun Gothic" w:eastAsia="Malgun Gothic"/>
                <w:b w:val="0"/>
                <w:sz w:val="14"/>
              </w:rPr>
              <w:t>31.165</w:t>
            </w:r>
          </w:p>
        </w:tc>
        <w:tc>
          <w:tcPr>
            <w:tcW w:type="dxa" w:w="493"/>
            <w:vAlign w:val="center"/>
          </w:tcPr>
          <w:p>
            <w:r/>
            <w:r>
              <w:rPr>
                <w:rFonts w:ascii="Malgun Gothic" w:hAnsi="Malgun Gothic" w:eastAsia="Malgun Gothic"/>
                <w:b w:val="0"/>
                <w:sz w:val="14"/>
              </w:rPr>
              <w:t>5.94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0.07197413</w:t>
            </w:r>
          </w:p>
        </w:tc>
        <w:tc>
          <w:tcPr>
            <w:tcW w:type="dxa" w:w="493"/>
            <w:vAlign w:val="center"/>
          </w:tcPr>
          <w:p>
            <w:r/>
            <w:r>
              <w:rPr>
                <w:rFonts w:ascii="Malgun Gothic" w:hAnsi="Malgun Gothic" w:eastAsia="Malgun Gothic"/>
                <w:b w:val="0"/>
                <w:sz w:val="14"/>
              </w:rPr>
              <w:t>158.798049</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09__350002022300999__SPEAKER_01__27.470_28.145__057617</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27.47</w:t>
            </w:r>
          </w:p>
        </w:tc>
        <w:tc>
          <w:tcPr>
            <w:tcW w:type="dxa" w:w="493"/>
            <w:vAlign w:val="center"/>
          </w:tcPr>
          <w:p>
            <w:r/>
            <w:r>
              <w:rPr>
                <w:rFonts w:ascii="Malgun Gothic" w:hAnsi="Malgun Gothic" w:eastAsia="Malgun Gothic"/>
                <w:b w:val="0"/>
                <w:sz w:val="14"/>
              </w:rPr>
              <w:t>28.145</w:t>
            </w:r>
          </w:p>
        </w:tc>
        <w:tc>
          <w:tcPr>
            <w:tcW w:type="dxa" w:w="493"/>
            <w:vAlign w:val="center"/>
          </w:tcPr>
          <w:p>
            <w:r/>
            <w:r>
              <w:rPr>
                <w:rFonts w:ascii="Malgun Gothic" w:hAnsi="Malgun Gothic" w:eastAsia="Malgun Gothic"/>
                <w:b w:val="0"/>
                <w:sz w:val="14"/>
              </w:rPr>
              <w:t>0.675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0.09538542</w:t>
            </w:r>
          </w:p>
        </w:tc>
        <w:tc>
          <w:tcPr>
            <w:tcW w:type="dxa" w:w="493"/>
            <w:vAlign w:val="center"/>
          </w:tcPr>
          <w:p>
            <w:r/>
            <w:r>
              <w:rPr>
                <w:rFonts w:ascii="Malgun Gothic" w:hAnsi="Malgun Gothic" w:eastAsia="Malgun Gothic"/>
                <w:b w:val="0"/>
                <w:sz w:val="14"/>
              </w:rPr>
              <w:t>174.212847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09__350002022300999__SPEAKER_01__31.756_32.887__057618</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31.756</w:t>
            </w:r>
          </w:p>
        </w:tc>
        <w:tc>
          <w:tcPr>
            <w:tcW w:type="dxa" w:w="493"/>
            <w:vAlign w:val="center"/>
          </w:tcPr>
          <w:p>
            <w:r/>
            <w:r>
              <w:rPr>
                <w:rFonts w:ascii="Malgun Gothic" w:hAnsi="Malgun Gothic" w:eastAsia="Malgun Gothic"/>
                <w:b w:val="0"/>
                <w:sz w:val="14"/>
              </w:rPr>
              <w:t>32.887</w:t>
            </w:r>
          </w:p>
        </w:tc>
        <w:tc>
          <w:tcPr>
            <w:tcW w:type="dxa" w:w="493"/>
            <w:vAlign w:val="center"/>
          </w:tcPr>
          <w:p>
            <w:r/>
            <w:r>
              <w:rPr>
                <w:rFonts w:ascii="Malgun Gothic" w:hAnsi="Malgun Gothic" w:eastAsia="Malgun Gothic"/>
                <w:b w:val="0"/>
                <w:sz w:val="14"/>
              </w:rPr>
              <w:t>1.131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0.02995122</w:t>
            </w:r>
          </w:p>
        </w:tc>
        <w:tc>
          <w:tcPr>
            <w:tcW w:type="dxa" w:w="493"/>
            <w:vAlign w:val="center"/>
          </w:tcPr>
          <w:p>
            <w:r/>
            <w:r>
              <w:rPr>
                <w:rFonts w:ascii="Malgun Gothic" w:hAnsi="Malgun Gothic" w:eastAsia="Malgun Gothic"/>
                <w:b w:val="0"/>
                <w:sz w:val="14"/>
              </w:rPr>
              <w:t>134.928754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09__350002022300999__SPEAKER_00__32.887_34.405__057619</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32.887</w:t>
            </w:r>
          </w:p>
        </w:tc>
        <w:tc>
          <w:tcPr>
            <w:tcW w:type="dxa" w:w="493"/>
            <w:vAlign w:val="center"/>
          </w:tcPr>
          <w:p>
            <w:r/>
            <w:r>
              <w:rPr>
                <w:rFonts w:ascii="Malgun Gothic" w:hAnsi="Malgun Gothic" w:eastAsia="Malgun Gothic"/>
                <w:b w:val="0"/>
                <w:sz w:val="14"/>
              </w:rPr>
              <w:t>34.405</w:t>
            </w:r>
          </w:p>
        </w:tc>
        <w:tc>
          <w:tcPr>
            <w:tcW w:type="dxa" w:w="493"/>
            <w:vAlign w:val="center"/>
          </w:tcPr>
          <w:p>
            <w:r/>
            <w:r>
              <w:rPr>
                <w:rFonts w:ascii="Malgun Gothic" w:hAnsi="Malgun Gothic" w:eastAsia="Malgun Gothic"/>
                <w:b w:val="0"/>
                <w:sz w:val="14"/>
              </w:rPr>
              <w:t>1.519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0.06122714</w:t>
            </w:r>
          </w:p>
        </w:tc>
        <w:tc>
          <w:tcPr>
            <w:tcW w:type="dxa" w:w="493"/>
            <w:vAlign w:val="center"/>
          </w:tcPr>
          <w:p>
            <w:r/>
            <w:r>
              <w:rPr>
                <w:rFonts w:ascii="Malgun Gothic" w:hAnsi="Malgun Gothic" w:eastAsia="Malgun Gothic"/>
                <w:b w:val="0"/>
                <w:sz w:val="14"/>
              </w:rPr>
              <w:t>153.440908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bl>
    <w:p/>
    <w:p>
      <w:r>
        <w:t>대용량 표의 앞/뒤 표본 및 구조 포함; 원본 전수 행은 데이터 부록 ZIP 포함</w:t>
      </w:r>
    </w:p>
    <w:p>
      <w:r>
        <w:rPr>
          <w:b/>
        </w:rPr>
        <w:t>산출물 CSV: research_continuity/27_segment_feature_stress_merge_v203/segment_level_features_stress_merged_v203.csv (행 57,619, 열 20)</w:t>
      </w:r>
    </w:p>
    <w:tbl>
      <w:tblPr>
        <w:tblStyle w:val="TableGrid"/>
        <w:tblW w:type="auto" w:w="0"/>
        <w:jc w:val="center"/>
        <w:tblLook w:firstColumn="1" w:firstRow="1" w:lastColumn="0" w:lastRow="0" w:noHBand="0" w:noVBand="1" w:val="04A0"/>
      </w:tblPr>
      <w:tblGrid>
        <w:gridCol w:w="493"/>
        <w:gridCol w:w="493"/>
        <w:gridCol w:w="493"/>
        <w:gridCol w:w="493"/>
        <w:gridCol w:w="493"/>
        <w:gridCol w:w="493"/>
        <w:gridCol w:w="493"/>
        <w:gridCol w:w="493"/>
        <w:gridCol w:w="493"/>
        <w:gridCol w:w="493"/>
        <w:gridCol w:w="493"/>
        <w:gridCol w:w="493"/>
        <w:gridCol w:w="493"/>
        <w:gridCol w:w="493"/>
        <w:gridCol w:w="493"/>
        <w:gridCol w:w="493"/>
        <w:gridCol w:w="493"/>
        <w:gridCol w:w="493"/>
        <w:gridCol w:w="493"/>
        <w:gridCol w:w="493"/>
      </w:tblGrid>
      <w:tr>
        <w:trPr>
          <w:tblHeader w:val="true"/>
          <w:cantSplit/>
        </w:trPr>
        <w:tc>
          <w:tcPr>
            <w:tcW w:type="dxa" w:w="493"/>
          </w:tcPr>
          <w:p>
            <w:r/>
            <w:r>
              <w:rPr>
                <w:rFonts w:ascii="Malgun Gothic" w:hAnsi="Malgun Gothic" w:eastAsia="Malgun Gothic"/>
                <w:b/>
                <w:sz w:val="14"/>
              </w:rPr>
              <w:t>segment_id</w:t>
            </w:r>
          </w:p>
        </w:tc>
        <w:tc>
          <w:tcPr>
            <w:tcW w:type="dxa" w:w="493"/>
          </w:tcPr>
          <w:p>
            <w:r/>
            <w:r>
              <w:rPr>
                <w:rFonts w:ascii="Malgun Gothic" w:hAnsi="Malgun Gothic" w:eastAsia="Malgun Gothic"/>
                <w:b/>
                <w:sz w:val="14"/>
              </w:rPr>
              <w:t>audio_name</w:t>
            </w:r>
          </w:p>
        </w:tc>
        <w:tc>
          <w:tcPr>
            <w:tcW w:type="dxa" w:w="493"/>
          </w:tcPr>
          <w:p>
            <w:r/>
            <w:r>
              <w:rPr>
                <w:rFonts w:ascii="Malgun Gothic" w:hAnsi="Malgun Gothic" w:eastAsia="Malgun Gothic"/>
                <w:b/>
                <w:sz w:val="14"/>
              </w:rPr>
              <w:t>audio_path</w:t>
            </w:r>
          </w:p>
        </w:tc>
        <w:tc>
          <w:tcPr>
            <w:tcW w:type="dxa" w:w="493"/>
          </w:tcPr>
          <w:p>
            <w:r/>
            <w:r>
              <w:rPr>
                <w:rFonts w:ascii="Malgun Gothic" w:hAnsi="Malgun Gothic" w:eastAsia="Malgun Gothic"/>
                <w:b/>
                <w:sz w:val="14"/>
              </w:rPr>
              <w:t>exists</w:t>
            </w:r>
          </w:p>
        </w:tc>
        <w:tc>
          <w:tcPr>
            <w:tcW w:type="dxa" w:w="493"/>
          </w:tcPr>
          <w:p>
            <w:r/>
            <w:r>
              <w:rPr>
                <w:rFonts w:ascii="Malgun Gothic" w:hAnsi="Malgun Gothic" w:eastAsia="Malgun Gothic"/>
                <w:b/>
                <w:sz w:val="14"/>
              </w:rPr>
              <w:t>speaker</w:t>
            </w:r>
          </w:p>
        </w:tc>
        <w:tc>
          <w:tcPr>
            <w:tcW w:type="dxa" w:w="493"/>
          </w:tcPr>
          <w:p>
            <w:r/>
            <w:r>
              <w:rPr>
                <w:rFonts w:ascii="Malgun Gothic" w:hAnsi="Malgun Gothic" w:eastAsia="Malgun Gothic"/>
                <w:b/>
                <w:sz w:val="14"/>
              </w:rPr>
              <w:t>start_sec</w:t>
            </w:r>
          </w:p>
        </w:tc>
        <w:tc>
          <w:tcPr>
            <w:tcW w:type="dxa" w:w="493"/>
          </w:tcPr>
          <w:p>
            <w:r/>
            <w:r>
              <w:rPr>
                <w:rFonts w:ascii="Malgun Gothic" w:hAnsi="Malgun Gothic" w:eastAsia="Malgun Gothic"/>
                <w:b/>
                <w:sz w:val="14"/>
              </w:rPr>
              <w:t>end_sec</w:t>
            </w:r>
          </w:p>
        </w:tc>
        <w:tc>
          <w:tcPr>
            <w:tcW w:type="dxa" w:w="493"/>
          </w:tcPr>
          <w:p>
            <w:r/>
            <w:r>
              <w:rPr>
                <w:rFonts w:ascii="Malgun Gothic" w:hAnsi="Malgun Gothic" w:eastAsia="Malgun Gothic"/>
                <w:b/>
                <w:sz w:val="14"/>
              </w:rPr>
              <w:t>duration_sec</w:t>
            </w:r>
          </w:p>
        </w:tc>
        <w:tc>
          <w:tcPr>
            <w:tcW w:type="dxa" w:w="493"/>
          </w:tcPr>
          <w:p>
            <w:r/>
            <w:r>
              <w:rPr>
                <w:rFonts w:ascii="Malgun Gothic" w:hAnsi="Malgun Gothic" w:eastAsia="Malgun Gothic"/>
                <w:b/>
                <w:sz w:val="14"/>
              </w:rPr>
              <w:t>sample_rate</w:t>
            </w:r>
          </w:p>
        </w:tc>
        <w:tc>
          <w:tcPr>
            <w:tcW w:type="dxa" w:w="493"/>
          </w:tcPr>
          <w:p>
            <w:r/>
            <w:r>
              <w:rPr>
                <w:rFonts w:ascii="Malgun Gothic" w:hAnsi="Malgun Gothic" w:eastAsia="Malgun Gothic"/>
                <w:b/>
                <w:sz w:val="14"/>
              </w:rPr>
              <w:t>channels</w:t>
            </w:r>
          </w:p>
        </w:tc>
        <w:tc>
          <w:tcPr>
            <w:tcW w:type="dxa" w:w="493"/>
          </w:tcPr>
          <w:p>
            <w:r/>
            <w:r>
              <w:rPr>
                <w:rFonts w:ascii="Malgun Gothic" w:hAnsi="Malgun Gothic" w:eastAsia="Malgun Gothic"/>
                <w:b/>
                <w:sz w:val="14"/>
              </w:rPr>
              <w:t>probe_status</w:t>
            </w:r>
          </w:p>
        </w:tc>
        <w:tc>
          <w:tcPr>
            <w:tcW w:type="dxa" w:w="493"/>
          </w:tcPr>
          <w:p>
            <w:r/>
            <w:r>
              <w:rPr>
                <w:rFonts w:ascii="Malgun Gothic" w:hAnsi="Malgun Gothic" w:eastAsia="Malgun Gothic"/>
                <w:b/>
                <w:sz w:val="14"/>
              </w:rPr>
              <w:t>decode_status</w:t>
            </w:r>
          </w:p>
        </w:tc>
        <w:tc>
          <w:tcPr>
            <w:tcW w:type="dxa" w:w="493"/>
          </w:tcPr>
          <w:p>
            <w:r/>
            <w:r>
              <w:rPr>
                <w:rFonts w:ascii="Malgun Gothic" w:hAnsi="Malgun Gothic" w:eastAsia="Malgun Gothic"/>
                <w:b/>
                <w:sz w:val="14"/>
              </w:rPr>
              <w:t>text</w:t>
            </w:r>
          </w:p>
        </w:tc>
        <w:tc>
          <w:tcPr>
            <w:tcW w:type="dxa" w:w="493"/>
          </w:tcPr>
          <w:p>
            <w:r/>
            <w:r>
              <w:rPr>
                <w:rFonts w:ascii="Malgun Gothic" w:hAnsi="Malgun Gothic" w:eastAsia="Malgun Gothic"/>
                <w:b/>
                <w:sz w:val="14"/>
              </w:rPr>
              <w:t>word_count</w:t>
            </w:r>
          </w:p>
        </w:tc>
        <w:tc>
          <w:tcPr>
            <w:tcW w:type="dxa" w:w="493"/>
          </w:tcPr>
          <w:p>
            <w:r/>
            <w:r>
              <w:rPr>
                <w:rFonts w:ascii="Malgun Gothic" w:hAnsi="Malgun Gothic" w:eastAsia="Malgun Gothic"/>
                <w:b/>
                <w:sz w:val="14"/>
              </w:rPr>
              <w:t>energy_mean</w:t>
            </w:r>
          </w:p>
        </w:tc>
        <w:tc>
          <w:tcPr>
            <w:tcW w:type="dxa" w:w="493"/>
          </w:tcPr>
          <w:p>
            <w:r/>
            <w:r>
              <w:rPr>
                <w:rFonts w:ascii="Malgun Gothic" w:hAnsi="Malgun Gothic" w:eastAsia="Malgun Gothic"/>
                <w:b/>
                <w:sz w:val="14"/>
              </w:rPr>
              <w:t>pitch_mean</w:t>
            </w:r>
          </w:p>
        </w:tc>
        <w:tc>
          <w:tcPr>
            <w:tcW w:type="dxa" w:w="493"/>
          </w:tcPr>
          <w:p>
            <w:r/>
            <w:r>
              <w:rPr>
                <w:rFonts w:ascii="Malgun Gothic" w:hAnsi="Malgun Gothic" w:eastAsia="Malgun Gothic"/>
                <w:b/>
                <w:sz w:val="14"/>
              </w:rPr>
              <w:t>wpm</w:t>
            </w:r>
          </w:p>
        </w:tc>
        <w:tc>
          <w:tcPr>
            <w:tcW w:type="dxa" w:w="493"/>
          </w:tcPr>
          <w:p>
            <w:r/>
            <w:r>
              <w:rPr>
                <w:rFonts w:ascii="Malgun Gothic" w:hAnsi="Malgun Gothic" w:eastAsia="Malgun Gothic"/>
                <w:b/>
                <w:sz w:val="14"/>
              </w:rPr>
              <w:t>stress_score</w:t>
            </w:r>
          </w:p>
        </w:tc>
        <w:tc>
          <w:tcPr>
            <w:tcW w:type="dxa" w:w="493"/>
          </w:tcPr>
          <w:p>
            <w:r/>
            <w:r>
              <w:rPr>
                <w:rFonts w:ascii="Malgun Gothic" w:hAnsi="Malgun Gothic" w:eastAsia="Malgun Gothic"/>
                <w:b/>
                <w:sz w:val="14"/>
              </w:rPr>
              <w:t>stress_formula_status</w:t>
            </w:r>
          </w:p>
        </w:tc>
        <w:tc>
          <w:tcPr>
            <w:tcW w:type="dxa" w:w="493"/>
          </w:tcPr>
          <w:p>
            <w:r/>
            <w:r>
              <w:rPr>
                <w:rFonts w:ascii="Malgun Gothic" w:hAnsi="Malgun Gothic" w:eastAsia="Malgun Gothic"/>
                <w:b/>
                <w:sz w:val="14"/>
              </w:rPr>
              <w:t>merge_status</w:t>
            </w:r>
          </w:p>
        </w:tc>
      </w:tr>
      <w:tr>
        <w:trPr>
          <w:cantSplit/>
        </w:trPr>
        <w:tc>
          <w:tcPr>
            <w:tcW w:type="dxa" w:w="493"/>
            <w:vAlign w:val="center"/>
          </w:tcPr>
          <w:p>
            <w:r/>
            <w:r>
              <w:rPr>
                <w:rFonts w:ascii="Malgun Gothic" w:hAnsi="Malgun Gothic" w:eastAsia="Malgun Gothic"/>
                <w:b w:val="0"/>
                <w:sz w:val="14"/>
              </w:rPr>
              <w:t>00__350002022300000__SPEAKER_00__0.031_3.119__000001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0.031</w:t>
            </w:r>
          </w:p>
        </w:tc>
        <w:tc>
          <w:tcPr>
            <w:tcW w:type="dxa" w:w="493"/>
            <w:vAlign w:val="center"/>
          </w:tcPr>
          <w:p>
            <w:r/>
            <w:r>
              <w:rPr>
                <w:rFonts w:ascii="Malgun Gothic" w:hAnsi="Malgun Gothic" w:eastAsia="Malgun Gothic"/>
                <w:b w:val="0"/>
                <w:sz w:val="14"/>
              </w:rPr>
              <w:t>3.119</w:t>
            </w:r>
          </w:p>
        </w:tc>
        <w:tc>
          <w:tcPr>
            <w:tcW w:type="dxa" w:w="493"/>
            <w:vAlign w:val="center"/>
          </w:tcPr>
          <w:p>
            <w:r/>
            <w:r>
              <w:rPr>
                <w:rFonts w:ascii="Malgun Gothic" w:hAnsi="Malgun Gothic" w:eastAsia="Malgun Gothic"/>
                <w:b w:val="0"/>
                <w:sz w:val="14"/>
              </w:rPr>
              <w:t>3.088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0.05476243</w:t>
            </w:r>
          </w:p>
        </w:tc>
        <w:tc>
          <w:tcPr>
            <w:tcW w:type="dxa" w:w="493"/>
            <w:vAlign w:val="center"/>
          </w:tcPr>
          <w:p>
            <w:r/>
            <w:r>
              <w:rPr>
                <w:rFonts w:ascii="Malgun Gothic" w:hAnsi="Malgun Gothic" w:eastAsia="Malgun Gothic"/>
                <w:b w:val="0"/>
                <w:sz w:val="14"/>
              </w:rPr>
              <w:t>224.507624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00__350002022300000__SPEAKER_01__4.267_7.439__000002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4.267</w:t>
            </w:r>
          </w:p>
        </w:tc>
        <w:tc>
          <w:tcPr>
            <w:tcW w:type="dxa" w:w="493"/>
            <w:vAlign w:val="center"/>
          </w:tcPr>
          <w:p>
            <w:r/>
            <w:r>
              <w:rPr>
                <w:rFonts w:ascii="Malgun Gothic" w:hAnsi="Malgun Gothic" w:eastAsia="Malgun Gothic"/>
                <w:b w:val="0"/>
                <w:sz w:val="14"/>
              </w:rPr>
              <w:t>7.439</w:t>
            </w:r>
          </w:p>
        </w:tc>
        <w:tc>
          <w:tcPr>
            <w:tcW w:type="dxa" w:w="493"/>
            <w:vAlign w:val="center"/>
          </w:tcPr>
          <w:p>
            <w:r/>
            <w:r>
              <w:rPr>
                <w:rFonts w:ascii="Malgun Gothic" w:hAnsi="Malgun Gothic" w:eastAsia="Malgun Gothic"/>
                <w:b w:val="0"/>
                <w:sz w:val="14"/>
              </w:rPr>
              <w:t>3.172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0.05717194</w:t>
            </w:r>
          </w:p>
        </w:tc>
        <w:tc>
          <w:tcPr>
            <w:tcW w:type="dxa" w:w="493"/>
            <w:vAlign w:val="center"/>
          </w:tcPr>
          <w:p>
            <w:r/>
            <w:r>
              <w:rPr>
                <w:rFonts w:ascii="Malgun Gothic" w:hAnsi="Malgun Gothic" w:eastAsia="Malgun Gothic"/>
                <w:b w:val="0"/>
                <w:sz w:val="14"/>
              </w:rPr>
              <w:t>136.178324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00__350002022300000__SPEAKER_00__4.283_4.570__000003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4.283</w:t>
            </w:r>
          </w:p>
        </w:tc>
        <w:tc>
          <w:tcPr>
            <w:tcW w:type="dxa" w:w="493"/>
            <w:vAlign w:val="center"/>
          </w:tcPr>
          <w:p>
            <w:r/>
            <w:r>
              <w:rPr>
                <w:rFonts w:ascii="Malgun Gothic" w:hAnsi="Malgun Gothic" w:eastAsia="Malgun Gothic"/>
                <w:b w:val="0"/>
                <w:sz w:val="14"/>
              </w:rPr>
              <w:t>4.57</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0.07147063</w:t>
            </w:r>
          </w:p>
        </w:tc>
        <w:tc>
          <w:tcPr>
            <w:tcW w:type="dxa" w:w="493"/>
            <w:vAlign w:val="center"/>
          </w:tcPr>
          <w:p>
            <w:r/>
            <w:r>
              <w:rPr>
                <w:rFonts w:ascii="Malgun Gothic" w:hAnsi="Malgun Gothic" w:eastAsia="Malgun Gothic"/>
                <w:b w:val="0"/>
                <w:sz w:val="14"/>
              </w:rPr>
              <w:t>142.300568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00__350002022300000__SPEAKER_00__5.768_6.832__000004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5.768</w:t>
            </w:r>
          </w:p>
        </w:tc>
        <w:tc>
          <w:tcPr>
            <w:tcW w:type="dxa" w:w="493"/>
            <w:vAlign w:val="center"/>
          </w:tcPr>
          <w:p>
            <w:r/>
            <w:r>
              <w:rPr>
                <w:rFonts w:ascii="Malgun Gothic" w:hAnsi="Malgun Gothic" w:eastAsia="Malgun Gothic"/>
                <w:b w:val="0"/>
                <w:sz w:val="14"/>
              </w:rPr>
              <w:t>6.832</w:t>
            </w:r>
          </w:p>
        </w:tc>
        <w:tc>
          <w:tcPr>
            <w:tcW w:type="dxa" w:w="493"/>
            <w:vAlign w:val="center"/>
          </w:tcPr>
          <w:p>
            <w:r/>
            <w:r>
              <w:rPr>
                <w:rFonts w:ascii="Malgun Gothic" w:hAnsi="Malgun Gothic" w:eastAsia="Malgun Gothic"/>
                <w:b w:val="0"/>
                <w:sz w:val="14"/>
              </w:rPr>
              <w:t>1.063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0.05953735</w:t>
            </w:r>
          </w:p>
        </w:tc>
        <w:tc>
          <w:tcPr>
            <w:tcW w:type="dxa" w:w="493"/>
            <w:vAlign w:val="center"/>
          </w:tcPr>
          <w:p>
            <w:r/>
            <w:r>
              <w:rPr>
                <w:rFonts w:ascii="Malgun Gothic" w:hAnsi="Malgun Gothic" w:eastAsia="Malgun Gothic"/>
                <w:b w:val="0"/>
                <w:sz w:val="14"/>
              </w:rPr>
              <w:t>174.046484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00__350002022300000__SPEAKER_01__7.760_10.679__000005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7.76</w:t>
            </w:r>
          </w:p>
        </w:tc>
        <w:tc>
          <w:tcPr>
            <w:tcW w:type="dxa" w:w="493"/>
            <w:vAlign w:val="center"/>
          </w:tcPr>
          <w:p>
            <w:r/>
            <w:r>
              <w:rPr>
                <w:rFonts w:ascii="Malgun Gothic" w:hAnsi="Malgun Gothic" w:eastAsia="Malgun Gothic"/>
                <w:b w:val="0"/>
                <w:sz w:val="14"/>
              </w:rPr>
              <w:t>10.679</w:t>
            </w:r>
          </w:p>
        </w:tc>
        <w:tc>
          <w:tcPr>
            <w:tcW w:type="dxa" w:w="493"/>
            <w:vAlign w:val="center"/>
          </w:tcPr>
          <w:p>
            <w:r/>
            <w:r>
              <w:rPr>
                <w:rFonts w:ascii="Malgun Gothic" w:hAnsi="Malgun Gothic" w:eastAsia="Malgun Gothic"/>
                <w:b w:val="0"/>
                <w:sz w:val="14"/>
              </w:rPr>
              <w:t>2.919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0.04357441</w:t>
            </w:r>
          </w:p>
        </w:tc>
        <w:tc>
          <w:tcPr>
            <w:tcW w:type="dxa" w:w="493"/>
            <w:vAlign w:val="center"/>
          </w:tcPr>
          <w:p>
            <w:r/>
            <w:r>
              <w:rPr>
                <w:rFonts w:ascii="Malgun Gothic" w:hAnsi="Malgun Gothic" w:eastAsia="Malgun Gothic"/>
                <w:b w:val="0"/>
                <w:sz w:val="14"/>
              </w:rPr>
              <w:t>128.625750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00__350002022300000__SPEAKER_00__10.679_10.797__000006</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10.679</w:t>
            </w:r>
          </w:p>
        </w:tc>
        <w:tc>
          <w:tcPr>
            <w:tcW w:type="dxa" w:w="493"/>
            <w:vAlign w:val="center"/>
          </w:tcPr>
          <w:p>
            <w:r/>
            <w:r>
              <w:rPr>
                <w:rFonts w:ascii="Malgun Gothic" w:hAnsi="Malgun Gothic" w:eastAsia="Malgun Gothic"/>
                <w:b w:val="0"/>
                <w:sz w:val="14"/>
              </w:rPr>
              <w:t>10.797</w:t>
            </w:r>
          </w:p>
        </w:tc>
        <w:tc>
          <w:tcPr>
            <w:tcW w:type="dxa" w:w="493"/>
            <w:vAlign w:val="center"/>
          </w:tcPr>
          <w:p>
            <w:r/>
            <w:r>
              <w:rPr>
                <w:rFonts w:ascii="Malgun Gothic" w:hAnsi="Malgun Gothic" w:eastAsia="Malgun Gothic"/>
                <w:b w:val="0"/>
                <w:sz w:val="14"/>
              </w:rPr>
              <w:t>0.118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0.06676706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00__350002022300000__SPEAKER_01__10.797_10.932__000007</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10.797</w:t>
            </w:r>
          </w:p>
        </w:tc>
        <w:tc>
          <w:tcPr>
            <w:tcW w:type="dxa" w:w="493"/>
            <w:vAlign w:val="center"/>
          </w:tcPr>
          <w:p>
            <w:r/>
            <w:r>
              <w:rPr>
                <w:rFonts w:ascii="Malgun Gothic" w:hAnsi="Malgun Gothic" w:eastAsia="Malgun Gothic"/>
                <w:b w:val="0"/>
                <w:sz w:val="14"/>
              </w:rPr>
              <w:t>10.932</w:t>
            </w:r>
          </w:p>
        </w:tc>
        <w:tc>
          <w:tcPr>
            <w:tcW w:type="dxa" w:w="493"/>
            <w:vAlign w:val="center"/>
          </w:tcPr>
          <w:p>
            <w:r/>
            <w:r>
              <w:rPr>
                <w:rFonts w:ascii="Malgun Gothic" w:hAnsi="Malgun Gothic" w:eastAsia="Malgun Gothic"/>
                <w:b w:val="0"/>
                <w:sz w:val="14"/>
              </w:rPr>
              <w:t>0.135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0.03883868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00__350002022300000__SPEAKER_01__12.164_19.471__000008</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12.164</w:t>
            </w:r>
          </w:p>
        </w:tc>
        <w:tc>
          <w:tcPr>
            <w:tcW w:type="dxa" w:w="493"/>
            <w:vAlign w:val="center"/>
          </w:tcPr>
          <w:p>
            <w:r/>
            <w:r>
              <w:rPr>
                <w:rFonts w:ascii="Malgun Gothic" w:hAnsi="Malgun Gothic" w:eastAsia="Malgun Gothic"/>
                <w:b w:val="0"/>
                <w:sz w:val="14"/>
              </w:rPr>
              <w:t>19.471</w:t>
            </w:r>
          </w:p>
        </w:tc>
        <w:tc>
          <w:tcPr>
            <w:tcW w:type="dxa" w:w="493"/>
            <w:vAlign w:val="center"/>
          </w:tcPr>
          <w:p>
            <w:r/>
            <w:r>
              <w:rPr>
                <w:rFonts w:ascii="Malgun Gothic" w:hAnsi="Malgun Gothic" w:eastAsia="Malgun Gothic"/>
                <w:b w:val="0"/>
                <w:sz w:val="14"/>
              </w:rPr>
              <w:t>7.307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0.05996937</w:t>
            </w:r>
          </w:p>
        </w:tc>
        <w:tc>
          <w:tcPr>
            <w:tcW w:type="dxa" w:w="493"/>
            <w:vAlign w:val="center"/>
          </w:tcPr>
          <w:p>
            <w:r/>
            <w:r>
              <w:rPr>
                <w:rFonts w:ascii="Malgun Gothic" w:hAnsi="Malgun Gothic" w:eastAsia="Malgun Gothic"/>
                <w:b w:val="0"/>
                <w:sz w:val="14"/>
              </w:rPr>
              <w:t>143.216607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00__350002022300000__SPEAKER_00__19.690_19.977__000009</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19.69</w:t>
            </w:r>
          </w:p>
        </w:tc>
        <w:tc>
          <w:tcPr>
            <w:tcW w:type="dxa" w:w="493"/>
            <w:vAlign w:val="center"/>
          </w:tcPr>
          <w:p>
            <w:r/>
            <w:r>
              <w:rPr>
                <w:rFonts w:ascii="Malgun Gothic" w:hAnsi="Malgun Gothic" w:eastAsia="Malgun Gothic"/>
                <w:b w:val="0"/>
                <w:sz w:val="14"/>
              </w:rPr>
              <w:t>19.977</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0.07009622</w:t>
            </w:r>
          </w:p>
        </w:tc>
        <w:tc>
          <w:tcPr>
            <w:tcW w:type="dxa" w:w="493"/>
            <w:vAlign w:val="center"/>
          </w:tcPr>
          <w:p>
            <w:r/>
            <w:r>
              <w:rPr>
                <w:rFonts w:ascii="Malgun Gothic" w:hAnsi="Malgun Gothic" w:eastAsia="Malgun Gothic"/>
                <w:b w:val="0"/>
                <w:sz w:val="14"/>
              </w:rPr>
              <w:t>184.422334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00__350002022300000__SPEAKER_01__19.977_20.281__000010</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19.977</w:t>
            </w:r>
          </w:p>
        </w:tc>
        <w:tc>
          <w:tcPr>
            <w:tcW w:type="dxa" w:w="493"/>
            <w:vAlign w:val="center"/>
          </w:tcPr>
          <w:p>
            <w:r/>
            <w:r>
              <w:rPr>
                <w:rFonts w:ascii="Malgun Gothic" w:hAnsi="Malgun Gothic" w:eastAsia="Malgun Gothic"/>
                <w:b w:val="0"/>
                <w:sz w:val="14"/>
              </w:rPr>
              <w:t>20.281</w:t>
            </w:r>
          </w:p>
        </w:tc>
        <w:tc>
          <w:tcPr>
            <w:tcW w:type="dxa" w:w="493"/>
            <w:vAlign w:val="center"/>
          </w:tcPr>
          <w:p>
            <w:r/>
            <w:r>
              <w:rPr>
                <w:rFonts w:ascii="Malgun Gothic" w:hAnsi="Malgun Gothic" w:eastAsia="Malgun Gothic"/>
                <w:b w:val="0"/>
                <w:sz w:val="14"/>
              </w:rPr>
              <w:t>0.304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0.06258495</w:t>
            </w:r>
          </w:p>
        </w:tc>
        <w:tc>
          <w:tcPr>
            <w:tcW w:type="dxa" w:w="493"/>
            <w:vAlign w:val="center"/>
          </w:tcPr>
          <w:p>
            <w:r/>
            <w:r>
              <w:rPr>
                <w:rFonts w:ascii="Malgun Gothic" w:hAnsi="Malgun Gothic" w:eastAsia="Malgun Gothic"/>
                <w:b w:val="0"/>
                <w:sz w:val="14"/>
              </w:rPr>
              <w:t>269.952568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00__350002022300000__SPEAKER_01__21.817_28.735__000011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21.817</w:t>
            </w:r>
          </w:p>
        </w:tc>
        <w:tc>
          <w:tcPr>
            <w:tcW w:type="dxa" w:w="493"/>
            <w:vAlign w:val="center"/>
          </w:tcPr>
          <w:p>
            <w:r/>
            <w:r>
              <w:rPr>
                <w:rFonts w:ascii="Malgun Gothic" w:hAnsi="Malgun Gothic" w:eastAsia="Malgun Gothic"/>
                <w:b w:val="0"/>
                <w:sz w:val="14"/>
              </w:rPr>
              <w:t>28.735</w:t>
            </w:r>
          </w:p>
        </w:tc>
        <w:tc>
          <w:tcPr>
            <w:tcW w:type="dxa" w:w="493"/>
            <w:vAlign w:val="center"/>
          </w:tcPr>
          <w:p>
            <w:r/>
            <w:r>
              <w:rPr>
                <w:rFonts w:ascii="Malgun Gothic" w:hAnsi="Malgun Gothic" w:eastAsia="Malgun Gothic"/>
                <w:b w:val="0"/>
                <w:sz w:val="14"/>
              </w:rPr>
              <w:t>6.919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0.04108795</w:t>
            </w:r>
          </w:p>
        </w:tc>
        <w:tc>
          <w:tcPr>
            <w:tcW w:type="dxa" w:w="493"/>
            <w:vAlign w:val="center"/>
          </w:tcPr>
          <w:p>
            <w:r/>
            <w:r>
              <w:rPr>
                <w:rFonts w:ascii="Malgun Gothic" w:hAnsi="Malgun Gothic" w:eastAsia="Malgun Gothic"/>
                <w:b w:val="0"/>
                <w:sz w:val="14"/>
              </w:rPr>
              <w:t>132.140551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00__350002022300000__SPEAKER_00__28.313_28.347__000012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28.313</w:t>
            </w:r>
          </w:p>
        </w:tc>
        <w:tc>
          <w:tcPr>
            <w:tcW w:type="dxa" w:w="493"/>
            <w:vAlign w:val="center"/>
          </w:tcPr>
          <w:p>
            <w:r/>
            <w:r>
              <w:rPr>
                <w:rFonts w:ascii="Malgun Gothic" w:hAnsi="Malgun Gothic" w:eastAsia="Malgun Gothic"/>
                <w:b w:val="0"/>
                <w:sz w:val="14"/>
              </w:rPr>
              <w:t>28.347</w:t>
            </w:r>
          </w:p>
        </w:tc>
        <w:tc>
          <w:tcPr>
            <w:tcW w:type="dxa" w:w="493"/>
            <w:vAlign w:val="center"/>
          </w:tcPr>
          <w:p>
            <w:r/>
            <w:r>
              <w:rPr>
                <w:rFonts w:ascii="Malgun Gothic" w:hAnsi="Malgun Gothic" w:eastAsia="Malgun Gothic"/>
                <w:b w:val="0"/>
                <w:sz w:val="14"/>
              </w:rPr>
              <w:t>0.034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0.00194903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00__350002022300000__SPEAKER_01__29.123_32.718__000013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29.123</w:t>
            </w:r>
          </w:p>
        </w:tc>
        <w:tc>
          <w:tcPr>
            <w:tcW w:type="dxa" w:w="493"/>
            <w:vAlign w:val="center"/>
          </w:tcPr>
          <w:p>
            <w:r/>
            <w:r>
              <w:rPr>
                <w:rFonts w:ascii="Malgun Gothic" w:hAnsi="Malgun Gothic" w:eastAsia="Malgun Gothic"/>
                <w:b w:val="0"/>
                <w:sz w:val="14"/>
              </w:rPr>
              <w:t>32.718</w:t>
            </w:r>
          </w:p>
        </w:tc>
        <w:tc>
          <w:tcPr>
            <w:tcW w:type="dxa" w:w="493"/>
            <w:vAlign w:val="center"/>
          </w:tcPr>
          <w:p>
            <w:r/>
            <w:r>
              <w:rPr>
                <w:rFonts w:ascii="Malgun Gothic" w:hAnsi="Malgun Gothic" w:eastAsia="Malgun Gothic"/>
                <w:b w:val="0"/>
                <w:sz w:val="14"/>
              </w:rPr>
              <w:t>3.594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0.04556859</w:t>
            </w:r>
          </w:p>
        </w:tc>
        <w:tc>
          <w:tcPr>
            <w:tcW w:type="dxa" w:w="493"/>
            <w:vAlign w:val="center"/>
          </w:tcPr>
          <w:p>
            <w:r/>
            <w:r>
              <w:rPr>
                <w:rFonts w:ascii="Malgun Gothic" w:hAnsi="Malgun Gothic" w:eastAsia="Malgun Gothic"/>
                <w:b w:val="0"/>
                <w:sz w:val="14"/>
              </w:rPr>
              <w:t>143.746137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00__350002022300000__SPEAKER_00__35.367_36.903__000014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35.367</w:t>
            </w:r>
          </w:p>
        </w:tc>
        <w:tc>
          <w:tcPr>
            <w:tcW w:type="dxa" w:w="493"/>
            <w:vAlign w:val="center"/>
          </w:tcPr>
          <w:p>
            <w:r/>
            <w:r>
              <w:rPr>
                <w:rFonts w:ascii="Malgun Gothic" w:hAnsi="Malgun Gothic" w:eastAsia="Malgun Gothic"/>
                <w:b w:val="0"/>
                <w:sz w:val="14"/>
              </w:rPr>
              <w:t>36.903</w:t>
            </w:r>
          </w:p>
        </w:tc>
        <w:tc>
          <w:tcPr>
            <w:tcW w:type="dxa" w:w="493"/>
            <w:vAlign w:val="center"/>
          </w:tcPr>
          <w:p>
            <w:r/>
            <w:r>
              <w:rPr>
                <w:rFonts w:ascii="Malgun Gothic" w:hAnsi="Malgun Gothic" w:eastAsia="Malgun Gothic"/>
                <w:b w:val="0"/>
                <w:sz w:val="14"/>
              </w:rPr>
              <w:t>1.536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0.11377881</w:t>
            </w:r>
          </w:p>
        </w:tc>
        <w:tc>
          <w:tcPr>
            <w:tcW w:type="dxa" w:w="493"/>
            <w:vAlign w:val="center"/>
          </w:tcPr>
          <w:p>
            <w:r/>
            <w:r>
              <w:rPr>
                <w:rFonts w:ascii="Malgun Gothic" w:hAnsi="Malgun Gothic" w:eastAsia="Malgun Gothic"/>
                <w:b w:val="0"/>
                <w:sz w:val="14"/>
              </w:rPr>
              <w:t>211.708640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00__350002022300000__SPEAKER_01__38.354_38.405__000015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38.354</w:t>
            </w:r>
          </w:p>
        </w:tc>
        <w:tc>
          <w:tcPr>
            <w:tcW w:type="dxa" w:w="493"/>
            <w:vAlign w:val="center"/>
          </w:tcPr>
          <w:p>
            <w:r/>
            <w:r>
              <w:rPr>
                <w:rFonts w:ascii="Malgun Gothic" w:hAnsi="Malgun Gothic" w:eastAsia="Malgun Gothic"/>
                <w:b w:val="0"/>
                <w:sz w:val="14"/>
              </w:rPr>
              <w:t>38.405</w:t>
            </w:r>
          </w:p>
        </w:tc>
        <w:tc>
          <w:tcPr>
            <w:tcW w:type="dxa" w:w="493"/>
            <w:vAlign w:val="center"/>
          </w:tcPr>
          <w:p>
            <w:r/>
            <w:r>
              <w:rPr>
                <w:rFonts w:ascii="Malgun Gothic" w:hAnsi="Malgun Gothic" w:eastAsia="Malgun Gothic"/>
                <w:b w:val="0"/>
                <w:sz w:val="14"/>
              </w:rPr>
              <w:t>0.051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0.00384756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00__350002022300000__SPEAKER_01__38.911_45.425__000016</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38.911</w:t>
            </w:r>
          </w:p>
        </w:tc>
        <w:tc>
          <w:tcPr>
            <w:tcW w:type="dxa" w:w="493"/>
            <w:vAlign w:val="center"/>
          </w:tcPr>
          <w:p>
            <w:r/>
            <w:r>
              <w:rPr>
                <w:rFonts w:ascii="Malgun Gothic" w:hAnsi="Malgun Gothic" w:eastAsia="Malgun Gothic"/>
                <w:b w:val="0"/>
                <w:sz w:val="14"/>
              </w:rPr>
              <w:t>45.425</w:t>
            </w:r>
          </w:p>
        </w:tc>
        <w:tc>
          <w:tcPr>
            <w:tcW w:type="dxa" w:w="493"/>
            <w:vAlign w:val="center"/>
          </w:tcPr>
          <w:p>
            <w:r/>
            <w:r>
              <w:rPr>
                <w:rFonts w:ascii="Malgun Gothic" w:hAnsi="Malgun Gothic" w:eastAsia="Malgun Gothic"/>
                <w:b w:val="0"/>
                <w:sz w:val="14"/>
              </w:rPr>
              <w:t>6.514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0.06293251</w:t>
            </w:r>
          </w:p>
        </w:tc>
        <w:tc>
          <w:tcPr>
            <w:tcW w:type="dxa" w:w="493"/>
            <w:vAlign w:val="center"/>
          </w:tcPr>
          <w:p>
            <w:r/>
            <w:r>
              <w:rPr>
                <w:rFonts w:ascii="Malgun Gothic" w:hAnsi="Malgun Gothic" w:eastAsia="Malgun Gothic"/>
                <w:b w:val="0"/>
                <w:sz w:val="14"/>
              </w:rPr>
              <w:t>137.944049</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00__350002022300000__SPEAKER_00__40.193_40.936__000017</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40.193</w:t>
            </w:r>
          </w:p>
        </w:tc>
        <w:tc>
          <w:tcPr>
            <w:tcW w:type="dxa" w:w="493"/>
            <w:vAlign w:val="center"/>
          </w:tcPr>
          <w:p>
            <w:r/>
            <w:r>
              <w:rPr>
                <w:rFonts w:ascii="Malgun Gothic" w:hAnsi="Malgun Gothic" w:eastAsia="Malgun Gothic"/>
                <w:b w:val="0"/>
                <w:sz w:val="14"/>
              </w:rPr>
              <w:t>40.936</w:t>
            </w:r>
          </w:p>
        </w:tc>
        <w:tc>
          <w:tcPr>
            <w:tcW w:type="dxa" w:w="493"/>
            <w:vAlign w:val="center"/>
          </w:tcPr>
          <w:p>
            <w:r/>
            <w:r>
              <w:rPr>
                <w:rFonts w:ascii="Malgun Gothic" w:hAnsi="Malgun Gothic" w:eastAsia="Malgun Gothic"/>
                <w:b w:val="0"/>
                <w:sz w:val="14"/>
              </w:rPr>
              <w:t>0.742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0.13592906</w:t>
            </w:r>
          </w:p>
        </w:tc>
        <w:tc>
          <w:tcPr>
            <w:tcW w:type="dxa" w:w="493"/>
            <w:vAlign w:val="center"/>
          </w:tcPr>
          <w:p>
            <w:r/>
            <w:r>
              <w:rPr>
                <w:rFonts w:ascii="Malgun Gothic" w:hAnsi="Malgun Gothic" w:eastAsia="Malgun Gothic"/>
                <w:b w:val="0"/>
                <w:sz w:val="14"/>
              </w:rPr>
              <w:t>156.415997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00__350002022300000__SPEAKER_01__45.627_48.040__000018</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45.627</w:t>
            </w:r>
          </w:p>
        </w:tc>
        <w:tc>
          <w:tcPr>
            <w:tcW w:type="dxa" w:w="493"/>
            <w:vAlign w:val="center"/>
          </w:tcPr>
          <w:p>
            <w:r/>
            <w:r>
              <w:rPr>
                <w:rFonts w:ascii="Malgun Gothic" w:hAnsi="Malgun Gothic" w:eastAsia="Malgun Gothic"/>
                <w:b w:val="0"/>
                <w:sz w:val="14"/>
              </w:rPr>
              <w:t>48.04</w:t>
            </w:r>
          </w:p>
        </w:tc>
        <w:tc>
          <w:tcPr>
            <w:tcW w:type="dxa" w:w="493"/>
            <w:vAlign w:val="center"/>
          </w:tcPr>
          <w:p>
            <w:r/>
            <w:r>
              <w:rPr>
                <w:rFonts w:ascii="Malgun Gothic" w:hAnsi="Malgun Gothic" w:eastAsia="Malgun Gothic"/>
                <w:b w:val="0"/>
                <w:sz w:val="14"/>
              </w:rPr>
              <w:t>2.413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0.05594229</w:t>
            </w:r>
          </w:p>
        </w:tc>
        <w:tc>
          <w:tcPr>
            <w:tcW w:type="dxa" w:w="493"/>
            <w:vAlign w:val="center"/>
          </w:tcPr>
          <w:p>
            <w:r/>
            <w:r>
              <w:rPr>
                <w:rFonts w:ascii="Malgun Gothic" w:hAnsi="Malgun Gothic" w:eastAsia="Malgun Gothic"/>
                <w:b w:val="0"/>
                <w:sz w:val="14"/>
              </w:rPr>
              <w:t>161.496273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00__350002022300000__SPEAKER_00__45.779_46.133__000019</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45.779</w:t>
            </w:r>
          </w:p>
        </w:tc>
        <w:tc>
          <w:tcPr>
            <w:tcW w:type="dxa" w:w="493"/>
            <w:vAlign w:val="center"/>
          </w:tcPr>
          <w:p>
            <w:r/>
            <w:r>
              <w:rPr>
                <w:rFonts w:ascii="Malgun Gothic" w:hAnsi="Malgun Gothic" w:eastAsia="Malgun Gothic"/>
                <w:b w:val="0"/>
                <w:sz w:val="14"/>
              </w:rPr>
              <w:t>46.133</w:t>
            </w:r>
          </w:p>
        </w:tc>
        <w:tc>
          <w:tcPr>
            <w:tcW w:type="dxa" w:w="493"/>
            <w:vAlign w:val="center"/>
          </w:tcPr>
          <w:p>
            <w:r/>
            <w:r>
              <w:rPr>
                <w:rFonts w:ascii="Malgun Gothic" w:hAnsi="Malgun Gothic" w:eastAsia="Malgun Gothic"/>
                <w:b w:val="0"/>
                <w:sz w:val="14"/>
              </w:rPr>
              <w:t>0.354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0.06075990</w:t>
            </w:r>
          </w:p>
        </w:tc>
        <w:tc>
          <w:tcPr>
            <w:tcW w:type="dxa" w:w="493"/>
            <w:vAlign w:val="center"/>
          </w:tcPr>
          <w:p>
            <w:r/>
            <w:r>
              <w:rPr>
                <w:rFonts w:ascii="Malgun Gothic" w:hAnsi="Malgun Gothic" w:eastAsia="Malgun Gothic"/>
                <w:b w:val="0"/>
                <w:sz w:val="14"/>
              </w:rPr>
              <w:t>154.587695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00__350002022300000__SPEAKER_01__49.593_54.487__000020</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49.593</w:t>
            </w:r>
          </w:p>
        </w:tc>
        <w:tc>
          <w:tcPr>
            <w:tcW w:type="dxa" w:w="493"/>
            <w:vAlign w:val="center"/>
          </w:tcPr>
          <w:p>
            <w:r/>
            <w:r>
              <w:rPr>
                <w:rFonts w:ascii="Malgun Gothic" w:hAnsi="Malgun Gothic" w:eastAsia="Malgun Gothic"/>
                <w:b w:val="0"/>
                <w:sz w:val="14"/>
              </w:rPr>
              <w:t>54.487</w:t>
            </w:r>
          </w:p>
        </w:tc>
        <w:tc>
          <w:tcPr>
            <w:tcW w:type="dxa" w:w="493"/>
            <w:vAlign w:val="center"/>
          </w:tcPr>
          <w:p>
            <w:r/>
            <w:r>
              <w:rPr>
                <w:rFonts w:ascii="Malgun Gothic" w:hAnsi="Malgun Gothic" w:eastAsia="Malgun Gothic"/>
                <w:b w:val="0"/>
                <w:sz w:val="14"/>
              </w:rPr>
              <w:t>4.894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0.05677043</w:t>
            </w:r>
          </w:p>
        </w:tc>
        <w:tc>
          <w:tcPr>
            <w:tcW w:type="dxa" w:w="493"/>
            <w:vAlign w:val="center"/>
          </w:tcPr>
          <w:p>
            <w:r/>
            <w:r>
              <w:rPr>
                <w:rFonts w:ascii="Malgun Gothic" w:hAnsi="Malgun Gothic" w:eastAsia="Malgun Gothic"/>
                <w:b w:val="0"/>
                <w:sz w:val="14"/>
              </w:rPr>
              <w:t>129.793354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00__350002022300000__SPEAKER_00__54.250_54.470__000021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54.25</w:t>
            </w:r>
          </w:p>
        </w:tc>
        <w:tc>
          <w:tcPr>
            <w:tcW w:type="dxa" w:w="493"/>
            <w:vAlign w:val="center"/>
          </w:tcPr>
          <w:p>
            <w:r/>
            <w:r>
              <w:rPr>
                <w:rFonts w:ascii="Malgun Gothic" w:hAnsi="Malgun Gothic" w:eastAsia="Malgun Gothic"/>
                <w:b w:val="0"/>
                <w:sz w:val="14"/>
              </w:rPr>
              <w:t>54.47</w:t>
            </w:r>
          </w:p>
        </w:tc>
        <w:tc>
          <w:tcPr>
            <w:tcW w:type="dxa" w:w="493"/>
            <w:vAlign w:val="center"/>
          </w:tcPr>
          <w:p>
            <w:r/>
            <w:r>
              <w:rPr>
                <w:rFonts w:ascii="Malgun Gothic" w:hAnsi="Malgun Gothic" w:eastAsia="Malgun Gothic"/>
                <w:b w:val="0"/>
                <w:sz w:val="14"/>
              </w:rPr>
              <w:t>0.219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0.06108660</w:t>
            </w:r>
          </w:p>
        </w:tc>
        <w:tc>
          <w:tcPr>
            <w:tcW w:type="dxa" w:w="493"/>
            <w:vAlign w:val="center"/>
          </w:tcPr>
          <w:p>
            <w:r/>
            <w:r>
              <w:rPr>
                <w:rFonts w:ascii="Malgun Gothic" w:hAnsi="Malgun Gothic" w:eastAsia="Malgun Gothic"/>
                <w:b w:val="0"/>
                <w:sz w:val="14"/>
              </w:rPr>
              <w:t>140.856160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00__350002022300000__SPEAKER_00__54.487_54.773__000022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54.487</w:t>
            </w:r>
          </w:p>
        </w:tc>
        <w:tc>
          <w:tcPr>
            <w:tcW w:type="dxa" w:w="493"/>
            <w:vAlign w:val="center"/>
          </w:tcPr>
          <w:p>
            <w:r/>
            <w:r>
              <w:rPr>
                <w:rFonts w:ascii="Malgun Gothic" w:hAnsi="Malgun Gothic" w:eastAsia="Malgun Gothic"/>
                <w:b w:val="0"/>
                <w:sz w:val="14"/>
              </w:rPr>
              <w:t>54.773</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0.05895352</w:t>
            </w:r>
          </w:p>
        </w:tc>
        <w:tc>
          <w:tcPr>
            <w:tcW w:type="dxa" w:w="493"/>
            <w:vAlign w:val="center"/>
          </w:tcPr>
          <w:p>
            <w:r/>
            <w:r>
              <w:rPr>
                <w:rFonts w:ascii="Malgun Gothic" w:hAnsi="Malgun Gothic" w:eastAsia="Malgun Gothic"/>
                <w:b w:val="0"/>
                <w:sz w:val="14"/>
              </w:rPr>
              <w:t>138.758865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00__350002022300000__SPEAKER_01__54.959_56.714__000023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54.959</w:t>
            </w:r>
          </w:p>
        </w:tc>
        <w:tc>
          <w:tcPr>
            <w:tcW w:type="dxa" w:w="493"/>
            <w:vAlign w:val="center"/>
          </w:tcPr>
          <w:p>
            <w:r/>
            <w:r>
              <w:rPr>
                <w:rFonts w:ascii="Malgun Gothic" w:hAnsi="Malgun Gothic" w:eastAsia="Malgun Gothic"/>
                <w:b w:val="0"/>
                <w:sz w:val="14"/>
              </w:rPr>
              <w:t>56.714</w:t>
            </w:r>
          </w:p>
        </w:tc>
        <w:tc>
          <w:tcPr>
            <w:tcW w:type="dxa" w:w="493"/>
            <w:vAlign w:val="center"/>
          </w:tcPr>
          <w:p>
            <w:r/>
            <w:r>
              <w:rPr>
                <w:rFonts w:ascii="Malgun Gothic" w:hAnsi="Malgun Gothic" w:eastAsia="Malgun Gothic"/>
                <w:b w:val="0"/>
                <w:sz w:val="14"/>
              </w:rPr>
              <w:t>1.755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0.05213411</w:t>
            </w:r>
          </w:p>
        </w:tc>
        <w:tc>
          <w:tcPr>
            <w:tcW w:type="dxa" w:w="493"/>
            <w:vAlign w:val="center"/>
          </w:tcPr>
          <w:p>
            <w:r/>
            <w:r>
              <w:rPr>
                <w:rFonts w:ascii="Malgun Gothic" w:hAnsi="Malgun Gothic" w:eastAsia="Malgun Gothic"/>
                <w:b w:val="0"/>
                <w:sz w:val="14"/>
              </w:rPr>
              <w:t>137.820678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00__350002022300000__SPEAKER_01__56.849_57.220__000024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56.849</w:t>
            </w:r>
          </w:p>
        </w:tc>
        <w:tc>
          <w:tcPr>
            <w:tcW w:type="dxa" w:w="493"/>
            <w:vAlign w:val="center"/>
          </w:tcPr>
          <w:p>
            <w:r/>
            <w:r>
              <w:rPr>
                <w:rFonts w:ascii="Malgun Gothic" w:hAnsi="Malgun Gothic" w:eastAsia="Malgun Gothic"/>
                <w:b w:val="0"/>
                <w:sz w:val="14"/>
              </w:rPr>
              <w:t>57.22</w:t>
            </w:r>
          </w:p>
        </w:tc>
        <w:tc>
          <w:tcPr>
            <w:tcW w:type="dxa" w:w="493"/>
            <w:vAlign w:val="center"/>
          </w:tcPr>
          <w:p>
            <w:r/>
            <w:r>
              <w:rPr>
                <w:rFonts w:ascii="Malgun Gothic" w:hAnsi="Malgun Gothic" w:eastAsia="Malgun Gothic"/>
                <w:b w:val="0"/>
                <w:sz w:val="14"/>
              </w:rPr>
              <w:t>0.371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0.05158553</w:t>
            </w:r>
          </w:p>
        </w:tc>
        <w:tc>
          <w:tcPr>
            <w:tcW w:type="dxa" w:w="493"/>
            <w:vAlign w:val="center"/>
          </w:tcPr>
          <w:p>
            <w:r/>
            <w:r>
              <w:rPr>
                <w:rFonts w:ascii="Malgun Gothic" w:hAnsi="Malgun Gothic" w:eastAsia="Malgun Gothic"/>
                <w:b w:val="0"/>
                <w:sz w:val="14"/>
              </w:rPr>
              <w:t>164.384858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00__350002022300000__SPEAKER_01__58.925_63.886__000025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58.925</w:t>
            </w:r>
          </w:p>
        </w:tc>
        <w:tc>
          <w:tcPr>
            <w:tcW w:type="dxa" w:w="493"/>
            <w:vAlign w:val="center"/>
          </w:tcPr>
          <w:p>
            <w:r/>
            <w:r>
              <w:rPr>
                <w:rFonts w:ascii="Malgun Gothic" w:hAnsi="Malgun Gothic" w:eastAsia="Malgun Gothic"/>
                <w:b w:val="0"/>
                <w:sz w:val="14"/>
              </w:rPr>
              <w:t>63.886</w:t>
            </w:r>
          </w:p>
        </w:tc>
        <w:tc>
          <w:tcPr>
            <w:tcW w:type="dxa" w:w="493"/>
            <w:vAlign w:val="center"/>
          </w:tcPr>
          <w:p>
            <w:r/>
            <w:r>
              <w:rPr>
                <w:rFonts w:ascii="Malgun Gothic" w:hAnsi="Malgun Gothic" w:eastAsia="Malgun Gothic"/>
                <w:b w:val="0"/>
                <w:sz w:val="14"/>
              </w:rPr>
              <w:t>4.961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0.04586577</w:t>
            </w:r>
          </w:p>
        </w:tc>
        <w:tc>
          <w:tcPr>
            <w:tcW w:type="dxa" w:w="493"/>
            <w:vAlign w:val="center"/>
          </w:tcPr>
          <w:p>
            <w:r/>
            <w:r>
              <w:rPr>
                <w:rFonts w:ascii="Malgun Gothic" w:hAnsi="Malgun Gothic" w:eastAsia="Malgun Gothic"/>
                <w:b w:val="0"/>
                <w:sz w:val="14"/>
              </w:rPr>
              <w:t>127.484054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 중간 57,569행은 전체 데이터 부록 ZIP에 원본으로 포함 ...</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r>
      <w:tr>
        <w:trPr>
          <w:cantSplit/>
        </w:trPr>
        <w:tc>
          <w:tcPr>
            <w:tcW w:type="dxa" w:w="493"/>
            <w:vAlign w:val="center"/>
          </w:tcPr>
          <w:p>
            <w:r/>
            <w:r>
              <w:rPr>
                <w:rFonts w:ascii="Malgun Gothic" w:hAnsi="Malgun Gothic" w:eastAsia="Malgun Gothic"/>
                <w:b w:val="0"/>
                <w:sz w:val="14"/>
              </w:rPr>
              <w:t>09__350002022300998__SPEAKER_00__4.351_7.034__057595</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4.351</w:t>
            </w:r>
          </w:p>
        </w:tc>
        <w:tc>
          <w:tcPr>
            <w:tcW w:type="dxa" w:w="493"/>
            <w:vAlign w:val="center"/>
          </w:tcPr>
          <w:p>
            <w:r/>
            <w:r>
              <w:rPr>
                <w:rFonts w:ascii="Malgun Gothic" w:hAnsi="Malgun Gothic" w:eastAsia="Malgun Gothic"/>
                <w:b w:val="0"/>
                <w:sz w:val="14"/>
              </w:rPr>
              <w:t>7.034</w:t>
            </w:r>
          </w:p>
        </w:tc>
        <w:tc>
          <w:tcPr>
            <w:tcW w:type="dxa" w:w="493"/>
            <w:vAlign w:val="center"/>
          </w:tcPr>
          <w:p>
            <w:r/>
            <w:r>
              <w:rPr>
                <w:rFonts w:ascii="Malgun Gothic" w:hAnsi="Malgun Gothic" w:eastAsia="Malgun Gothic"/>
                <w:b w:val="0"/>
                <w:sz w:val="14"/>
              </w:rPr>
              <w:t>2.683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0.05947952</w:t>
            </w:r>
          </w:p>
        </w:tc>
        <w:tc>
          <w:tcPr>
            <w:tcW w:type="dxa" w:w="493"/>
            <w:vAlign w:val="center"/>
          </w:tcPr>
          <w:p>
            <w:r/>
            <w:r>
              <w:rPr>
                <w:rFonts w:ascii="Malgun Gothic" w:hAnsi="Malgun Gothic" w:eastAsia="Malgun Gothic"/>
                <w:b w:val="0"/>
                <w:sz w:val="14"/>
              </w:rPr>
              <w:t>177.129636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09__350002022300998__SPEAKER_01__5.954_6.022__057596</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5.954</w:t>
            </w:r>
          </w:p>
        </w:tc>
        <w:tc>
          <w:tcPr>
            <w:tcW w:type="dxa" w:w="493"/>
            <w:vAlign w:val="center"/>
          </w:tcPr>
          <w:p>
            <w:r/>
            <w:r>
              <w:rPr>
                <w:rFonts w:ascii="Malgun Gothic" w:hAnsi="Malgun Gothic" w:eastAsia="Malgun Gothic"/>
                <w:b w:val="0"/>
                <w:sz w:val="14"/>
              </w:rPr>
              <w:t>6.022</w:t>
            </w:r>
          </w:p>
        </w:tc>
        <w:tc>
          <w:tcPr>
            <w:tcW w:type="dxa" w:w="493"/>
            <w:vAlign w:val="center"/>
          </w:tcPr>
          <w:p>
            <w:r/>
            <w:r>
              <w:rPr>
                <w:rFonts w:ascii="Malgun Gothic" w:hAnsi="Malgun Gothic" w:eastAsia="Malgun Gothic"/>
                <w:b w:val="0"/>
                <w:sz w:val="14"/>
              </w:rPr>
              <w:t>0.068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0.00610556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09__350002022300998__SPEAKER_01__6.680_6.933__057597</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6.68</w:t>
            </w:r>
          </w:p>
        </w:tc>
        <w:tc>
          <w:tcPr>
            <w:tcW w:type="dxa" w:w="493"/>
            <w:vAlign w:val="center"/>
          </w:tcPr>
          <w:p>
            <w:r/>
            <w:r>
              <w:rPr>
                <w:rFonts w:ascii="Malgun Gothic" w:hAnsi="Malgun Gothic" w:eastAsia="Malgun Gothic"/>
                <w:b w:val="0"/>
                <w:sz w:val="14"/>
              </w:rPr>
              <w:t>6.933</w:t>
            </w:r>
          </w:p>
        </w:tc>
        <w:tc>
          <w:tcPr>
            <w:tcW w:type="dxa" w:w="493"/>
            <w:vAlign w:val="center"/>
          </w:tcPr>
          <w:p>
            <w:r/>
            <w:r>
              <w:rPr>
                <w:rFonts w:ascii="Malgun Gothic" w:hAnsi="Malgun Gothic" w:eastAsia="Malgun Gothic"/>
                <w:b w:val="0"/>
                <w:sz w:val="14"/>
              </w:rPr>
              <w:t>0.253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0.07927645</w:t>
            </w:r>
          </w:p>
        </w:tc>
        <w:tc>
          <w:tcPr>
            <w:tcW w:type="dxa" w:w="493"/>
            <w:vAlign w:val="center"/>
          </w:tcPr>
          <w:p>
            <w:r/>
            <w:r>
              <w:rPr>
                <w:rFonts w:ascii="Malgun Gothic" w:hAnsi="Malgun Gothic" w:eastAsia="Malgun Gothic"/>
                <w:b w:val="0"/>
                <w:sz w:val="14"/>
              </w:rPr>
              <w:t>167.599624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09__350002022300998__SPEAKER_00__7.810_10.257__057598</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7.81</w:t>
            </w:r>
          </w:p>
        </w:tc>
        <w:tc>
          <w:tcPr>
            <w:tcW w:type="dxa" w:w="493"/>
            <w:vAlign w:val="center"/>
          </w:tcPr>
          <w:p>
            <w:r/>
            <w:r>
              <w:rPr>
                <w:rFonts w:ascii="Malgun Gothic" w:hAnsi="Malgun Gothic" w:eastAsia="Malgun Gothic"/>
                <w:b w:val="0"/>
                <w:sz w:val="14"/>
              </w:rPr>
              <w:t>10.257</w:t>
            </w:r>
          </w:p>
        </w:tc>
        <w:tc>
          <w:tcPr>
            <w:tcW w:type="dxa" w:w="493"/>
            <w:vAlign w:val="center"/>
          </w:tcPr>
          <w:p>
            <w:r/>
            <w:r>
              <w:rPr>
                <w:rFonts w:ascii="Malgun Gothic" w:hAnsi="Malgun Gothic" w:eastAsia="Malgun Gothic"/>
                <w:b w:val="0"/>
                <w:sz w:val="14"/>
              </w:rPr>
              <w:t>2.447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0.03669750</w:t>
            </w:r>
          </w:p>
        </w:tc>
        <w:tc>
          <w:tcPr>
            <w:tcW w:type="dxa" w:w="493"/>
            <w:vAlign w:val="center"/>
          </w:tcPr>
          <w:p>
            <w:r/>
            <w:r>
              <w:rPr>
                <w:rFonts w:ascii="Malgun Gothic" w:hAnsi="Malgun Gothic" w:eastAsia="Malgun Gothic"/>
                <w:b w:val="0"/>
                <w:sz w:val="14"/>
              </w:rPr>
              <w:t>172.815121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09__350002022300998__SPEAKER_00__10.882_12.299__057599</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10.882</w:t>
            </w:r>
          </w:p>
        </w:tc>
        <w:tc>
          <w:tcPr>
            <w:tcW w:type="dxa" w:w="493"/>
            <w:vAlign w:val="center"/>
          </w:tcPr>
          <w:p>
            <w:r/>
            <w:r>
              <w:rPr>
                <w:rFonts w:ascii="Malgun Gothic" w:hAnsi="Malgun Gothic" w:eastAsia="Malgun Gothic"/>
                <w:b w:val="0"/>
                <w:sz w:val="14"/>
              </w:rPr>
              <w:t>12.299</w:t>
            </w:r>
          </w:p>
        </w:tc>
        <w:tc>
          <w:tcPr>
            <w:tcW w:type="dxa" w:w="493"/>
            <w:vAlign w:val="center"/>
          </w:tcPr>
          <w:p>
            <w:r/>
            <w:r>
              <w:rPr>
                <w:rFonts w:ascii="Malgun Gothic" w:hAnsi="Malgun Gothic" w:eastAsia="Malgun Gothic"/>
                <w:b w:val="0"/>
                <w:sz w:val="14"/>
              </w:rPr>
              <w:t>1.418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0.02106520</w:t>
            </w:r>
          </w:p>
        </w:tc>
        <w:tc>
          <w:tcPr>
            <w:tcW w:type="dxa" w:w="493"/>
            <w:vAlign w:val="center"/>
          </w:tcPr>
          <w:p>
            <w:r/>
            <w:r>
              <w:rPr>
                <w:rFonts w:ascii="Malgun Gothic" w:hAnsi="Malgun Gothic" w:eastAsia="Malgun Gothic"/>
                <w:b w:val="0"/>
                <w:sz w:val="14"/>
              </w:rPr>
              <w:t>172.753561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09__350002022300998__SPEAKER_00__13.109_13.970__057600</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13.109</w:t>
            </w:r>
          </w:p>
        </w:tc>
        <w:tc>
          <w:tcPr>
            <w:tcW w:type="dxa" w:w="493"/>
            <w:vAlign w:val="center"/>
          </w:tcPr>
          <w:p>
            <w:r/>
            <w:r>
              <w:rPr>
                <w:rFonts w:ascii="Malgun Gothic" w:hAnsi="Malgun Gothic" w:eastAsia="Malgun Gothic"/>
                <w:b w:val="0"/>
                <w:sz w:val="14"/>
              </w:rPr>
              <w:t>13.97</w:t>
            </w:r>
          </w:p>
        </w:tc>
        <w:tc>
          <w:tcPr>
            <w:tcW w:type="dxa" w:w="493"/>
            <w:vAlign w:val="center"/>
          </w:tcPr>
          <w:p>
            <w:r/>
            <w:r>
              <w:rPr>
                <w:rFonts w:ascii="Malgun Gothic" w:hAnsi="Malgun Gothic" w:eastAsia="Malgun Gothic"/>
                <w:b w:val="0"/>
                <w:sz w:val="14"/>
              </w:rPr>
              <w:t>0.861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0.05715729</w:t>
            </w:r>
          </w:p>
        </w:tc>
        <w:tc>
          <w:tcPr>
            <w:tcW w:type="dxa" w:w="493"/>
            <w:vAlign w:val="center"/>
          </w:tcPr>
          <w:p>
            <w:r/>
            <w:r>
              <w:rPr>
                <w:rFonts w:ascii="Malgun Gothic" w:hAnsi="Malgun Gothic" w:eastAsia="Malgun Gothic"/>
                <w:b w:val="0"/>
                <w:sz w:val="14"/>
              </w:rPr>
              <w:t>287.817050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09__350002022300998__SPEAKER_01__13.970_15.286__057601</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13.97</w:t>
            </w:r>
          </w:p>
        </w:tc>
        <w:tc>
          <w:tcPr>
            <w:tcW w:type="dxa" w:w="493"/>
            <w:vAlign w:val="center"/>
          </w:tcPr>
          <w:p>
            <w:r/>
            <w:r>
              <w:rPr>
                <w:rFonts w:ascii="Malgun Gothic" w:hAnsi="Malgun Gothic" w:eastAsia="Malgun Gothic"/>
                <w:b w:val="0"/>
                <w:sz w:val="14"/>
              </w:rPr>
              <w:t>15.286</w:t>
            </w:r>
          </w:p>
        </w:tc>
        <w:tc>
          <w:tcPr>
            <w:tcW w:type="dxa" w:w="493"/>
            <w:vAlign w:val="center"/>
          </w:tcPr>
          <w:p>
            <w:r/>
            <w:r>
              <w:rPr>
                <w:rFonts w:ascii="Malgun Gothic" w:hAnsi="Malgun Gothic" w:eastAsia="Malgun Gothic"/>
                <w:b w:val="0"/>
                <w:sz w:val="14"/>
              </w:rPr>
              <w:t>1.316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0.06276976</w:t>
            </w:r>
          </w:p>
        </w:tc>
        <w:tc>
          <w:tcPr>
            <w:tcW w:type="dxa" w:w="493"/>
            <w:vAlign w:val="center"/>
          </w:tcPr>
          <w:p>
            <w:r/>
            <w:r>
              <w:rPr>
                <w:rFonts w:ascii="Malgun Gothic" w:hAnsi="Malgun Gothic" w:eastAsia="Malgun Gothic"/>
                <w:b w:val="0"/>
                <w:sz w:val="14"/>
              </w:rPr>
              <w:t>179.195155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09__350002022300998__SPEAKER_00__15.657_16.298__057602</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15.657</w:t>
            </w:r>
          </w:p>
        </w:tc>
        <w:tc>
          <w:tcPr>
            <w:tcW w:type="dxa" w:w="493"/>
            <w:vAlign w:val="center"/>
          </w:tcPr>
          <w:p>
            <w:r/>
            <w:r>
              <w:rPr>
                <w:rFonts w:ascii="Malgun Gothic" w:hAnsi="Malgun Gothic" w:eastAsia="Malgun Gothic"/>
                <w:b w:val="0"/>
                <w:sz w:val="14"/>
              </w:rPr>
              <w:t>16.298</w:t>
            </w:r>
          </w:p>
        </w:tc>
        <w:tc>
          <w:tcPr>
            <w:tcW w:type="dxa" w:w="493"/>
            <w:vAlign w:val="center"/>
          </w:tcPr>
          <w:p>
            <w:r/>
            <w:r>
              <w:rPr>
                <w:rFonts w:ascii="Malgun Gothic" w:hAnsi="Malgun Gothic" w:eastAsia="Malgun Gothic"/>
                <w:b w:val="0"/>
                <w:sz w:val="14"/>
              </w:rPr>
              <w:t>0.641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0.05317324</w:t>
            </w:r>
          </w:p>
        </w:tc>
        <w:tc>
          <w:tcPr>
            <w:tcW w:type="dxa" w:w="493"/>
            <w:vAlign w:val="center"/>
          </w:tcPr>
          <w:p>
            <w:r/>
            <w:r>
              <w:rPr>
                <w:rFonts w:ascii="Malgun Gothic" w:hAnsi="Malgun Gothic" w:eastAsia="Malgun Gothic"/>
                <w:b w:val="0"/>
                <w:sz w:val="14"/>
              </w:rPr>
              <w:t>224.925860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09__350002022300998__SPEAKER_01__15.961_23.723__057603</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15.961</w:t>
            </w:r>
          </w:p>
        </w:tc>
        <w:tc>
          <w:tcPr>
            <w:tcW w:type="dxa" w:w="493"/>
            <w:vAlign w:val="center"/>
          </w:tcPr>
          <w:p>
            <w:r/>
            <w:r>
              <w:rPr>
                <w:rFonts w:ascii="Malgun Gothic" w:hAnsi="Malgun Gothic" w:eastAsia="Malgun Gothic"/>
                <w:b w:val="0"/>
                <w:sz w:val="14"/>
              </w:rPr>
              <w:t>23.723</w:t>
            </w:r>
          </w:p>
        </w:tc>
        <w:tc>
          <w:tcPr>
            <w:tcW w:type="dxa" w:w="493"/>
            <w:vAlign w:val="center"/>
          </w:tcPr>
          <w:p>
            <w:r/>
            <w:r>
              <w:rPr>
                <w:rFonts w:ascii="Malgun Gothic" w:hAnsi="Malgun Gothic" w:eastAsia="Malgun Gothic"/>
                <w:b w:val="0"/>
                <w:sz w:val="14"/>
              </w:rPr>
              <w:t>7.762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0.05872604</w:t>
            </w:r>
          </w:p>
        </w:tc>
        <w:tc>
          <w:tcPr>
            <w:tcW w:type="dxa" w:w="493"/>
            <w:vAlign w:val="center"/>
          </w:tcPr>
          <w:p>
            <w:r/>
            <w:r>
              <w:rPr>
                <w:rFonts w:ascii="Malgun Gothic" w:hAnsi="Malgun Gothic" w:eastAsia="Malgun Gothic"/>
                <w:b w:val="0"/>
                <w:sz w:val="14"/>
              </w:rPr>
              <w:t>194.641237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09__350002022300998__SPEAKER_00__23.723_24.415__057604</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23.723</w:t>
            </w:r>
          </w:p>
        </w:tc>
        <w:tc>
          <w:tcPr>
            <w:tcW w:type="dxa" w:w="493"/>
            <w:vAlign w:val="center"/>
          </w:tcPr>
          <w:p>
            <w:r/>
            <w:r>
              <w:rPr>
                <w:rFonts w:ascii="Malgun Gothic" w:hAnsi="Malgun Gothic" w:eastAsia="Malgun Gothic"/>
                <w:b w:val="0"/>
                <w:sz w:val="14"/>
              </w:rPr>
              <w:t>24.415</w:t>
            </w:r>
          </w:p>
        </w:tc>
        <w:tc>
          <w:tcPr>
            <w:tcW w:type="dxa" w:w="493"/>
            <w:vAlign w:val="center"/>
          </w:tcPr>
          <w:p>
            <w:r/>
            <w:r>
              <w:rPr>
                <w:rFonts w:ascii="Malgun Gothic" w:hAnsi="Malgun Gothic" w:eastAsia="Malgun Gothic"/>
                <w:b w:val="0"/>
                <w:sz w:val="14"/>
              </w:rPr>
              <w:t>0.692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0.01880802</w:t>
            </w:r>
          </w:p>
        </w:tc>
        <w:tc>
          <w:tcPr>
            <w:tcW w:type="dxa" w:w="493"/>
            <w:vAlign w:val="center"/>
          </w:tcPr>
          <w:p>
            <w:r/>
            <w:r>
              <w:rPr>
                <w:rFonts w:ascii="Malgun Gothic" w:hAnsi="Malgun Gothic" w:eastAsia="Malgun Gothic"/>
                <w:b w:val="0"/>
                <w:sz w:val="14"/>
              </w:rPr>
              <w:t>167.168043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09__350002022300998__SPEAKER_01__32.920_41.155__057605</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32.92</w:t>
            </w:r>
          </w:p>
        </w:tc>
        <w:tc>
          <w:tcPr>
            <w:tcW w:type="dxa" w:w="493"/>
            <w:vAlign w:val="center"/>
          </w:tcPr>
          <w:p>
            <w:r/>
            <w:r>
              <w:rPr>
                <w:rFonts w:ascii="Malgun Gothic" w:hAnsi="Malgun Gothic" w:eastAsia="Malgun Gothic"/>
                <w:b w:val="0"/>
                <w:sz w:val="14"/>
              </w:rPr>
              <w:t>41.155</w:t>
            </w:r>
          </w:p>
        </w:tc>
        <w:tc>
          <w:tcPr>
            <w:tcW w:type="dxa" w:w="493"/>
            <w:vAlign w:val="center"/>
          </w:tcPr>
          <w:p>
            <w:r/>
            <w:r>
              <w:rPr>
                <w:rFonts w:ascii="Malgun Gothic" w:hAnsi="Malgun Gothic" w:eastAsia="Malgun Gothic"/>
                <w:b w:val="0"/>
                <w:sz w:val="14"/>
              </w:rPr>
              <w:t>8.235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0.09712750</w:t>
            </w:r>
          </w:p>
        </w:tc>
        <w:tc>
          <w:tcPr>
            <w:tcW w:type="dxa" w:w="493"/>
            <w:vAlign w:val="center"/>
          </w:tcPr>
          <w:p>
            <w:r/>
            <w:r>
              <w:rPr>
                <w:rFonts w:ascii="Malgun Gothic" w:hAnsi="Malgun Gothic" w:eastAsia="Malgun Gothic"/>
                <w:b w:val="0"/>
                <w:sz w:val="14"/>
              </w:rPr>
              <w:t>220.731528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09__350002022300998__SPEAKER_00__42.978_43.113__057606</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42.978</w:t>
            </w:r>
          </w:p>
        </w:tc>
        <w:tc>
          <w:tcPr>
            <w:tcW w:type="dxa" w:w="493"/>
            <w:vAlign w:val="center"/>
          </w:tcPr>
          <w:p>
            <w:r/>
            <w:r>
              <w:rPr>
                <w:rFonts w:ascii="Malgun Gothic" w:hAnsi="Malgun Gothic" w:eastAsia="Malgun Gothic"/>
                <w:b w:val="0"/>
                <w:sz w:val="14"/>
              </w:rPr>
              <w:t>43.113</w:t>
            </w:r>
          </w:p>
        </w:tc>
        <w:tc>
          <w:tcPr>
            <w:tcW w:type="dxa" w:w="493"/>
            <w:vAlign w:val="center"/>
          </w:tcPr>
          <w:p>
            <w:r/>
            <w:r>
              <w:rPr>
                <w:rFonts w:ascii="Malgun Gothic" w:hAnsi="Malgun Gothic" w:eastAsia="Malgun Gothic"/>
                <w:b w:val="0"/>
                <w:sz w:val="14"/>
              </w:rPr>
              <w:t>0.135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0.00346261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09__350002022300998__SPEAKER_01__43.366_44.767__057607</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43.366</w:t>
            </w:r>
          </w:p>
        </w:tc>
        <w:tc>
          <w:tcPr>
            <w:tcW w:type="dxa" w:w="493"/>
            <w:vAlign w:val="center"/>
          </w:tcPr>
          <w:p>
            <w:r/>
            <w:r>
              <w:rPr>
                <w:rFonts w:ascii="Malgun Gothic" w:hAnsi="Malgun Gothic" w:eastAsia="Malgun Gothic"/>
                <w:b w:val="0"/>
                <w:sz w:val="14"/>
              </w:rPr>
              <w:t>44.767</w:t>
            </w:r>
          </w:p>
        </w:tc>
        <w:tc>
          <w:tcPr>
            <w:tcW w:type="dxa" w:w="493"/>
            <w:vAlign w:val="center"/>
          </w:tcPr>
          <w:p>
            <w:r/>
            <w:r>
              <w:rPr>
                <w:rFonts w:ascii="Malgun Gothic" w:hAnsi="Malgun Gothic" w:eastAsia="Malgun Gothic"/>
                <w:b w:val="0"/>
                <w:sz w:val="14"/>
              </w:rPr>
              <w:t>1.401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0.09667852</w:t>
            </w:r>
          </w:p>
        </w:tc>
        <w:tc>
          <w:tcPr>
            <w:tcW w:type="dxa" w:w="493"/>
            <w:vAlign w:val="center"/>
          </w:tcPr>
          <w:p>
            <w:r/>
            <w:r>
              <w:rPr>
                <w:rFonts w:ascii="Malgun Gothic" w:hAnsi="Malgun Gothic" w:eastAsia="Malgun Gothic"/>
                <w:b w:val="0"/>
                <w:sz w:val="14"/>
              </w:rPr>
              <w:t>273.622648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09__350002022300999__SPEAKER_00__0.773_1.195__057608</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0.773</w:t>
            </w:r>
          </w:p>
        </w:tc>
        <w:tc>
          <w:tcPr>
            <w:tcW w:type="dxa" w:w="493"/>
            <w:vAlign w:val="center"/>
          </w:tcPr>
          <w:p>
            <w:r/>
            <w:r>
              <w:rPr>
                <w:rFonts w:ascii="Malgun Gothic" w:hAnsi="Malgun Gothic" w:eastAsia="Malgun Gothic"/>
                <w:b w:val="0"/>
                <w:sz w:val="14"/>
              </w:rPr>
              <w:t>1.195</w:t>
            </w:r>
          </w:p>
        </w:tc>
        <w:tc>
          <w:tcPr>
            <w:tcW w:type="dxa" w:w="493"/>
            <w:vAlign w:val="center"/>
          </w:tcPr>
          <w:p>
            <w:r/>
            <w:r>
              <w:rPr>
                <w:rFonts w:ascii="Malgun Gothic" w:hAnsi="Malgun Gothic" w:eastAsia="Malgun Gothic"/>
                <w:b w:val="0"/>
                <w:sz w:val="14"/>
              </w:rPr>
              <w:t>0.422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0.11174220</w:t>
            </w:r>
          </w:p>
        </w:tc>
        <w:tc>
          <w:tcPr>
            <w:tcW w:type="dxa" w:w="493"/>
            <w:vAlign w:val="center"/>
          </w:tcPr>
          <w:p>
            <w:r/>
            <w:r>
              <w:rPr>
                <w:rFonts w:ascii="Malgun Gothic" w:hAnsi="Malgun Gothic" w:eastAsia="Malgun Gothic"/>
                <w:b w:val="0"/>
                <w:sz w:val="14"/>
              </w:rPr>
              <w:t>183.448361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09__350002022300999__SPEAKER_01__1.432_5.448__057609</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1.432</w:t>
            </w:r>
          </w:p>
        </w:tc>
        <w:tc>
          <w:tcPr>
            <w:tcW w:type="dxa" w:w="493"/>
            <w:vAlign w:val="center"/>
          </w:tcPr>
          <w:p>
            <w:r/>
            <w:r>
              <w:rPr>
                <w:rFonts w:ascii="Malgun Gothic" w:hAnsi="Malgun Gothic" w:eastAsia="Malgun Gothic"/>
                <w:b w:val="0"/>
                <w:sz w:val="14"/>
              </w:rPr>
              <w:t>5.448</w:t>
            </w:r>
          </w:p>
        </w:tc>
        <w:tc>
          <w:tcPr>
            <w:tcW w:type="dxa" w:w="493"/>
            <w:vAlign w:val="center"/>
          </w:tcPr>
          <w:p>
            <w:r/>
            <w:r>
              <w:rPr>
                <w:rFonts w:ascii="Malgun Gothic" w:hAnsi="Malgun Gothic" w:eastAsia="Malgun Gothic"/>
                <w:b w:val="0"/>
                <w:sz w:val="14"/>
              </w:rPr>
              <w:t>4.016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0.07137586</w:t>
            </w:r>
          </w:p>
        </w:tc>
        <w:tc>
          <w:tcPr>
            <w:tcW w:type="dxa" w:w="493"/>
            <w:vAlign w:val="center"/>
          </w:tcPr>
          <w:p>
            <w:r/>
            <w:r>
              <w:rPr>
                <w:rFonts w:ascii="Malgun Gothic" w:hAnsi="Malgun Gothic" w:eastAsia="Malgun Gothic"/>
                <w:b w:val="0"/>
                <w:sz w:val="14"/>
              </w:rPr>
              <w:t>173.691773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09__350002022300999__SPEAKER_00__5.988_6.292__057610</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5.988</w:t>
            </w:r>
          </w:p>
        </w:tc>
        <w:tc>
          <w:tcPr>
            <w:tcW w:type="dxa" w:w="493"/>
            <w:vAlign w:val="center"/>
          </w:tcPr>
          <w:p>
            <w:r/>
            <w:r>
              <w:rPr>
                <w:rFonts w:ascii="Malgun Gothic" w:hAnsi="Malgun Gothic" w:eastAsia="Malgun Gothic"/>
                <w:b w:val="0"/>
                <w:sz w:val="14"/>
              </w:rPr>
              <w:t>6.292</w:t>
            </w:r>
          </w:p>
        </w:tc>
        <w:tc>
          <w:tcPr>
            <w:tcW w:type="dxa" w:w="493"/>
            <w:vAlign w:val="center"/>
          </w:tcPr>
          <w:p>
            <w:r/>
            <w:r>
              <w:rPr>
                <w:rFonts w:ascii="Malgun Gothic" w:hAnsi="Malgun Gothic" w:eastAsia="Malgun Gothic"/>
                <w:b w:val="0"/>
                <w:sz w:val="14"/>
              </w:rPr>
              <w:t>0.304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0.03353125</w:t>
            </w:r>
          </w:p>
        </w:tc>
        <w:tc>
          <w:tcPr>
            <w:tcW w:type="dxa" w:w="493"/>
            <w:vAlign w:val="center"/>
          </w:tcPr>
          <w:p>
            <w:r/>
            <w:r>
              <w:rPr>
                <w:rFonts w:ascii="Malgun Gothic" w:hAnsi="Malgun Gothic" w:eastAsia="Malgun Gothic"/>
                <w:b w:val="0"/>
                <w:sz w:val="14"/>
              </w:rPr>
              <w:t>107.397692</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09__350002022300999__SPEAKER_01__6.612_16.231__057611</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6.612</w:t>
            </w:r>
          </w:p>
        </w:tc>
        <w:tc>
          <w:tcPr>
            <w:tcW w:type="dxa" w:w="493"/>
            <w:vAlign w:val="center"/>
          </w:tcPr>
          <w:p>
            <w:r/>
            <w:r>
              <w:rPr>
                <w:rFonts w:ascii="Malgun Gothic" w:hAnsi="Malgun Gothic" w:eastAsia="Malgun Gothic"/>
                <w:b w:val="0"/>
                <w:sz w:val="14"/>
              </w:rPr>
              <w:t>16.231</w:t>
            </w:r>
          </w:p>
        </w:tc>
        <w:tc>
          <w:tcPr>
            <w:tcW w:type="dxa" w:w="493"/>
            <w:vAlign w:val="center"/>
          </w:tcPr>
          <w:p>
            <w:r/>
            <w:r>
              <w:rPr>
                <w:rFonts w:ascii="Malgun Gothic" w:hAnsi="Malgun Gothic" w:eastAsia="Malgun Gothic"/>
                <w:b w:val="0"/>
                <w:sz w:val="14"/>
              </w:rPr>
              <w:t>9.619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0.08224404</w:t>
            </w:r>
          </w:p>
        </w:tc>
        <w:tc>
          <w:tcPr>
            <w:tcW w:type="dxa" w:w="493"/>
            <w:vAlign w:val="center"/>
          </w:tcPr>
          <w:p>
            <w:r/>
            <w:r>
              <w:rPr>
                <w:rFonts w:ascii="Malgun Gothic" w:hAnsi="Malgun Gothic" w:eastAsia="Malgun Gothic"/>
                <w:b w:val="0"/>
                <w:sz w:val="14"/>
              </w:rPr>
              <w:t>163.989266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09__350002022300999__SPEAKER_01__16.552_20.888__057612</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16.552</w:t>
            </w:r>
          </w:p>
        </w:tc>
        <w:tc>
          <w:tcPr>
            <w:tcW w:type="dxa" w:w="493"/>
            <w:vAlign w:val="center"/>
          </w:tcPr>
          <w:p>
            <w:r/>
            <w:r>
              <w:rPr>
                <w:rFonts w:ascii="Malgun Gothic" w:hAnsi="Malgun Gothic" w:eastAsia="Malgun Gothic"/>
                <w:b w:val="0"/>
                <w:sz w:val="14"/>
              </w:rPr>
              <w:t>20.888</w:t>
            </w:r>
          </w:p>
        </w:tc>
        <w:tc>
          <w:tcPr>
            <w:tcW w:type="dxa" w:w="493"/>
            <w:vAlign w:val="center"/>
          </w:tcPr>
          <w:p>
            <w:r/>
            <w:r>
              <w:rPr>
                <w:rFonts w:ascii="Malgun Gothic" w:hAnsi="Malgun Gothic" w:eastAsia="Malgun Gothic"/>
                <w:b w:val="0"/>
                <w:sz w:val="14"/>
              </w:rPr>
              <w:t>4.337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0.07872391</w:t>
            </w:r>
          </w:p>
        </w:tc>
        <w:tc>
          <w:tcPr>
            <w:tcW w:type="dxa" w:w="493"/>
            <w:vAlign w:val="center"/>
          </w:tcPr>
          <w:p>
            <w:r/>
            <w:r>
              <w:rPr>
                <w:rFonts w:ascii="Malgun Gothic" w:hAnsi="Malgun Gothic" w:eastAsia="Malgun Gothic"/>
                <w:b w:val="0"/>
                <w:sz w:val="14"/>
              </w:rPr>
              <w:t>178.774233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09__350002022300999__SPEAKER_00__20.365_20.635__057613</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20.365</w:t>
            </w:r>
          </w:p>
        </w:tc>
        <w:tc>
          <w:tcPr>
            <w:tcW w:type="dxa" w:w="493"/>
            <w:vAlign w:val="center"/>
          </w:tcPr>
          <w:p>
            <w:r/>
            <w:r>
              <w:rPr>
                <w:rFonts w:ascii="Malgun Gothic" w:hAnsi="Malgun Gothic" w:eastAsia="Malgun Gothic"/>
                <w:b w:val="0"/>
                <w:sz w:val="14"/>
              </w:rPr>
              <w:t>20.635</w:t>
            </w:r>
          </w:p>
        </w:tc>
        <w:tc>
          <w:tcPr>
            <w:tcW w:type="dxa" w:w="493"/>
            <w:vAlign w:val="center"/>
          </w:tcPr>
          <w:p>
            <w:r/>
            <w:r>
              <w:rPr>
                <w:rFonts w:ascii="Malgun Gothic" w:hAnsi="Malgun Gothic" w:eastAsia="Malgun Gothic"/>
                <w:b w:val="0"/>
                <w:sz w:val="14"/>
              </w:rPr>
              <w:t>0.27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0.09700250</w:t>
            </w:r>
          </w:p>
        </w:tc>
        <w:tc>
          <w:tcPr>
            <w:tcW w:type="dxa" w:w="493"/>
            <w:vAlign w:val="center"/>
          </w:tcPr>
          <w:p>
            <w:r/>
            <w:r>
              <w:rPr>
                <w:rFonts w:ascii="Malgun Gothic" w:hAnsi="Malgun Gothic" w:eastAsia="Malgun Gothic"/>
                <w:b w:val="0"/>
                <w:sz w:val="14"/>
              </w:rPr>
              <w:t>184.390913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09__350002022300999__SPEAKER_01__21.209_24.027__057614</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21.209</w:t>
            </w:r>
          </w:p>
        </w:tc>
        <w:tc>
          <w:tcPr>
            <w:tcW w:type="dxa" w:w="493"/>
            <w:vAlign w:val="center"/>
          </w:tcPr>
          <w:p>
            <w:r/>
            <w:r>
              <w:rPr>
                <w:rFonts w:ascii="Malgun Gothic" w:hAnsi="Malgun Gothic" w:eastAsia="Malgun Gothic"/>
                <w:b w:val="0"/>
                <w:sz w:val="14"/>
              </w:rPr>
              <w:t>24.027</w:t>
            </w:r>
          </w:p>
        </w:tc>
        <w:tc>
          <w:tcPr>
            <w:tcW w:type="dxa" w:w="493"/>
            <w:vAlign w:val="center"/>
          </w:tcPr>
          <w:p>
            <w:r/>
            <w:r>
              <w:rPr>
                <w:rFonts w:ascii="Malgun Gothic" w:hAnsi="Malgun Gothic" w:eastAsia="Malgun Gothic"/>
                <w:b w:val="0"/>
                <w:sz w:val="14"/>
              </w:rPr>
              <w:t>2.818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0.07736503</w:t>
            </w:r>
          </w:p>
        </w:tc>
        <w:tc>
          <w:tcPr>
            <w:tcW w:type="dxa" w:w="493"/>
            <w:vAlign w:val="center"/>
          </w:tcPr>
          <w:p>
            <w:r/>
            <w:r>
              <w:rPr>
                <w:rFonts w:ascii="Malgun Gothic" w:hAnsi="Malgun Gothic" w:eastAsia="Malgun Gothic"/>
                <w:b w:val="0"/>
                <w:sz w:val="14"/>
              </w:rPr>
              <w:t>163.670814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09__350002022300999__SPEAKER_00__24.027_24.837__057615</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24.027</w:t>
            </w:r>
          </w:p>
        </w:tc>
        <w:tc>
          <w:tcPr>
            <w:tcW w:type="dxa" w:w="493"/>
            <w:vAlign w:val="center"/>
          </w:tcPr>
          <w:p>
            <w:r/>
            <w:r>
              <w:rPr>
                <w:rFonts w:ascii="Malgun Gothic" w:hAnsi="Malgun Gothic" w:eastAsia="Malgun Gothic"/>
                <w:b w:val="0"/>
                <w:sz w:val="14"/>
              </w:rPr>
              <w:t>24.837</w:t>
            </w:r>
          </w:p>
        </w:tc>
        <w:tc>
          <w:tcPr>
            <w:tcW w:type="dxa" w:w="493"/>
            <w:vAlign w:val="center"/>
          </w:tcPr>
          <w:p>
            <w:r/>
            <w:r>
              <w:rPr>
                <w:rFonts w:ascii="Malgun Gothic" w:hAnsi="Malgun Gothic" w:eastAsia="Malgun Gothic"/>
                <w:b w:val="0"/>
                <w:sz w:val="14"/>
              </w:rPr>
              <w:t>0.81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0.07804845</w:t>
            </w:r>
          </w:p>
        </w:tc>
        <w:tc>
          <w:tcPr>
            <w:tcW w:type="dxa" w:w="493"/>
            <w:vAlign w:val="center"/>
          </w:tcPr>
          <w:p>
            <w:r/>
            <w:r>
              <w:rPr>
                <w:rFonts w:ascii="Malgun Gothic" w:hAnsi="Malgun Gothic" w:eastAsia="Malgun Gothic"/>
                <w:b w:val="0"/>
                <w:sz w:val="14"/>
              </w:rPr>
              <w:t>175.982792</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09__350002022300999__SPEAKER_00__25.225_31.165__057616</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25.225</w:t>
            </w:r>
          </w:p>
        </w:tc>
        <w:tc>
          <w:tcPr>
            <w:tcW w:type="dxa" w:w="493"/>
            <w:vAlign w:val="center"/>
          </w:tcPr>
          <w:p>
            <w:r/>
            <w:r>
              <w:rPr>
                <w:rFonts w:ascii="Malgun Gothic" w:hAnsi="Malgun Gothic" w:eastAsia="Malgun Gothic"/>
                <w:b w:val="0"/>
                <w:sz w:val="14"/>
              </w:rPr>
              <w:t>31.165</w:t>
            </w:r>
          </w:p>
        </w:tc>
        <w:tc>
          <w:tcPr>
            <w:tcW w:type="dxa" w:w="493"/>
            <w:vAlign w:val="center"/>
          </w:tcPr>
          <w:p>
            <w:r/>
            <w:r>
              <w:rPr>
                <w:rFonts w:ascii="Malgun Gothic" w:hAnsi="Malgun Gothic" w:eastAsia="Malgun Gothic"/>
                <w:b w:val="0"/>
                <w:sz w:val="14"/>
              </w:rPr>
              <w:t>5.94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0.07197413</w:t>
            </w:r>
          </w:p>
        </w:tc>
        <w:tc>
          <w:tcPr>
            <w:tcW w:type="dxa" w:w="493"/>
            <w:vAlign w:val="center"/>
          </w:tcPr>
          <w:p>
            <w:r/>
            <w:r>
              <w:rPr>
                <w:rFonts w:ascii="Malgun Gothic" w:hAnsi="Malgun Gothic" w:eastAsia="Malgun Gothic"/>
                <w:b w:val="0"/>
                <w:sz w:val="14"/>
              </w:rPr>
              <w:t>158.798049</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09__350002022300999__SPEAKER_01__27.470_28.145__057617</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27.47</w:t>
            </w:r>
          </w:p>
        </w:tc>
        <w:tc>
          <w:tcPr>
            <w:tcW w:type="dxa" w:w="493"/>
            <w:vAlign w:val="center"/>
          </w:tcPr>
          <w:p>
            <w:r/>
            <w:r>
              <w:rPr>
                <w:rFonts w:ascii="Malgun Gothic" w:hAnsi="Malgun Gothic" w:eastAsia="Malgun Gothic"/>
                <w:b w:val="0"/>
                <w:sz w:val="14"/>
              </w:rPr>
              <w:t>28.145</w:t>
            </w:r>
          </w:p>
        </w:tc>
        <w:tc>
          <w:tcPr>
            <w:tcW w:type="dxa" w:w="493"/>
            <w:vAlign w:val="center"/>
          </w:tcPr>
          <w:p>
            <w:r/>
            <w:r>
              <w:rPr>
                <w:rFonts w:ascii="Malgun Gothic" w:hAnsi="Malgun Gothic" w:eastAsia="Malgun Gothic"/>
                <w:b w:val="0"/>
                <w:sz w:val="14"/>
              </w:rPr>
              <w:t>0.675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0.09538542</w:t>
            </w:r>
          </w:p>
        </w:tc>
        <w:tc>
          <w:tcPr>
            <w:tcW w:type="dxa" w:w="493"/>
            <w:vAlign w:val="center"/>
          </w:tcPr>
          <w:p>
            <w:r/>
            <w:r>
              <w:rPr>
                <w:rFonts w:ascii="Malgun Gothic" w:hAnsi="Malgun Gothic" w:eastAsia="Malgun Gothic"/>
                <w:b w:val="0"/>
                <w:sz w:val="14"/>
              </w:rPr>
              <w:t>174.212847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09__350002022300999__SPEAKER_01__31.756_32.887__057618</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31.756</w:t>
            </w:r>
          </w:p>
        </w:tc>
        <w:tc>
          <w:tcPr>
            <w:tcW w:type="dxa" w:w="493"/>
            <w:vAlign w:val="center"/>
          </w:tcPr>
          <w:p>
            <w:r/>
            <w:r>
              <w:rPr>
                <w:rFonts w:ascii="Malgun Gothic" w:hAnsi="Malgun Gothic" w:eastAsia="Malgun Gothic"/>
                <w:b w:val="0"/>
                <w:sz w:val="14"/>
              </w:rPr>
              <w:t>32.887</w:t>
            </w:r>
          </w:p>
        </w:tc>
        <w:tc>
          <w:tcPr>
            <w:tcW w:type="dxa" w:w="493"/>
            <w:vAlign w:val="center"/>
          </w:tcPr>
          <w:p>
            <w:r/>
            <w:r>
              <w:rPr>
                <w:rFonts w:ascii="Malgun Gothic" w:hAnsi="Malgun Gothic" w:eastAsia="Malgun Gothic"/>
                <w:b w:val="0"/>
                <w:sz w:val="14"/>
              </w:rPr>
              <w:t>1.131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0.02995122</w:t>
            </w:r>
          </w:p>
        </w:tc>
        <w:tc>
          <w:tcPr>
            <w:tcW w:type="dxa" w:w="493"/>
            <w:vAlign w:val="center"/>
          </w:tcPr>
          <w:p>
            <w:r/>
            <w:r>
              <w:rPr>
                <w:rFonts w:ascii="Malgun Gothic" w:hAnsi="Malgun Gothic" w:eastAsia="Malgun Gothic"/>
                <w:b w:val="0"/>
                <w:sz w:val="14"/>
              </w:rPr>
              <w:t>134.928754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09__350002022300999__SPEAKER_00__32.887_34.405__057619</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32.887</w:t>
            </w:r>
          </w:p>
        </w:tc>
        <w:tc>
          <w:tcPr>
            <w:tcW w:type="dxa" w:w="493"/>
            <w:vAlign w:val="center"/>
          </w:tcPr>
          <w:p>
            <w:r/>
            <w:r>
              <w:rPr>
                <w:rFonts w:ascii="Malgun Gothic" w:hAnsi="Malgun Gothic" w:eastAsia="Malgun Gothic"/>
                <w:b w:val="0"/>
                <w:sz w:val="14"/>
              </w:rPr>
              <w:t>34.405</w:t>
            </w:r>
          </w:p>
        </w:tc>
        <w:tc>
          <w:tcPr>
            <w:tcW w:type="dxa" w:w="493"/>
            <w:vAlign w:val="center"/>
          </w:tcPr>
          <w:p>
            <w:r/>
            <w:r>
              <w:rPr>
                <w:rFonts w:ascii="Malgun Gothic" w:hAnsi="Malgun Gothic" w:eastAsia="Malgun Gothic"/>
                <w:b w:val="0"/>
                <w:sz w:val="14"/>
              </w:rPr>
              <w:t>1.519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0.06122714</w:t>
            </w:r>
          </w:p>
        </w:tc>
        <w:tc>
          <w:tcPr>
            <w:tcW w:type="dxa" w:w="493"/>
            <w:vAlign w:val="center"/>
          </w:tcPr>
          <w:p>
            <w:r/>
            <w:r>
              <w:rPr>
                <w:rFonts w:ascii="Malgun Gothic" w:hAnsi="Malgun Gothic" w:eastAsia="Malgun Gothic"/>
                <w:b w:val="0"/>
                <w:sz w:val="14"/>
              </w:rPr>
              <w:t>153.440908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bl>
    <w:p/>
    <w:p>
      <w:r>
        <w:t>대용량 표의 앞/뒤 표본 및 구조 포함; 원본 전수 행은 데이터 부록 ZIP 포함</w:t>
      </w:r>
    </w:p>
    <w:p>
      <w:r>
        <w:rPr>
          <w:b/>
        </w:rPr>
        <w:t>산출물 CSV: research_continuity/27_segment_feature_stress_merge_v203/segment_level_features_stress_merged_v205.csv (행 57,619, 열 20)</w:t>
      </w:r>
    </w:p>
    <w:tbl>
      <w:tblPr>
        <w:tblStyle w:val="TableGrid"/>
        <w:tblW w:type="auto" w:w="0"/>
        <w:jc w:val="center"/>
        <w:tblLook w:firstColumn="1" w:firstRow="1" w:lastColumn="0" w:lastRow="0" w:noHBand="0" w:noVBand="1" w:val="04A0"/>
      </w:tblPr>
      <w:tblGrid>
        <w:gridCol w:w="493"/>
        <w:gridCol w:w="493"/>
        <w:gridCol w:w="493"/>
        <w:gridCol w:w="493"/>
        <w:gridCol w:w="493"/>
        <w:gridCol w:w="493"/>
        <w:gridCol w:w="493"/>
        <w:gridCol w:w="493"/>
        <w:gridCol w:w="493"/>
        <w:gridCol w:w="493"/>
        <w:gridCol w:w="493"/>
        <w:gridCol w:w="493"/>
        <w:gridCol w:w="493"/>
        <w:gridCol w:w="493"/>
        <w:gridCol w:w="493"/>
        <w:gridCol w:w="493"/>
        <w:gridCol w:w="493"/>
        <w:gridCol w:w="493"/>
        <w:gridCol w:w="493"/>
        <w:gridCol w:w="493"/>
      </w:tblGrid>
      <w:tr>
        <w:trPr>
          <w:tblHeader w:val="true"/>
          <w:cantSplit/>
        </w:trPr>
        <w:tc>
          <w:tcPr>
            <w:tcW w:type="dxa" w:w="493"/>
          </w:tcPr>
          <w:p>
            <w:r/>
            <w:r>
              <w:rPr>
                <w:rFonts w:ascii="Malgun Gothic" w:hAnsi="Malgun Gothic" w:eastAsia="Malgun Gothic"/>
                <w:b/>
                <w:sz w:val="14"/>
              </w:rPr>
              <w:t>segment_id</w:t>
            </w:r>
          </w:p>
        </w:tc>
        <w:tc>
          <w:tcPr>
            <w:tcW w:type="dxa" w:w="493"/>
          </w:tcPr>
          <w:p>
            <w:r/>
            <w:r>
              <w:rPr>
                <w:rFonts w:ascii="Malgun Gothic" w:hAnsi="Malgun Gothic" w:eastAsia="Malgun Gothic"/>
                <w:b/>
                <w:sz w:val="14"/>
              </w:rPr>
              <w:t>audio_name</w:t>
            </w:r>
          </w:p>
        </w:tc>
        <w:tc>
          <w:tcPr>
            <w:tcW w:type="dxa" w:w="493"/>
          </w:tcPr>
          <w:p>
            <w:r/>
            <w:r>
              <w:rPr>
                <w:rFonts w:ascii="Malgun Gothic" w:hAnsi="Malgun Gothic" w:eastAsia="Malgun Gothic"/>
                <w:b/>
                <w:sz w:val="14"/>
              </w:rPr>
              <w:t>audio_path</w:t>
            </w:r>
          </w:p>
        </w:tc>
        <w:tc>
          <w:tcPr>
            <w:tcW w:type="dxa" w:w="493"/>
          </w:tcPr>
          <w:p>
            <w:r/>
            <w:r>
              <w:rPr>
                <w:rFonts w:ascii="Malgun Gothic" w:hAnsi="Malgun Gothic" w:eastAsia="Malgun Gothic"/>
                <w:b/>
                <w:sz w:val="14"/>
              </w:rPr>
              <w:t>exists</w:t>
            </w:r>
          </w:p>
        </w:tc>
        <w:tc>
          <w:tcPr>
            <w:tcW w:type="dxa" w:w="493"/>
          </w:tcPr>
          <w:p>
            <w:r/>
            <w:r>
              <w:rPr>
                <w:rFonts w:ascii="Malgun Gothic" w:hAnsi="Malgun Gothic" w:eastAsia="Malgun Gothic"/>
                <w:b/>
                <w:sz w:val="14"/>
              </w:rPr>
              <w:t>speaker</w:t>
            </w:r>
          </w:p>
        </w:tc>
        <w:tc>
          <w:tcPr>
            <w:tcW w:type="dxa" w:w="493"/>
          </w:tcPr>
          <w:p>
            <w:r/>
            <w:r>
              <w:rPr>
                <w:rFonts w:ascii="Malgun Gothic" w:hAnsi="Malgun Gothic" w:eastAsia="Malgun Gothic"/>
                <w:b/>
                <w:sz w:val="14"/>
              </w:rPr>
              <w:t>start_sec</w:t>
            </w:r>
          </w:p>
        </w:tc>
        <w:tc>
          <w:tcPr>
            <w:tcW w:type="dxa" w:w="493"/>
          </w:tcPr>
          <w:p>
            <w:r/>
            <w:r>
              <w:rPr>
                <w:rFonts w:ascii="Malgun Gothic" w:hAnsi="Malgun Gothic" w:eastAsia="Malgun Gothic"/>
                <w:b/>
                <w:sz w:val="14"/>
              </w:rPr>
              <w:t>end_sec</w:t>
            </w:r>
          </w:p>
        </w:tc>
        <w:tc>
          <w:tcPr>
            <w:tcW w:type="dxa" w:w="493"/>
          </w:tcPr>
          <w:p>
            <w:r/>
            <w:r>
              <w:rPr>
                <w:rFonts w:ascii="Malgun Gothic" w:hAnsi="Malgun Gothic" w:eastAsia="Malgun Gothic"/>
                <w:b/>
                <w:sz w:val="14"/>
              </w:rPr>
              <w:t>duration_sec</w:t>
            </w:r>
          </w:p>
        </w:tc>
        <w:tc>
          <w:tcPr>
            <w:tcW w:type="dxa" w:w="493"/>
          </w:tcPr>
          <w:p>
            <w:r/>
            <w:r>
              <w:rPr>
                <w:rFonts w:ascii="Malgun Gothic" w:hAnsi="Malgun Gothic" w:eastAsia="Malgun Gothic"/>
                <w:b/>
                <w:sz w:val="14"/>
              </w:rPr>
              <w:t>sample_rate</w:t>
            </w:r>
          </w:p>
        </w:tc>
        <w:tc>
          <w:tcPr>
            <w:tcW w:type="dxa" w:w="493"/>
          </w:tcPr>
          <w:p>
            <w:r/>
            <w:r>
              <w:rPr>
                <w:rFonts w:ascii="Malgun Gothic" w:hAnsi="Malgun Gothic" w:eastAsia="Malgun Gothic"/>
                <w:b/>
                <w:sz w:val="14"/>
              </w:rPr>
              <w:t>channels</w:t>
            </w:r>
          </w:p>
        </w:tc>
        <w:tc>
          <w:tcPr>
            <w:tcW w:type="dxa" w:w="493"/>
          </w:tcPr>
          <w:p>
            <w:r/>
            <w:r>
              <w:rPr>
                <w:rFonts w:ascii="Malgun Gothic" w:hAnsi="Malgun Gothic" w:eastAsia="Malgun Gothic"/>
                <w:b/>
                <w:sz w:val="14"/>
              </w:rPr>
              <w:t>probe_status</w:t>
            </w:r>
          </w:p>
        </w:tc>
        <w:tc>
          <w:tcPr>
            <w:tcW w:type="dxa" w:w="493"/>
          </w:tcPr>
          <w:p>
            <w:r/>
            <w:r>
              <w:rPr>
                <w:rFonts w:ascii="Malgun Gothic" w:hAnsi="Malgun Gothic" w:eastAsia="Malgun Gothic"/>
                <w:b/>
                <w:sz w:val="14"/>
              </w:rPr>
              <w:t>decode_status</w:t>
            </w:r>
          </w:p>
        </w:tc>
        <w:tc>
          <w:tcPr>
            <w:tcW w:type="dxa" w:w="493"/>
          </w:tcPr>
          <w:p>
            <w:r/>
            <w:r>
              <w:rPr>
                <w:rFonts w:ascii="Malgun Gothic" w:hAnsi="Malgun Gothic" w:eastAsia="Malgun Gothic"/>
                <w:b/>
                <w:sz w:val="14"/>
              </w:rPr>
              <w:t>text</w:t>
            </w:r>
          </w:p>
        </w:tc>
        <w:tc>
          <w:tcPr>
            <w:tcW w:type="dxa" w:w="493"/>
          </w:tcPr>
          <w:p>
            <w:r/>
            <w:r>
              <w:rPr>
                <w:rFonts w:ascii="Malgun Gothic" w:hAnsi="Malgun Gothic" w:eastAsia="Malgun Gothic"/>
                <w:b/>
                <w:sz w:val="14"/>
              </w:rPr>
              <w:t>word_count</w:t>
            </w:r>
          </w:p>
        </w:tc>
        <w:tc>
          <w:tcPr>
            <w:tcW w:type="dxa" w:w="493"/>
          </w:tcPr>
          <w:p>
            <w:r/>
            <w:r>
              <w:rPr>
                <w:rFonts w:ascii="Malgun Gothic" w:hAnsi="Malgun Gothic" w:eastAsia="Malgun Gothic"/>
                <w:b/>
                <w:sz w:val="14"/>
              </w:rPr>
              <w:t>energy_mean</w:t>
            </w:r>
          </w:p>
        </w:tc>
        <w:tc>
          <w:tcPr>
            <w:tcW w:type="dxa" w:w="493"/>
          </w:tcPr>
          <w:p>
            <w:r/>
            <w:r>
              <w:rPr>
                <w:rFonts w:ascii="Malgun Gothic" w:hAnsi="Malgun Gothic" w:eastAsia="Malgun Gothic"/>
                <w:b/>
                <w:sz w:val="14"/>
              </w:rPr>
              <w:t>pitch_mean</w:t>
            </w:r>
          </w:p>
        </w:tc>
        <w:tc>
          <w:tcPr>
            <w:tcW w:type="dxa" w:w="493"/>
          </w:tcPr>
          <w:p>
            <w:r/>
            <w:r>
              <w:rPr>
                <w:rFonts w:ascii="Malgun Gothic" w:hAnsi="Malgun Gothic" w:eastAsia="Malgun Gothic"/>
                <w:b/>
                <w:sz w:val="14"/>
              </w:rPr>
              <w:t>wpm</w:t>
            </w:r>
          </w:p>
        </w:tc>
        <w:tc>
          <w:tcPr>
            <w:tcW w:type="dxa" w:w="493"/>
          </w:tcPr>
          <w:p>
            <w:r/>
            <w:r>
              <w:rPr>
                <w:rFonts w:ascii="Malgun Gothic" w:hAnsi="Malgun Gothic" w:eastAsia="Malgun Gothic"/>
                <w:b/>
                <w:sz w:val="14"/>
              </w:rPr>
              <w:t>stress_score</w:t>
            </w:r>
          </w:p>
        </w:tc>
        <w:tc>
          <w:tcPr>
            <w:tcW w:type="dxa" w:w="493"/>
          </w:tcPr>
          <w:p>
            <w:r/>
            <w:r>
              <w:rPr>
                <w:rFonts w:ascii="Malgun Gothic" w:hAnsi="Malgun Gothic" w:eastAsia="Malgun Gothic"/>
                <w:b/>
                <w:sz w:val="14"/>
              </w:rPr>
              <w:t>stress_formula_status</w:t>
            </w:r>
          </w:p>
        </w:tc>
        <w:tc>
          <w:tcPr>
            <w:tcW w:type="dxa" w:w="493"/>
          </w:tcPr>
          <w:p>
            <w:r/>
            <w:r>
              <w:rPr>
                <w:rFonts w:ascii="Malgun Gothic" w:hAnsi="Malgun Gothic" w:eastAsia="Malgun Gothic"/>
                <w:b/>
                <w:sz w:val="14"/>
              </w:rPr>
              <w:t>merge_status</w:t>
            </w:r>
          </w:p>
        </w:tc>
      </w:tr>
      <w:tr>
        <w:trPr>
          <w:cantSplit/>
        </w:trPr>
        <w:tc>
          <w:tcPr>
            <w:tcW w:type="dxa" w:w="493"/>
            <w:vAlign w:val="center"/>
          </w:tcPr>
          <w:p>
            <w:r/>
            <w:r>
              <w:rPr>
                <w:rFonts w:ascii="Malgun Gothic" w:hAnsi="Malgun Gothic" w:eastAsia="Malgun Gothic"/>
                <w:b w:val="0"/>
                <w:sz w:val="14"/>
              </w:rPr>
              <w:t>00__350002022300000__SPEAKER_00__0.031_3.119__000001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0.031</w:t>
            </w:r>
          </w:p>
        </w:tc>
        <w:tc>
          <w:tcPr>
            <w:tcW w:type="dxa" w:w="493"/>
            <w:vAlign w:val="center"/>
          </w:tcPr>
          <w:p>
            <w:r/>
            <w:r>
              <w:rPr>
                <w:rFonts w:ascii="Malgun Gothic" w:hAnsi="Malgun Gothic" w:eastAsia="Malgun Gothic"/>
                <w:b w:val="0"/>
                <w:sz w:val="14"/>
              </w:rPr>
              <w:t>3.119</w:t>
            </w:r>
          </w:p>
        </w:tc>
        <w:tc>
          <w:tcPr>
            <w:tcW w:type="dxa" w:w="493"/>
            <w:vAlign w:val="center"/>
          </w:tcPr>
          <w:p>
            <w:r/>
            <w:r>
              <w:rPr>
                <w:rFonts w:ascii="Malgun Gothic" w:hAnsi="Malgun Gothic" w:eastAsia="Malgun Gothic"/>
                <w:b w:val="0"/>
                <w:sz w:val="14"/>
              </w:rPr>
              <w:t>3.088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0.05476243</w:t>
            </w:r>
          </w:p>
        </w:tc>
        <w:tc>
          <w:tcPr>
            <w:tcW w:type="dxa" w:w="493"/>
            <w:vAlign w:val="center"/>
          </w:tcPr>
          <w:p>
            <w:r/>
            <w:r>
              <w:rPr>
                <w:rFonts w:ascii="Malgun Gothic" w:hAnsi="Malgun Gothic" w:eastAsia="Malgun Gothic"/>
                <w:b w:val="0"/>
                <w:sz w:val="14"/>
              </w:rPr>
              <w:t>224.507624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00__350002022300000__SPEAKER_01__4.267_7.439__000002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4.267</w:t>
            </w:r>
          </w:p>
        </w:tc>
        <w:tc>
          <w:tcPr>
            <w:tcW w:type="dxa" w:w="493"/>
            <w:vAlign w:val="center"/>
          </w:tcPr>
          <w:p>
            <w:r/>
            <w:r>
              <w:rPr>
                <w:rFonts w:ascii="Malgun Gothic" w:hAnsi="Malgun Gothic" w:eastAsia="Malgun Gothic"/>
                <w:b w:val="0"/>
                <w:sz w:val="14"/>
              </w:rPr>
              <w:t>7.439</w:t>
            </w:r>
          </w:p>
        </w:tc>
        <w:tc>
          <w:tcPr>
            <w:tcW w:type="dxa" w:w="493"/>
            <w:vAlign w:val="center"/>
          </w:tcPr>
          <w:p>
            <w:r/>
            <w:r>
              <w:rPr>
                <w:rFonts w:ascii="Malgun Gothic" w:hAnsi="Malgun Gothic" w:eastAsia="Malgun Gothic"/>
                <w:b w:val="0"/>
                <w:sz w:val="14"/>
              </w:rPr>
              <w:t>3.172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0.05717194</w:t>
            </w:r>
          </w:p>
        </w:tc>
        <w:tc>
          <w:tcPr>
            <w:tcW w:type="dxa" w:w="493"/>
            <w:vAlign w:val="center"/>
          </w:tcPr>
          <w:p>
            <w:r/>
            <w:r>
              <w:rPr>
                <w:rFonts w:ascii="Malgun Gothic" w:hAnsi="Malgun Gothic" w:eastAsia="Malgun Gothic"/>
                <w:b w:val="0"/>
                <w:sz w:val="14"/>
              </w:rPr>
              <w:t>136.178324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00__350002022300000__SPEAKER_00__4.283_4.570__000003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4.283</w:t>
            </w:r>
          </w:p>
        </w:tc>
        <w:tc>
          <w:tcPr>
            <w:tcW w:type="dxa" w:w="493"/>
            <w:vAlign w:val="center"/>
          </w:tcPr>
          <w:p>
            <w:r/>
            <w:r>
              <w:rPr>
                <w:rFonts w:ascii="Malgun Gothic" w:hAnsi="Malgun Gothic" w:eastAsia="Malgun Gothic"/>
                <w:b w:val="0"/>
                <w:sz w:val="14"/>
              </w:rPr>
              <w:t>4.57</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0.07147063</w:t>
            </w:r>
          </w:p>
        </w:tc>
        <w:tc>
          <w:tcPr>
            <w:tcW w:type="dxa" w:w="493"/>
            <w:vAlign w:val="center"/>
          </w:tcPr>
          <w:p>
            <w:r/>
            <w:r>
              <w:rPr>
                <w:rFonts w:ascii="Malgun Gothic" w:hAnsi="Malgun Gothic" w:eastAsia="Malgun Gothic"/>
                <w:b w:val="0"/>
                <w:sz w:val="14"/>
              </w:rPr>
              <w:t>142.300568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00__350002022300000__SPEAKER_00__5.768_6.832__000004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5.768</w:t>
            </w:r>
          </w:p>
        </w:tc>
        <w:tc>
          <w:tcPr>
            <w:tcW w:type="dxa" w:w="493"/>
            <w:vAlign w:val="center"/>
          </w:tcPr>
          <w:p>
            <w:r/>
            <w:r>
              <w:rPr>
                <w:rFonts w:ascii="Malgun Gothic" w:hAnsi="Malgun Gothic" w:eastAsia="Malgun Gothic"/>
                <w:b w:val="0"/>
                <w:sz w:val="14"/>
              </w:rPr>
              <w:t>6.832</w:t>
            </w:r>
          </w:p>
        </w:tc>
        <w:tc>
          <w:tcPr>
            <w:tcW w:type="dxa" w:w="493"/>
            <w:vAlign w:val="center"/>
          </w:tcPr>
          <w:p>
            <w:r/>
            <w:r>
              <w:rPr>
                <w:rFonts w:ascii="Malgun Gothic" w:hAnsi="Malgun Gothic" w:eastAsia="Malgun Gothic"/>
                <w:b w:val="0"/>
                <w:sz w:val="14"/>
              </w:rPr>
              <w:t>1.063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0.05953735</w:t>
            </w:r>
          </w:p>
        </w:tc>
        <w:tc>
          <w:tcPr>
            <w:tcW w:type="dxa" w:w="493"/>
            <w:vAlign w:val="center"/>
          </w:tcPr>
          <w:p>
            <w:r/>
            <w:r>
              <w:rPr>
                <w:rFonts w:ascii="Malgun Gothic" w:hAnsi="Malgun Gothic" w:eastAsia="Malgun Gothic"/>
                <w:b w:val="0"/>
                <w:sz w:val="14"/>
              </w:rPr>
              <w:t>174.046484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00__350002022300000__SPEAKER_01__7.760_10.679__000005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7.76</w:t>
            </w:r>
          </w:p>
        </w:tc>
        <w:tc>
          <w:tcPr>
            <w:tcW w:type="dxa" w:w="493"/>
            <w:vAlign w:val="center"/>
          </w:tcPr>
          <w:p>
            <w:r/>
            <w:r>
              <w:rPr>
                <w:rFonts w:ascii="Malgun Gothic" w:hAnsi="Malgun Gothic" w:eastAsia="Malgun Gothic"/>
                <w:b w:val="0"/>
                <w:sz w:val="14"/>
              </w:rPr>
              <w:t>10.679</w:t>
            </w:r>
          </w:p>
        </w:tc>
        <w:tc>
          <w:tcPr>
            <w:tcW w:type="dxa" w:w="493"/>
            <w:vAlign w:val="center"/>
          </w:tcPr>
          <w:p>
            <w:r/>
            <w:r>
              <w:rPr>
                <w:rFonts w:ascii="Malgun Gothic" w:hAnsi="Malgun Gothic" w:eastAsia="Malgun Gothic"/>
                <w:b w:val="0"/>
                <w:sz w:val="14"/>
              </w:rPr>
              <w:t>2.919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0.04357441</w:t>
            </w:r>
          </w:p>
        </w:tc>
        <w:tc>
          <w:tcPr>
            <w:tcW w:type="dxa" w:w="493"/>
            <w:vAlign w:val="center"/>
          </w:tcPr>
          <w:p>
            <w:r/>
            <w:r>
              <w:rPr>
                <w:rFonts w:ascii="Malgun Gothic" w:hAnsi="Malgun Gothic" w:eastAsia="Malgun Gothic"/>
                <w:b w:val="0"/>
                <w:sz w:val="14"/>
              </w:rPr>
              <w:t>128.625750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00__350002022300000__SPEAKER_00__10.679_10.797__000006</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10.679</w:t>
            </w:r>
          </w:p>
        </w:tc>
        <w:tc>
          <w:tcPr>
            <w:tcW w:type="dxa" w:w="493"/>
            <w:vAlign w:val="center"/>
          </w:tcPr>
          <w:p>
            <w:r/>
            <w:r>
              <w:rPr>
                <w:rFonts w:ascii="Malgun Gothic" w:hAnsi="Malgun Gothic" w:eastAsia="Malgun Gothic"/>
                <w:b w:val="0"/>
                <w:sz w:val="14"/>
              </w:rPr>
              <w:t>10.797</w:t>
            </w:r>
          </w:p>
        </w:tc>
        <w:tc>
          <w:tcPr>
            <w:tcW w:type="dxa" w:w="493"/>
            <w:vAlign w:val="center"/>
          </w:tcPr>
          <w:p>
            <w:r/>
            <w:r>
              <w:rPr>
                <w:rFonts w:ascii="Malgun Gothic" w:hAnsi="Malgun Gothic" w:eastAsia="Malgun Gothic"/>
                <w:b w:val="0"/>
                <w:sz w:val="14"/>
              </w:rPr>
              <w:t>0.118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0.06676706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00__350002022300000__SPEAKER_01__10.797_10.932__000007</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10.797</w:t>
            </w:r>
          </w:p>
        </w:tc>
        <w:tc>
          <w:tcPr>
            <w:tcW w:type="dxa" w:w="493"/>
            <w:vAlign w:val="center"/>
          </w:tcPr>
          <w:p>
            <w:r/>
            <w:r>
              <w:rPr>
                <w:rFonts w:ascii="Malgun Gothic" w:hAnsi="Malgun Gothic" w:eastAsia="Malgun Gothic"/>
                <w:b w:val="0"/>
                <w:sz w:val="14"/>
              </w:rPr>
              <w:t>10.932</w:t>
            </w:r>
          </w:p>
        </w:tc>
        <w:tc>
          <w:tcPr>
            <w:tcW w:type="dxa" w:w="493"/>
            <w:vAlign w:val="center"/>
          </w:tcPr>
          <w:p>
            <w:r/>
            <w:r>
              <w:rPr>
                <w:rFonts w:ascii="Malgun Gothic" w:hAnsi="Malgun Gothic" w:eastAsia="Malgun Gothic"/>
                <w:b w:val="0"/>
                <w:sz w:val="14"/>
              </w:rPr>
              <w:t>0.135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0.03883868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00__350002022300000__SPEAKER_01__12.164_19.471__000008</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12.164</w:t>
            </w:r>
          </w:p>
        </w:tc>
        <w:tc>
          <w:tcPr>
            <w:tcW w:type="dxa" w:w="493"/>
            <w:vAlign w:val="center"/>
          </w:tcPr>
          <w:p>
            <w:r/>
            <w:r>
              <w:rPr>
                <w:rFonts w:ascii="Malgun Gothic" w:hAnsi="Malgun Gothic" w:eastAsia="Malgun Gothic"/>
                <w:b w:val="0"/>
                <w:sz w:val="14"/>
              </w:rPr>
              <w:t>19.471</w:t>
            </w:r>
          </w:p>
        </w:tc>
        <w:tc>
          <w:tcPr>
            <w:tcW w:type="dxa" w:w="493"/>
            <w:vAlign w:val="center"/>
          </w:tcPr>
          <w:p>
            <w:r/>
            <w:r>
              <w:rPr>
                <w:rFonts w:ascii="Malgun Gothic" w:hAnsi="Malgun Gothic" w:eastAsia="Malgun Gothic"/>
                <w:b w:val="0"/>
                <w:sz w:val="14"/>
              </w:rPr>
              <w:t>7.307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0.05996937</w:t>
            </w:r>
          </w:p>
        </w:tc>
        <w:tc>
          <w:tcPr>
            <w:tcW w:type="dxa" w:w="493"/>
            <w:vAlign w:val="center"/>
          </w:tcPr>
          <w:p>
            <w:r/>
            <w:r>
              <w:rPr>
                <w:rFonts w:ascii="Malgun Gothic" w:hAnsi="Malgun Gothic" w:eastAsia="Malgun Gothic"/>
                <w:b w:val="0"/>
                <w:sz w:val="14"/>
              </w:rPr>
              <w:t>143.216607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00__350002022300000__SPEAKER_00__19.690_19.977__000009</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19.69</w:t>
            </w:r>
          </w:p>
        </w:tc>
        <w:tc>
          <w:tcPr>
            <w:tcW w:type="dxa" w:w="493"/>
            <w:vAlign w:val="center"/>
          </w:tcPr>
          <w:p>
            <w:r/>
            <w:r>
              <w:rPr>
                <w:rFonts w:ascii="Malgun Gothic" w:hAnsi="Malgun Gothic" w:eastAsia="Malgun Gothic"/>
                <w:b w:val="0"/>
                <w:sz w:val="14"/>
              </w:rPr>
              <w:t>19.977</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0.07009622</w:t>
            </w:r>
          </w:p>
        </w:tc>
        <w:tc>
          <w:tcPr>
            <w:tcW w:type="dxa" w:w="493"/>
            <w:vAlign w:val="center"/>
          </w:tcPr>
          <w:p>
            <w:r/>
            <w:r>
              <w:rPr>
                <w:rFonts w:ascii="Malgun Gothic" w:hAnsi="Malgun Gothic" w:eastAsia="Malgun Gothic"/>
                <w:b w:val="0"/>
                <w:sz w:val="14"/>
              </w:rPr>
              <w:t>184.422334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00__350002022300000__SPEAKER_01__19.977_20.281__000010</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19.977</w:t>
            </w:r>
          </w:p>
        </w:tc>
        <w:tc>
          <w:tcPr>
            <w:tcW w:type="dxa" w:w="493"/>
            <w:vAlign w:val="center"/>
          </w:tcPr>
          <w:p>
            <w:r/>
            <w:r>
              <w:rPr>
                <w:rFonts w:ascii="Malgun Gothic" w:hAnsi="Malgun Gothic" w:eastAsia="Malgun Gothic"/>
                <w:b w:val="0"/>
                <w:sz w:val="14"/>
              </w:rPr>
              <w:t>20.281</w:t>
            </w:r>
          </w:p>
        </w:tc>
        <w:tc>
          <w:tcPr>
            <w:tcW w:type="dxa" w:w="493"/>
            <w:vAlign w:val="center"/>
          </w:tcPr>
          <w:p>
            <w:r/>
            <w:r>
              <w:rPr>
                <w:rFonts w:ascii="Malgun Gothic" w:hAnsi="Malgun Gothic" w:eastAsia="Malgun Gothic"/>
                <w:b w:val="0"/>
                <w:sz w:val="14"/>
              </w:rPr>
              <w:t>0.304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0.06258495</w:t>
            </w:r>
          </w:p>
        </w:tc>
        <w:tc>
          <w:tcPr>
            <w:tcW w:type="dxa" w:w="493"/>
            <w:vAlign w:val="center"/>
          </w:tcPr>
          <w:p>
            <w:r/>
            <w:r>
              <w:rPr>
                <w:rFonts w:ascii="Malgun Gothic" w:hAnsi="Malgun Gothic" w:eastAsia="Malgun Gothic"/>
                <w:b w:val="0"/>
                <w:sz w:val="14"/>
              </w:rPr>
              <w:t>269.952568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00__350002022300000__SPEAKER_01__21.817_28.735__000011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21.817</w:t>
            </w:r>
          </w:p>
        </w:tc>
        <w:tc>
          <w:tcPr>
            <w:tcW w:type="dxa" w:w="493"/>
            <w:vAlign w:val="center"/>
          </w:tcPr>
          <w:p>
            <w:r/>
            <w:r>
              <w:rPr>
                <w:rFonts w:ascii="Malgun Gothic" w:hAnsi="Malgun Gothic" w:eastAsia="Malgun Gothic"/>
                <w:b w:val="0"/>
                <w:sz w:val="14"/>
              </w:rPr>
              <w:t>28.735</w:t>
            </w:r>
          </w:p>
        </w:tc>
        <w:tc>
          <w:tcPr>
            <w:tcW w:type="dxa" w:w="493"/>
            <w:vAlign w:val="center"/>
          </w:tcPr>
          <w:p>
            <w:r/>
            <w:r>
              <w:rPr>
                <w:rFonts w:ascii="Malgun Gothic" w:hAnsi="Malgun Gothic" w:eastAsia="Malgun Gothic"/>
                <w:b w:val="0"/>
                <w:sz w:val="14"/>
              </w:rPr>
              <w:t>6.919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0.04108795</w:t>
            </w:r>
          </w:p>
        </w:tc>
        <w:tc>
          <w:tcPr>
            <w:tcW w:type="dxa" w:w="493"/>
            <w:vAlign w:val="center"/>
          </w:tcPr>
          <w:p>
            <w:r/>
            <w:r>
              <w:rPr>
                <w:rFonts w:ascii="Malgun Gothic" w:hAnsi="Malgun Gothic" w:eastAsia="Malgun Gothic"/>
                <w:b w:val="0"/>
                <w:sz w:val="14"/>
              </w:rPr>
              <w:t>132.140551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00__350002022300000__SPEAKER_00__28.313_28.347__000012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28.313</w:t>
            </w:r>
          </w:p>
        </w:tc>
        <w:tc>
          <w:tcPr>
            <w:tcW w:type="dxa" w:w="493"/>
            <w:vAlign w:val="center"/>
          </w:tcPr>
          <w:p>
            <w:r/>
            <w:r>
              <w:rPr>
                <w:rFonts w:ascii="Malgun Gothic" w:hAnsi="Malgun Gothic" w:eastAsia="Malgun Gothic"/>
                <w:b w:val="0"/>
                <w:sz w:val="14"/>
              </w:rPr>
              <w:t>28.347</w:t>
            </w:r>
          </w:p>
        </w:tc>
        <w:tc>
          <w:tcPr>
            <w:tcW w:type="dxa" w:w="493"/>
            <w:vAlign w:val="center"/>
          </w:tcPr>
          <w:p>
            <w:r/>
            <w:r>
              <w:rPr>
                <w:rFonts w:ascii="Malgun Gothic" w:hAnsi="Malgun Gothic" w:eastAsia="Malgun Gothic"/>
                <w:b w:val="0"/>
                <w:sz w:val="14"/>
              </w:rPr>
              <w:t>0.034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0.00194903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00__350002022300000__SPEAKER_01__29.123_32.718__000013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29.123</w:t>
            </w:r>
          </w:p>
        </w:tc>
        <w:tc>
          <w:tcPr>
            <w:tcW w:type="dxa" w:w="493"/>
            <w:vAlign w:val="center"/>
          </w:tcPr>
          <w:p>
            <w:r/>
            <w:r>
              <w:rPr>
                <w:rFonts w:ascii="Malgun Gothic" w:hAnsi="Malgun Gothic" w:eastAsia="Malgun Gothic"/>
                <w:b w:val="0"/>
                <w:sz w:val="14"/>
              </w:rPr>
              <w:t>32.718</w:t>
            </w:r>
          </w:p>
        </w:tc>
        <w:tc>
          <w:tcPr>
            <w:tcW w:type="dxa" w:w="493"/>
            <w:vAlign w:val="center"/>
          </w:tcPr>
          <w:p>
            <w:r/>
            <w:r>
              <w:rPr>
                <w:rFonts w:ascii="Malgun Gothic" w:hAnsi="Malgun Gothic" w:eastAsia="Malgun Gothic"/>
                <w:b w:val="0"/>
                <w:sz w:val="14"/>
              </w:rPr>
              <w:t>3.594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0.04556859</w:t>
            </w:r>
          </w:p>
        </w:tc>
        <w:tc>
          <w:tcPr>
            <w:tcW w:type="dxa" w:w="493"/>
            <w:vAlign w:val="center"/>
          </w:tcPr>
          <w:p>
            <w:r/>
            <w:r>
              <w:rPr>
                <w:rFonts w:ascii="Malgun Gothic" w:hAnsi="Malgun Gothic" w:eastAsia="Malgun Gothic"/>
                <w:b w:val="0"/>
                <w:sz w:val="14"/>
              </w:rPr>
              <w:t>143.746137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00__350002022300000__SPEAKER_00__35.367_36.903__000014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35.367</w:t>
            </w:r>
          </w:p>
        </w:tc>
        <w:tc>
          <w:tcPr>
            <w:tcW w:type="dxa" w:w="493"/>
            <w:vAlign w:val="center"/>
          </w:tcPr>
          <w:p>
            <w:r/>
            <w:r>
              <w:rPr>
                <w:rFonts w:ascii="Malgun Gothic" w:hAnsi="Malgun Gothic" w:eastAsia="Malgun Gothic"/>
                <w:b w:val="0"/>
                <w:sz w:val="14"/>
              </w:rPr>
              <w:t>36.903</w:t>
            </w:r>
          </w:p>
        </w:tc>
        <w:tc>
          <w:tcPr>
            <w:tcW w:type="dxa" w:w="493"/>
            <w:vAlign w:val="center"/>
          </w:tcPr>
          <w:p>
            <w:r/>
            <w:r>
              <w:rPr>
                <w:rFonts w:ascii="Malgun Gothic" w:hAnsi="Malgun Gothic" w:eastAsia="Malgun Gothic"/>
                <w:b w:val="0"/>
                <w:sz w:val="14"/>
              </w:rPr>
              <w:t>1.536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0.11377881</w:t>
            </w:r>
          </w:p>
        </w:tc>
        <w:tc>
          <w:tcPr>
            <w:tcW w:type="dxa" w:w="493"/>
            <w:vAlign w:val="center"/>
          </w:tcPr>
          <w:p>
            <w:r/>
            <w:r>
              <w:rPr>
                <w:rFonts w:ascii="Malgun Gothic" w:hAnsi="Malgun Gothic" w:eastAsia="Malgun Gothic"/>
                <w:b w:val="0"/>
                <w:sz w:val="14"/>
              </w:rPr>
              <w:t>211.708640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00__350002022300000__SPEAKER_01__38.354_38.405__000015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38.354</w:t>
            </w:r>
          </w:p>
        </w:tc>
        <w:tc>
          <w:tcPr>
            <w:tcW w:type="dxa" w:w="493"/>
            <w:vAlign w:val="center"/>
          </w:tcPr>
          <w:p>
            <w:r/>
            <w:r>
              <w:rPr>
                <w:rFonts w:ascii="Malgun Gothic" w:hAnsi="Malgun Gothic" w:eastAsia="Malgun Gothic"/>
                <w:b w:val="0"/>
                <w:sz w:val="14"/>
              </w:rPr>
              <w:t>38.405</w:t>
            </w:r>
          </w:p>
        </w:tc>
        <w:tc>
          <w:tcPr>
            <w:tcW w:type="dxa" w:w="493"/>
            <w:vAlign w:val="center"/>
          </w:tcPr>
          <w:p>
            <w:r/>
            <w:r>
              <w:rPr>
                <w:rFonts w:ascii="Malgun Gothic" w:hAnsi="Malgun Gothic" w:eastAsia="Malgun Gothic"/>
                <w:b w:val="0"/>
                <w:sz w:val="14"/>
              </w:rPr>
              <w:t>0.051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0.00384756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00__350002022300000__SPEAKER_01__38.911_45.425__000016</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38.911</w:t>
            </w:r>
          </w:p>
        </w:tc>
        <w:tc>
          <w:tcPr>
            <w:tcW w:type="dxa" w:w="493"/>
            <w:vAlign w:val="center"/>
          </w:tcPr>
          <w:p>
            <w:r/>
            <w:r>
              <w:rPr>
                <w:rFonts w:ascii="Malgun Gothic" w:hAnsi="Malgun Gothic" w:eastAsia="Malgun Gothic"/>
                <w:b w:val="0"/>
                <w:sz w:val="14"/>
              </w:rPr>
              <w:t>45.425</w:t>
            </w:r>
          </w:p>
        </w:tc>
        <w:tc>
          <w:tcPr>
            <w:tcW w:type="dxa" w:w="493"/>
            <w:vAlign w:val="center"/>
          </w:tcPr>
          <w:p>
            <w:r/>
            <w:r>
              <w:rPr>
                <w:rFonts w:ascii="Malgun Gothic" w:hAnsi="Malgun Gothic" w:eastAsia="Malgun Gothic"/>
                <w:b w:val="0"/>
                <w:sz w:val="14"/>
              </w:rPr>
              <w:t>6.514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0.06293251</w:t>
            </w:r>
          </w:p>
        </w:tc>
        <w:tc>
          <w:tcPr>
            <w:tcW w:type="dxa" w:w="493"/>
            <w:vAlign w:val="center"/>
          </w:tcPr>
          <w:p>
            <w:r/>
            <w:r>
              <w:rPr>
                <w:rFonts w:ascii="Malgun Gothic" w:hAnsi="Malgun Gothic" w:eastAsia="Malgun Gothic"/>
                <w:b w:val="0"/>
                <w:sz w:val="14"/>
              </w:rPr>
              <w:t>137.944049</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00__350002022300000__SPEAKER_00__40.193_40.936__000017</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40.193</w:t>
            </w:r>
          </w:p>
        </w:tc>
        <w:tc>
          <w:tcPr>
            <w:tcW w:type="dxa" w:w="493"/>
            <w:vAlign w:val="center"/>
          </w:tcPr>
          <w:p>
            <w:r/>
            <w:r>
              <w:rPr>
                <w:rFonts w:ascii="Malgun Gothic" w:hAnsi="Malgun Gothic" w:eastAsia="Malgun Gothic"/>
                <w:b w:val="0"/>
                <w:sz w:val="14"/>
              </w:rPr>
              <w:t>40.936</w:t>
            </w:r>
          </w:p>
        </w:tc>
        <w:tc>
          <w:tcPr>
            <w:tcW w:type="dxa" w:w="493"/>
            <w:vAlign w:val="center"/>
          </w:tcPr>
          <w:p>
            <w:r/>
            <w:r>
              <w:rPr>
                <w:rFonts w:ascii="Malgun Gothic" w:hAnsi="Malgun Gothic" w:eastAsia="Malgun Gothic"/>
                <w:b w:val="0"/>
                <w:sz w:val="14"/>
              </w:rPr>
              <w:t>0.742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0.13592906</w:t>
            </w:r>
          </w:p>
        </w:tc>
        <w:tc>
          <w:tcPr>
            <w:tcW w:type="dxa" w:w="493"/>
            <w:vAlign w:val="center"/>
          </w:tcPr>
          <w:p>
            <w:r/>
            <w:r>
              <w:rPr>
                <w:rFonts w:ascii="Malgun Gothic" w:hAnsi="Malgun Gothic" w:eastAsia="Malgun Gothic"/>
                <w:b w:val="0"/>
                <w:sz w:val="14"/>
              </w:rPr>
              <w:t>156.415997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00__350002022300000__SPEAKER_01__45.627_48.040__000018</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45.627</w:t>
            </w:r>
          </w:p>
        </w:tc>
        <w:tc>
          <w:tcPr>
            <w:tcW w:type="dxa" w:w="493"/>
            <w:vAlign w:val="center"/>
          </w:tcPr>
          <w:p>
            <w:r/>
            <w:r>
              <w:rPr>
                <w:rFonts w:ascii="Malgun Gothic" w:hAnsi="Malgun Gothic" w:eastAsia="Malgun Gothic"/>
                <w:b w:val="0"/>
                <w:sz w:val="14"/>
              </w:rPr>
              <w:t>48.04</w:t>
            </w:r>
          </w:p>
        </w:tc>
        <w:tc>
          <w:tcPr>
            <w:tcW w:type="dxa" w:w="493"/>
            <w:vAlign w:val="center"/>
          </w:tcPr>
          <w:p>
            <w:r/>
            <w:r>
              <w:rPr>
                <w:rFonts w:ascii="Malgun Gothic" w:hAnsi="Malgun Gothic" w:eastAsia="Malgun Gothic"/>
                <w:b w:val="0"/>
                <w:sz w:val="14"/>
              </w:rPr>
              <w:t>2.413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0.05594229</w:t>
            </w:r>
          </w:p>
        </w:tc>
        <w:tc>
          <w:tcPr>
            <w:tcW w:type="dxa" w:w="493"/>
            <w:vAlign w:val="center"/>
          </w:tcPr>
          <w:p>
            <w:r/>
            <w:r>
              <w:rPr>
                <w:rFonts w:ascii="Malgun Gothic" w:hAnsi="Malgun Gothic" w:eastAsia="Malgun Gothic"/>
                <w:b w:val="0"/>
                <w:sz w:val="14"/>
              </w:rPr>
              <w:t>161.496273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00__350002022300000__SPEAKER_00__45.779_46.133__000019</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45.779</w:t>
            </w:r>
          </w:p>
        </w:tc>
        <w:tc>
          <w:tcPr>
            <w:tcW w:type="dxa" w:w="493"/>
            <w:vAlign w:val="center"/>
          </w:tcPr>
          <w:p>
            <w:r/>
            <w:r>
              <w:rPr>
                <w:rFonts w:ascii="Malgun Gothic" w:hAnsi="Malgun Gothic" w:eastAsia="Malgun Gothic"/>
                <w:b w:val="0"/>
                <w:sz w:val="14"/>
              </w:rPr>
              <w:t>46.133</w:t>
            </w:r>
          </w:p>
        </w:tc>
        <w:tc>
          <w:tcPr>
            <w:tcW w:type="dxa" w:w="493"/>
            <w:vAlign w:val="center"/>
          </w:tcPr>
          <w:p>
            <w:r/>
            <w:r>
              <w:rPr>
                <w:rFonts w:ascii="Malgun Gothic" w:hAnsi="Malgun Gothic" w:eastAsia="Malgun Gothic"/>
                <w:b w:val="0"/>
                <w:sz w:val="14"/>
              </w:rPr>
              <w:t>0.354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0.06075990</w:t>
            </w:r>
          </w:p>
        </w:tc>
        <w:tc>
          <w:tcPr>
            <w:tcW w:type="dxa" w:w="493"/>
            <w:vAlign w:val="center"/>
          </w:tcPr>
          <w:p>
            <w:r/>
            <w:r>
              <w:rPr>
                <w:rFonts w:ascii="Malgun Gothic" w:hAnsi="Malgun Gothic" w:eastAsia="Malgun Gothic"/>
                <w:b w:val="0"/>
                <w:sz w:val="14"/>
              </w:rPr>
              <w:t>154.587695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00__350002022300000__SPEAKER_01__49.593_54.487__000020</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49.593</w:t>
            </w:r>
          </w:p>
        </w:tc>
        <w:tc>
          <w:tcPr>
            <w:tcW w:type="dxa" w:w="493"/>
            <w:vAlign w:val="center"/>
          </w:tcPr>
          <w:p>
            <w:r/>
            <w:r>
              <w:rPr>
                <w:rFonts w:ascii="Malgun Gothic" w:hAnsi="Malgun Gothic" w:eastAsia="Malgun Gothic"/>
                <w:b w:val="0"/>
                <w:sz w:val="14"/>
              </w:rPr>
              <w:t>54.487</w:t>
            </w:r>
          </w:p>
        </w:tc>
        <w:tc>
          <w:tcPr>
            <w:tcW w:type="dxa" w:w="493"/>
            <w:vAlign w:val="center"/>
          </w:tcPr>
          <w:p>
            <w:r/>
            <w:r>
              <w:rPr>
                <w:rFonts w:ascii="Malgun Gothic" w:hAnsi="Malgun Gothic" w:eastAsia="Malgun Gothic"/>
                <w:b w:val="0"/>
                <w:sz w:val="14"/>
              </w:rPr>
              <w:t>4.894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0.05677043</w:t>
            </w:r>
          </w:p>
        </w:tc>
        <w:tc>
          <w:tcPr>
            <w:tcW w:type="dxa" w:w="493"/>
            <w:vAlign w:val="center"/>
          </w:tcPr>
          <w:p>
            <w:r/>
            <w:r>
              <w:rPr>
                <w:rFonts w:ascii="Malgun Gothic" w:hAnsi="Malgun Gothic" w:eastAsia="Malgun Gothic"/>
                <w:b w:val="0"/>
                <w:sz w:val="14"/>
              </w:rPr>
              <w:t>129.793354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00__350002022300000__SPEAKER_00__54.250_54.470__000021</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54.25</w:t>
            </w:r>
          </w:p>
        </w:tc>
        <w:tc>
          <w:tcPr>
            <w:tcW w:type="dxa" w:w="493"/>
            <w:vAlign w:val="center"/>
          </w:tcPr>
          <w:p>
            <w:r/>
            <w:r>
              <w:rPr>
                <w:rFonts w:ascii="Malgun Gothic" w:hAnsi="Malgun Gothic" w:eastAsia="Malgun Gothic"/>
                <w:b w:val="0"/>
                <w:sz w:val="14"/>
              </w:rPr>
              <w:t>54.47</w:t>
            </w:r>
          </w:p>
        </w:tc>
        <w:tc>
          <w:tcPr>
            <w:tcW w:type="dxa" w:w="493"/>
            <w:vAlign w:val="center"/>
          </w:tcPr>
          <w:p>
            <w:r/>
            <w:r>
              <w:rPr>
                <w:rFonts w:ascii="Malgun Gothic" w:hAnsi="Malgun Gothic" w:eastAsia="Malgun Gothic"/>
                <w:b w:val="0"/>
                <w:sz w:val="14"/>
              </w:rPr>
              <w:t>0.219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0.06108660</w:t>
            </w:r>
          </w:p>
        </w:tc>
        <w:tc>
          <w:tcPr>
            <w:tcW w:type="dxa" w:w="493"/>
            <w:vAlign w:val="center"/>
          </w:tcPr>
          <w:p>
            <w:r/>
            <w:r>
              <w:rPr>
                <w:rFonts w:ascii="Malgun Gothic" w:hAnsi="Malgun Gothic" w:eastAsia="Malgun Gothic"/>
                <w:b w:val="0"/>
                <w:sz w:val="14"/>
              </w:rPr>
              <w:t>140.856160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00__350002022300000__SPEAKER_00__54.487_54.773__000022</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54.487</w:t>
            </w:r>
          </w:p>
        </w:tc>
        <w:tc>
          <w:tcPr>
            <w:tcW w:type="dxa" w:w="493"/>
            <w:vAlign w:val="center"/>
          </w:tcPr>
          <w:p>
            <w:r/>
            <w:r>
              <w:rPr>
                <w:rFonts w:ascii="Malgun Gothic" w:hAnsi="Malgun Gothic" w:eastAsia="Malgun Gothic"/>
                <w:b w:val="0"/>
                <w:sz w:val="14"/>
              </w:rPr>
              <w:t>54.773</w:t>
            </w:r>
          </w:p>
        </w:tc>
        <w:tc>
          <w:tcPr>
            <w:tcW w:type="dxa" w:w="493"/>
            <w:vAlign w:val="center"/>
          </w:tcPr>
          <w:p>
            <w:r/>
            <w:r>
              <w:rPr>
                <w:rFonts w:ascii="Malgun Gothic" w:hAnsi="Malgun Gothic" w:eastAsia="Malgun Gothic"/>
                <w:b w:val="0"/>
                <w:sz w:val="14"/>
              </w:rPr>
              <w:t>0.287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0.05895352</w:t>
            </w:r>
          </w:p>
        </w:tc>
        <w:tc>
          <w:tcPr>
            <w:tcW w:type="dxa" w:w="493"/>
            <w:vAlign w:val="center"/>
          </w:tcPr>
          <w:p>
            <w:r/>
            <w:r>
              <w:rPr>
                <w:rFonts w:ascii="Malgun Gothic" w:hAnsi="Malgun Gothic" w:eastAsia="Malgun Gothic"/>
                <w:b w:val="0"/>
                <w:sz w:val="14"/>
              </w:rPr>
              <w:t>138.758865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00__350002022300000__SPEAKER_01__54.959_56.714__000023</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54.959</w:t>
            </w:r>
          </w:p>
        </w:tc>
        <w:tc>
          <w:tcPr>
            <w:tcW w:type="dxa" w:w="493"/>
            <w:vAlign w:val="center"/>
          </w:tcPr>
          <w:p>
            <w:r/>
            <w:r>
              <w:rPr>
                <w:rFonts w:ascii="Malgun Gothic" w:hAnsi="Malgun Gothic" w:eastAsia="Malgun Gothic"/>
                <w:b w:val="0"/>
                <w:sz w:val="14"/>
              </w:rPr>
              <w:t>56.714</w:t>
            </w:r>
          </w:p>
        </w:tc>
        <w:tc>
          <w:tcPr>
            <w:tcW w:type="dxa" w:w="493"/>
            <w:vAlign w:val="center"/>
          </w:tcPr>
          <w:p>
            <w:r/>
            <w:r>
              <w:rPr>
                <w:rFonts w:ascii="Malgun Gothic" w:hAnsi="Malgun Gothic" w:eastAsia="Malgun Gothic"/>
                <w:b w:val="0"/>
                <w:sz w:val="14"/>
              </w:rPr>
              <w:t>1.755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0.05213411</w:t>
            </w:r>
          </w:p>
        </w:tc>
        <w:tc>
          <w:tcPr>
            <w:tcW w:type="dxa" w:w="493"/>
            <w:vAlign w:val="center"/>
          </w:tcPr>
          <w:p>
            <w:r/>
            <w:r>
              <w:rPr>
                <w:rFonts w:ascii="Malgun Gothic" w:hAnsi="Malgun Gothic" w:eastAsia="Malgun Gothic"/>
                <w:b w:val="0"/>
                <w:sz w:val="14"/>
              </w:rPr>
              <w:t>137.820678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00__350002022300000__SPEAKER_01__56.849_57.220__000024</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56.849</w:t>
            </w:r>
          </w:p>
        </w:tc>
        <w:tc>
          <w:tcPr>
            <w:tcW w:type="dxa" w:w="493"/>
            <w:vAlign w:val="center"/>
          </w:tcPr>
          <w:p>
            <w:r/>
            <w:r>
              <w:rPr>
                <w:rFonts w:ascii="Malgun Gothic" w:hAnsi="Malgun Gothic" w:eastAsia="Malgun Gothic"/>
                <w:b w:val="0"/>
                <w:sz w:val="14"/>
              </w:rPr>
              <w:t>57.22</w:t>
            </w:r>
          </w:p>
        </w:tc>
        <w:tc>
          <w:tcPr>
            <w:tcW w:type="dxa" w:w="493"/>
            <w:vAlign w:val="center"/>
          </w:tcPr>
          <w:p>
            <w:r/>
            <w:r>
              <w:rPr>
                <w:rFonts w:ascii="Malgun Gothic" w:hAnsi="Malgun Gothic" w:eastAsia="Malgun Gothic"/>
                <w:b w:val="0"/>
                <w:sz w:val="14"/>
              </w:rPr>
              <w:t>0.371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0.05158553</w:t>
            </w:r>
          </w:p>
        </w:tc>
        <w:tc>
          <w:tcPr>
            <w:tcW w:type="dxa" w:w="493"/>
            <w:vAlign w:val="center"/>
          </w:tcPr>
          <w:p>
            <w:r/>
            <w:r>
              <w:rPr>
                <w:rFonts w:ascii="Malgun Gothic" w:hAnsi="Malgun Gothic" w:eastAsia="Malgun Gothic"/>
                <w:b w:val="0"/>
                <w:sz w:val="14"/>
              </w:rPr>
              <w:t>164.384858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00__350002022300000__SPEAKER_01__58.925_63.886__000025</w:t>
            </w:r>
          </w:p>
        </w:tc>
        <w:tc>
          <w:tcPr>
            <w:tcW w:type="dxa" w:w="493"/>
            <w:vAlign w:val="center"/>
          </w:tcPr>
          <w:p>
            <w:r/>
            <w:r>
              <w:rPr>
                <w:rFonts w:ascii="Malgun Gothic" w:hAnsi="Malgun Gothic" w:eastAsia="Malgun Gothic"/>
                <w:b w:val="0"/>
                <w:sz w:val="14"/>
              </w:rPr>
              <w:t>00__350002022300000.wav</w:t>
            </w:r>
          </w:p>
        </w:tc>
        <w:tc>
          <w:tcPr>
            <w:tcW w:type="dxa" w:w="493"/>
            <w:vAlign w:val="center"/>
          </w:tcPr>
          <w:p>
            <w:r/>
            <w:r>
              <w:rPr>
                <w:rFonts w:ascii="Malgun Gothic" w:hAnsi="Malgun Gothic" w:eastAsia="Malgun Gothic"/>
                <w:b w:val="0"/>
                <w:sz w:val="14"/>
              </w:rPr>
              <w:t>C:\jupyter_env\VOC_full\00__350002022300000.wav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58.925</w:t>
            </w:r>
          </w:p>
        </w:tc>
        <w:tc>
          <w:tcPr>
            <w:tcW w:type="dxa" w:w="493"/>
            <w:vAlign w:val="center"/>
          </w:tcPr>
          <w:p>
            <w:r/>
            <w:r>
              <w:rPr>
                <w:rFonts w:ascii="Malgun Gothic" w:hAnsi="Malgun Gothic" w:eastAsia="Malgun Gothic"/>
                <w:b w:val="0"/>
                <w:sz w:val="14"/>
              </w:rPr>
              <w:t>63.886</w:t>
            </w:r>
          </w:p>
        </w:tc>
        <w:tc>
          <w:tcPr>
            <w:tcW w:type="dxa" w:w="493"/>
            <w:vAlign w:val="center"/>
          </w:tcPr>
          <w:p>
            <w:r/>
            <w:r>
              <w:rPr>
                <w:rFonts w:ascii="Malgun Gothic" w:hAnsi="Malgun Gothic" w:eastAsia="Malgun Gothic"/>
                <w:b w:val="0"/>
                <w:sz w:val="14"/>
              </w:rPr>
              <w:t>4.961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0.04586577</w:t>
            </w:r>
          </w:p>
        </w:tc>
        <w:tc>
          <w:tcPr>
            <w:tcW w:type="dxa" w:w="493"/>
            <w:vAlign w:val="center"/>
          </w:tcPr>
          <w:p>
            <w:r/>
            <w:r>
              <w:rPr>
                <w:rFonts w:ascii="Malgun Gothic" w:hAnsi="Malgun Gothic" w:eastAsia="Malgun Gothic"/>
                <w:b w:val="0"/>
                <w:sz w:val="14"/>
              </w:rPr>
              <w:t>127.484054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 중간 57,569행은 전체 데이터 부록 ZIP에 원본으로 포함 ...</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r>
      <w:tr>
        <w:trPr>
          <w:cantSplit/>
        </w:trPr>
        <w:tc>
          <w:tcPr>
            <w:tcW w:type="dxa" w:w="493"/>
            <w:vAlign w:val="center"/>
          </w:tcPr>
          <w:p>
            <w:r/>
            <w:r>
              <w:rPr>
                <w:rFonts w:ascii="Malgun Gothic" w:hAnsi="Malgun Gothic" w:eastAsia="Malgun Gothic"/>
                <w:b w:val="0"/>
                <w:sz w:val="14"/>
              </w:rPr>
              <w:t>09__350002022300998__SPEAKER_00__4.351_7.034__057595</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4.351</w:t>
            </w:r>
          </w:p>
        </w:tc>
        <w:tc>
          <w:tcPr>
            <w:tcW w:type="dxa" w:w="493"/>
            <w:vAlign w:val="center"/>
          </w:tcPr>
          <w:p>
            <w:r/>
            <w:r>
              <w:rPr>
                <w:rFonts w:ascii="Malgun Gothic" w:hAnsi="Malgun Gothic" w:eastAsia="Malgun Gothic"/>
                <w:b w:val="0"/>
                <w:sz w:val="14"/>
              </w:rPr>
              <w:t>7.034</w:t>
            </w:r>
          </w:p>
        </w:tc>
        <w:tc>
          <w:tcPr>
            <w:tcW w:type="dxa" w:w="493"/>
            <w:vAlign w:val="center"/>
          </w:tcPr>
          <w:p>
            <w:r/>
            <w:r>
              <w:rPr>
                <w:rFonts w:ascii="Malgun Gothic" w:hAnsi="Malgun Gothic" w:eastAsia="Malgun Gothic"/>
                <w:b w:val="0"/>
                <w:sz w:val="14"/>
              </w:rPr>
              <w:t>2.683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0.05947952</w:t>
            </w:r>
          </w:p>
        </w:tc>
        <w:tc>
          <w:tcPr>
            <w:tcW w:type="dxa" w:w="493"/>
            <w:vAlign w:val="center"/>
          </w:tcPr>
          <w:p>
            <w:r/>
            <w:r>
              <w:rPr>
                <w:rFonts w:ascii="Malgun Gothic" w:hAnsi="Malgun Gothic" w:eastAsia="Malgun Gothic"/>
                <w:b w:val="0"/>
                <w:sz w:val="14"/>
              </w:rPr>
              <w:t>177.129636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09__350002022300998__SPEAKER_01__5.954_6.022__057596</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5.954</w:t>
            </w:r>
          </w:p>
        </w:tc>
        <w:tc>
          <w:tcPr>
            <w:tcW w:type="dxa" w:w="493"/>
            <w:vAlign w:val="center"/>
          </w:tcPr>
          <w:p>
            <w:r/>
            <w:r>
              <w:rPr>
                <w:rFonts w:ascii="Malgun Gothic" w:hAnsi="Malgun Gothic" w:eastAsia="Malgun Gothic"/>
                <w:b w:val="0"/>
                <w:sz w:val="14"/>
              </w:rPr>
              <w:t>6.022</w:t>
            </w:r>
          </w:p>
        </w:tc>
        <w:tc>
          <w:tcPr>
            <w:tcW w:type="dxa" w:w="493"/>
            <w:vAlign w:val="center"/>
          </w:tcPr>
          <w:p>
            <w:r/>
            <w:r>
              <w:rPr>
                <w:rFonts w:ascii="Malgun Gothic" w:hAnsi="Malgun Gothic" w:eastAsia="Malgun Gothic"/>
                <w:b w:val="0"/>
                <w:sz w:val="14"/>
              </w:rPr>
              <w:t>0.068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0.00610556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09__350002022300998__SPEAKER_01__6.680_6.933__057597</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6.68</w:t>
            </w:r>
          </w:p>
        </w:tc>
        <w:tc>
          <w:tcPr>
            <w:tcW w:type="dxa" w:w="493"/>
            <w:vAlign w:val="center"/>
          </w:tcPr>
          <w:p>
            <w:r/>
            <w:r>
              <w:rPr>
                <w:rFonts w:ascii="Malgun Gothic" w:hAnsi="Malgun Gothic" w:eastAsia="Malgun Gothic"/>
                <w:b w:val="0"/>
                <w:sz w:val="14"/>
              </w:rPr>
              <w:t>6.933</w:t>
            </w:r>
          </w:p>
        </w:tc>
        <w:tc>
          <w:tcPr>
            <w:tcW w:type="dxa" w:w="493"/>
            <w:vAlign w:val="center"/>
          </w:tcPr>
          <w:p>
            <w:r/>
            <w:r>
              <w:rPr>
                <w:rFonts w:ascii="Malgun Gothic" w:hAnsi="Malgun Gothic" w:eastAsia="Malgun Gothic"/>
                <w:b w:val="0"/>
                <w:sz w:val="14"/>
              </w:rPr>
              <w:t>0.253</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0.07927645</w:t>
            </w:r>
          </w:p>
        </w:tc>
        <w:tc>
          <w:tcPr>
            <w:tcW w:type="dxa" w:w="493"/>
            <w:vAlign w:val="center"/>
          </w:tcPr>
          <w:p>
            <w:r/>
            <w:r>
              <w:rPr>
                <w:rFonts w:ascii="Malgun Gothic" w:hAnsi="Malgun Gothic" w:eastAsia="Malgun Gothic"/>
                <w:b w:val="0"/>
                <w:sz w:val="14"/>
              </w:rPr>
              <w:t>167.599624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09__350002022300998__SPEAKER_00__7.810_10.257__057598</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7.81</w:t>
            </w:r>
          </w:p>
        </w:tc>
        <w:tc>
          <w:tcPr>
            <w:tcW w:type="dxa" w:w="493"/>
            <w:vAlign w:val="center"/>
          </w:tcPr>
          <w:p>
            <w:r/>
            <w:r>
              <w:rPr>
                <w:rFonts w:ascii="Malgun Gothic" w:hAnsi="Malgun Gothic" w:eastAsia="Malgun Gothic"/>
                <w:b w:val="0"/>
                <w:sz w:val="14"/>
              </w:rPr>
              <w:t>10.257</w:t>
            </w:r>
          </w:p>
        </w:tc>
        <w:tc>
          <w:tcPr>
            <w:tcW w:type="dxa" w:w="493"/>
            <w:vAlign w:val="center"/>
          </w:tcPr>
          <w:p>
            <w:r/>
            <w:r>
              <w:rPr>
                <w:rFonts w:ascii="Malgun Gothic" w:hAnsi="Malgun Gothic" w:eastAsia="Malgun Gothic"/>
                <w:b w:val="0"/>
                <w:sz w:val="14"/>
              </w:rPr>
              <w:t>2.447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0.03669750</w:t>
            </w:r>
          </w:p>
        </w:tc>
        <w:tc>
          <w:tcPr>
            <w:tcW w:type="dxa" w:w="493"/>
            <w:vAlign w:val="center"/>
          </w:tcPr>
          <w:p>
            <w:r/>
            <w:r>
              <w:rPr>
                <w:rFonts w:ascii="Malgun Gothic" w:hAnsi="Malgun Gothic" w:eastAsia="Malgun Gothic"/>
                <w:b w:val="0"/>
                <w:sz w:val="14"/>
              </w:rPr>
              <w:t>172.815121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09__350002022300998__SPEAKER_00__10.882_12.299__057599</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10.882</w:t>
            </w:r>
          </w:p>
        </w:tc>
        <w:tc>
          <w:tcPr>
            <w:tcW w:type="dxa" w:w="493"/>
            <w:vAlign w:val="center"/>
          </w:tcPr>
          <w:p>
            <w:r/>
            <w:r>
              <w:rPr>
                <w:rFonts w:ascii="Malgun Gothic" w:hAnsi="Malgun Gothic" w:eastAsia="Malgun Gothic"/>
                <w:b w:val="0"/>
                <w:sz w:val="14"/>
              </w:rPr>
              <w:t>12.299</w:t>
            </w:r>
          </w:p>
        </w:tc>
        <w:tc>
          <w:tcPr>
            <w:tcW w:type="dxa" w:w="493"/>
            <w:vAlign w:val="center"/>
          </w:tcPr>
          <w:p>
            <w:r/>
            <w:r>
              <w:rPr>
                <w:rFonts w:ascii="Malgun Gothic" w:hAnsi="Malgun Gothic" w:eastAsia="Malgun Gothic"/>
                <w:b w:val="0"/>
                <w:sz w:val="14"/>
              </w:rPr>
              <w:t>1.418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0.02106520</w:t>
            </w:r>
          </w:p>
        </w:tc>
        <w:tc>
          <w:tcPr>
            <w:tcW w:type="dxa" w:w="493"/>
            <w:vAlign w:val="center"/>
          </w:tcPr>
          <w:p>
            <w:r/>
            <w:r>
              <w:rPr>
                <w:rFonts w:ascii="Malgun Gothic" w:hAnsi="Malgun Gothic" w:eastAsia="Malgun Gothic"/>
                <w:b w:val="0"/>
                <w:sz w:val="14"/>
              </w:rPr>
              <w:t>172.753561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09__350002022300998__SPEAKER_00__13.109_13.970__057600</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13.109</w:t>
            </w:r>
          </w:p>
        </w:tc>
        <w:tc>
          <w:tcPr>
            <w:tcW w:type="dxa" w:w="493"/>
            <w:vAlign w:val="center"/>
          </w:tcPr>
          <w:p>
            <w:r/>
            <w:r>
              <w:rPr>
                <w:rFonts w:ascii="Malgun Gothic" w:hAnsi="Malgun Gothic" w:eastAsia="Malgun Gothic"/>
                <w:b w:val="0"/>
                <w:sz w:val="14"/>
              </w:rPr>
              <w:t>13.97</w:t>
            </w:r>
          </w:p>
        </w:tc>
        <w:tc>
          <w:tcPr>
            <w:tcW w:type="dxa" w:w="493"/>
            <w:vAlign w:val="center"/>
          </w:tcPr>
          <w:p>
            <w:r/>
            <w:r>
              <w:rPr>
                <w:rFonts w:ascii="Malgun Gothic" w:hAnsi="Malgun Gothic" w:eastAsia="Malgun Gothic"/>
                <w:b w:val="0"/>
                <w:sz w:val="14"/>
              </w:rPr>
              <w:t>0.861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0.05715729</w:t>
            </w:r>
          </w:p>
        </w:tc>
        <w:tc>
          <w:tcPr>
            <w:tcW w:type="dxa" w:w="493"/>
            <w:vAlign w:val="center"/>
          </w:tcPr>
          <w:p>
            <w:r/>
            <w:r>
              <w:rPr>
                <w:rFonts w:ascii="Malgun Gothic" w:hAnsi="Malgun Gothic" w:eastAsia="Malgun Gothic"/>
                <w:b w:val="0"/>
                <w:sz w:val="14"/>
              </w:rPr>
              <w:t>287.817050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09__350002022300998__SPEAKER_01__13.970_15.286__057601</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13.97</w:t>
            </w:r>
          </w:p>
        </w:tc>
        <w:tc>
          <w:tcPr>
            <w:tcW w:type="dxa" w:w="493"/>
            <w:vAlign w:val="center"/>
          </w:tcPr>
          <w:p>
            <w:r/>
            <w:r>
              <w:rPr>
                <w:rFonts w:ascii="Malgun Gothic" w:hAnsi="Malgun Gothic" w:eastAsia="Malgun Gothic"/>
                <w:b w:val="0"/>
                <w:sz w:val="14"/>
              </w:rPr>
              <w:t>15.286</w:t>
            </w:r>
          </w:p>
        </w:tc>
        <w:tc>
          <w:tcPr>
            <w:tcW w:type="dxa" w:w="493"/>
            <w:vAlign w:val="center"/>
          </w:tcPr>
          <w:p>
            <w:r/>
            <w:r>
              <w:rPr>
                <w:rFonts w:ascii="Malgun Gothic" w:hAnsi="Malgun Gothic" w:eastAsia="Malgun Gothic"/>
                <w:b w:val="0"/>
                <w:sz w:val="14"/>
              </w:rPr>
              <w:t>1.316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0.06276976</w:t>
            </w:r>
          </w:p>
        </w:tc>
        <w:tc>
          <w:tcPr>
            <w:tcW w:type="dxa" w:w="493"/>
            <w:vAlign w:val="center"/>
          </w:tcPr>
          <w:p>
            <w:r/>
            <w:r>
              <w:rPr>
                <w:rFonts w:ascii="Malgun Gothic" w:hAnsi="Malgun Gothic" w:eastAsia="Malgun Gothic"/>
                <w:b w:val="0"/>
                <w:sz w:val="14"/>
              </w:rPr>
              <w:t>179.195155</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09__350002022300998__SPEAKER_00__15.657_16.298__057602</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15.657</w:t>
            </w:r>
          </w:p>
        </w:tc>
        <w:tc>
          <w:tcPr>
            <w:tcW w:type="dxa" w:w="493"/>
            <w:vAlign w:val="center"/>
          </w:tcPr>
          <w:p>
            <w:r/>
            <w:r>
              <w:rPr>
                <w:rFonts w:ascii="Malgun Gothic" w:hAnsi="Malgun Gothic" w:eastAsia="Malgun Gothic"/>
                <w:b w:val="0"/>
                <w:sz w:val="14"/>
              </w:rPr>
              <w:t>16.298</w:t>
            </w:r>
          </w:p>
        </w:tc>
        <w:tc>
          <w:tcPr>
            <w:tcW w:type="dxa" w:w="493"/>
            <w:vAlign w:val="center"/>
          </w:tcPr>
          <w:p>
            <w:r/>
            <w:r>
              <w:rPr>
                <w:rFonts w:ascii="Malgun Gothic" w:hAnsi="Malgun Gothic" w:eastAsia="Malgun Gothic"/>
                <w:b w:val="0"/>
                <w:sz w:val="14"/>
              </w:rPr>
              <w:t>0.641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0.05317324</w:t>
            </w:r>
          </w:p>
        </w:tc>
        <w:tc>
          <w:tcPr>
            <w:tcW w:type="dxa" w:w="493"/>
            <w:vAlign w:val="center"/>
          </w:tcPr>
          <w:p>
            <w:r/>
            <w:r>
              <w:rPr>
                <w:rFonts w:ascii="Malgun Gothic" w:hAnsi="Malgun Gothic" w:eastAsia="Malgun Gothic"/>
                <w:b w:val="0"/>
                <w:sz w:val="14"/>
              </w:rPr>
              <w:t>224.925860</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09__350002022300998__SPEAKER_01__15.961_23.723__057603</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15.961</w:t>
            </w:r>
          </w:p>
        </w:tc>
        <w:tc>
          <w:tcPr>
            <w:tcW w:type="dxa" w:w="493"/>
            <w:vAlign w:val="center"/>
          </w:tcPr>
          <w:p>
            <w:r/>
            <w:r>
              <w:rPr>
                <w:rFonts w:ascii="Malgun Gothic" w:hAnsi="Malgun Gothic" w:eastAsia="Malgun Gothic"/>
                <w:b w:val="0"/>
                <w:sz w:val="14"/>
              </w:rPr>
              <w:t>23.723</w:t>
            </w:r>
          </w:p>
        </w:tc>
        <w:tc>
          <w:tcPr>
            <w:tcW w:type="dxa" w:w="493"/>
            <w:vAlign w:val="center"/>
          </w:tcPr>
          <w:p>
            <w:r/>
            <w:r>
              <w:rPr>
                <w:rFonts w:ascii="Malgun Gothic" w:hAnsi="Malgun Gothic" w:eastAsia="Malgun Gothic"/>
                <w:b w:val="0"/>
                <w:sz w:val="14"/>
              </w:rPr>
              <w:t>7.762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0.05872604</w:t>
            </w:r>
          </w:p>
        </w:tc>
        <w:tc>
          <w:tcPr>
            <w:tcW w:type="dxa" w:w="493"/>
            <w:vAlign w:val="center"/>
          </w:tcPr>
          <w:p>
            <w:r/>
            <w:r>
              <w:rPr>
                <w:rFonts w:ascii="Malgun Gothic" w:hAnsi="Malgun Gothic" w:eastAsia="Malgun Gothic"/>
                <w:b w:val="0"/>
                <w:sz w:val="14"/>
              </w:rPr>
              <w:t>194.641237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09__350002022300998__SPEAKER_00__23.723_24.415__057604</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23.723</w:t>
            </w:r>
          </w:p>
        </w:tc>
        <w:tc>
          <w:tcPr>
            <w:tcW w:type="dxa" w:w="493"/>
            <w:vAlign w:val="center"/>
          </w:tcPr>
          <w:p>
            <w:r/>
            <w:r>
              <w:rPr>
                <w:rFonts w:ascii="Malgun Gothic" w:hAnsi="Malgun Gothic" w:eastAsia="Malgun Gothic"/>
                <w:b w:val="0"/>
                <w:sz w:val="14"/>
              </w:rPr>
              <w:t>24.415</w:t>
            </w:r>
          </w:p>
        </w:tc>
        <w:tc>
          <w:tcPr>
            <w:tcW w:type="dxa" w:w="493"/>
            <w:vAlign w:val="center"/>
          </w:tcPr>
          <w:p>
            <w:r/>
            <w:r>
              <w:rPr>
                <w:rFonts w:ascii="Malgun Gothic" w:hAnsi="Malgun Gothic" w:eastAsia="Malgun Gothic"/>
                <w:b w:val="0"/>
                <w:sz w:val="14"/>
              </w:rPr>
              <w:t>0.692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0.01880802</w:t>
            </w:r>
          </w:p>
        </w:tc>
        <w:tc>
          <w:tcPr>
            <w:tcW w:type="dxa" w:w="493"/>
            <w:vAlign w:val="center"/>
          </w:tcPr>
          <w:p>
            <w:r/>
            <w:r>
              <w:rPr>
                <w:rFonts w:ascii="Malgun Gothic" w:hAnsi="Malgun Gothic" w:eastAsia="Malgun Gothic"/>
                <w:b w:val="0"/>
                <w:sz w:val="14"/>
              </w:rPr>
              <w:t>167.168043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09__350002022300998__SPEAKER_01__32.920_41.155__057605</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32.92</w:t>
            </w:r>
          </w:p>
        </w:tc>
        <w:tc>
          <w:tcPr>
            <w:tcW w:type="dxa" w:w="493"/>
            <w:vAlign w:val="center"/>
          </w:tcPr>
          <w:p>
            <w:r/>
            <w:r>
              <w:rPr>
                <w:rFonts w:ascii="Malgun Gothic" w:hAnsi="Malgun Gothic" w:eastAsia="Malgun Gothic"/>
                <w:b w:val="0"/>
                <w:sz w:val="14"/>
              </w:rPr>
              <w:t>41.155</w:t>
            </w:r>
          </w:p>
        </w:tc>
        <w:tc>
          <w:tcPr>
            <w:tcW w:type="dxa" w:w="493"/>
            <w:vAlign w:val="center"/>
          </w:tcPr>
          <w:p>
            <w:r/>
            <w:r>
              <w:rPr>
                <w:rFonts w:ascii="Malgun Gothic" w:hAnsi="Malgun Gothic" w:eastAsia="Malgun Gothic"/>
                <w:b w:val="0"/>
                <w:sz w:val="14"/>
              </w:rPr>
              <w:t>8.235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0.09712750</w:t>
            </w:r>
          </w:p>
        </w:tc>
        <w:tc>
          <w:tcPr>
            <w:tcW w:type="dxa" w:w="493"/>
            <w:vAlign w:val="center"/>
          </w:tcPr>
          <w:p>
            <w:r/>
            <w:r>
              <w:rPr>
                <w:rFonts w:ascii="Malgun Gothic" w:hAnsi="Malgun Gothic" w:eastAsia="Malgun Gothic"/>
                <w:b w:val="0"/>
                <w:sz w:val="14"/>
              </w:rPr>
              <w:t>220.731528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09__350002022300998__SPEAKER_00__42.978_43.113__057606</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42.978</w:t>
            </w:r>
          </w:p>
        </w:tc>
        <w:tc>
          <w:tcPr>
            <w:tcW w:type="dxa" w:w="493"/>
            <w:vAlign w:val="center"/>
          </w:tcPr>
          <w:p>
            <w:r/>
            <w:r>
              <w:rPr>
                <w:rFonts w:ascii="Malgun Gothic" w:hAnsi="Malgun Gothic" w:eastAsia="Malgun Gothic"/>
                <w:b w:val="0"/>
                <w:sz w:val="14"/>
              </w:rPr>
              <w:t>43.113</w:t>
            </w:r>
          </w:p>
        </w:tc>
        <w:tc>
          <w:tcPr>
            <w:tcW w:type="dxa" w:w="493"/>
            <w:vAlign w:val="center"/>
          </w:tcPr>
          <w:p>
            <w:r/>
            <w:r>
              <w:rPr>
                <w:rFonts w:ascii="Malgun Gothic" w:hAnsi="Malgun Gothic" w:eastAsia="Malgun Gothic"/>
                <w:b w:val="0"/>
                <w:sz w:val="14"/>
              </w:rPr>
              <w:t>0.135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0.00346261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09__350002022300998__SPEAKER_01__43.366_44.767__057607</w:t>
            </w:r>
          </w:p>
        </w:tc>
        <w:tc>
          <w:tcPr>
            <w:tcW w:type="dxa" w:w="493"/>
            <w:vAlign w:val="center"/>
          </w:tcPr>
          <w:p>
            <w:r/>
            <w:r>
              <w:rPr>
                <w:rFonts w:ascii="Malgun Gothic" w:hAnsi="Malgun Gothic" w:eastAsia="Malgun Gothic"/>
                <w:b w:val="0"/>
                <w:sz w:val="14"/>
              </w:rPr>
              <w:t>09__350002022300998.wav</w:t>
            </w:r>
          </w:p>
        </w:tc>
        <w:tc>
          <w:tcPr>
            <w:tcW w:type="dxa" w:w="493"/>
            <w:vAlign w:val="center"/>
          </w:tcPr>
          <w:p>
            <w:r/>
            <w:r>
              <w:rPr>
                <w:rFonts w:ascii="Malgun Gothic" w:hAnsi="Malgun Gothic" w:eastAsia="Malgun Gothic"/>
                <w:b w:val="0"/>
                <w:sz w:val="14"/>
              </w:rPr>
              <w:t>C:\jupyter_env\VOC_full\09__350002022300998.wav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43.366</w:t>
            </w:r>
          </w:p>
        </w:tc>
        <w:tc>
          <w:tcPr>
            <w:tcW w:type="dxa" w:w="493"/>
            <w:vAlign w:val="center"/>
          </w:tcPr>
          <w:p>
            <w:r/>
            <w:r>
              <w:rPr>
                <w:rFonts w:ascii="Malgun Gothic" w:hAnsi="Malgun Gothic" w:eastAsia="Malgun Gothic"/>
                <w:b w:val="0"/>
                <w:sz w:val="14"/>
              </w:rPr>
              <w:t>44.767</w:t>
            </w:r>
          </w:p>
        </w:tc>
        <w:tc>
          <w:tcPr>
            <w:tcW w:type="dxa" w:w="493"/>
            <w:vAlign w:val="center"/>
          </w:tcPr>
          <w:p>
            <w:r/>
            <w:r>
              <w:rPr>
                <w:rFonts w:ascii="Malgun Gothic" w:hAnsi="Malgun Gothic" w:eastAsia="Malgun Gothic"/>
                <w:b w:val="0"/>
                <w:sz w:val="14"/>
              </w:rPr>
              <w:t>1.401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0.09667852</w:t>
            </w:r>
          </w:p>
        </w:tc>
        <w:tc>
          <w:tcPr>
            <w:tcW w:type="dxa" w:w="493"/>
            <w:vAlign w:val="center"/>
          </w:tcPr>
          <w:p>
            <w:r/>
            <w:r>
              <w:rPr>
                <w:rFonts w:ascii="Malgun Gothic" w:hAnsi="Malgun Gothic" w:eastAsia="Malgun Gothic"/>
                <w:b w:val="0"/>
                <w:sz w:val="14"/>
              </w:rPr>
              <w:t>273.622648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09__350002022300999__SPEAKER_00__0.773_1.195__057608</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0.773</w:t>
            </w:r>
          </w:p>
        </w:tc>
        <w:tc>
          <w:tcPr>
            <w:tcW w:type="dxa" w:w="493"/>
            <w:vAlign w:val="center"/>
          </w:tcPr>
          <w:p>
            <w:r/>
            <w:r>
              <w:rPr>
                <w:rFonts w:ascii="Malgun Gothic" w:hAnsi="Malgun Gothic" w:eastAsia="Malgun Gothic"/>
                <w:b w:val="0"/>
                <w:sz w:val="14"/>
              </w:rPr>
              <w:t>1.195</w:t>
            </w:r>
          </w:p>
        </w:tc>
        <w:tc>
          <w:tcPr>
            <w:tcW w:type="dxa" w:w="493"/>
            <w:vAlign w:val="center"/>
          </w:tcPr>
          <w:p>
            <w:r/>
            <w:r>
              <w:rPr>
                <w:rFonts w:ascii="Malgun Gothic" w:hAnsi="Malgun Gothic" w:eastAsia="Malgun Gothic"/>
                <w:b w:val="0"/>
                <w:sz w:val="14"/>
              </w:rPr>
              <w:t>0.422</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0.11174220</w:t>
            </w:r>
          </w:p>
        </w:tc>
        <w:tc>
          <w:tcPr>
            <w:tcW w:type="dxa" w:w="493"/>
            <w:vAlign w:val="center"/>
          </w:tcPr>
          <w:p>
            <w:r/>
            <w:r>
              <w:rPr>
                <w:rFonts w:ascii="Malgun Gothic" w:hAnsi="Malgun Gothic" w:eastAsia="Malgun Gothic"/>
                <w:b w:val="0"/>
                <w:sz w:val="14"/>
              </w:rPr>
              <w:t>183.448361</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09__350002022300999__SPEAKER_01__1.432_5.448__057609</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1.432</w:t>
            </w:r>
          </w:p>
        </w:tc>
        <w:tc>
          <w:tcPr>
            <w:tcW w:type="dxa" w:w="493"/>
            <w:vAlign w:val="center"/>
          </w:tcPr>
          <w:p>
            <w:r/>
            <w:r>
              <w:rPr>
                <w:rFonts w:ascii="Malgun Gothic" w:hAnsi="Malgun Gothic" w:eastAsia="Malgun Gothic"/>
                <w:b w:val="0"/>
                <w:sz w:val="14"/>
              </w:rPr>
              <w:t>5.448</w:t>
            </w:r>
          </w:p>
        </w:tc>
        <w:tc>
          <w:tcPr>
            <w:tcW w:type="dxa" w:w="493"/>
            <w:vAlign w:val="center"/>
          </w:tcPr>
          <w:p>
            <w:r/>
            <w:r>
              <w:rPr>
                <w:rFonts w:ascii="Malgun Gothic" w:hAnsi="Malgun Gothic" w:eastAsia="Malgun Gothic"/>
                <w:b w:val="0"/>
                <w:sz w:val="14"/>
              </w:rPr>
              <w:t>4.016</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0.07137586</w:t>
            </w:r>
          </w:p>
        </w:tc>
        <w:tc>
          <w:tcPr>
            <w:tcW w:type="dxa" w:w="493"/>
            <w:vAlign w:val="center"/>
          </w:tcPr>
          <w:p>
            <w:r/>
            <w:r>
              <w:rPr>
                <w:rFonts w:ascii="Malgun Gothic" w:hAnsi="Malgun Gothic" w:eastAsia="Malgun Gothic"/>
                <w:b w:val="0"/>
                <w:sz w:val="14"/>
              </w:rPr>
              <w:t>173.691773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09__350002022300999__SPEAKER_00__5.988_6.292__057610</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5.988</w:t>
            </w:r>
          </w:p>
        </w:tc>
        <w:tc>
          <w:tcPr>
            <w:tcW w:type="dxa" w:w="493"/>
            <w:vAlign w:val="center"/>
          </w:tcPr>
          <w:p>
            <w:r/>
            <w:r>
              <w:rPr>
                <w:rFonts w:ascii="Malgun Gothic" w:hAnsi="Malgun Gothic" w:eastAsia="Malgun Gothic"/>
                <w:b w:val="0"/>
                <w:sz w:val="14"/>
              </w:rPr>
              <w:t>6.292</w:t>
            </w:r>
          </w:p>
        </w:tc>
        <w:tc>
          <w:tcPr>
            <w:tcW w:type="dxa" w:w="493"/>
            <w:vAlign w:val="center"/>
          </w:tcPr>
          <w:p>
            <w:r/>
            <w:r>
              <w:rPr>
                <w:rFonts w:ascii="Malgun Gothic" w:hAnsi="Malgun Gothic" w:eastAsia="Malgun Gothic"/>
                <w:b w:val="0"/>
                <w:sz w:val="14"/>
              </w:rPr>
              <w:t>0.304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0.03353125</w:t>
            </w:r>
          </w:p>
        </w:tc>
        <w:tc>
          <w:tcPr>
            <w:tcW w:type="dxa" w:w="493"/>
            <w:vAlign w:val="center"/>
          </w:tcPr>
          <w:p>
            <w:r/>
            <w:r>
              <w:rPr>
                <w:rFonts w:ascii="Malgun Gothic" w:hAnsi="Malgun Gothic" w:eastAsia="Malgun Gothic"/>
                <w:b w:val="0"/>
                <w:sz w:val="14"/>
              </w:rPr>
              <w:t>107.397692</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09__350002022300999__SPEAKER_01__6.612_16.231__057611</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6.612</w:t>
            </w:r>
          </w:p>
        </w:tc>
        <w:tc>
          <w:tcPr>
            <w:tcW w:type="dxa" w:w="493"/>
            <w:vAlign w:val="center"/>
          </w:tcPr>
          <w:p>
            <w:r/>
            <w:r>
              <w:rPr>
                <w:rFonts w:ascii="Malgun Gothic" w:hAnsi="Malgun Gothic" w:eastAsia="Malgun Gothic"/>
                <w:b w:val="0"/>
                <w:sz w:val="14"/>
              </w:rPr>
              <w:t>16.231</w:t>
            </w:r>
          </w:p>
        </w:tc>
        <w:tc>
          <w:tcPr>
            <w:tcW w:type="dxa" w:w="493"/>
            <w:vAlign w:val="center"/>
          </w:tcPr>
          <w:p>
            <w:r/>
            <w:r>
              <w:rPr>
                <w:rFonts w:ascii="Malgun Gothic" w:hAnsi="Malgun Gothic" w:eastAsia="Malgun Gothic"/>
                <w:b w:val="0"/>
                <w:sz w:val="14"/>
              </w:rPr>
              <w:t>9.619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0.08224404</w:t>
            </w:r>
          </w:p>
        </w:tc>
        <w:tc>
          <w:tcPr>
            <w:tcW w:type="dxa" w:w="493"/>
            <w:vAlign w:val="center"/>
          </w:tcPr>
          <w:p>
            <w:r/>
            <w:r>
              <w:rPr>
                <w:rFonts w:ascii="Malgun Gothic" w:hAnsi="Malgun Gothic" w:eastAsia="Malgun Gothic"/>
                <w:b w:val="0"/>
                <w:sz w:val="14"/>
              </w:rPr>
              <w:t>163.989266</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09__350002022300999__SPEAKER_01__16.552_20.888__057612</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16.552</w:t>
            </w:r>
          </w:p>
        </w:tc>
        <w:tc>
          <w:tcPr>
            <w:tcW w:type="dxa" w:w="493"/>
            <w:vAlign w:val="center"/>
          </w:tcPr>
          <w:p>
            <w:r/>
            <w:r>
              <w:rPr>
                <w:rFonts w:ascii="Malgun Gothic" w:hAnsi="Malgun Gothic" w:eastAsia="Malgun Gothic"/>
                <w:b w:val="0"/>
                <w:sz w:val="14"/>
              </w:rPr>
              <w:t>20.888</w:t>
            </w:r>
          </w:p>
        </w:tc>
        <w:tc>
          <w:tcPr>
            <w:tcW w:type="dxa" w:w="493"/>
            <w:vAlign w:val="center"/>
          </w:tcPr>
          <w:p>
            <w:r/>
            <w:r>
              <w:rPr>
                <w:rFonts w:ascii="Malgun Gothic" w:hAnsi="Malgun Gothic" w:eastAsia="Malgun Gothic"/>
                <w:b w:val="0"/>
                <w:sz w:val="14"/>
              </w:rPr>
              <w:t>4.337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0.07872391</w:t>
            </w:r>
          </w:p>
        </w:tc>
        <w:tc>
          <w:tcPr>
            <w:tcW w:type="dxa" w:w="493"/>
            <w:vAlign w:val="center"/>
          </w:tcPr>
          <w:p>
            <w:r/>
            <w:r>
              <w:rPr>
                <w:rFonts w:ascii="Malgun Gothic" w:hAnsi="Malgun Gothic" w:eastAsia="Malgun Gothic"/>
                <w:b w:val="0"/>
                <w:sz w:val="14"/>
              </w:rPr>
              <w:t>178.774233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09__350002022300999__SPEAKER_00__20.365_20.635__057613</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20.365</w:t>
            </w:r>
          </w:p>
        </w:tc>
        <w:tc>
          <w:tcPr>
            <w:tcW w:type="dxa" w:w="493"/>
            <w:vAlign w:val="center"/>
          </w:tcPr>
          <w:p>
            <w:r/>
            <w:r>
              <w:rPr>
                <w:rFonts w:ascii="Malgun Gothic" w:hAnsi="Malgun Gothic" w:eastAsia="Malgun Gothic"/>
                <w:b w:val="0"/>
                <w:sz w:val="14"/>
              </w:rPr>
              <w:t>20.635</w:t>
            </w:r>
          </w:p>
        </w:tc>
        <w:tc>
          <w:tcPr>
            <w:tcW w:type="dxa" w:w="493"/>
            <w:vAlign w:val="center"/>
          </w:tcPr>
          <w:p>
            <w:r/>
            <w:r>
              <w:rPr>
                <w:rFonts w:ascii="Malgun Gothic" w:hAnsi="Malgun Gothic" w:eastAsia="Malgun Gothic"/>
                <w:b w:val="0"/>
                <w:sz w:val="14"/>
              </w:rPr>
              <w:t>0.27</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0.09700250</w:t>
            </w:r>
          </w:p>
        </w:tc>
        <w:tc>
          <w:tcPr>
            <w:tcW w:type="dxa" w:w="493"/>
            <w:vAlign w:val="center"/>
          </w:tcPr>
          <w:p>
            <w:r/>
            <w:r>
              <w:rPr>
                <w:rFonts w:ascii="Malgun Gothic" w:hAnsi="Malgun Gothic" w:eastAsia="Malgun Gothic"/>
                <w:b w:val="0"/>
                <w:sz w:val="14"/>
              </w:rPr>
              <w:t>184.390913</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09__350002022300999__SPEAKER_01__21.209_24.027__057614</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21.209</w:t>
            </w:r>
          </w:p>
        </w:tc>
        <w:tc>
          <w:tcPr>
            <w:tcW w:type="dxa" w:w="493"/>
            <w:vAlign w:val="center"/>
          </w:tcPr>
          <w:p>
            <w:r/>
            <w:r>
              <w:rPr>
                <w:rFonts w:ascii="Malgun Gothic" w:hAnsi="Malgun Gothic" w:eastAsia="Malgun Gothic"/>
                <w:b w:val="0"/>
                <w:sz w:val="14"/>
              </w:rPr>
              <w:t>24.027</w:t>
            </w:r>
          </w:p>
        </w:tc>
        <w:tc>
          <w:tcPr>
            <w:tcW w:type="dxa" w:w="493"/>
            <w:vAlign w:val="center"/>
          </w:tcPr>
          <w:p>
            <w:r/>
            <w:r>
              <w:rPr>
                <w:rFonts w:ascii="Malgun Gothic" w:hAnsi="Malgun Gothic" w:eastAsia="Malgun Gothic"/>
                <w:b w:val="0"/>
                <w:sz w:val="14"/>
              </w:rPr>
              <w:t>2.818</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0.07736503</w:t>
            </w:r>
          </w:p>
        </w:tc>
        <w:tc>
          <w:tcPr>
            <w:tcW w:type="dxa" w:w="493"/>
            <w:vAlign w:val="center"/>
          </w:tcPr>
          <w:p>
            <w:r/>
            <w:r>
              <w:rPr>
                <w:rFonts w:ascii="Malgun Gothic" w:hAnsi="Malgun Gothic" w:eastAsia="Malgun Gothic"/>
                <w:b w:val="0"/>
                <w:sz w:val="14"/>
              </w:rPr>
              <w:t>163.670814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09__350002022300999__SPEAKER_00__24.027_24.837__057615</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24.027</w:t>
            </w:r>
          </w:p>
        </w:tc>
        <w:tc>
          <w:tcPr>
            <w:tcW w:type="dxa" w:w="493"/>
            <w:vAlign w:val="center"/>
          </w:tcPr>
          <w:p>
            <w:r/>
            <w:r>
              <w:rPr>
                <w:rFonts w:ascii="Malgun Gothic" w:hAnsi="Malgun Gothic" w:eastAsia="Malgun Gothic"/>
                <w:b w:val="0"/>
                <w:sz w:val="14"/>
              </w:rPr>
              <w:t>24.837</w:t>
            </w:r>
          </w:p>
        </w:tc>
        <w:tc>
          <w:tcPr>
            <w:tcW w:type="dxa" w:w="493"/>
            <w:vAlign w:val="center"/>
          </w:tcPr>
          <w:p>
            <w:r/>
            <w:r>
              <w:rPr>
                <w:rFonts w:ascii="Malgun Gothic" w:hAnsi="Malgun Gothic" w:eastAsia="Malgun Gothic"/>
                <w:b w:val="0"/>
                <w:sz w:val="14"/>
              </w:rPr>
              <w:t>0.81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0.07804845</w:t>
            </w:r>
          </w:p>
        </w:tc>
        <w:tc>
          <w:tcPr>
            <w:tcW w:type="dxa" w:w="493"/>
            <w:vAlign w:val="center"/>
          </w:tcPr>
          <w:p>
            <w:r/>
            <w:r>
              <w:rPr>
                <w:rFonts w:ascii="Malgun Gothic" w:hAnsi="Malgun Gothic" w:eastAsia="Malgun Gothic"/>
                <w:b w:val="0"/>
                <w:sz w:val="14"/>
              </w:rPr>
              <w:t>175.982792</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09__350002022300999__SPEAKER_00__25.225_31.165__057616</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25.225</w:t>
            </w:r>
          </w:p>
        </w:tc>
        <w:tc>
          <w:tcPr>
            <w:tcW w:type="dxa" w:w="493"/>
            <w:vAlign w:val="center"/>
          </w:tcPr>
          <w:p>
            <w:r/>
            <w:r>
              <w:rPr>
                <w:rFonts w:ascii="Malgun Gothic" w:hAnsi="Malgun Gothic" w:eastAsia="Malgun Gothic"/>
                <w:b w:val="0"/>
                <w:sz w:val="14"/>
              </w:rPr>
              <w:t>31.165</w:t>
            </w:r>
          </w:p>
        </w:tc>
        <w:tc>
          <w:tcPr>
            <w:tcW w:type="dxa" w:w="493"/>
            <w:vAlign w:val="center"/>
          </w:tcPr>
          <w:p>
            <w:r/>
            <w:r>
              <w:rPr>
                <w:rFonts w:ascii="Malgun Gothic" w:hAnsi="Malgun Gothic" w:eastAsia="Malgun Gothic"/>
                <w:b w:val="0"/>
                <w:sz w:val="14"/>
              </w:rPr>
              <w:t>5.94</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0.07197413</w:t>
            </w:r>
          </w:p>
        </w:tc>
        <w:tc>
          <w:tcPr>
            <w:tcW w:type="dxa" w:w="493"/>
            <w:vAlign w:val="center"/>
          </w:tcPr>
          <w:p>
            <w:r/>
            <w:r>
              <w:rPr>
                <w:rFonts w:ascii="Malgun Gothic" w:hAnsi="Malgun Gothic" w:eastAsia="Malgun Gothic"/>
                <w:b w:val="0"/>
                <w:sz w:val="14"/>
              </w:rPr>
              <w:t>158.798049</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09__350002022300999__SPEAKER_01__27.470_28.145__057617</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27.47</w:t>
            </w:r>
          </w:p>
        </w:tc>
        <w:tc>
          <w:tcPr>
            <w:tcW w:type="dxa" w:w="493"/>
            <w:vAlign w:val="center"/>
          </w:tcPr>
          <w:p>
            <w:r/>
            <w:r>
              <w:rPr>
                <w:rFonts w:ascii="Malgun Gothic" w:hAnsi="Malgun Gothic" w:eastAsia="Malgun Gothic"/>
                <w:b w:val="0"/>
                <w:sz w:val="14"/>
              </w:rPr>
              <w:t>28.145</w:t>
            </w:r>
          </w:p>
        </w:tc>
        <w:tc>
          <w:tcPr>
            <w:tcW w:type="dxa" w:w="493"/>
            <w:vAlign w:val="center"/>
          </w:tcPr>
          <w:p>
            <w:r/>
            <w:r>
              <w:rPr>
                <w:rFonts w:ascii="Malgun Gothic" w:hAnsi="Malgun Gothic" w:eastAsia="Malgun Gothic"/>
                <w:b w:val="0"/>
                <w:sz w:val="14"/>
              </w:rPr>
              <w:t>0.675</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0.09538542</w:t>
            </w:r>
          </w:p>
        </w:tc>
        <w:tc>
          <w:tcPr>
            <w:tcW w:type="dxa" w:w="493"/>
            <w:vAlign w:val="center"/>
          </w:tcPr>
          <w:p>
            <w:r/>
            <w:r>
              <w:rPr>
                <w:rFonts w:ascii="Malgun Gothic" w:hAnsi="Malgun Gothic" w:eastAsia="Malgun Gothic"/>
                <w:b w:val="0"/>
                <w:sz w:val="14"/>
              </w:rPr>
              <w:t>174.212847</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09__350002022300999__SPEAKER_01__31.756_32.887__057618</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SPEAKER_01</w:t>
            </w:r>
          </w:p>
        </w:tc>
        <w:tc>
          <w:tcPr>
            <w:tcW w:type="dxa" w:w="493"/>
            <w:vAlign w:val="center"/>
          </w:tcPr>
          <w:p>
            <w:r/>
            <w:r>
              <w:rPr>
                <w:rFonts w:ascii="Malgun Gothic" w:hAnsi="Malgun Gothic" w:eastAsia="Malgun Gothic"/>
                <w:b w:val="0"/>
                <w:sz w:val="14"/>
              </w:rPr>
              <w:t>31.756</w:t>
            </w:r>
          </w:p>
        </w:tc>
        <w:tc>
          <w:tcPr>
            <w:tcW w:type="dxa" w:w="493"/>
            <w:vAlign w:val="center"/>
          </w:tcPr>
          <w:p>
            <w:r/>
            <w:r>
              <w:rPr>
                <w:rFonts w:ascii="Malgun Gothic" w:hAnsi="Malgun Gothic" w:eastAsia="Malgun Gothic"/>
                <w:b w:val="0"/>
                <w:sz w:val="14"/>
              </w:rPr>
              <w:t>32.887</w:t>
            </w:r>
          </w:p>
        </w:tc>
        <w:tc>
          <w:tcPr>
            <w:tcW w:type="dxa" w:w="493"/>
            <w:vAlign w:val="center"/>
          </w:tcPr>
          <w:p>
            <w:r/>
            <w:r>
              <w:rPr>
                <w:rFonts w:ascii="Malgun Gothic" w:hAnsi="Malgun Gothic" w:eastAsia="Malgun Gothic"/>
                <w:b w:val="0"/>
                <w:sz w:val="14"/>
              </w:rPr>
              <w:t>1.131</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0.02995122</w:t>
            </w:r>
          </w:p>
        </w:tc>
        <w:tc>
          <w:tcPr>
            <w:tcW w:type="dxa" w:w="493"/>
            <w:vAlign w:val="center"/>
          </w:tcPr>
          <w:p>
            <w:r/>
            <w:r>
              <w:rPr>
                <w:rFonts w:ascii="Malgun Gothic" w:hAnsi="Malgun Gothic" w:eastAsia="Malgun Gothic"/>
                <w:b w:val="0"/>
                <w:sz w:val="14"/>
              </w:rPr>
              <w:t>134.928754</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r>
        <w:trPr>
          <w:cantSplit/>
        </w:trPr>
        <w:tc>
          <w:tcPr>
            <w:tcW w:type="dxa" w:w="493"/>
            <w:vAlign w:val="center"/>
          </w:tcPr>
          <w:p>
            <w:r/>
            <w:r>
              <w:rPr>
                <w:rFonts w:ascii="Malgun Gothic" w:hAnsi="Malgun Gothic" w:eastAsia="Malgun Gothic"/>
                <w:b w:val="0"/>
                <w:sz w:val="14"/>
              </w:rPr>
              <w:t>09__350002022300999__SPEAKER_00__32.887_34.405__057619</w:t>
            </w:r>
          </w:p>
        </w:tc>
        <w:tc>
          <w:tcPr>
            <w:tcW w:type="dxa" w:w="493"/>
            <w:vAlign w:val="center"/>
          </w:tcPr>
          <w:p>
            <w:r/>
            <w:r>
              <w:rPr>
                <w:rFonts w:ascii="Malgun Gothic" w:hAnsi="Malgun Gothic" w:eastAsia="Malgun Gothic"/>
                <w:b w:val="0"/>
                <w:sz w:val="14"/>
              </w:rPr>
              <w:t>09__350002022300999.wav</w:t>
            </w:r>
          </w:p>
        </w:tc>
        <w:tc>
          <w:tcPr>
            <w:tcW w:type="dxa" w:w="493"/>
            <w:vAlign w:val="center"/>
          </w:tcPr>
          <w:p>
            <w:r/>
            <w:r>
              <w:rPr>
                <w:rFonts w:ascii="Malgun Gothic" w:hAnsi="Malgun Gothic" w:eastAsia="Malgun Gothic"/>
                <w:b w:val="0"/>
                <w:sz w:val="14"/>
              </w:rPr>
              <w:t>C:\jupyter_env\VOC_full\09__350002022300999.wav</w:t>
            </w:r>
          </w:p>
        </w:tc>
        <w:tc>
          <w:tcPr>
            <w:tcW w:type="dxa" w:w="493"/>
            <w:vAlign w:val="center"/>
          </w:tcPr>
          <w:p>
            <w:r/>
            <w:r>
              <w:rPr>
                <w:rFonts w:ascii="Malgun Gothic" w:hAnsi="Malgun Gothic" w:eastAsia="Malgun Gothic"/>
                <w:b w:val="0"/>
                <w:sz w:val="14"/>
              </w:rPr>
              <w:t>True</w:t>
            </w:r>
          </w:p>
        </w:tc>
        <w:tc>
          <w:tcPr>
            <w:tcW w:type="dxa" w:w="493"/>
            <w:vAlign w:val="center"/>
          </w:tcPr>
          <w:p>
            <w:r/>
            <w:r>
              <w:rPr>
                <w:rFonts w:ascii="Malgun Gothic" w:hAnsi="Malgun Gothic" w:eastAsia="Malgun Gothic"/>
                <w:b w:val="0"/>
                <w:sz w:val="14"/>
              </w:rPr>
              <w:t>SPEAKER_00</w:t>
            </w:r>
          </w:p>
        </w:tc>
        <w:tc>
          <w:tcPr>
            <w:tcW w:type="dxa" w:w="493"/>
            <w:vAlign w:val="center"/>
          </w:tcPr>
          <w:p>
            <w:r/>
            <w:r>
              <w:rPr>
                <w:rFonts w:ascii="Malgun Gothic" w:hAnsi="Malgun Gothic" w:eastAsia="Malgun Gothic"/>
                <w:b w:val="0"/>
                <w:sz w:val="14"/>
              </w:rPr>
              <w:t>32.887</w:t>
            </w:r>
          </w:p>
        </w:tc>
        <w:tc>
          <w:tcPr>
            <w:tcW w:type="dxa" w:w="493"/>
            <w:vAlign w:val="center"/>
          </w:tcPr>
          <w:p>
            <w:r/>
            <w:r>
              <w:rPr>
                <w:rFonts w:ascii="Malgun Gothic" w:hAnsi="Malgun Gothic" w:eastAsia="Malgun Gothic"/>
                <w:b w:val="0"/>
                <w:sz w:val="14"/>
              </w:rPr>
              <w:t>34.405</w:t>
            </w:r>
          </w:p>
        </w:tc>
        <w:tc>
          <w:tcPr>
            <w:tcW w:type="dxa" w:w="493"/>
            <w:vAlign w:val="center"/>
          </w:tcPr>
          <w:p>
            <w:r/>
            <w:r>
              <w:rPr>
                <w:rFonts w:ascii="Malgun Gothic" w:hAnsi="Malgun Gothic" w:eastAsia="Malgun Gothic"/>
                <w:b w:val="0"/>
                <w:sz w:val="14"/>
              </w:rPr>
              <w:t>1.519</w:t>
            </w:r>
          </w:p>
        </w:tc>
        <w:tc>
          <w:tcPr>
            <w:tcW w:type="dxa" w:w="493"/>
            <w:vAlign w:val="center"/>
          </w:tcPr>
          <w:p>
            <w:r/>
            <w:r>
              <w:rPr>
                <w:rFonts w:ascii="Malgun Gothic" w:hAnsi="Malgun Gothic" w:eastAsia="Malgun Gothic"/>
                <w:b w:val="0"/>
                <w:sz w:val="14"/>
              </w:rPr>
              <w:t>8000</w:t>
            </w:r>
          </w:p>
        </w:tc>
        <w:tc>
          <w:tcPr>
            <w:tcW w:type="dxa" w:w="493"/>
            <w:vAlign w:val="center"/>
          </w:tcPr>
          <w:p>
            <w:r/>
            <w:r>
              <w:rPr>
                <w:rFonts w:ascii="Malgun Gothic" w:hAnsi="Malgun Gothic" w:eastAsia="Malgun Gothic"/>
                <w:b w:val="0"/>
                <w:sz w:val="14"/>
              </w:rPr>
              <w:t>1</w:t>
            </w:r>
          </w:p>
        </w:tc>
        <w:tc>
          <w:tcPr>
            <w:tcW w:type="dxa" w:w="493"/>
            <w:vAlign w:val="center"/>
          </w:tcPr>
          <w:p>
            <w:r/>
            <w:r>
              <w:rPr>
                <w:rFonts w:ascii="Malgun Gothic" w:hAnsi="Malgun Gothic" w:eastAsia="Malgun Gothic"/>
                <w:b w:val="0"/>
                <w:sz w:val="14"/>
              </w:rPr>
              <w:t>OK_FFPROBE</w:t>
            </w:r>
          </w:p>
        </w:tc>
        <w:tc>
          <w:tcPr>
            <w:tcW w:type="dxa" w:w="493"/>
            <w:vAlign w:val="center"/>
          </w:tcPr>
          <w:p>
            <w:r/>
            <w:r>
              <w:rPr>
                <w:rFonts w:ascii="Malgun Gothic" w:hAnsi="Malgun Gothic" w:eastAsia="Malgun Gothic"/>
                <w:b w:val="0"/>
                <w:sz w:val="14"/>
              </w:rPr>
              <w:t>OK_FFMPEG_DECODE</w:t>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r>
          </w:p>
        </w:tc>
        <w:tc>
          <w:tcPr>
            <w:tcW w:type="dxa" w:w="493"/>
            <w:vAlign w:val="center"/>
          </w:tcPr>
          <w:p>
            <w:r/>
            <w:r>
              <w:rPr>
                <w:rFonts w:ascii="Malgun Gothic" w:hAnsi="Malgun Gothic" w:eastAsia="Malgun Gothic"/>
                <w:b w:val="0"/>
                <w:sz w:val="14"/>
              </w:rPr>
              <w:t>0.06122714</w:t>
            </w:r>
          </w:p>
        </w:tc>
        <w:tc>
          <w:tcPr>
            <w:tcW w:type="dxa" w:w="493"/>
            <w:vAlign w:val="center"/>
          </w:tcPr>
          <w:p>
            <w:r/>
            <w:r>
              <w:rPr>
                <w:rFonts w:ascii="Malgun Gothic" w:hAnsi="Malgun Gothic" w:eastAsia="Malgun Gothic"/>
                <w:b w:val="0"/>
                <w:sz w:val="14"/>
              </w:rPr>
              <w:t>153.440908</w:t>
            </w:r>
          </w:p>
        </w:tc>
        <w:tc>
          <w:tcPr>
            <w:tcW w:type="dxa" w:w="493"/>
            <w:vAlign w:val="center"/>
          </w:tcPr>
          <w:p>
            <w:r/>
            <w:r>
              <w:rPr>
                <w:rFonts w:ascii="Malgun Gothic" w:hAnsi="Malgun Gothic" w:eastAsia="Malgun Gothic"/>
                <w:b w:val="0"/>
                <w:sz w:val="14"/>
              </w:rPr>
              <w:t>PENDING_FEATURE_MERGE</w:t>
            </w:r>
          </w:p>
        </w:tc>
        <w:tc>
          <w:tcPr>
            <w:tcW w:type="dxa" w:w="493"/>
            <w:vAlign w:val="center"/>
          </w:tcPr>
          <w:p>
            <w:r/>
            <w:r>
              <w:rPr>
                <w:rFonts w:ascii="Malgun Gothic" w:hAnsi="Malgun Gothic" w:eastAsia="Malgun Gothic"/>
                <w:b w:val="0"/>
                <w:sz w:val="14"/>
              </w:rPr>
              <w:t>PENDING_SEGMENT_LEVEL_STRESS_SCORE</w:t>
            </w:r>
          </w:p>
        </w:tc>
        <w:tc>
          <w:tcPr>
            <w:tcW w:type="dxa" w:w="493"/>
            <w:vAlign w:val="center"/>
          </w:tcPr>
          <w:p>
            <w:r/>
            <w:r>
              <w:rPr>
                <w:rFonts w:ascii="Malgun Gothic" w:hAnsi="Malgun Gothic" w:eastAsia="Malgun Gothic"/>
                <w:b w:val="0"/>
                <w:sz w:val="14"/>
              </w:rPr>
              <w:t>PENDING_WPM_OR_FEATURES</w:t>
            </w:r>
          </w:p>
        </w:tc>
        <w:tc>
          <w:tcPr>
            <w:tcW w:type="dxa" w:w="493"/>
            <w:vAlign w:val="center"/>
          </w:tcPr>
          <w:p>
            <w:r/>
            <w:r>
              <w:rPr>
                <w:rFonts w:ascii="Malgun Gothic" w:hAnsi="Malgun Gothic" w:eastAsia="Malgun Gothic"/>
                <w:b w:val="0"/>
                <w:sz w:val="14"/>
              </w:rPr>
              <w:t>PARTIAL_FEATURES_ENERGY_DURATION_READY</w:t>
            </w:r>
          </w:p>
        </w:tc>
      </w:tr>
    </w:tbl>
    <w:p/>
    <w:p>
      <w:pPr>
        <w:pStyle w:val="Heading2"/>
      </w:pPr>
      <w:r>
        <w:t>결과 해석</w:t>
      </w:r>
    </w:p>
    <w:p>
      <w:r>
        <w:t>11번의 acoustic feature 입력과 segment_id 병합은 완료됐지만, stress 분석 완료로 볼 수는 없다. 현재 완료 범위는 duration/energy/pitch 입력 생성까지이다.</w:t>
      </w:r>
    </w:p>
    <w:p>
      <w:pPr>
        <w:pStyle w:val="Heading2"/>
      </w:pPr>
      <w:r>
        <w:t>한계 및 논문 반영 기준</w:t>
      </w:r>
    </w:p>
    <w:p>
      <w:r>
        <w:t>stress_score 완료 0건을 숨기거나 임의 값으로 대체하지 않는다.</w:t>
      </w:r>
    </w:p>
    <w:p>
      <w:r>
        <w:br w:type="page"/>
      </w:r>
    </w:p>
    <w:p>
      <w:pPr>
        <w:pStyle w:val="Heading1"/>
      </w:pPr>
      <w:r>
        <w:t>12. IEEE Access 신규 학회지 한글 원고 설계</w:t>
      </w:r>
    </w:p>
    <w:p>
      <w:pPr>
        <w:pStyle w:val="Heading2"/>
      </w:pPr>
      <w:r>
        <w:t>논문 작성용 상세 본문</w:t>
      </w:r>
    </w:p>
    <w:p>
      <w:r>
        <w:t>12번은 TO-BE 1,000건을 독립적인 연구 데이터로 삼고, 이후 완료된 실제 화자분리·화자별 발화 구조·시간순 응답쌍·세그먼트 음향 특징 분석을 중심으로 새로운 IEEE Access 논문을 작성한다. 기존 n=998 결과와 AS-IS/TO-BE 비교는 신규 논문의 연구 범위에 포함하지 않는다.</w:t>
      </w:r>
    </w:p>
    <w:p>
      <w:r>
        <w:t>논문 연구 질문과 결과는 TO-BE 이후 분석에만 집중한다. IEEE 심사를 위해 사용 데이터, 전처리 조건, pyannote 설정, 세그먼트 생성 규칙, 응답쌍 산출 기준과 통계 절차는 연구 방법에 명확히 기록하여 분석 과정의 투명성을 확보한다.</w:t>
      </w:r>
    </w:p>
    <w:p>
      <w:r>
        <w:t>논문은 먼저 한글로 완성한다. 한글 단계에서 제목, 초록, 연구 질문, 변수 정의, 표·그림, 결과 수치와 주장 범위를 확정한 뒤 IEEE Access 템플릿에 맞춰 영문으로 변환한다. 이 순서를 따르면 영문 작성 중 연구 방향과 수치가 반복적으로 흔들리는 문제를 줄일 수 있다.</w:t>
      </w:r>
    </w:p>
    <w:p>
      <w:r>
        <w:t>현재 논문의 핵심 실증 범위는 1,000통화, 57,619개 화자 세그먼트, 2,000개 통화-화자 후보 슬롯, 28,149개 시간순 응답쌍과 세그먼트 duration·energy·pitch이다. 화자별 발화량, 발화 비중, 턴 수, 평균 발화 길이, 응답 지연과 음향 특징 차이를 주요 결과로 구성한다.</w:t>
      </w:r>
    </w:p>
    <w:p>
      <w:r>
        <w:t>SPEAKER_00과 SPEAKER_01은 자동 화자분리에서 생성된 상대적 군집 라벨이다. 별도의 역할 확인 절차가 끝나기 전에는 고객과 상담사로 명명하지 않고, 화자 후보 S0·S1로 기술한다.</w:t>
      </w:r>
    </w:p>
    <w:p>
      <w:r>
        <w:t>세그먼트 단위 STT, WPM, stress_score가 아직 완성되지 않았으므로 스트레스 전이, 고스트레스 반응, 고객 스트레스가 상담사에게 미치는 영향은 이번 논문에서 제외한다. 해당 분석은 데이터가 완성된 뒤 후속 논문 또는 확장 연구로 분리한다.</w:t>
      </w:r>
    </w:p>
    <w:p>
      <w:r>
        <w:t>한글 초록 초안: 본 연구는 실제 콜센터 VOC 음성 1,000건을 대상으로 화자분리 기반의 상담 상호작용 구조를 정량화하는 것을 목적으로 한다. 통화 음성에 화자분리 절차를 적용하여 57,619개의 화자 세그먼트를 생성하고, 통화별 두 개의 화자 후보 슬롯 총 2,000개와 시간 순서에 따른 28,149개의 응답쌍을 구성하였다. 각 화자 후보에 대해 발화시간, 발화 비중, 턴 수, 세그먼트 수와 평균 발화 길이를 산출하고, 응답쌍의 지연시간과 교대 구조를 분석하도록 연구 모형을 설계하였다. 또한 세그먼트 단위 duration과 energy 57,611건, pitch 53,098건을 병합하여 화자 및 상호작용 위치에 따른 음향적 차이를 분석할 수 있는 기반을 마련하였다. 이를 통해 실제 상담 통화 내부의 화자별 발화 구조와 시간순 상호작용 패턴을 정량적으로 설명하고, 통화 전체 단위 분석으로는 확인하기 어려운 대화 구조를 제시하였다. 다만 화자 후보의 고객·상담사 역할은 별도 검증 전까지 확정하지 않으며, 세그먼트 단위 WPM과 스트레스 지수는 본 논문의 결과 범위에서 제외한다.</w:t>
      </w:r>
    </w:p>
    <w:p>
      <w:pPr>
        <w:pStyle w:val="Heading2"/>
      </w:pPr>
      <w:r>
        <w:t>분석 수치 및 결과표</w:t>
      </w:r>
    </w:p>
    <w:p>
      <w:r>
        <w:rPr>
          <w:b/>
        </w:rPr>
        <w:t>표 12-1. 신규 IEEE Access 논문 제목 후보</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구분</w:t>
            </w:r>
          </w:p>
        </w:tc>
        <w:tc>
          <w:tcPr>
            <w:tcW w:type="dxa" w:w="3289"/>
          </w:tcPr>
          <w:p>
            <w:r/>
            <w:r>
              <w:rPr>
                <w:rFonts w:ascii="Malgun Gothic" w:hAnsi="Malgun Gothic" w:eastAsia="Malgun Gothic"/>
                <w:b/>
                <w:sz w:val="16"/>
              </w:rPr>
              <w:t>한글 제목 후보</w:t>
            </w:r>
          </w:p>
        </w:tc>
        <w:tc>
          <w:tcPr>
            <w:tcW w:type="dxa" w:w="3289"/>
          </w:tcPr>
          <w:p>
            <w:r/>
            <w:r>
              <w:rPr>
                <w:rFonts w:ascii="Malgun Gothic" w:hAnsi="Malgun Gothic" w:eastAsia="Malgun Gothic"/>
                <w:b/>
                <w:sz w:val="16"/>
              </w:rPr>
              <w:t>권장도</w:t>
            </w:r>
          </w:p>
        </w:tc>
      </w:tr>
      <w:tr>
        <w:trPr>
          <w:cantSplit/>
        </w:trPr>
        <w:tc>
          <w:tcPr>
            <w:tcW w:type="dxa" w:w="3289"/>
            <w:vAlign w:val="center"/>
          </w:tcPr>
          <w:p>
            <w:r/>
            <w:r>
              <w:rPr>
                <w:rFonts w:ascii="Malgun Gothic" w:hAnsi="Malgun Gothic" w:eastAsia="Malgun Gothic"/>
                <w:b w:val="0"/>
                <w:sz w:val="16"/>
              </w:rPr>
              <w:t>권장 제목</w:t>
            </w:r>
          </w:p>
        </w:tc>
        <w:tc>
          <w:tcPr>
            <w:tcW w:type="dxa" w:w="3289"/>
            <w:vAlign w:val="center"/>
          </w:tcPr>
          <w:p>
            <w:r/>
            <w:r>
              <w:rPr>
                <w:rFonts w:ascii="Malgun Gothic" w:hAnsi="Malgun Gothic" w:eastAsia="Malgun Gothic"/>
                <w:b w:val="0"/>
                <w:sz w:val="16"/>
              </w:rPr>
              <w:t>콜센터 VOC 음성의 화자분리 기반 상호작용 구조 분석: 1,000건 실제 상담 데이터의 발화량, 턴 및 응답쌍을 중심으로</w:t>
            </w:r>
          </w:p>
        </w:tc>
        <w:tc>
          <w:tcPr>
            <w:tcW w:type="dxa" w:w="3289"/>
            <w:vAlign w:val="center"/>
          </w:tcPr>
          <w:p>
            <w:r/>
            <w:r>
              <w:rPr>
                <w:rFonts w:ascii="Malgun Gothic" w:hAnsi="Malgun Gothic" w:eastAsia="Malgun Gothic"/>
                <w:b w:val="0"/>
                <w:sz w:val="16"/>
              </w:rPr>
              <w:t>최우선</w:t>
            </w:r>
          </w:p>
        </w:tc>
      </w:tr>
      <w:tr>
        <w:trPr>
          <w:cantSplit/>
        </w:trPr>
        <w:tc>
          <w:tcPr>
            <w:tcW w:type="dxa" w:w="3289"/>
            <w:vAlign w:val="center"/>
          </w:tcPr>
          <w:p>
            <w:r/>
            <w:r>
              <w:rPr>
                <w:rFonts w:ascii="Malgun Gothic" w:hAnsi="Malgun Gothic" w:eastAsia="Malgun Gothic"/>
                <w:b w:val="0"/>
                <w:sz w:val="16"/>
              </w:rPr>
              <w:t>대안 1</w:t>
            </w:r>
          </w:p>
        </w:tc>
        <w:tc>
          <w:tcPr>
            <w:tcW w:type="dxa" w:w="3289"/>
            <w:vAlign w:val="center"/>
          </w:tcPr>
          <w:p>
            <w:r/>
            <w:r>
              <w:rPr>
                <w:rFonts w:ascii="Malgun Gothic" w:hAnsi="Malgun Gothic" w:eastAsia="Malgun Gothic"/>
                <w:b w:val="0"/>
                <w:sz w:val="16"/>
              </w:rPr>
              <w:t>실제 콜센터 상담 음성에서 화자 후보별 발화 구조와 시간순 응답 패턴 분석</w:t>
            </w:r>
          </w:p>
        </w:tc>
        <w:tc>
          <w:tcPr>
            <w:tcW w:type="dxa" w:w="3289"/>
            <w:vAlign w:val="center"/>
          </w:tcPr>
          <w:p>
            <w:r/>
            <w:r>
              <w:rPr>
                <w:rFonts w:ascii="Malgun Gothic" w:hAnsi="Malgun Gothic" w:eastAsia="Malgun Gothic"/>
                <w:b w:val="0"/>
                <w:sz w:val="16"/>
              </w:rPr>
              <w:t>간결형</w:t>
            </w:r>
          </w:p>
        </w:tc>
      </w:tr>
      <w:tr>
        <w:trPr>
          <w:cantSplit/>
        </w:trPr>
        <w:tc>
          <w:tcPr>
            <w:tcW w:type="dxa" w:w="3289"/>
            <w:vAlign w:val="center"/>
          </w:tcPr>
          <w:p>
            <w:r/>
            <w:r>
              <w:rPr>
                <w:rFonts w:ascii="Malgun Gothic" w:hAnsi="Malgun Gothic" w:eastAsia="Malgun Gothic"/>
                <w:b w:val="0"/>
                <w:sz w:val="16"/>
              </w:rPr>
              <w:t>대안 2</w:t>
            </w:r>
          </w:p>
        </w:tc>
        <w:tc>
          <w:tcPr>
            <w:tcW w:type="dxa" w:w="3289"/>
            <w:vAlign w:val="center"/>
          </w:tcPr>
          <w:p>
            <w:r/>
            <w:r>
              <w:rPr>
                <w:rFonts w:ascii="Malgun Gothic" w:hAnsi="Malgun Gothic" w:eastAsia="Malgun Gothic"/>
                <w:b w:val="0"/>
                <w:sz w:val="16"/>
              </w:rPr>
              <w:t>화자분리와 세그먼트 음향 특징을 활용한 콜센터 VOC 상호작용 분석</w:t>
            </w:r>
          </w:p>
        </w:tc>
        <w:tc>
          <w:tcPr>
            <w:tcW w:type="dxa" w:w="3289"/>
            <w:vAlign w:val="center"/>
          </w:tcPr>
          <w:p>
            <w:r/>
            <w:r>
              <w:rPr>
                <w:rFonts w:ascii="Malgun Gothic" w:hAnsi="Malgun Gothic" w:eastAsia="Malgun Gothic"/>
                <w:b w:val="0"/>
                <w:sz w:val="16"/>
              </w:rPr>
              <w:t>방법 중심</w:t>
            </w:r>
          </w:p>
        </w:tc>
      </w:tr>
    </w:tbl>
    <w:p/>
    <w:p>
      <w:r>
        <w:rPr>
          <w:b/>
        </w:rPr>
        <w:t>표 12-2. 신규 논문 포함·제외 범위</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구분</w:t>
            </w:r>
          </w:p>
        </w:tc>
        <w:tc>
          <w:tcPr>
            <w:tcW w:type="dxa" w:w="3289"/>
          </w:tcPr>
          <w:p>
            <w:r/>
            <w:r>
              <w:rPr>
                <w:rFonts w:ascii="Malgun Gothic" w:hAnsi="Malgun Gothic" w:eastAsia="Malgun Gothic"/>
                <w:b/>
                <w:sz w:val="16"/>
              </w:rPr>
              <w:t>포함 여부</w:t>
            </w:r>
          </w:p>
        </w:tc>
        <w:tc>
          <w:tcPr>
            <w:tcW w:type="dxa" w:w="3289"/>
          </w:tcPr>
          <w:p>
            <w:r/>
            <w:r>
              <w:rPr>
                <w:rFonts w:ascii="Malgun Gothic" w:hAnsi="Malgun Gothic" w:eastAsia="Malgun Gothic"/>
                <w:b/>
                <w:sz w:val="16"/>
              </w:rPr>
              <w:t>논문 반영 기준</w:t>
            </w:r>
          </w:p>
        </w:tc>
      </w:tr>
      <w:tr>
        <w:trPr>
          <w:cantSplit/>
        </w:trPr>
        <w:tc>
          <w:tcPr>
            <w:tcW w:type="dxa" w:w="3289"/>
            <w:vAlign w:val="center"/>
          </w:tcPr>
          <w:p>
            <w:r/>
            <w:r>
              <w:rPr>
                <w:rFonts w:ascii="Malgun Gothic" w:hAnsi="Malgun Gothic" w:eastAsia="Malgun Gothic"/>
                <w:b w:val="0"/>
                <w:sz w:val="16"/>
              </w:rPr>
              <w:t>TO-BE 실제 상담 음성</w:t>
            </w:r>
          </w:p>
        </w:tc>
        <w:tc>
          <w:tcPr>
            <w:tcW w:type="dxa" w:w="3289"/>
            <w:vAlign w:val="center"/>
          </w:tcPr>
          <w:p>
            <w:r/>
            <w:r>
              <w:rPr>
                <w:rFonts w:ascii="Malgun Gothic" w:hAnsi="Malgun Gothic" w:eastAsia="Malgun Gothic"/>
                <w:b w:val="0"/>
                <w:sz w:val="16"/>
              </w:rPr>
              <w:t>포함</w:t>
            </w:r>
          </w:p>
        </w:tc>
        <w:tc>
          <w:tcPr>
            <w:tcW w:type="dxa" w:w="3289"/>
            <w:vAlign w:val="center"/>
          </w:tcPr>
          <w:p>
            <w:r/>
            <w:r>
              <w:rPr>
                <w:rFonts w:ascii="Malgun Gothic" w:hAnsi="Malgun Gothic" w:eastAsia="Malgun Gothic"/>
                <w:b w:val="0"/>
                <w:sz w:val="16"/>
              </w:rPr>
              <w:t>1,000건을 신규 논문의 단일 기준 데이터로 사용</w:t>
            </w:r>
          </w:p>
        </w:tc>
      </w:tr>
      <w:tr>
        <w:trPr>
          <w:cantSplit/>
        </w:trPr>
        <w:tc>
          <w:tcPr>
            <w:tcW w:type="dxa" w:w="3289"/>
            <w:vAlign w:val="center"/>
          </w:tcPr>
          <w:p>
            <w:r/>
            <w:r>
              <w:rPr>
                <w:rFonts w:ascii="Malgun Gothic" w:hAnsi="Malgun Gothic" w:eastAsia="Malgun Gothic"/>
                <w:b w:val="0"/>
                <w:sz w:val="16"/>
              </w:rPr>
              <w:t>실제 화자분리 결과</w:t>
            </w:r>
          </w:p>
        </w:tc>
        <w:tc>
          <w:tcPr>
            <w:tcW w:type="dxa" w:w="3289"/>
            <w:vAlign w:val="center"/>
          </w:tcPr>
          <w:p>
            <w:r/>
            <w:r>
              <w:rPr>
                <w:rFonts w:ascii="Malgun Gothic" w:hAnsi="Malgun Gothic" w:eastAsia="Malgun Gothic"/>
                <w:b w:val="0"/>
                <w:sz w:val="16"/>
              </w:rPr>
              <w:t>포함</w:t>
            </w:r>
          </w:p>
        </w:tc>
        <w:tc>
          <w:tcPr>
            <w:tcW w:type="dxa" w:w="3289"/>
            <w:vAlign w:val="center"/>
          </w:tcPr>
          <w:p>
            <w:r/>
            <w:r>
              <w:rPr>
                <w:rFonts w:ascii="Malgun Gothic" w:hAnsi="Malgun Gothic" w:eastAsia="Malgun Gothic"/>
                <w:b w:val="0"/>
                <w:sz w:val="16"/>
              </w:rPr>
              <w:t>57,619개 세그먼트와 시간 구간 정보</w:t>
            </w:r>
          </w:p>
        </w:tc>
      </w:tr>
      <w:tr>
        <w:trPr>
          <w:cantSplit/>
        </w:trPr>
        <w:tc>
          <w:tcPr>
            <w:tcW w:type="dxa" w:w="3289"/>
            <w:vAlign w:val="center"/>
          </w:tcPr>
          <w:p>
            <w:r/>
            <w:r>
              <w:rPr>
                <w:rFonts w:ascii="Malgun Gothic" w:hAnsi="Malgun Gothic" w:eastAsia="Malgun Gothic"/>
                <w:b w:val="0"/>
                <w:sz w:val="16"/>
              </w:rPr>
              <w:t>통화-화자 후보 슬롯</w:t>
            </w:r>
          </w:p>
        </w:tc>
        <w:tc>
          <w:tcPr>
            <w:tcW w:type="dxa" w:w="3289"/>
            <w:vAlign w:val="center"/>
          </w:tcPr>
          <w:p>
            <w:r/>
            <w:r>
              <w:rPr>
                <w:rFonts w:ascii="Malgun Gothic" w:hAnsi="Malgun Gothic" w:eastAsia="Malgun Gothic"/>
                <w:b w:val="0"/>
                <w:sz w:val="16"/>
              </w:rPr>
              <w:t>포함</w:t>
            </w:r>
          </w:p>
        </w:tc>
        <w:tc>
          <w:tcPr>
            <w:tcW w:type="dxa" w:w="3289"/>
            <w:vAlign w:val="center"/>
          </w:tcPr>
          <w:p>
            <w:r/>
            <w:r>
              <w:rPr>
                <w:rFonts w:ascii="Malgun Gothic" w:hAnsi="Malgun Gothic" w:eastAsia="Malgun Gothic"/>
                <w:b w:val="0"/>
                <w:sz w:val="16"/>
              </w:rPr>
              <w:t>2,000개 슬롯; 미검출 화자는 0초 슬롯으로 보존</w:t>
            </w:r>
          </w:p>
        </w:tc>
      </w:tr>
      <w:tr>
        <w:trPr>
          <w:cantSplit/>
        </w:trPr>
        <w:tc>
          <w:tcPr>
            <w:tcW w:type="dxa" w:w="3289"/>
            <w:vAlign w:val="center"/>
          </w:tcPr>
          <w:p>
            <w:r/>
            <w:r>
              <w:rPr>
                <w:rFonts w:ascii="Malgun Gothic" w:hAnsi="Malgun Gothic" w:eastAsia="Malgun Gothic"/>
                <w:b w:val="0"/>
                <w:sz w:val="16"/>
              </w:rPr>
              <w:t>시간순 응답쌍</w:t>
            </w:r>
          </w:p>
        </w:tc>
        <w:tc>
          <w:tcPr>
            <w:tcW w:type="dxa" w:w="3289"/>
            <w:vAlign w:val="center"/>
          </w:tcPr>
          <w:p>
            <w:r/>
            <w:r>
              <w:rPr>
                <w:rFonts w:ascii="Malgun Gothic" w:hAnsi="Malgun Gothic" w:eastAsia="Malgun Gothic"/>
                <w:b w:val="0"/>
                <w:sz w:val="16"/>
              </w:rPr>
              <w:t>포함</w:t>
            </w:r>
          </w:p>
        </w:tc>
        <w:tc>
          <w:tcPr>
            <w:tcW w:type="dxa" w:w="3289"/>
            <w:vAlign w:val="center"/>
          </w:tcPr>
          <w:p>
            <w:r/>
            <w:r>
              <w:rPr>
                <w:rFonts w:ascii="Malgun Gothic" w:hAnsi="Malgun Gothic" w:eastAsia="Malgun Gothic"/>
                <w:b w:val="0"/>
                <w:sz w:val="16"/>
              </w:rPr>
              <w:t>28,149개 응답쌍; 연속 발화 구조와 응답 지연 분석</w:t>
            </w:r>
          </w:p>
        </w:tc>
      </w:tr>
      <w:tr>
        <w:trPr>
          <w:cantSplit/>
        </w:trPr>
        <w:tc>
          <w:tcPr>
            <w:tcW w:type="dxa" w:w="3289"/>
            <w:vAlign w:val="center"/>
          </w:tcPr>
          <w:p>
            <w:r/>
            <w:r>
              <w:rPr>
                <w:rFonts w:ascii="Malgun Gothic" w:hAnsi="Malgun Gothic" w:eastAsia="Malgun Gothic"/>
                <w:b w:val="0"/>
                <w:sz w:val="16"/>
              </w:rPr>
              <w:t>세그먼트 음향 특징</w:t>
            </w:r>
          </w:p>
        </w:tc>
        <w:tc>
          <w:tcPr>
            <w:tcW w:type="dxa" w:w="3289"/>
            <w:vAlign w:val="center"/>
          </w:tcPr>
          <w:p>
            <w:r/>
            <w:r>
              <w:rPr>
                <w:rFonts w:ascii="Malgun Gothic" w:hAnsi="Malgun Gothic" w:eastAsia="Malgun Gothic"/>
                <w:b w:val="0"/>
                <w:sz w:val="16"/>
              </w:rPr>
              <w:t>포함</w:t>
            </w:r>
          </w:p>
        </w:tc>
        <w:tc>
          <w:tcPr>
            <w:tcW w:type="dxa" w:w="3289"/>
            <w:vAlign w:val="center"/>
          </w:tcPr>
          <w:p>
            <w:r/>
            <w:r>
              <w:rPr>
                <w:rFonts w:ascii="Malgun Gothic" w:hAnsi="Malgun Gothic" w:eastAsia="Malgun Gothic"/>
                <w:b w:val="0"/>
                <w:sz w:val="16"/>
              </w:rPr>
              <w:t>duration 전수, energy 57,611건, pitch 53,098건</w:t>
            </w:r>
          </w:p>
        </w:tc>
      </w:tr>
      <w:tr>
        <w:trPr>
          <w:cantSplit/>
        </w:trPr>
        <w:tc>
          <w:tcPr>
            <w:tcW w:type="dxa" w:w="3289"/>
            <w:vAlign w:val="center"/>
          </w:tcPr>
          <w:p>
            <w:r/>
            <w:r>
              <w:rPr>
                <w:rFonts w:ascii="Malgun Gothic" w:hAnsi="Malgun Gothic" w:eastAsia="Malgun Gothic"/>
                <w:b w:val="0"/>
                <w:sz w:val="16"/>
              </w:rPr>
              <w:t>AS-IS n=998 결과</w:t>
            </w:r>
          </w:p>
        </w:tc>
        <w:tc>
          <w:tcPr>
            <w:tcW w:type="dxa" w:w="3289"/>
            <w:vAlign w:val="center"/>
          </w:tcPr>
          <w:p>
            <w:r/>
            <w:r>
              <w:rPr>
                <w:rFonts w:ascii="Malgun Gothic" w:hAnsi="Malgun Gothic" w:eastAsia="Malgun Gothic"/>
                <w:b w:val="0"/>
                <w:sz w:val="16"/>
              </w:rPr>
              <w:t>제외</w:t>
            </w:r>
          </w:p>
        </w:tc>
        <w:tc>
          <w:tcPr>
            <w:tcW w:type="dxa" w:w="3289"/>
            <w:vAlign w:val="center"/>
          </w:tcPr>
          <w:p>
            <w:r/>
            <w:r>
              <w:rPr>
                <w:rFonts w:ascii="Malgun Gothic" w:hAnsi="Malgun Gothic" w:eastAsia="Malgun Gothic"/>
                <w:b w:val="0"/>
                <w:sz w:val="16"/>
              </w:rPr>
              <w:t>이 신규 논문의 결과·비교 기준으로 사용하지 않음</w:t>
            </w:r>
          </w:p>
        </w:tc>
      </w:tr>
      <w:tr>
        <w:trPr>
          <w:cantSplit/>
        </w:trPr>
        <w:tc>
          <w:tcPr>
            <w:tcW w:type="dxa" w:w="3289"/>
            <w:vAlign w:val="center"/>
          </w:tcPr>
          <w:p>
            <w:r/>
            <w:r>
              <w:rPr>
                <w:rFonts w:ascii="Malgun Gothic" w:hAnsi="Malgun Gothic" w:eastAsia="Malgun Gothic"/>
                <w:b w:val="0"/>
                <w:sz w:val="16"/>
              </w:rPr>
              <w:t>AS-IS/TO-BE 비교</w:t>
            </w:r>
          </w:p>
        </w:tc>
        <w:tc>
          <w:tcPr>
            <w:tcW w:type="dxa" w:w="3289"/>
            <w:vAlign w:val="center"/>
          </w:tcPr>
          <w:p>
            <w:r/>
            <w:r>
              <w:rPr>
                <w:rFonts w:ascii="Malgun Gothic" w:hAnsi="Malgun Gothic" w:eastAsia="Malgun Gothic"/>
                <w:b w:val="0"/>
                <w:sz w:val="16"/>
              </w:rPr>
              <w:t>제외</w:t>
            </w:r>
          </w:p>
        </w:tc>
        <w:tc>
          <w:tcPr>
            <w:tcW w:type="dxa" w:w="3289"/>
            <w:vAlign w:val="center"/>
          </w:tcPr>
          <w:p>
            <w:r/>
            <w:r>
              <w:rPr>
                <w:rFonts w:ascii="Malgun Gothic" w:hAnsi="Malgun Gothic" w:eastAsia="Malgun Gothic"/>
                <w:b w:val="0"/>
                <w:sz w:val="16"/>
              </w:rPr>
              <w:t>신규 논문의 연구 문제와 결과에 포함하지 않음</w:t>
            </w:r>
          </w:p>
        </w:tc>
      </w:tr>
      <w:tr>
        <w:trPr>
          <w:cantSplit/>
        </w:trPr>
        <w:tc>
          <w:tcPr>
            <w:tcW w:type="dxa" w:w="3289"/>
            <w:vAlign w:val="center"/>
          </w:tcPr>
          <w:p>
            <w:r/>
            <w:r>
              <w:rPr>
                <w:rFonts w:ascii="Malgun Gothic" w:hAnsi="Malgun Gothic" w:eastAsia="Malgun Gothic"/>
                <w:b w:val="0"/>
                <w:sz w:val="16"/>
              </w:rPr>
              <w:t>기존 분석 반복 검증</w:t>
            </w:r>
          </w:p>
        </w:tc>
        <w:tc>
          <w:tcPr>
            <w:tcW w:type="dxa" w:w="3289"/>
            <w:vAlign w:val="center"/>
          </w:tcPr>
          <w:p>
            <w:r/>
            <w:r>
              <w:rPr>
                <w:rFonts w:ascii="Malgun Gothic" w:hAnsi="Malgun Gothic" w:eastAsia="Malgun Gothic"/>
                <w:b w:val="0"/>
                <w:sz w:val="16"/>
              </w:rPr>
              <w:t>제외</w:t>
            </w:r>
          </w:p>
        </w:tc>
        <w:tc>
          <w:tcPr>
            <w:tcW w:type="dxa" w:w="3289"/>
            <w:vAlign w:val="center"/>
          </w:tcPr>
          <w:p>
            <w:r/>
            <w:r>
              <w:rPr>
                <w:rFonts w:ascii="Malgun Gothic" w:hAnsi="Malgun Gothic" w:eastAsia="Malgun Gothic"/>
                <w:b w:val="0"/>
                <w:sz w:val="16"/>
              </w:rPr>
              <w:t>TO-BE 이후 화자분리·상호작용 분석만 신규 논문에 사용</w:t>
            </w:r>
          </w:p>
        </w:tc>
      </w:tr>
      <w:tr>
        <w:trPr>
          <w:cantSplit/>
        </w:trPr>
        <w:tc>
          <w:tcPr>
            <w:tcW w:type="dxa" w:w="3289"/>
            <w:vAlign w:val="center"/>
          </w:tcPr>
          <w:p>
            <w:r/>
            <w:r>
              <w:rPr>
                <w:rFonts w:ascii="Malgun Gothic" w:hAnsi="Malgun Gothic" w:eastAsia="Malgun Gothic"/>
                <w:b w:val="0"/>
                <w:sz w:val="16"/>
              </w:rPr>
              <w:t>고객·상담사 역할 확정</w:t>
            </w:r>
          </w:p>
        </w:tc>
        <w:tc>
          <w:tcPr>
            <w:tcW w:type="dxa" w:w="3289"/>
            <w:vAlign w:val="center"/>
          </w:tcPr>
          <w:p>
            <w:r/>
            <w:r>
              <w:rPr>
                <w:rFonts w:ascii="Malgun Gothic" w:hAnsi="Malgun Gothic" w:eastAsia="Malgun Gothic"/>
                <w:b w:val="0"/>
                <w:sz w:val="16"/>
              </w:rPr>
              <w:t>보류</w:t>
            </w:r>
          </w:p>
        </w:tc>
        <w:tc>
          <w:tcPr>
            <w:tcW w:type="dxa" w:w="3289"/>
            <w:vAlign w:val="center"/>
          </w:tcPr>
          <w:p>
            <w:r/>
            <w:r>
              <w:rPr>
                <w:rFonts w:ascii="Malgun Gothic" w:hAnsi="Malgun Gothic" w:eastAsia="Malgun Gothic"/>
                <w:b w:val="0"/>
                <w:sz w:val="16"/>
              </w:rPr>
              <w:t>SPEAKER_00/01은 검증 전 화자 후보로 유지</w:t>
            </w:r>
          </w:p>
        </w:tc>
      </w:tr>
      <w:tr>
        <w:trPr>
          <w:cantSplit/>
        </w:trPr>
        <w:tc>
          <w:tcPr>
            <w:tcW w:type="dxa" w:w="3289"/>
            <w:vAlign w:val="center"/>
          </w:tcPr>
          <w:p>
            <w:r/>
            <w:r>
              <w:rPr>
                <w:rFonts w:ascii="Malgun Gothic" w:hAnsi="Malgun Gothic" w:eastAsia="Malgun Gothic"/>
                <w:b w:val="0"/>
                <w:sz w:val="16"/>
              </w:rPr>
              <w:t>세그먼트 stress_score</w:t>
            </w:r>
          </w:p>
        </w:tc>
        <w:tc>
          <w:tcPr>
            <w:tcW w:type="dxa" w:w="3289"/>
            <w:vAlign w:val="center"/>
          </w:tcPr>
          <w:p>
            <w:r/>
            <w:r>
              <w:rPr>
                <w:rFonts w:ascii="Malgun Gothic" w:hAnsi="Malgun Gothic" w:eastAsia="Malgun Gothic"/>
                <w:b w:val="0"/>
                <w:sz w:val="16"/>
              </w:rPr>
              <w:t>후속</w:t>
            </w:r>
          </w:p>
        </w:tc>
        <w:tc>
          <w:tcPr>
            <w:tcW w:type="dxa" w:w="3289"/>
            <w:vAlign w:val="center"/>
          </w:tcPr>
          <w:p>
            <w:r/>
            <w:r>
              <w:rPr>
                <w:rFonts w:ascii="Malgun Gothic" w:hAnsi="Malgun Gothic" w:eastAsia="Malgun Gothic"/>
                <w:b w:val="0"/>
                <w:sz w:val="16"/>
              </w:rPr>
              <w:t>STT·WPM 병합 완료 뒤 별도 분석 또는 후속 논문으로 확장</w:t>
            </w:r>
          </w:p>
        </w:tc>
      </w:tr>
      <w:tr>
        <w:trPr>
          <w:cantSplit/>
        </w:trPr>
        <w:tc>
          <w:tcPr>
            <w:tcW w:type="dxa" w:w="3289"/>
            <w:vAlign w:val="center"/>
          </w:tcPr>
          <w:p>
            <w:r/>
            <w:r>
              <w:rPr>
                <w:rFonts w:ascii="Malgun Gothic" w:hAnsi="Malgun Gothic" w:eastAsia="Malgun Gothic"/>
                <w:b w:val="0"/>
                <w:sz w:val="16"/>
              </w:rPr>
              <w:t>스트레스 전이·인과</w:t>
            </w:r>
          </w:p>
        </w:tc>
        <w:tc>
          <w:tcPr>
            <w:tcW w:type="dxa" w:w="3289"/>
            <w:vAlign w:val="center"/>
          </w:tcPr>
          <w:p>
            <w:r/>
            <w:r>
              <w:rPr>
                <w:rFonts w:ascii="Malgun Gothic" w:hAnsi="Malgun Gothic" w:eastAsia="Malgun Gothic"/>
                <w:b w:val="0"/>
                <w:sz w:val="16"/>
              </w:rPr>
              <w:t>제외</w:t>
            </w:r>
          </w:p>
        </w:tc>
        <w:tc>
          <w:tcPr>
            <w:tcW w:type="dxa" w:w="3289"/>
            <w:vAlign w:val="center"/>
          </w:tcPr>
          <w:p>
            <w:r/>
            <w:r>
              <w:rPr>
                <w:rFonts w:ascii="Malgun Gothic" w:hAnsi="Malgun Gothic" w:eastAsia="Malgun Gothic"/>
                <w:b w:val="0"/>
                <w:sz w:val="16"/>
              </w:rPr>
              <w:t>현재 논문에서는 주장하지 않음</w:t>
            </w:r>
          </w:p>
        </w:tc>
      </w:tr>
    </w:tbl>
    <w:p/>
    <w:p>
      <w:r>
        <w:rPr>
          <w:b/>
        </w:rPr>
        <w:t>표 12-3. 연구 질문</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연구 질문</w:t>
            </w:r>
          </w:p>
        </w:tc>
        <w:tc>
          <w:tcPr>
            <w:tcW w:type="dxa" w:w="3289"/>
          </w:tcPr>
          <w:p>
            <w:r/>
            <w:r>
              <w:rPr>
                <w:rFonts w:ascii="Malgun Gothic" w:hAnsi="Malgun Gothic" w:eastAsia="Malgun Gothic"/>
                <w:b/>
                <w:sz w:val="16"/>
              </w:rPr>
              <w:t>내용</w:t>
            </w:r>
          </w:p>
        </w:tc>
        <w:tc>
          <w:tcPr>
            <w:tcW w:type="dxa" w:w="3289"/>
          </w:tcPr>
          <w:p>
            <w:r/>
            <w:r>
              <w:rPr>
                <w:rFonts w:ascii="Malgun Gothic" w:hAnsi="Malgun Gothic" w:eastAsia="Malgun Gothic"/>
                <w:b/>
                <w:sz w:val="16"/>
              </w:rPr>
              <w:t>사용 자료/지표</w:t>
            </w:r>
          </w:p>
        </w:tc>
      </w:tr>
      <w:tr>
        <w:trPr>
          <w:cantSplit/>
        </w:trPr>
        <w:tc>
          <w:tcPr>
            <w:tcW w:type="dxa" w:w="3289"/>
            <w:vAlign w:val="center"/>
          </w:tcPr>
          <w:p>
            <w:r/>
            <w:r>
              <w:rPr>
                <w:rFonts w:ascii="Malgun Gothic" w:hAnsi="Malgun Gothic" w:eastAsia="Malgun Gothic"/>
                <w:b w:val="0"/>
                <w:sz w:val="16"/>
              </w:rPr>
              <w:t>RQ1</w:t>
            </w:r>
          </w:p>
        </w:tc>
        <w:tc>
          <w:tcPr>
            <w:tcW w:type="dxa" w:w="3289"/>
            <w:vAlign w:val="center"/>
          </w:tcPr>
          <w:p>
            <w:r/>
            <w:r>
              <w:rPr>
                <w:rFonts w:ascii="Malgun Gothic" w:hAnsi="Malgun Gothic" w:eastAsia="Malgun Gothic"/>
                <w:b w:val="0"/>
                <w:sz w:val="16"/>
              </w:rPr>
              <w:t>1,000건 실제 상담 음성에서 화자분리 결과는 어떤 규모와 검출 구조를 보이는가?</w:t>
            </w:r>
          </w:p>
        </w:tc>
        <w:tc>
          <w:tcPr>
            <w:tcW w:type="dxa" w:w="3289"/>
            <w:vAlign w:val="center"/>
          </w:tcPr>
          <w:p>
            <w:r/>
            <w:r>
              <w:rPr>
                <w:rFonts w:ascii="Malgun Gothic" w:hAnsi="Malgun Gothic" w:eastAsia="Malgun Gothic"/>
                <w:b w:val="0"/>
                <w:sz w:val="16"/>
              </w:rPr>
              <w:t>통화 수, 세그먼트 수, 화자 수, 미검출 통화</w:t>
            </w:r>
          </w:p>
        </w:tc>
      </w:tr>
      <w:tr>
        <w:trPr>
          <w:cantSplit/>
        </w:trPr>
        <w:tc>
          <w:tcPr>
            <w:tcW w:type="dxa" w:w="3289"/>
            <w:vAlign w:val="center"/>
          </w:tcPr>
          <w:p>
            <w:r/>
            <w:r>
              <w:rPr>
                <w:rFonts w:ascii="Malgun Gothic" w:hAnsi="Malgun Gothic" w:eastAsia="Malgun Gothic"/>
                <w:b w:val="0"/>
                <w:sz w:val="16"/>
              </w:rPr>
              <w:t>RQ2</w:t>
            </w:r>
          </w:p>
        </w:tc>
        <w:tc>
          <w:tcPr>
            <w:tcW w:type="dxa" w:w="3289"/>
            <w:vAlign w:val="center"/>
          </w:tcPr>
          <w:p>
            <w:r/>
            <w:r>
              <w:rPr>
                <w:rFonts w:ascii="Malgun Gothic" w:hAnsi="Malgun Gothic" w:eastAsia="Malgun Gothic"/>
                <w:b w:val="0"/>
                <w:sz w:val="16"/>
              </w:rPr>
              <w:t>화자 후보별 발화시간, 발화 비중, 세그먼트 수, 턴 수와 평균 발화 길이는 어떤 차이를 보이는가?</w:t>
            </w:r>
          </w:p>
        </w:tc>
        <w:tc>
          <w:tcPr>
            <w:tcW w:type="dxa" w:w="3289"/>
            <w:vAlign w:val="center"/>
          </w:tcPr>
          <w:p>
            <w:r/>
            <w:r>
              <w:rPr>
                <w:rFonts w:ascii="Malgun Gothic" w:hAnsi="Malgun Gothic" w:eastAsia="Malgun Gothic"/>
                <w:b w:val="0"/>
                <w:sz w:val="16"/>
              </w:rPr>
              <w:t>화자별 기술통계와 통화 내 비율</w:t>
            </w:r>
          </w:p>
        </w:tc>
      </w:tr>
      <w:tr>
        <w:trPr>
          <w:cantSplit/>
        </w:trPr>
        <w:tc>
          <w:tcPr>
            <w:tcW w:type="dxa" w:w="3289"/>
            <w:vAlign w:val="center"/>
          </w:tcPr>
          <w:p>
            <w:r/>
            <w:r>
              <w:rPr>
                <w:rFonts w:ascii="Malgun Gothic" w:hAnsi="Malgun Gothic" w:eastAsia="Malgun Gothic"/>
                <w:b w:val="0"/>
                <w:sz w:val="16"/>
              </w:rPr>
              <w:t>RQ3</w:t>
            </w:r>
          </w:p>
        </w:tc>
        <w:tc>
          <w:tcPr>
            <w:tcW w:type="dxa" w:w="3289"/>
            <w:vAlign w:val="center"/>
          </w:tcPr>
          <w:p>
            <w:r/>
            <w:r>
              <w:rPr>
                <w:rFonts w:ascii="Malgun Gothic" w:hAnsi="Malgun Gothic" w:eastAsia="Malgun Gothic"/>
                <w:b w:val="0"/>
                <w:sz w:val="16"/>
              </w:rPr>
              <w:t>시간순 응답쌍에서 응답 지연과 교대 패턴은 어떤 분포를 보이는가?</w:t>
            </w:r>
          </w:p>
        </w:tc>
        <w:tc>
          <w:tcPr>
            <w:tcW w:type="dxa" w:w="3289"/>
            <w:vAlign w:val="center"/>
          </w:tcPr>
          <w:p>
            <w:r/>
            <w:r>
              <w:rPr>
                <w:rFonts w:ascii="Malgun Gothic" w:hAnsi="Malgun Gothic" w:eastAsia="Malgun Gothic"/>
                <w:b w:val="0"/>
                <w:sz w:val="16"/>
              </w:rPr>
              <w:t>응답쌍 수, latency, 전환 유형</w:t>
            </w:r>
          </w:p>
        </w:tc>
      </w:tr>
      <w:tr>
        <w:trPr>
          <w:cantSplit/>
        </w:trPr>
        <w:tc>
          <w:tcPr>
            <w:tcW w:type="dxa" w:w="3289"/>
            <w:vAlign w:val="center"/>
          </w:tcPr>
          <w:p>
            <w:r/>
            <w:r>
              <w:rPr>
                <w:rFonts w:ascii="Malgun Gothic" w:hAnsi="Malgun Gothic" w:eastAsia="Malgun Gothic"/>
                <w:b w:val="0"/>
                <w:sz w:val="16"/>
              </w:rPr>
              <w:t>RQ4</w:t>
            </w:r>
          </w:p>
        </w:tc>
        <w:tc>
          <w:tcPr>
            <w:tcW w:type="dxa" w:w="3289"/>
            <w:vAlign w:val="center"/>
          </w:tcPr>
          <w:p>
            <w:r/>
            <w:r>
              <w:rPr>
                <w:rFonts w:ascii="Malgun Gothic" w:hAnsi="Malgun Gothic" w:eastAsia="Malgun Gothic"/>
                <w:b w:val="0"/>
                <w:sz w:val="16"/>
              </w:rPr>
              <w:t>세그먼트의 duration, energy, pitch는 화자 후보 및 상호작용 구조에 따라 어떤 차이를 보이는가?</w:t>
            </w:r>
          </w:p>
        </w:tc>
        <w:tc>
          <w:tcPr>
            <w:tcW w:type="dxa" w:w="3289"/>
            <w:vAlign w:val="center"/>
          </w:tcPr>
          <w:p>
            <w:r/>
            <w:r>
              <w:rPr>
                <w:rFonts w:ascii="Malgun Gothic" w:hAnsi="Malgun Gothic" w:eastAsia="Malgun Gothic"/>
                <w:b w:val="0"/>
                <w:sz w:val="16"/>
              </w:rPr>
              <w:t>세그먼트 음향 특징, 집단 비교, 효과크기</w:t>
            </w:r>
          </w:p>
        </w:tc>
      </w:tr>
      <w:tr>
        <w:trPr>
          <w:cantSplit/>
        </w:trPr>
        <w:tc>
          <w:tcPr>
            <w:tcW w:type="dxa" w:w="3289"/>
            <w:vAlign w:val="center"/>
          </w:tcPr>
          <w:p>
            <w:r/>
            <w:r>
              <w:rPr>
                <w:rFonts w:ascii="Malgun Gothic" w:hAnsi="Malgun Gothic" w:eastAsia="Malgun Gothic"/>
                <w:b w:val="0"/>
                <w:sz w:val="16"/>
              </w:rPr>
              <w:t>후속 RQ</w:t>
            </w:r>
          </w:p>
        </w:tc>
        <w:tc>
          <w:tcPr>
            <w:tcW w:type="dxa" w:w="3289"/>
            <w:vAlign w:val="center"/>
          </w:tcPr>
          <w:p>
            <w:r/>
            <w:r>
              <w:rPr>
                <w:rFonts w:ascii="Malgun Gothic" w:hAnsi="Malgun Gothic" w:eastAsia="Malgun Gothic"/>
                <w:b w:val="0"/>
                <w:sz w:val="16"/>
              </w:rPr>
              <w:t>역할 매핑과 세그먼트 STT·WPM·stress가 완료된 뒤 스트레스 반응 구조가 나타나는가?</w:t>
            </w:r>
          </w:p>
        </w:tc>
        <w:tc>
          <w:tcPr>
            <w:tcW w:type="dxa" w:w="3289"/>
            <w:vAlign w:val="center"/>
          </w:tcPr>
          <w:p>
            <w:r/>
            <w:r>
              <w:rPr>
                <w:rFonts w:ascii="Malgun Gothic" w:hAnsi="Malgun Gothic" w:eastAsia="Malgun Gothic"/>
                <w:b w:val="0"/>
                <w:sz w:val="16"/>
              </w:rPr>
              <w:t>현재 논문 결과가 아닌 후속 연구</w:t>
            </w:r>
          </w:p>
        </w:tc>
      </w:tr>
    </w:tbl>
    <w:p/>
    <w:p>
      <w:r>
        <w:rPr>
          <w:b/>
        </w:rPr>
        <w:t>표 12-4. 현재 데이터와 분석 단위</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항목</w:t>
            </w:r>
          </w:p>
        </w:tc>
        <w:tc>
          <w:tcPr>
            <w:tcW w:type="dxa" w:w="3289"/>
          </w:tcPr>
          <w:p>
            <w:r/>
            <w:r>
              <w:rPr>
                <w:rFonts w:ascii="Malgun Gothic" w:hAnsi="Malgun Gothic" w:eastAsia="Malgun Gothic"/>
                <w:b/>
                <w:sz w:val="16"/>
              </w:rPr>
              <w:t>현재 값</w:t>
            </w:r>
          </w:p>
        </w:tc>
        <w:tc>
          <w:tcPr>
            <w:tcW w:type="dxa" w:w="3289"/>
          </w:tcPr>
          <w:p>
            <w:r/>
            <w:r>
              <w:rPr>
                <w:rFonts w:ascii="Malgun Gothic" w:hAnsi="Malgun Gothic" w:eastAsia="Malgun Gothic"/>
                <w:b/>
                <w:sz w:val="16"/>
              </w:rPr>
              <w:t>논문 사용 상태</w:t>
            </w:r>
          </w:p>
        </w:tc>
      </w:tr>
      <w:tr>
        <w:trPr>
          <w:cantSplit/>
        </w:trPr>
        <w:tc>
          <w:tcPr>
            <w:tcW w:type="dxa" w:w="3289"/>
            <w:vAlign w:val="center"/>
          </w:tcPr>
          <w:p>
            <w:r/>
            <w:r>
              <w:rPr>
                <w:rFonts w:ascii="Malgun Gothic" w:hAnsi="Malgun Gothic" w:eastAsia="Malgun Gothic"/>
                <w:b w:val="0"/>
                <w:sz w:val="16"/>
              </w:rPr>
              <w:t>TO-BE 통화</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핵심 표본</w:t>
            </w:r>
          </w:p>
        </w:tc>
      </w:tr>
      <w:tr>
        <w:trPr>
          <w:cantSplit/>
        </w:trPr>
        <w:tc>
          <w:tcPr>
            <w:tcW w:type="dxa" w:w="3289"/>
            <w:vAlign w:val="center"/>
          </w:tcPr>
          <w:p>
            <w:r/>
            <w:r>
              <w:rPr>
                <w:rFonts w:ascii="Malgun Gothic" w:hAnsi="Malgun Gothic" w:eastAsia="Malgun Gothic"/>
                <w:b w:val="0"/>
                <w:sz w:val="16"/>
              </w:rPr>
              <w:t>화자 세그먼트</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핵심 분석 단위</w:t>
            </w:r>
          </w:p>
        </w:tc>
      </w:tr>
      <w:tr>
        <w:trPr>
          <w:cantSplit/>
        </w:trPr>
        <w:tc>
          <w:tcPr>
            <w:tcW w:type="dxa" w:w="3289"/>
            <w:vAlign w:val="center"/>
          </w:tcPr>
          <w:p>
            <w:r/>
            <w:r>
              <w:rPr>
                <w:rFonts w:ascii="Malgun Gothic" w:hAnsi="Malgun Gothic" w:eastAsia="Malgun Gothic"/>
                <w:b w:val="0"/>
                <w:sz w:val="16"/>
              </w:rPr>
              <w:t>통화-화자 슬롯</w:t>
            </w:r>
          </w:p>
        </w:tc>
        <w:tc>
          <w:tcPr>
            <w:tcW w:type="dxa" w:w="3289"/>
            <w:vAlign w:val="center"/>
          </w:tcPr>
          <w:p>
            <w:r/>
            <w:r>
              <w:rPr>
                <w:rFonts w:ascii="Malgun Gothic" w:hAnsi="Malgun Gothic" w:eastAsia="Malgun Gothic"/>
                <w:b w:val="0"/>
                <w:sz w:val="16"/>
              </w:rPr>
              <w:t>2,000</w:t>
            </w:r>
          </w:p>
        </w:tc>
        <w:tc>
          <w:tcPr>
            <w:tcW w:type="dxa" w:w="3289"/>
            <w:vAlign w:val="center"/>
          </w:tcPr>
          <w:p>
            <w:r/>
            <w:r>
              <w:rPr>
                <w:rFonts w:ascii="Malgun Gothic" w:hAnsi="Malgun Gothic" w:eastAsia="Malgun Gothic"/>
                <w:b w:val="0"/>
                <w:sz w:val="16"/>
              </w:rPr>
              <w:t>화자 후보 비교</w:t>
            </w:r>
          </w:p>
        </w:tc>
      </w:tr>
      <w:tr>
        <w:trPr>
          <w:cantSplit/>
        </w:trPr>
        <w:tc>
          <w:tcPr>
            <w:tcW w:type="dxa" w:w="3289"/>
            <w:vAlign w:val="center"/>
          </w:tcPr>
          <w:p>
            <w:r/>
            <w:r>
              <w:rPr>
                <w:rFonts w:ascii="Malgun Gothic" w:hAnsi="Malgun Gothic" w:eastAsia="Malgun Gothic"/>
                <w:b w:val="0"/>
                <w:sz w:val="16"/>
              </w:rPr>
              <w:t>S0 검출 통화</w:t>
            </w:r>
          </w:p>
        </w:tc>
        <w:tc>
          <w:tcPr>
            <w:tcW w:type="dxa" w:w="3289"/>
            <w:vAlign w:val="center"/>
          </w:tcPr>
          <w:p>
            <w:r/>
            <w:r>
              <w:rPr>
                <w:rFonts w:ascii="Malgun Gothic" w:hAnsi="Malgun Gothic" w:eastAsia="Malgun Gothic"/>
                <w:b w:val="0"/>
                <w:sz w:val="16"/>
              </w:rPr>
              <w:t>1,000</w:t>
            </w:r>
          </w:p>
        </w:tc>
        <w:tc>
          <w:tcPr>
            <w:tcW w:type="dxa" w:w="3289"/>
            <w:vAlign w:val="center"/>
          </w:tcPr>
          <w:p>
            <w:r/>
            <w:r>
              <w:rPr>
                <w:rFonts w:ascii="Malgun Gothic" w:hAnsi="Malgun Gothic" w:eastAsia="Malgun Gothic"/>
                <w:b w:val="0"/>
                <w:sz w:val="16"/>
              </w:rPr>
              <w:t>기술통계</w:t>
            </w:r>
          </w:p>
        </w:tc>
      </w:tr>
      <w:tr>
        <w:trPr>
          <w:cantSplit/>
        </w:trPr>
        <w:tc>
          <w:tcPr>
            <w:tcW w:type="dxa" w:w="3289"/>
            <w:vAlign w:val="center"/>
          </w:tcPr>
          <w:p>
            <w:r/>
            <w:r>
              <w:rPr>
                <w:rFonts w:ascii="Malgun Gothic" w:hAnsi="Malgun Gothic" w:eastAsia="Malgun Gothic"/>
                <w:b w:val="0"/>
                <w:sz w:val="16"/>
              </w:rPr>
              <w:t>S1 검출 통화</w:t>
            </w:r>
          </w:p>
        </w:tc>
        <w:tc>
          <w:tcPr>
            <w:tcW w:type="dxa" w:w="3289"/>
            <w:vAlign w:val="center"/>
          </w:tcPr>
          <w:p>
            <w:r/>
            <w:r>
              <w:rPr>
                <w:rFonts w:ascii="Malgun Gothic" w:hAnsi="Malgun Gothic" w:eastAsia="Malgun Gothic"/>
                <w:b w:val="0"/>
                <w:sz w:val="16"/>
              </w:rPr>
              <w:t>960</w:t>
            </w:r>
          </w:p>
        </w:tc>
        <w:tc>
          <w:tcPr>
            <w:tcW w:type="dxa" w:w="3289"/>
            <w:vAlign w:val="center"/>
          </w:tcPr>
          <w:p>
            <w:r/>
            <w:r>
              <w:rPr>
                <w:rFonts w:ascii="Malgun Gothic" w:hAnsi="Malgun Gothic" w:eastAsia="Malgun Gothic"/>
                <w:b w:val="0"/>
                <w:sz w:val="16"/>
              </w:rPr>
              <w:t>기술통계</w:t>
            </w:r>
          </w:p>
        </w:tc>
      </w:tr>
      <w:tr>
        <w:trPr>
          <w:cantSplit/>
        </w:trPr>
        <w:tc>
          <w:tcPr>
            <w:tcW w:type="dxa" w:w="3289"/>
            <w:vAlign w:val="center"/>
          </w:tcPr>
          <w:p>
            <w:r/>
            <w:r>
              <w:rPr>
                <w:rFonts w:ascii="Malgun Gothic" w:hAnsi="Malgun Gothic" w:eastAsia="Malgun Gothic"/>
                <w:b w:val="0"/>
                <w:sz w:val="16"/>
              </w:rPr>
              <w:t>S1 미검출 통화</w:t>
            </w:r>
          </w:p>
        </w:tc>
        <w:tc>
          <w:tcPr>
            <w:tcW w:type="dxa" w:w="3289"/>
            <w:vAlign w:val="center"/>
          </w:tcPr>
          <w:p>
            <w:r/>
            <w:r>
              <w:rPr>
                <w:rFonts w:ascii="Malgun Gothic" w:hAnsi="Malgun Gothic" w:eastAsia="Malgun Gothic"/>
                <w:b w:val="0"/>
                <w:sz w:val="16"/>
              </w:rPr>
              <w:t>40</w:t>
            </w:r>
          </w:p>
        </w:tc>
        <w:tc>
          <w:tcPr>
            <w:tcW w:type="dxa" w:w="3289"/>
            <w:vAlign w:val="center"/>
          </w:tcPr>
          <w:p>
            <w:r/>
            <w:r>
              <w:rPr>
                <w:rFonts w:ascii="Malgun Gothic" w:hAnsi="Malgun Gothic" w:eastAsia="Malgun Gothic"/>
                <w:b w:val="0"/>
                <w:sz w:val="16"/>
              </w:rPr>
              <w:t>0초 슬롯 보존 및 민감도 점검</w:t>
            </w:r>
          </w:p>
        </w:tc>
      </w:tr>
      <w:tr>
        <w:trPr>
          <w:cantSplit/>
        </w:trPr>
        <w:tc>
          <w:tcPr>
            <w:tcW w:type="dxa" w:w="3289"/>
            <w:vAlign w:val="center"/>
          </w:tcPr>
          <w:p>
            <w:r/>
            <w:r>
              <w:rPr>
                <w:rFonts w:ascii="Malgun Gothic" w:hAnsi="Malgun Gothic" w:eastAsia="Malgun Gothic"/>
                <w:b w:val="0"/>
                <w:sz w:val="16"/>
              </w:rPr>
              <w:t>시간순 응답쌍</w:t>
            </w:r>
          </w:p>
        </w:tc>
        <w:tc>
          <w:tcPr>
            <w:tcW w:type="dxa" w:w="3289"/>
            <w:vAlign w:val="center"/>
          </w:tcPr>
          <w:p>
            <w:r/>
            <w:r>
              <w:rPr>
                <w:rFonts w:ascii="Malgun Gothic" w:hAnsi="Malgun Gothic" w:eastAsia="Malgun Gothic"/>
                <w:b w:val="0"/>
                <w:sz w:val="16"/>
              </w:rPr>
              <w:t>28,149</w:t>
            </w:r>
          </w:p>
        </w:tc>
        <w:tc>
          <w:tcPr>
            <w:tcW w:type="dxa" w:w="3289"/>
            <w:vAlign w:val="center"/>
          </w:tcPr>
          <w:p>
            <w:r/>
            <w:r>
              <w:rPr>
                <w:rFonts w:ascii="Malgun Gothic" w:hAnsi="Malgun Gothic" w:eastAsia="Malgun Gothic"/>
                <w:b w:val="0"/>
                <w:sz w:val="16"/>
              </w:rPr>
              <w:t>응답 패턴 분석</w:t>
            </w:r>
          </w:p>
        </w:tc>
      </w:tr>
      <w:tr>
        <w:trPr>
          <w:cantSplit/>
        </w:trPr>
        <w:tc>
          <w:tcPr>
            <w:tcW w:type="dxa" w:w="3289"/>
            <w:vAlign w:val="center"/>
          </w:tcPr>
          <w:p>
            <w:r/>
            <w:r>
              <w:rPr>
                <w:rFonts w:ascii="Malgun Gothic" w:hAnsi="Malgun Gothic" w:eastAsia="Malgun Gothic"/>
                <w:b w:val="0"/>
                <w:sz w:val="16"/>
              </w:rPr>
              <w:t>segment_id 매칭</w:t>
            </w:r>
          </w:p>
        </w:tc>
        <w:tc>
          <w:tcPr>
            <w:tcW w:type="dxa" w:w="3289"/>
            <w:vAlign w:val="center"/>
          </w:tcPr>
          <w:p>
            <w:r/>
            <w:r>
              <w:rPr>
                <w:rFonts w:ascii="Malgun Gothic" w:hAnsi="Malgun Gothic" w:eastAsia="Malgun Gothic"/>
                <w:b w:val="0"/>
                <w:sz w:val="16"/>
              </w:rPr>
              <w:t>57,619</w:t>
            </w:r>
          </w:p>
        </w:tc>
        <w:tc>
          <w:tcPr>
            <w:tcW w:type="dxa" w:w="3289"/>
            <w:vAlign w:val="center"/>
          </w:tcPr>
          <w:p>
            <w:r/>
            <w:r>
              <w:rPr>
                <w:rFonts w:ascii="Malgun Gothic" w:hAnsi="Malgun Gothic" w:eastAsia="Malgun Gothic"/>
                <w:b w:val="0"/>
                <w:sz w:val="16"/>
              </w:rPr>
              <w:t>전수 매칭</w:t>
            </w:r>
          </w:p>
        </w:tc>
      </w:tr>
      <w:tr>
        <w:trPr>
          <w:cantSplit/>
        </w:trPr>
        <w:tc>
          <w:tcPr>
            <w:tcW w:type="dxa" w:w="3289"/>
            <w:vAlign w:val="center"/>
          </w:tcPr>
          <w:p>
            <w:r/>
            <w:r>
              <w:rPr>
                <w:rFonts w:ascii="Malgun Gothic" w:hAnsi="Malgun Gothic" w:eastAsia="Malgun Gothic"/>
                <w:b w:val="0"/>
                <w:sz w:val="16"/>
              </w:rPr>
              <w:t>energy 완료</w:t>
            </w:r>
          </w:p>
        </w:tc>
        <w:tc>
          <w:tcPr>
            <w:tcW w:type="dxa" w:w="3289"/>
            <w:vAlign w:val="center"/>
          </w:tcPr>
          <w:p>
            <w:r/>
            <w:r>
              <w:rPr>
                <w:rFonts w:ascii="Malgun Gothic" w:hAnsi="Malgun Gothic" w:eastAsia="Malgun Gothic"/>
                <w:b w:val="0"/>
                <w:sz w:val="16"/>
              </w:rPr>
              <w:t>57,611</w:t>
            </w:r>
          </w:p>
        </w:tc>
        <w:tc>
          <w:tcPr>
            <w:tcW w:type="dxa" w:w="3289"/>
            <w:vAlign w:val="center"/>
          </w:tcPr>
          <w:p>
            <w:r/>
            <w:r>
              <w:rPr>
                <w:rFonts w:ascii="Malgun Gothic" w:hAnsi="Malgun Gothic" w:eastAsia="Malgun Gothic"/>
                <w:b w:val="0"/>
                <w:sz w:val="16"/>
              </w:rPr>
              <w:t>분석 가능</w:t>
            </w:r>
          </w:p>
        </w:tc>
      </w:tr>
      <w:tr>
        <w:trPr>
          <w:cantSplit/>
        </w:trPr>
        <w:tc>
          <w:tcPr>
            <w:tcW w:type="dxa" w:w="3289"/>
            <w:vAlign w:val="center"/>
          </w:tcPr>
          <w:p>
            <w:r/>
            <w:r>
              <w:rPr>
                <w:rFonts w:ascii="Malgun Gothic" w:hAnsi="Malgun Gothic" w:eastAsia="Malgun Gothic"/>
                <w:b w:val="0"/>
                <w:sz w:val="16"/>
              </w:rPr>
              <w:t>pitch 완료</w:t>
            </w:r>
          </w:p>
        </w:tc>
        <w:tc>
          <w:tcPr>
            <w:tcW w:type="dxa" w:w="3289"/>
            <w:vAlign w:val="center"/>
          </w:tcPr>
          <w:p>
            <w:r/>
            <w:r>
              <w:rPr>
                <w:rFonts w:ascii="Malgun Gothic" w:hAnsi="Malgun Gothic" w:eastAsia="Malgun Gothic"/>
                <w:b w:val="0"/>
                <w:sz w:val="16"/>
              </w:rPr>
              <w:t>53,098</w:t>
            </w:r>
          </w:p>
        </w:tc>
        <w:tc>
          <w:tcPr>
            <w:tcW w:type="dxa" w:w="3289"/>
            <w:vAlign w:val="center"/>
          </w:tcPr>
          <w:p>
            <w:r/>
            <w:r>
              <w:rPr>
                <w:rFonts w:ascii="Malgun Gothic" w:hAnsi="Malgun Gothic" w:eastAsia="Malgun Gothic"/>
                <w:b w:val="0"/>
                <w:sz w:val="16"/>
              </w:rPr>
              <w:t>무성음·초단구간 결측 고려</w:t>
            </w:r>
          </w:p>
        </w:tc>
      </w:tr>
      <w:tr>
        <w:trPr>
          <w:cantSplit/>
        </w:trPr>
        <w:tc>
          <w:tcPr>
            <w:tcW w:type="dxa" w:w="3289"/>
            <w:vAlign w:val="center"/>
          </w:tcPr>
          <w:p>
            <w:r/>
            <w:r>
              <w:rPr>
                <w:rFonts w:ascii="Malgun Gothic" w:hAnsi="Malgun Gothic" w:eastAsia="Malgun Gothic"/>
                <w:b w:val="0"/>
                <w:sz w:val="16"/>
              </w:rPr>
              <w:t>segment WPM</w:t>
            </w:r>
          </w:p>
        </w:tc>
        <w:tc>
          <w:tcPr>
            <w:tcW w:type="dxa" w:w="3289"/>
            <w:vAlign w:val="center"/>
          </w:tcPr>
          <w:p>
            <w:r/>
            <w:r>
              <w:rPr>
                <w:rFonts w:ascii="Malgun Gothic" w:hAnsi="Malgun Gothic" w:eastAsia="Malgun Gothic"/>
                <w:b w:val="0"/>
                <w:sz w:val="16"/>
              </w:rPr>
              <w:t>0</w:t>
            </w:r>
          </w:p>
        </w:tc>
        <w:tc>
          <w:tcPr>
            <w:tcW w:type="dxa" w:w="3289"/>
            <w:vAlign w:val="center"/>
          </w:tcPr>
          <w:p>
            <w:r/>
            <w:r>
              <w:rPr>
                <w:rFonts w:ascii="Malgun Gothic" w:hAnsi="Malgun Gothic" w:eastAsia="Malgun Gothic"/>
                <w:b w:val="0"/>
                <w:sz w:val="16"/>
              </w:rPr>
              <w:t>현재 논문에서 제외</w:t>
            </w:r>
          </w:p>
        </w:tc>
      </w:tr>
      <w:tr>
        <w:trPr>
          <w:cantSplit/>
        </w:trPr>
        <w:tc>
          <w:tcPr>
            <w:tcW w:type="dxa" w:w="3289"/>
            <w:vAlign w:val="center"/>
          </w:tcPr>
          <w:p>
            <w:r/>
            <w:r>
              <w:rPr>
                <w:rFonts w:ascii="Malgun Gothic" w:hAnsi="Malgun Gothic" w:eastAsia="Malgun Gothic"/>
                <w:b w:val="0"/>
                <w:sz w:val="16"/>
              </w:rPr>
              <w:t>segment stress_score</w:t>
            </w:r>
          </w:p>
        </w:tc>
        <w:tc>
          <w:tcPr>
            <w:tcW w:type="dxa" w:w="3289"/>
            <w:vAlign w:val="center"/>
          </w:tcPr>
          <w:p>
            <w:r/>
            <w:r>
              <w:rPr>
                <w:rFonts w:ascii="Malgun Gothic" w:hAnsi="Malgun Gothic" w:eastAsia="Malgun Gothic"/>
                <w:b w:val="0"/>
                <w:sz w:val="16"/>
              </w:rPr>
              <w:t>0</w:t>
            </w:r>
          </w:p>
        </w:tc>
        <w:tc>
          <w:tcPr>
            <w:tcW w:type="dxa" w:w="3289"/>
            <w:vAlign w:val="center"/>
          </w:tcPr>
          <w:p>
            <w:r/>
            <w:r>
              <w:rPr>
                <w:rFonts w:ascii="Malgun Gothic" w:hAnsi="Malgun Gothic" w:eastAsia="Malgun Gothic"/>
                <w:b w:val="0"/>
                <w:sz w:val="16"/>
              </w:rPr>
              <w:t>현재 논문에서 제외</w:t>
            </w:r>
          </w:p>
        </w:tc>
      </w:tr>
    </w:tbl>
    <w:p/>
    <w:p>
      <w:r>
        <w:rPr>
          <w:b/>
        </w:rPr>
        <w:t>표 12-5. 한글 논문 권장 구성</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순서</w:t>
            </w:r>
          </w:p>
        </w:tc>
        <w:tc>
          <w:tcPr>
            <w:tcW w:type="dxa" w:w="3289"/>
          </w:tcPr>
          <w:p>
            <w:r/>
            <w:r>
              <w:rPr>
                <w:rFonts w:ascii="Malgun Gothic" w:hAnsi="Malgun Gothic" w:eastAsia="Malgun Gothic"/>
                <w:b/>
                <w:sz w:val="16"/>
              </w:rPr>
              <w:t>한글 원고 장</w:t>
            </w:r>
          </w:p>
        </w:tc>
        <w:tc>
          <w:tcPr>
            <w:tcW w:type="dxa" w:w="3289"/>
          </w:tcPr>
          <w:p>
            <w:r/>
            <w:r>
              <w:rPr>
                <w:rFonts w:ascii="Malgun Gothic" w:hAnsi="Malgun Gothic" w:eastAsia="Malgun Gothic"/>
                <w:b/>
                <w:sz w:val="16"/>
              </w:rPr>
              <w:t>작성 내용</w:t>
            </w:r>
          </w:p>
        </w:tc>
      </w:tr>
      <w:tr>
        <w:trPr>
          <w:cantSplit/>
        </w:trPr>
        <w:tc>
          <w:tcPr>
            <w:tcW w:type="dxa" w:w="3289"/>
            <w:vAlign w:val="center"/>
          </w:tcPr>
          <w:p>
            <w:r/>
            <w:r>
              <w:rPr>
                <w:rFonts w:ascii="Malgun Gothic" w:hAnsi="Malgun Gothic" w:eastAsia="Malgun Gothic"/>
                <w:b w:val="0"/>
                <w:sz w:val="16"/>
              </w:rPr>
              <w:t>1</w:t>
            </w:r>
          </w:p>
        </w:tc>
        <w:tc>
          <w:tcPr>
            <w:tcW w:type="dxa" w:w="3289"/>
            <w:vAlign w:val="center"/>
          </w:tcPr>
          <w:p>
            <w:r/>
            <w:r>
              <w:rPr>
                <w:rFonts w:ascii="Malgun Gothic" w:hAnsi="Malgun Gothic" w:eastAsia="Malgun Gothic"/>
                <w:b w:val="0"/>
                <w:sz w:val="16"/>
              </w:rPr>
              <w:t>제목·저자·소속</w:t>
            </w:r>
          </w:p>
        </w:tc>
        <w:tc>
          <w:tcPr>
            <w:tcW w:type="dxa" w:w="3289"/>
            <w:vAlign w:val="center"/>
          </w:tcPr>
          <w:p>
            <w:r/>
            <w:r>
              <w:rPr>
                <w:rFonts w:ascii="Malgun Gothic" w:hAnsi="Malgun Gothic" w:eastAsia="Malgun Gothic"/>
                <w:b w:val="0"/>
                <w:sz w:val="16"/>
              </w:rPr>
              <w:t>화자분리 기반 상호작용 구조 분석이라는 독립 연구 주제를 명확히 표시</w:t>
            </w:r>
          </w:p>
        </w:tc>
      </w:tr>
      <w:tr>
        <w:trPr>
          <w:cantSplit/>
        </w:trPr>
        <w:tc>
          <w:tcPr>
            <w:tcW w:type="dxa" w:w="3289"/>
            <w:vAlign w:val="center"/>
          </w:tcPr>
          <w:p>
            <w:r/>
            <w:r>
              <w:rPr>
                <w:rFonts w:ascii="Malgun Gothic" w:hAnsi="Malgun Gothic" w:eastAsia="Malgun Gothic"/>
                <w:b w:val="0"/>
                <w:sz w:val="16"/>
              </w:rPr>
              <w:t>2</w:t>
            </w:r>
          </w:p>
        </w:tc>
        <w:tc>
          <w:tcPr>
            <w:tcW w:type="dxa" w:w="3289"/>
            <w:vAlign w:val="center"/>
          </w:tcPr>
          <w:p>
            <w:r/>
            <w:r>
              <w:rPr>
                <w:rFonts w:ascii="Malgun Gothic" w:hAnsi="Malgun Gothic" w:eastAsia="Malgun Gothic"/>
                <w:b w:val="0"/>
                <w:sz w:val="16"/>
              </w:rPr>
              <w:t>초록</w:t>
            </w:r>
          </w:p>
        </w:tc>
        <w:tc>
          <w:tcPr>
            <w:tcW w:type="dxa" w:w="3289"/>
            <w:vAlign w:val="center"/>
          </w:tcPr>
          <w:p>
            <w:r/>
            <w:r>
              <w:rPr>
                <w:rFonts w:ascii="Malgun Gothic" w:hAnsi="Malgun Gothic" w:eastAsia="Malgun Gothic"/>
                <w:b w:val="0"/>
                <w:sz w:val="16"/>
              </w:rPr>
              <w:t>연구 목적, 1,000건 데이터, 화자분리, 구조 지표, 핵심 결과와 기여를 한 문단으로 작성</w:t>
            </w:r>
          </w:p>
        </w:tc>
      </w:tr>
      <w:tr>
        <w:trPr>
          <w:cantSplit/>
        </w:trPr>
        <w:tc>
          <w:tcPr>
            <w:tcW w:type="dxa" w:w="3289"/>
            <w:vAlign w:val="center"/>
          </w:tcPr>
          <w:p>
            <w:r/>
            <w:r>
              <w:rPr>
                <w:rFonts w:ascii="Malgun Gothic" w:hAnsi="Malgun Gothic" w:eastAsia="Malgun Gothic"/>
                <w:b w:val="0"/>
                <w:sz w:val="16"/>
              </w:rPr>
              <w:t>3</w:t>
            </w:r>
          </w:p>
        </w:tc>
        <w:tc>
          <w:tcPr>
            <w:tcW w:type="dxa" w:w="3289"/>
            <w:vAlign w:val="center"/>
          </w:tcPr>
          <w:p>
            <w:r/>
            <w:r>
              <w:rPr>
                <w:rFonts w:ascii="Malgun Gothic" w:hAnsi="Malgun Gothic" w:eastAsia="Malgun Gothic"/>
                <w:b w:val="0"/>
                <w:sz w:val="16"/>
              </w:rPr>
              <w:t>주제어</w:t>
            </w:r>
          </w:p>
        </w:tc>
        <w:tc>
          <w:tcPr>
            <w:tcW w:type="dxa" w:w="3289"/>
            <w:vAlign w:val="center"/>
          </w:tcPr>
          <w:p>
            <w:r/>
            <w:r>
              <w:rPr>
                <w:rFonts w:ascii="Malgun Gothic" w:hAnsi="Malgun Gothic" w:eastAsia="Malgun Gothic"/>
                <w:b w:val="0"/>
                <w:sz w:val="16"/>
              </w:rPr>
              <w:t>콜센터 분석, 화자분리, 대화 상호작용, 음향 특징, VOC 음성 등 3~10개</w:t>
            </w:r>
          </w:p>
        </w:tc>
      </w:tr>
      <w:tr>
        <w:trPr>
          <w:cantSplit/>
        </w:trPr>
        <w:tc>
          <w:tcPr>
            <w:tcW w:type="dxa" w:w="3289"/>
            <w:vAlign w:val="center"/>
          </w:tcPr>
          <w:p>
            <w:r/>
            <w:r>
              <w:rPr>
                <w:rFonts w:ascii="Malgun Gothic" w:hAnsi="Malgun Gothic" w:eastAsia="Malgun Gothic"/>
                <w:b w:val="0"/>
                <w:sz w:val="16"/>
              </w:rPr>
              <w:t>4</w:t>
            </w:r>
          </w:p>
        </w:tc>
        <w:tc>
          <w:tcPr>
            <w:tcW w:type="dxa" w:w="3289"/>
            <w:vAlign w:val="center"/>
          </w:tcPr>
          <w:p>
            <w:r/>
            <w:r>
              <w:rPr>
                <w:rFonts w:ascii="Malgun Gothic" w:hAnsi="Malgun Gothic" w:eastAsia="Malgun Gothic"/>
                <w:b w:val="0"/>
                <w:sz w:val="16"/>
              </w:rPr>
              <w:t>1. 서론</w:t>
            </w:r>
          </w:p>
        </w:tc>
        <w:tc>
          <w:tcPr>
            <w:tcW w:type="dxa" w:w="3289"/>
            <w:vAlign w:val="center"/>
          </w:tcPr>
          <w:p>
            <w:r/>
            <w:r>
              <w:rPr>
                <w:rFonts w:ascii="Malgun Gothic" w:hAnsi="Malgun Gothic" w:eastAsia="Malgun Gothic"/>
                <w:b w:val="0"/>
                <w:sz w:val="16"/>
              </w:rPr>
              <w:t>문제 배경, 기존 연구 한계, 연구 필요성, 연구 질문과 기여</w:t>
            </w:r>
          </w:p>
        </w:tc>
      </w:tr>
      <w:tr>
        <w:trPr>
          <w:cantSplit/>
        </w:trPr>
        <w:tc>
          <w:tcPr>
            <w:tcW w:type="dxa" w:w="3289"/>
            <w:vAlign w:val="center"/>
          </w:tcPr>
          <w:p>
            <w:r/>
            <w:r>
              <w:rPr>
                <w:rFonts w:ascii="Malgun Gothic" w:hAnsi="Malgun Gothic" w:eastAsia="Malgun Gothic"/>
                <w:b w:val="0"/>
                <w:sz w:val="16"/>
              </w:rPr>
              <w:t>5</w:t>
            </w:r>
          </w:p>
        </w:tc>
        <w:tc>
          <w:tcPr>
            <w:tcW w:type="dxa" w:w="3289"/>
            <w:vAlign w:val="center"/>
          </w:tcPr>
          <w:p>
            <w:r/>
            <w:r>
              <w:rPr>
                <w:rFonts w:ascii="Malgun Gothic" w:hAnsi="Malgun Gothic" w:eastAsia="Malgun Gothic"/>
                <w:b w:val="0"/>
                <w:sz w:val="16"/>
              </w:rPr>
              <w:t>2. 관련 연구</w:t>
            </w:r>
          </w:p>
        </w:tc>
        <w:tc>
          <w:tcPr>
            <w:tcW w:type="dxa" w:w="3289"/>
            <w:vAlign w:val="center"/>
          </w:tcPr>
          <w:p>
            <w:r/>
            <w:r>
              <w:rPr>
                <w:rFonts w:ascii="Malgun Gothic" w:hAnsi="Malgun Gothic" w:eastAsia="Malgun Gothic"/>
                <w:b w:val="0"/>
                <w:sz w:val="16"/>
              </w:rPr>
              <w:t>화자분리, 콜센터 대화 분석, 턴테이킹, 응답 지연, 음향 특징 연구</w:t>
            </w:r>
          </w:p>
        </w:tc>
      </w:tr>
      <w:tr>
        <w:trPr>
          <w:cantSplit/>
        </w:trPr>
        <w:tc>
          <w:tcPr>
            <w:tcW w:type="dxa" w:w="3289"/>
            <w:vAlign w:val="center"/>
          </w:tcPr>
          <w:p>
            <w:r/>
            <w:r>
              <w:rPr>
                <w:rFonts w:ascii="Malgun Gothic" w:hAnsi="Malgun Gothic" w:eastAsia="Malgun Gothic"/>
                <w:b w:val="0"/>
                <w:sz w:val="16"/>
              </w:rPr>
              <w:t>6</w:t>
            </w:r>
          </w:p>
        </w:tc>
        <w:tc>
          <w:tcPr>
            <w:tcW w:type="dxa" w:w="3289"/>
            <w:vAlign w:val="center"/>
          </w:tcPr>
          <w:p>
            <w:r/>
            <w:r>
              <w:rPr>
                <w:rFonts w:ascii="Malgun Gothic" w:hAnsi="Malgun Gothic" w:eastAsia="Malgun Gothic"/>
                <w:b w:val="0"/>
                <w:sz w:val="16"/>
              </w:rPr>
              <w:t>3. 연구 방법</w:t>
            </w:r>
          </w:p>
        </w:tc>
        <w:tc>
          <w:tcPr>
            <w:tcW w:type="dxa" w:w="3289"/>
            <w:vAlign w:val="center"/>
          </w:tcPr>
          <w:p>
            <w:r/>
            <w:r>
              <w:rPr>
                <w:rFonts w:ascii="Malgun Gothic" w:hAnsi="Malgun Gothic" w:eastAsia="Malgun Gothic"/>
                <w:b w:val="0"/>
                <w:sz w:val="16"/>
              </w:rPr>
              <w:t>데이터·윤리, 전처리, 화자분리, 슬롯 구성, 응답쌍, 음향 특징, 통계 방법</w:t>
            </w:r>
          </w:p>
        </w:tc>
      </w:tr>
      <w:tr>
        <w:trPr>
          <w:cantSplit/>
        </w:trPr>
        <w:tc>
          <w:tcPr>
            <w:tcW w:type="dxa" w:w="3289"/>
            <w:vAlign w:val="center"/>
          </w:tcPr>
          <w:p>
            <w:r/>
            <w:r>
              <w:rPr>
                <w:rFonts w:ascii="Malgun Gothic" w:hAnsi="Malgun Gothic" w:eastAsia="Malgun Gothic"/>
                <w:b w:val="0"/>
                <w:sz w:val="16"/>
              </w:rPr>
              <w:t>7</w:t>
            </w:r>
          </w:p>
        </w:tc>
        <w:tc>
          <w:tcPr>
            <w:tcW w:type="dxa" w:w="3289"/>
            <w:vAlign w:val="center"/>
          </w:tcPr>
          <w:p>
            <w:r/>
            <w:r>
              <w:rPr>
                <w:rFonts w:ascii="Malgun Gothic" w:hAnsi="Malgun Gothic" w:eastAsia="Malgun Gothic"/>
                <w:b w:val="0"/>
                <w:sz w:val="16"/>
              </w:rPr>
              <w:t>4. 분석 결과</w:t>
            </w:r>
          </w:p>
        </w:tc>
        <w:tc>
          <w:tcPr>
            <w:tcW w:type="dxa" w:w="3289"/>
            <w:vAlign w:val="center"/>
          </w:tcPr>
          <w:p>
            <w:r/>
            <w:r>
              <w:rPr>
                <w:rFonts w:ascii="Malgun Gothic" w:hAnsi="Malgun Gothic" w:eastAsia="Malgun Gothic"/>
                <w:b w:val="0"/>
                <w:sz w:val="16"/>
              </w:rPr>
              <w:t>화자분리 규모, 화자별 발화 구조, 응답쌍, 응답 지연, 음향 특징 결과</w:t>
            </w:r>
          </w:p>
        </w:tc>
      </w:tr>
      <w:tr>
        <w:trPr>
          <w:cantSplit/>
        </w:trPr>
        <w:tc>
          <w:tcPr>
            <w:tcW w:type="dxa" w:w="3289"/>
            <w:vAlign w:val="center"/>
          </w:tcPr>
          <w:p>
            <w:r/>
            <w:r>
              <w:rPr>
                <w:rFonts w:ascii="Malgun Gothic" w:hAnsi="Malgun Gothic" w:eastAsia="Malgun Gothic"/>
                <w:b w:val="0"/>
                <w:sz w:val="16"/>
              </w:rPr>
              <w:t>8</w:t>
            </w:r>
          </w:p>
        </w:tc>
        <w:tc>
          <w:tcPr>
            <w:tcW w:type="dxa" w:w="3289"/>
            <w:vAlign w:val="center"/>
          </w:tcPr>
          <w:p>
            <w:r/>
            <w:r>
              <w:rPr>
                <w:rFonts w:ascii="Malgun Gothic" w:hAnsi="Malgun Gothic" w:eastAsia="Malgun Gothic"/>
                <w:b w:val="0"/>
                <w:sz w:val="16"/>
              </w:rPr>
              <w:t>5. 논의</w:t>
            </w:r>
          </w:p>
        </w:tc>
        <w:tc>
          <w:tcPr>
            <w:tcW w:type="dxa" w:w="3289"/>
            <w:vAlign w:val="center"/>
          </w:tcPr>
          <w:p>
            <w:r/>
            <w:r>
              <w:rPr>
                <w:rFonts w:ascii="Malgun Gothic" w:hAnsi="Malgun Gothic" w:eastAsia="Malgun Gothic"/>
                <w:b w:val="0"/>
                <w:sz w:val="16"/>
              </w:rPr>
              <w:t>상담 상호작용 구조의 의미, 기술적 기여, 현장 적용 가능성, 선행연구 비교</w:t>
            </w:r>
          </w:p>
        </w:tc>
      </w:tr>
      <w:tr>
        <w:trPr>
          <w:cantSplit/>
        </w:trPr>
        <w:tc>
          <w:tcPr>
            <w:tcW w:type="dxa" w:w="3289"/>
            <w:vAlign w:val="center"/>
          </w:tcPr>
          <w:p>
            <w:r/>
            <w:r>
              <w:rPr>
                <w:rFonts w:ascii="Malgun Gothic" w:hAnsi="Malgun Gothic" w:eastAsia="Malgun Gothic"/>
                <w:b w:val="0"/>
                <w:sz w:val="16"/>
              </w:rPr>
              <w:t>9</w:t>
            </w:r>
          </w:p>
        </w:tc>
        <w:tc>
          <w:tcPr>
            <w:tcW w:type="dxa" w:w="3289"/>
            <w:vAlign w:val="center"/>
          </w:tcPr>
          <w:p>
            <w:r/>
            <w:r>
              <w:rPr>
                <w:rFonts w:ascii="Malgun Gothic" w:hAnsi="Malgun Gothic" w:eastAsia="Malgun Gothic"/>
                <w:b w:val="0"/>
                <w:sz w:val="16"/>
              </w:rPr>
              <w:t>6. 한계 및 윤리</w:t>
            </w:r>
          </w:p>
        </w:tc>
        <w:tc>
          <w:tcPr>
            <w:tcW w:type="dxa" w:w="3289"/>
            <w:vAlign w:val="center"/>
          </w:tcPr>
          <w:p>
            <w:r/>
            <w:r>
              <w:rPr>
                <w:rFonts w:ascii="Malgun Gothic" w:hAnsi="Malgun Gothic" w:eastAsia="Malgun Gothic"/>
                <w:b w:val="0"/>
                <w:sz w:val="16"/>
              </w:rPr>
              <w:t>역할 미확정, 자동 화자분리 오류, 단일 기관 자료, 개인정보와 비식별화</w:t>
            </w:r>
          </w:p>
        </w:tc>
      </w:tr>
      <w:tr>
        <w:trPr>
          <w:cantSplit/>
        </w:trPr>
        <w:tc>
          <w:tcPr>
            <w:tcW w:type="dxa" w:w="3289"/>
            <w:vAlign w:val="center"/>
          </w:tcPr>
          <w:p>
            <w:r/>
            <w:r>
              <w:rPr>
                <w:rFonts w:ascii="Malgun Gothic" w:hAnsi="Malgun Gothic" w:eastAsia="Malgun Gothic"/>
                <w:b w:val="0"/>
                <w:sz w:val="16"/>
              </w:rPr>
              <w:t>10</w:t>
            </w:r>
          </w:p>
        </w:tc>
        <w:tc>
          <w:tcPr>
            <w:tcW w:type="dxa" w:w="3289"/>
            <w:vAlign w:val="center"/>
          </w:tcPr>
          <w:p>
            <w:r/>
            <w:r>
              <w:rPr>
                <w:rFonts w:ascii="Malgun Gothic" w:hAnsi="Malgun Gothic" w:eastAsia="Malgun Gothic"/>
                <w:b w:val="0"/>
                <w:sz w:val="16"/>
              </w:rPr>
              <w:t>7. 결론</w:t>
            </w:r>
          </w:p>
        </w:tc>
        <w:tc>
          <w:tcPr>
            <w:tcW w:type="dxa" w:w="3289"/>
            <w:vAlign w:val="center"/>
          </w:tcPr>
          <w:p>
            <w:r/>
            <w:r>
              <w:rPr>
                <w:rFonts w:ascii="Malgun Gothic" w:hAnsi="Malgun Gothic" w:eastAsia="Malgun Gothic"/>
                <w:b w:val="0"/>
                <w:sz w:val="16"/>
              </w:rPr>
              <w:t>검증된 구조 결과와 향후 역할 매핑·세그먼트 스트레스 연구를 구분해 요약</w:t>
            </w:r>
          </w:p>
        </w:tc>
      </w:tr>
      <w:tr>
        <w:trPr>
          <w:cantSplit/>
        </w:trPr>
        <w:tc>
          <w:tcPr>
            <w:tcW w:type="dxa" w:w="3289"/>
            <w:vAlign w:val="center"/>
          </w:tcPr>
          <w:p>
            <w:r/>
            <w:r>
              <w:rPr>
                <w:rFonts w:ascii="Malgun Gothic" w:hAnsi="Malgun Gothic" w:eastAsia="Malgun Gothic"/>
                <w:b w:val="0"/>
                <w:sz w:val="16"/>
              </w:rPr>
              <w:t>11</w:t>
            </w:r>
          </w:p>
        </w:tc>
        <w:tc>
          <w:tcPr>
            <w:tcW w:type="dxa" w:w="3289"/>
            <w:vAlign w:val="center"/>
          </w:tcPr>
          <w:p>
            <w:r/>
            <w:r>
              <w:rPr>
                <w:rFonts w:ascii="Malgun Gothic" w:hAnsi="Malgun Gothic" w:eastAsia="Malgun Gothic"/>
                <w:b w:val="0"/>
                <w:sz w:val="16"/>
              </w:rPr>
              <w:t>감사의 글·참고문헌·저자 약력</w:t>
            </w:r>
          </w:p>
        </w:tc>
        <w:tc>
          <w:tcPr>
            <w:tcW w:type="dxa" w:w="3289"/>
            <w:vAlign w:val="center"/>
          </w:tcPr>
          <w:p>
            <w:r/>
            <w:r>
              <w:rPr>
                <w:rFonts w:ascii="Malgun Gothic" w:hAnsi="Malgun Gothic" w:eastAsia="Malgun Gothic"/>
                <w:b w:val="0"/>
                <w:sz w:val="16"/>
              </w:rPr>
              <w:t>IEEE 숫자 인용과 모든 저자 약력 포함</w:t>
            </w:r>
          </w:p>
        </w:tc>
      </w:tr>
    </w:tbl>
    <w:p/>
    <w:p>
      <w:r>
        <w:rPr>
          <w:b/>
        </w:rPr>
        <w:t>표 12-6. 분석 계획과 결과 보고 기준</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분석 영역</w:t>
            </w:r>
          </w:p>
        </w:tc>
        <w:tc>
          <w:tcPr>
            <w:tcW w:type="dxa" w:w="3289"/>
          </w:tcPr>
          <w:p>
            <w:r/>
            <w:r>
              <w:rPr>
                <w:rFonts w:ascii="Malgun Gothic" w:hAnsi="Malgun Gothic" w:eastAsia="Malgun Gothic"/>
                <w:b/>
                <w:sz w:val="16"/>
              </w:rPr>
              <w:t>권장 분석</w:t>
            </w:r>
          </w:p>
        </w:tc>
        <w:tc>
          <w:tcPr>
            <w:tcW w:type="dxa" w:w="3289"/>
          </w:tcPr>
          <w:p>
            <w:r/>
            <w:r>
              <w:rPr>
                <w:rFonts w:ascii="Malgun Gothic" w:hAnsi="Malgun Gothic" w:eastAsia="Malgun Gothic"/>
                <w:b/>
                <w:sz w:val="16"/>
              </w:rPr>
              <w:t>결과 보고 방식</w:t>
            </w:r>
          </w:p>
        </w:tc>
      </w:tr>
      <w:tr>
        <w:trPr>
          <w:cantSplit/>
        </w:trPr>
        <w:tc>
          <w:tcPr>
            <w:tcW w:type="dxa" w:w="3289"/>
            <w:vAlign w:val="center"/>
          </w:tcPr>
          <w:p>
            <w:r/>
            <w:r>
              <w:rPr>
                <w:rFonts w:ascii="Malgun Gothic" w:hAnsi="Malgun Gothic" w:eastAsia="Malgun Gothic"/>
                <w:b w:val="0"/>
                <w:sz w:val="16"/>
              </w:rPr>
              <w:t>화자분리 품질</w:t>
            </w:r>
          </w:p>
        </w:tc>
        <w:tc>
          <w:tcPr>
            <w:tcW w:type="dxa" w:w="3289"/>
            <w:vAlign w:val="center"/>
          </w:tcPr>
          <w:p>
            <w:r/>
            <w:r>
              <w:rPr>
                <w:rFonts w:ascii="Malgun Gothic" w:hAnsi="Malgun Gothic" w:eastAsia="Malgun Gothic"/>
                <w:b w:val="0"/>
                <w:sz w:val="16"/>
              </w:rPr>
              <w:t>통화별 화자 수, 세그먼트 수, 무발화·단일화자 통화 점검</w:t>
            </w:r>
          </w:p>
        </w:tc>
        <w:tc>
          <w:tcPr>
            <w:tcW w:type="dxa" w:w="3289"/>
            <w:vAlign w:val="center"/>
          </w:tcPr>
          <w:p>
            <w:r/>
            <w:r>
              <w:rPr>
                <w:rFonts w:ascii="Malgun Gothic" w:hAnsi="Malgun Gothic" w:eastAsia="Malgun Gothic"/>
                <w:b w:val="0"/>
                <w:sz w:val="16"/>
              </w:rPr>
              <w:t>건수·비율과 오류 유형</w:t>
            </w:r>
          </w:p>
        </w:tc>
      </w:tr>
      <w:tr>
        <w:trPr>
          <w:cantSplit/>
        </w:trPr>
        <w:tc>
          <w:tcPr>
            <w:tcW w:type="dxa" w:w="3289"/>
            <w:vAlign w:val="center"/>
          </w:tcPr>
          <w:p>
            <w:r/>
            <w:r>
              <w:rPr>
                <w:rFonts w:ascii="Malgun Gothic" w:hAnsi="Malgun Gothic" w:eastAsia="Malgun Gothic"/>
                <w:b w:val="0"/>
                <w:sz w:val="16"/>
              </w:rPr>
              <w:t>화자별 발화 구조</w:t>
            </w:r>
          </w:p>
        </w:tc>
        <w:tc>
          <w:tcPr>
            <w:tcW w:type="dxa" w:w="3289"/>
            <w:vAlign w:val="center"/>
          </w:tcPr>
          <w:p>
            <w:r/>
            <w:r>
              <w:rPr>
                <w:rFonts w:ascii="Malgun Gothic" w:hAnsi="Malgun Gothic" w:eastAsia="Malgun Gothic"/>
                <w:b w:val="0"/>
                <w:sz w:val="16"/>
              </w:rPr>
              <w:t>총 발화시간, 발화 비중, 턴 수, 세그먼트 수, 평균/중앙 발화 길이</w:t>
            </w:r>
          </w:p>
        </w:tc>
        <w:tc>
          <w:tcPr>
            <w:tcW w:type="dxa" w:w="3289"/>
            <w:vAlign w:val="center"/>
          </w:tcPr>
          <w:p>
            <w:r/>
            <w:r>
              <w:rPr>
                <w:rFonts w:ascii="Malgun Gothic" w:hAnsi="Malgun Gothic" w:eastAsia="Malgun Gothic"/>
                <w:b w:val="0"/>
                <w:sz w:val="16"/>
              </w:rPr>
              <w:t>평균·SD·중앙값·IQR</w:t>
            </w:r>
          </w:p>
        </w:tc>
      </w:tr>
      <w:tr>
        <w:trPr>
          <w:cantSplit/>
        </w:trPr>
        <w:tc>
          <w:tcPr>
            <w:tcW w:type="dxa" w:w="3289"/>
            <w:vAlign w:val="center"/>
          </w:tcPr>
          <w:p>
            <w:r/>
            <w:r>
              <w:rPr>
                <w:rFonts w:ascii="Malgun Gothic" w:hAnsi="Malgun Gothic" w:eastAsia="Malgun Gothic"/>
                <w:b w:val="0"/>
                <w:sz w:val="16"/>
              </w:rPr>
              <w:t>화자 후보 비교</w:t>
            </w:r>
          </w:p>
        </w:tc>
        <w:tc>
          <w:tcPr>
            <w:tcW w:type="dxa" w:w="3289"/>
            <w:vAlign w:val="center"/>
          </w:tcPr>
          <w:p>
            <w:r/>
            <w:r>
              <w:rPr>
                <w:rFonts w:ascii="Malgun Gothic" w:hAnsi="Malgun Gothic" w:eastAsia="Malgun Gothic"/>
                <w:b w:val="0"/>
                <w:sz w:val="16"/>
              </w:rPr>
              <w:t>대응표본 검정 또는 비모수 검정, 효과크기</w:t>
            </w:r>
          </w:p>
        </w:tc>
        <w:tc>
          <w:tcPr>
            <w:tcW w:type="dxa" w:w="3289"/>
            <w:vAlign w:val="center"/>
          </w:tcPr>
          <w:p>
            <w:r/>
            <w:r>
              <w:rPr>
                <w:rFonts w:ascii="Malgun Gothic" w:hAnsi="Malgun Gothic" w:eastAsia="Malgun Gothic"/>
                <w:b w:val="0"/>
                <w:sz w:val="16"/>
              </w:rPr>
              <w:t>p값만이 아니라 효과크기와 신뢰구간</w:t>
            </w:r>
          </w:p>
        </w:tc>
      </w:tr>
      <w:tr>
        <w:trPr>
          <w:cantSplit/>
        </w:trPr>
        <w:tc>
          <w:tcPr>
            <w:tcW w:type="dxa" w:w="3289"/>
            <w:vAlign w:val="center"/>
          </w:tcPr>
          <w:p>
            <w:r/>
            <w:r>
              <w:rPr>
                <w:rFonts w:ascii="Malgun Gothic" w:hAnsi="Malgun Gothic" w:eastAsia="Malgun Gothic"/>
                <w:b w:val="0"/>
                <w:sz w:val="16"/>
              </w:rPr>
              <w:t>응답쌍</w:t>
            </w:r>
          </w:p>
        </w:tc>
        <w:tc>
          <w:tcPr>
            <w:tcW w:type="dxa" w:w="3289"/>
            <w:vAlign w:val="center"/>
          </w:tcPr>
          <w:p>
            <w:r/>
            <w:r>
              <w:rPr>
                <w:rFonts w:ascii="Malgun Gothic" w:hAnsi="Malgun Gothic" w:eastAsia="Malgun Gothic"/>
                <w:b w:val="0"/>
                <w:sz w:val="16"/>
              </w:rPr>
              <w:t>응답 지연 분포, 전환 빈도, 장·단 지연 구간</w:t>
            </w:r>
          </w:p>
        </w:tc>
        <w:tc>
          <w:tcPr>
            <w:tcW w:type="dxa" w:w="3289"/>
            <w:vAlign w:val="center"/>
          </w:tcPr>
          <w:p>
            <w:r/>
            <w:r>
              <w:rPr>
                <w:rFonts w:ascii="Malgun Gothic" w:hAnsi="Malgun Gothic" w:eastAsia="Malgun Gothic"/>
                <w:b w:val="0"/>
                <w:sz w:val="16"/>
              </w:rPr>
              <w:t>히스토그램·백분위수·강건 통계</w:t>
            </w:r>
          </w:p>
        </w:tc>
      </w:tr>
      <w:tr>
        <w:trPr>
          <w:cantSplit/>
        </w:trPr>
        <w:tc>
          <w:tcPr>
            <w:tcW w:type="dxa" w:w="3289"/>
            <w:vAlign w:val="center"/>
          </w:tcPr>
          <w:p>
            <w:r/>
            <w:r>
              <w:rPr>
                <w:rFonts w:ascii="Malgun Gothic" w:hAnsi="Malgun Gothic" w:eastAsia="Malgun Gothic"/>
                <w:b w:val="0"/>
                <w:sz w:val="16"/>
              </w:rPr>
              <w:t>음향 특징</w:t>
            </w:r>
          </w:p>
        </w:tc>
        <w:tc>
          <w:tcPr>
            <w:tcW w:type="dxa" w:w="3289"/>
            <w:vAlign w:val="center"/>
          </w:tcPr>
          <w:p>
            <w:r/>
            <w:r>
              <w:rPr>
                <w:rFonts w:ascii="Malgun Gothic" w:hAnsi="Malgun Gothic" w:eastAsia="Malgun Gothic"/>
                <w:b w:val="0"/>
                <w:sz w:val="16"/>
              </w:rPr>
              <w:t>duration, energy, pitch의 화자 후보·턴 위치별 비교</w:t>
            </w:r>
          </w:p>
        </w:tc>
        <w:tc>
          <w:tcPr>
            <w:tcW w:type="dxa" w:w="3289"/>
            <w:vAlign w:val="center"/>
          </w:tcPr>
          <w:p>
            <w:r/>
            <w:r>
              <w:rPr>
                <w:rFonts w:ascii="Malgun Gothic" w:hAnsi="Malgun Gothic" w:eastAsia="Malgun Gothic"/>
                <w:b w:val="0"/>
                <w:sz w:val="16"/>
              </w:rPr>
              <w:t>결측률과 무성음 처리 기준 병기</w:t>
            </w:r>
          </w:p>
        </w:tc>
      </w:tr>
      <w:tr>
        <w:trPr>
          <w:cantSplit/>
        </w:trPr>
        <w:tc>
          <w:tcPr>
            <w:tcW w:type="dxa" w:w="3289"/>
            <w:vAlign w:val="center"/>
          </w:tcPr>
          <w:p>
            <w:r/>
            <w:r>
              <w:rPr>
                <w:rFonts w:ascii="Malgun Gothic" w:hAnsi="Malgun Gothic" w:eastAsia="Malgun Gothic"/>
                <w:b w:val="0"/>
                <w:sz w:val="16"/>
              </w:rPr>
              <w:t>민감도 분석</w:t>
            </w:r>
          </w:p>
        </w:tc>
        <w:tc>
          <w:tcPr>
            <w:tcW w:type="dxa" w:w="3289"/>
            <w:vAlign w:val="center"/>
          </w:tcPr>
          <w:p>
            <w:r/>
            <w:r>
              <w:rPr>
                <w:rFonts w:ascii="Malgun Gothic" w:hAnsi="Malgun Gothic" w:eastAsia="Malgun Gothic"/>
                <w:b w:val="0"/>
                <w:sz w:val="16"/>
              </w:rPr>
              <w:t>S1 미검출 40건 포함/제외, 초단 세그먼트 기준 변경</w:t>
            </w:r>
          </w:p>
        </w:tc>
        <w:tc>
          <w:tcPr>
            <w:tcW w:type="dxa" w:w="3289"/>
            <w:vAlign w:val="center"/>
          </w:tcPr>
          <w:p>
            <w:r/>
            <w:r>
              <w:rPr>
                <w:rFonts w:ascii="Malgun Gothic" w:hAnsi="Malgun Gothic" w:eastAsia="Malgun Gothic"/>
                <w:b w:val="0"/>
                <w:sz w:val="16"/>
              </w:rPr>
              <w:t>주요 결론 유지 여부</w:t>
            </w:r>
          </w:p>
        </w:tc>
      </w:tr>
      <w:tr>
        <w:trPr>
          <w:cantSplit/>
        </w:trPr>
        <w:tc>
          <w:tcPr>
            <w:tcW w:type="dxa" w:w="3289"/>
            <w:vAlign w:val="center"/>
          </w:tcPr>
          <w:p>
            <w:r/>
            <w:r>
              <w:rPr>
                <w:rFonts w:ascii="Malgun Gothic" w:hAnsi="Malgun Gothic" w:eastAsia="Malgun Gothic"/>
                <w:b w:val="0"/>
                <w:sz w:val="16"/>
              </w:rPr>
              <w:t>역할·스트레스</w:t>
            </w:r>
          </w:p>
        </w:tc>
        <w:tc>
          <w:tcPr>
            <w:tcW w:type="dxa" w:w="3289"/>
            <w:vAlign w:val="center"/>
          </w:tcPr>
          <w:p>
            <w:r/>
            <w:r>
              <w:rPr>
                <w:rFonts w:ascii="Malgun Gothic" w:hAnsi="Malgun Gothic" w:eastAsia="Malgun Gothic"/>
                <w:b w:val="0"/>
                <w:sz w:val="16"/>
              </w:rPr>
              <w:t>현재 분석에서 제외</w:t>
            </w:r>
          </w:p>
        </w:tc>
        <w:tc>
          <w:tcPr>
            <w:tcW w:type="dxa" w:w="3289"/>
            <w:vAlign w:val="center"/>
          </w:tcPr>
          <w:p>
            <w:r/>
            <w:r>
              <w:rPr>
                <w:rFonts w:ascii="Malgun Gothic" w:hAnsi="Malgun Gothic" w:eastAsia="Malgun Gothic"/>
                <w:b w:val="0"/>
                <w:sz w:val="16"/>
              </w:rPr>
              <w:t>후속 연구로 명시</w:t>
            </w:r>
          </w:p>
        </w:tc>
      </w:tr>
    </w:tbl>
    <w:p/>
    <w:p>
      <w:r>
        <w:rPr>
          <w:b/>
        </w:rPr>
        <w:t>표 12-7. 과장 방지 및 주장 표현 규칙</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표현</w:t>
            </w:r>
          </w:p>
        </w:tc>
        <w:tc>
          <w:tcPr>
            <w:tcW w:type="dxa" w:w="3289"/>
          </w:tcPr>
          <w:p>
            <w:r/>
            <w:r>
              <w:rPr>
                <w:rFonts w:ascii="Malgun Gothic" w:hAnsi="Malgun Gothic" w:eastAsia="Malgun Gothic"/>
                <w:b/>
                <w:sz w:val="16"/>
              </w:rPr>
              <w:t>사용 여부</w:t>
            </w:r>
          </w:p>
        </w:tc>
        <w:tc>
          <w:tcPr>
            <w:tcW w:type="dxa" w:w="3289"/>
          </w:tcPr>
          <w:p>
            <w:r/>
            <w:r>
              <w:rPr>
                <w:rFonts w:ascii="Malgun Gothic" w:hAnsi="Malgun Gothic" w:eastAsia="Malgun Gothic"/>
                <w:b/>
                <w:sz w:val="16"/>
              </w:rPr>
              <w:t>권장 문구</w:t>
            </w:r>
          </w:p>
        </w:tc>
      </w:tr>
      <w:tr>
        <w:trPr>
          <w:cantSplit/>
        </w:trPr>
        <w:tc>
          <w:tcPr>
            <w:tcW w:type="dxa" w:w="3289"/>
            <w:vAlign w:val="center"/>
          </w:tcPr>
          <w:p>
            <w:r/>
            <w:r>
              <w:rPr>
                <w:rFonts w:ascii="Malgun Gothic" w:hAnsi="Malgun Gothic" w:eastAsia="Malgun Gothic"/>
                <w:b w:val="0"/>
                <w:sz w:val="16"/>
              </w:rPr>
              <w:t>기존 결과 재검증</w:t>
            </w:r>
          </w:p>
        </w:tc>
        <w:tc>
          <w:tcPr>
            <w:tcW w:type="dxa" w:w="3289"/>
            <w:vAlign w:val="center"/>
          </w:tcPr>
          <w:p>
            <w:r/>
            <w:r>
              <w:rPr>
                <w:rFonts w:ascii="Malgun Gothic" w:hAnsi="Malgun Gothic" w:eastAsia="Malgun Gothic"/>
                <w:b w:val="0"/>
                <w:sz w:val="16"/>
              </w:rPr>
              <w:t>사용하지 않음</w:t>
            </w:r>
          </w:p>
        </w:tc>
        <w:tc>
          <w:tcPr>
            <w:tcW w:type="dxa" w:w="3289"/>
            <w:vAlign w:val="center"/>
          </w:tcPr>
          <w:p>
            <w:r/>
            <w:r>
              <w:rPr>
                <w:rFonts w:ascii="Malgun Gothic" w:hAnsi="Malgun Gothic" w:eastAsia="Malgun Gothic"/>
                <w:b w:val="0"/>
                <w:sz w:val="16"/>
              </w:rPr>
              <w:t>TO-BE 기반 신규 화자분리 연구로 표현</w:t>
            </w:r>
          </w:p>
        </w:tc>
      </w:tr>
      <w:tr>
        <w:trPr>
          <w:cantSplit/>
        </w:trPr>
        <w:tc>
          <w:tcPr>
            <w:tcW w:type="dxa" w:w="3289"/>
            <w:vAlign w:val="center"/>
          </w:tcPr>
          <w:p>
            <w:r/>
            <w:r>
              <w:rPr>
                <w:rFonts w:ascii="Malgun Gothic" w:hAnsi="Malgun Gothic" w:eastAsia="Malgun Gothic"/>
                <w:b w:val="0"/>
                <w:sz w:val="16"/>
              </w:rPr>
              <w:t>고객/상담사</w:t>
            </w:r>
          </w:p>
        </w:tc>
        <w:tc>
          <w:tcPr>
            <w:tcW w:type="dxa" w:w="3289"/>
            <w:vAlign w:val="center"/>
          </w:tcPr>
          <w:p>
            <w:r/>
            <w:r>
              <w:rPr>
                <w:rFonts w:ascii="Malgun Gothic" w:hAnsi="Malgun Gothic" w:eastAsia="Malgun Gothic"/>
                <w:b w:val="0"/>
                <w:sz w:val="16"/>
              </w:rPr>
              <w:t>검증 전 사용 금지</w:t>
            </w:r>
          </w:p>
        </w:tc>
        <w:tc>
          <w:tcPr>
            <w:tcW w:type="dxa" w:w="3289"/>
            <w:vAlign w:val="center"/>
          </w:tcPr>
          <w:p>
            <w:r/>
            <w:r>
              <w:rPr>
                <w:rFonts w:ascii="Malgun Gothic" w:hAnsi="Malgun Gothic" w:eastAsia="Malgun Gothic"/>
                <w:b w:val="0"/>
                <w:sz w:val="16"/>
              </w:rPr>
              <w:t>화자 후보 S0/S1 또는 SPEAKER_00/01</w:t>
            </w:r>
          </w:p>
        </w:tc>
      </w:tr>
      <w:tr>
        <w:trPr>
          <w:cantSplit/>
        </w:trPr>
        <w:tc>
          <w:tcPr>
            <w:tcW w:type="dxa" w:w="3289"/>
            <w:vAlign w:val="center"/>
          </w:tcPr>
          <w:p>
            <w:r/>
            <w:r>
              <w:rPr>
                <w:rFonts w:ascii="Malgun Gothic" w:hAnsi="Malgun Gothic" w:eastAsia="Malgun Gothic"/>
                <w:b w:val="0"/>
                <w:sz w:val="16"/>
              </w:rPr>
              <w:t>영향·인과</w:t>
            </w:r>
          </w:p>
        </w:tc>
        <w:tc>
          <w:tcPr>
            <w:tcW w:type="dxa" w:w="3289"/>
            <w:vAlign w:val="center"/>
          </w:tcPr>
          <w:p>
            <w:r/>
            <w:r>
              <w:rPr>
                <w:rFonts w:ascii="Malgun Gothic" w:hAnsi="Malgun Gothic" w:eastAsia="Malgun Gothic"/>
                <w:b w:val="0"/>
                <w:sz w:val="16"/>
              </w:rPr>
              <w:t>사용 금지</w:t>
            </w:r>
          </w:p>
        </w:tc>
        <w:tc>
          <w:tcPr>
            <w:tcW w:type="dxa" w:w="3289"/>
            <w:vAlign w:val="center"/>
          </w:tcPr>
          <w:p>
            <w:r/>
            <w:r>
              <w:rPr>
                <w:rFonts w:ascii="Malgun Gothic" w:hAnsi="Malgun Gothic" w:eastAsia="Malgun Gothic"/>
                <w:b w:val="0"/>
                <w:sz w:val="16"/>
              </w:rPr>
              <w:t>차이, 연관, 시간순 패턴, 탐색적 관계</w:t>
            </w:r>
          </w:p>
        </w:tc>
      </w:tr>
      <w:tr>
        <w:trPr>
          <w:cantSplit/>
        </w:trPr>
        <w:tc>
          <w:tcPr>
            <w:tcW w:type="dxa" w:w="3289"/>
            <w:vAlign w:val="center"/>
          </w:tcPr>
          <w:p>
            <w:r/>
            <w:r>
              <w:rPr>
                <w:rFonts w:ascii="Malgun Gothic" w:hAnsi="Malgun Gothic" w:eastAsia="Malgun Gothic"/>
                <w:b w:val="0"/>
                <w:sz w:val="16"/>
              </w:rPr>
              <w:t>스트레스 전이</w:t>
            </w:r>
          </w:p>
        </w:tc>
        <w:tc>
          <w:tcPr>
            <w:tcW w:type="dxa" w:w="3289"/>
            <w:vAlign w:val="center"/>
          </w:tcPr>
          <w:p>
            <w:r/>
            <w:r>
              <w:rPr>
                <w:rFonts w:ascii="Malgun Gothic" w:hAnsi="Malgun Gothic" w:eastAsia="Malgun Gothic"/>
                <w:b w:val="0"/>
                <w:sz w:val="16"/>
              </w:rPr>
              <w:t>현재 사용 금지</w:t>
            </w:r>
          </w:p>
        </w:tc>
        <w:tc>
          <w:tcPr>
            <w:tcW w:type="dxa" w:w="3289"/>
            <w:vAlign w:val="center"/>
          </w:tcPr>
          <w:p>
            <w:r/>
            <w:r>
              <w:rPr>
                <w:rFonts w:ascii="Malgun Gothic" w:hAnsi="Malgun Gothic" w:eastAsia="Malgun Gothic"/>
                <w:b w:val="0"/>
                <w:sz w:val="16"/>
              </w:rPr>
              <w:t>세그먼트 stress 완성 후 후속 검증 필요</w:t>
            </w:r>
          </w:p>
        </w:tc>
      </w:tr>
      <w:tr>
        <w:trPr>
          <w:cantSplit/>
        </w:trPr>
        <w:tc>
          <w:tcPr>
            <w:tcW w:type="dxa" w:w="3289"/>
            <w:vAlign w:val="center"/>
          </w:tcPr>
          <w:p>
            <w:r/>
            <w:r>
              <w:rPr>
                <w:rFonts w:ascii="Malgun Gothic" w:hAnsi="Malgun Gothic" w:eastAsia="Malgun Gothic"/>
                <w:b w:val="0"/>
                <w:sz w:val="16"/>
              </w:rPr>
              <w:t>화자분리 정확도</w:t>
            </w:r>
          </w:p>
        </w:tc>
        <w:tc>
          <w:tcPr>
            <w:tcW w:type="dxa" w:w="3289"/>
            <w:vAlign w:val="center"/>
          </w:tcPr>
          <w:p>
            <w:r/>
            <w:r>
              <w:rPr>
                <w:rFonts w:ascii="Malgun Gothic" w:hAnsi="Malgun Gothic" w:eastAsia="Malgun Gothic"/>
                <w:b w:val="0"/>
                <w:sz w:val="16"/>
              </w:rPr>
              <w:t>정답 라벨 없으면 정확도 표현 금지</w:t>
            </w:r>
          </w:p>
        </w:tc>
        <w:tc>
          <w:tcPr>
            <w:tcW w:type="dxa" w:w="3289"/>
            <w:vAlign w:val="center"/>
          </w:tcPr>
          <w:p>
            <w:r/>
            <w:r>
              <w:rPr>
                <w:rFonts w:ascii="Malgun Gothic" w:hAnsi="Malgun Gothic" w:eastAsia="Malgun Gothic"/>
                <w:b w:val="0"/>
                <w:sz w:val="16"/>
              </w:rPr>
              <w:t>분리 결과 규모와 품질 진단으로 표현</w:t>
            </w:r>
          </w:p>
        </w:tc>
      </w:tr>
      <w:tr>
        <w:trPr>
          <w:cantSplit/>
        </w:trPr>
        <w:tc>
          <w:tcPr>
            <w:tcW w:type="dxa" w:w="3289"/>
            <w:vAlign w:val="center"/>
          </w:tcPr>
          <w:p>
            <w:r/>
            <w:r>
              <w:rPr>
                <w:rFonts w:ascii="Malgun Gothic" w:hAnsi="Malgun Gothic" w:eastAsia="Malgun Gothic"/>
                <w:b w:val="0"/>
                <w:sz w:val="16"/>
              </w:rPr>
              <w:t>새로운 기여</w:t>
            </w:r>
          </w:p>
        </w:tc>
        <w:tc>
          <w:tcPr>
            <w:tcW w:type="dxa" w:w="3289"/>
            <w:vAlign w:val="center"/>
          </w:tcPr>
          <w:p>
            <w:r/>
            <w:r>
              <w:rPr>
                <w:rFonts w:ascii="Malgun Gothic" w:hAnsi="Malgun Gothic" w:eastAsia="Malgun Gothic"/>
                <w:b w:val="0"/>
                <w:sz w:val="16"/>
              </w:rPr>
              <w:t>사용 가능</w:t>
            </w:r>
          </w:p>
        </w:tc>
        <w:tc>
          <w:tcPr>
            <w:tcW w:type="dxa" w:w="3289"/>
            <w:vAlign w:val="center"/>
          </w:tcPr>
          <w:p>
            <w:r/>
            <w:r>
              <w:rPr>
                <w:rFonts w:ascii="Malgun Gothic" w:hAnsi="Malgun Gothic" w:eastAsia="Malgun Gothic"/>
                <w:b w:val="0"/>
                <w:sz w:val="16"/>
              </w:rPr>
              <w:t>실제 콜센터 1,000건에서 화자 구조와 응답쌍을 정량화한 방법·결과</w:t>
            </w:r>
          </w:p>
        </w:tc>
      </w:tr>
    </w:tbl>
    <w:p/>
    <w:p>
      <w:r>
        <w:rPr>
          <w:b/>
        </w:rPr>
        <w:t>표 12-8. IEEE Access 제출 규칙 한글 요약</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번호</w:t>
            </w:r>
          </w:p>
        </w:tc>
        <w:tc>
          <w:tcPr>
            <w:tcW w:type="dxa" w:w="3289"/>
          </w:tcPr>
          <w:p>
            <w:r/>
            <w:r>
              <w:rPr>
                <w:rFonts w:ascii="Malgun Gothic" w:hAnsi="Malgun Gothic" w:eastAsia="Malgun Gothic"/>
                <w:b/>
                <w:sz w:val="16"/>
              </w:rPr>
              <w:t>IEEE Access 투고 규칙</w:t>
            </w:r>
          </w:p>
        </w:tc>
        <w:tc>
          <w:tcPr>
            <w:tcW w:type="dxa" w:w="3289"/>
          </w:tcPr>
          <w:p>
            <w:r/>
            <w:r>
              <w:rPr>
                <w:rFonts w:ascii="Malgun Gothic" w:hAnsi="Malgun Gothic" w:eastAsia="Malgun Gothic"/>
                <w:b/>
                <w:sz w:val="16"/>
              </w:rPr>
              <w:t>현재 적용</w:t>
            </w:r>
          </w:p>
        </w:tc>
      </w:tr>
      <w:tr>
        <w:trPr>
          <w:cantSplit/>
        </w:trPr>
        <w:tc>
          <w:tcPr>
            <w:tcW w:type="dxa" w:w="3289"/>
            <w:vAlign w:val="center"/>
          </w:tcPr>
          <w:p>
            <w:r/>
            <w:r>
              <w:rPr>
                <w:rFonts w:ascii="Malgun Gothic" w:hAnsi="Malgun Gothic" w:eastAsia="Malgun Gothic"/>
                <w:b w:val="0"/>
                <w:sz w:val="16"/>
              </w:rPr>
              <w:t>1</w:t>
            </w:r>
          </w:p>
        </w:tc>
        <w:tc>
          <w:tcPr>
            <w:tcW w:type="dxa" w:w="3289"/>
            <w:vAlign w:val="center"/>
          </w:tcPr>
          <w:p>
            <w:r/>
            <w:r>
              <w:rPr>
                <w:rFonts w:ascii="Malgun Gothic" w:hAnsi="Malgun Gothic" w:eastAsia="Malgun Gothic"/>
                <w:b w:val="0"/>
                <w:sz w:val="16"/>
              </w:rPr>
              <w:t>공식 2단·단일 줄간격 템플릿 사용</w:t>
            </w:r>
          </w:p>
        </w:tc>
        <w:tc>
          <w:tcPr>
            <w:tcW w:type="dxa" w:w="3289"/>
            <w:vAlign w:val="center"/>
          </w:tcPr>
          <w:p>
            <w:r/>
            <w:r>
              <w:rPr>
                <w:rFonts w:ascii="Malgun Gothic" w:hAnsi="Malgun Gothic" w:eastAsia="Malgun Gothic"/>
                <w:b w:val="0"/>
                <w:sz w:val="16"/>
              </w:rPr>
              <w:t>한글 초안 완료 뒤 공식 Word 템플릿에 영문화</w:t>
            </w:r>
          </w:p>
        </w:tc>
      </w:tr>
      <w:tr>
        <w:trPr>
          <w:cantSplit/>
        </w:trPr>
        <w:tc>
          <w:tcPr>
            <w:tcW w:type="dxa" w:w="3289"/>
            <w:vAlign w:val="center"/>
          </w:tcPr>
          <w:p>
            <w:r/>
            <w:r>
              <w:rPr>
                <w:rFonts w:ascii="Malgun Gothic" w:hAnsi="Malgun Gothic" w:eastAsia="Malgun Gothic"/>
                <w:b w:val="0"/>
                <w:sz w:val="16"/>
              </w:rPr>
              <w:t>2</w:t>
            </w:r>
          </w:p>
        </w:tc>
        <w:tc>
          <w:tcPr>
            <w:tcW w:type="dxa" w:w="3289"/>
            <w:vAlign w:val="center"/>
          </w:tcPr>
          <w:p>
            <w:r/>
            <w:r>
              <w:rPr>
                <w:rFonts w:ascii="Malgun Gothic" w:hAnsi="Malgun Gothic" w:eastAsia="Malgun Gothic"/>
                <w:b w:val="0"/>
                <w:sz w:val="16"/>
              </w:rPr>
              <w:t>Word/LaTeX 원본과 PDF 동시 제출 및 내용 일치</w:t>
            </w:r>
          </w:p>
        </w:tc>
        <w:tc>
          <w:tcPr>
            <w:tcW w:type="dxa" w:w="3289"/>
            <w:vAlign w:val="center"/>
          </w:tcPr>
          <w:p>
            <w:r/>
            <w:r>
              <w:rPr>
                <w:rFonts w:ascii="Malgun Gothic" w:hAnsi="Malgun Gothic" w:eastAsia="Malgun Gothic"/>
                <w:b w:val="0"/>
                <w:sz w:val="16"/>
              </w:rPr>
              <w:t>최종 제출 단계에서 대조</w:t>
            </w:r>
          </w:p>
        </w:tc>
      </w:tr>
      <w:tr>
        <w:trPr>
          <w:cantSplit/>
        </w:trPr>
        <w:tc>
          <w:tcPr>
            <w:tcW w:type="dxa" w:w="3289"/>
            <w:vAlign w:val="center"/>
          </w:tcPr>
          <w:p>
            <w:r/>
            <w:r>
              <w:rPr>
                <w:rFonts w:ascii="Malgun Gothic" w:hAnsi="Malgun Gothic" w:eastAsia="Malgun Gothic"/>
                <w:b w:val="0"/>
                <w:sz w:val="16"/>
              </w:rPr>
              <w:t>3</w:t>
            </w:r>
          </w:p>
        </w:tc>
        <w:tc>
          <w:tcPr>
            <w:tcW w:type="dxa" w:w="3289"/>
            <w:vAlign w:val="center"/>
          </w:tcPr>
          <w:p>
            <w:r/>
            <w:r>
              <w:rPr>
                <w:rFonts w:ascii="Malgun Gothic" w:hAnsi="Malgun Gothic" w:eastAsia="Malgun Gothic"/>
                <w:b w:val="0"/>
                <w:sz w:val="16"/>
              </w:rPr>
              <w:t>파일당 40MB 이하</w:t>
            </w:r>
          </w:p>
        </w:tc>
        <w:tc>
          <w:tcPr>
            <w:tcW w:type="dxa" w:w="3289"/>
            <w:vAlign w:val="center"/>
          </w:tcPr>
          <w:p>
            <w:r/>
            <w:r>
              <w:rPr>
                <w:rFonts w:ascii="Malgun Gothic" w:hAnsi="Malgun Gothic" w:eastAsia="Malgun Gothic"/>
                <w:b w:val="0"/>
                <w:sz w:val="16"/>
              </w:rPr>
              <w:t>최종 Word/PDF 용량 점검</w:t>
            </w:r>
          </w:p>
        </w:tc>
      </w:tr>
      <w:tr>
        <w:trPr>
          <w:cantSplit/>
        </w:trPr>
        <w:tc>
          <w:tcPr>
            <w:tcW w:type="dxa" w:w="3289"/>
            <w:vAlign w:val="center"/>
          </w:tcPr>
          <w:p>
            <w:r/>
            <w:r>
              <w:rPr>
                <w:rFonts w:ascii="Malgun Gothic" w:hAnsi="Malgun Gothic" w:eastAsia="Malgun Gothic"/>
                <w:b w:val="0"/>
                <w:sz w:val="16"/>
              </w:rPr>
              <w:t>4</w:t>
            </w:r>
          </w:p>
        </w:tc>
        <w:tc>
          <w:tcPr>
            <w:tcW w:type="dxa" w:w="3289"/>
            <w:vAlign w:val="center"/>
          </w:tcPr>
          <w:p>
            <w:r/>
            <w:r>
              <w:rPr>
                <w:rFonts w:ascii="Malgun Gothic" w:hAnsi="Malgun Gothic" w:eastAsia="Malgun Gothic"/>
                <w:b w:val="0"/>
                <w:sz w:val="16"/>
              </w:rPr>
              <w:t>저자 자격·순서·ORCID 확정</w:t>
            </w:r>
          </w:p>
        </w:tc>
        <w:tc>
          <w:tcPr>
            <w:tcW w:type="dxa" w:w="3289"/>
            <w:vAlign w:val="center"/>
          </w:tcPr>
          <w:p>
            <w:r/>
            <w:r>
              <w:rPr>
                <w:rFonts w:ascii="Malgun Gothic" w:hAnsi="Malgun Gothic" w:eastAsia="Malgun Gothic"/>
                <w:b w:val="0"/>
                <w:sz w:val="16"/>
              </w:rPr>
              <w:t>투고 전 확정</w:t>
            </w:r>
          </w:p>
        </w:tc>
      </w:tr>
      <w:tr>
        <w:trPr>
          <w:cantSplit/>
        </w:trPr>
        <w:tc>
          <w:tcPr>
            <w:tcW w:type="dxa" w:w="3289"/>
            <w:vAlign w:val="center"/>
          </w:tcPr>
          <w:p>
            <w:r/>
            <w:r>
              <w:rPr>
                <w:rFonts w:ascii="Malgun Gothic" w:hAnsi="Malgun Gothic" w:eastAsia="Malgun Gothic"/>
                <w:b w:val="0"/>
                <w:sz w:val="16"/>
              </w:rPr>
              <w:t>5</w:t>
            </w:r>
          </w:p>
        </w:tc>
        <w:tc>
          <w:tcPr>
            <w:tcW w:type="dxa" w:w="3289"/>
            <w:vAlign w:val="center"/>
          </w:tcPr>
          <w:p>
            <w:r/>
            <w:r>
              <w:rPr>
                <w:rFonts w:ascii="Malgun Gothic" w:hAnsi="Malgun Gothic" w:eastAsia="Malgun Gothic"/>
                <w:b w:val="0"/>
                <w:sz w:val="16"/>
              </w:rPr>
              <w:t>모든 저자의 짧은 약력 포함</w:t>
            </w:r>
          </w:p>
        </w:tc>
        <w:tc>
          <w:tcPr>
            <w:tcW w:type="dxa" w:w="3289"/>
            <w:vAlign w:val="center"/>
          </w:tcPr>
          <w:p>
            <w:r/>
            <w:r>
              <w:rPr>
                <w:rFonts w:ascii="Malgun Gothic" w:hAnsi="Malgun Gothic" w:eastAsia="Malgun Gothic"/>
                <w:b w:val="0"/>
                <w:sz w:val="16"/>
              </w:rPr>
              <w:t>참고문헌 뒤에 배치</w:t>
            </w:r>
          </w:p>
        </w:tc>
      </w:tr>
      <w:tr>
        <w:trPr>
          <w:cantSplit/>
        </w:trPr>
        <w:tc>
          <w:tcPr>
            <w:tcW w:type="dxa" w:w="3289"/>
            <w:vAlign w:val="center"/>
          </w:tcPr>
          <w:p>
            <w:r/>
            <w:r>
              <w:rPr>
                <w:rFonts w:ascii="Malgun Gothic" w:hAnsi="Malgun Gothic" w:eastAsia="Malgun Gothic"/>
                <w:b w:val="0"/>
                <w:sz w:val="16"/>
              </w:rPr>
              <w:t>6</w:t>
            </w:r>
          </w:p>
        </w:tc>
        <w:tc>
          <w:tcPr>
            <w:tcW w:type="dxa" w:w="3289"/>
            <w:vAlign w:val="center"/>
          </w:tcPr>
          <w:p>
            <w:r/>
            <w:r>
              <w:rPr>
                <w:rFonts w:ascii="Malgun Gothic" w:hAnsi="Malgun Gothic" w:eastAsia="Malgun Gothic"/>
                <w:b w:val="0"/>
                <w:sz w:val="16"/>
              </w:rPr>
              <w:t>영문 문법과 철자 검수</w:t>
            </w:r>
          </w:p>
        </w:tc>
        <w:tc>
          <w:tcPr>
            <w:tcW w:type="dxa" w:w="3289"/>
            <w:vAlign w:val="center"/>
          </w:tcPr>
          <w:p>
            <w:r/>
            <w:r>
              <w:rPr>
                <w:rFonts w:ascii="Malgun Gothic" w:hAnsi="Malgun Gothic" w:eastAsia="Malgun Gothic"/>
                <w:b w:val="0"/>
                <w:sz w:val="16"/>
              </w:rPr>
              <w:t>한글 원고 확정 후 전문 영문 교정</w:t>
            </w:r>
          </w:p>
        </w:tc>
      </w:tr>
      <w:tr>
        <w:trPr>
          <w:cantSplit/>
        </w:trPr>
        <w:tc>
          <w:tcPr>
            <w:tcW w:type="dxa" w:w="3289"/>
            <w:vAlign w:val="center"/>
          </w:tcPr>
          <w:p>
            <w:r/>
            <w:r>
              <w:rPr>
                <w:rFonts w:ascii="Malgun Gothic" w:hAnsi="Malgun Gothic" w:eastAsia="Malgun Gothic"/>
                <w:b w:val="0"/>
                <w:sz w:val="16"/>
              </w:rPr>
              <w:t>7</w:t>
            </w:r>
          </w:p>
        </w:tc>
        <w:tc>
          <w:tcPr>
            <w:tcW w:type="dxa" w:w="3289"/>
            <w:vAlign w:val="center"/>
          </w:tcPr>
          <w:p>
            <w:r/>
            <w:r>
              <w:rPr>
                <w:rFonts w:ascii="Malgun Gothic" w:hAnsi="Malgun Gothic" w:eastAsia="Malgun Gothic"/>
                <w:b w:val="0"/>
                <w:sz w:val="16"/>
              </w:rPr>
              <w:t>관련 참고문헌 정확성·철회 여부 점검</w:t>
            </w:r>
          </w:p>
        </w:tc>
        <w:tc>
          <w:tcPr>
            <w:tcW w:type="dxa" w:w="3289"/>
            <w:vAlign w:val="center"/>
          </w:tcPr>
          <w:p>
            <w:r/>
            <w:r>
              <w:rPr>
                <w:rFonts w:ascii="Malgun Gothic" w:hAnsi="Malgun Gothic" w:eastAsia="Malgun Gothic"/>
                <w:b w:val="0"/>
                <w:sz w:val="16"/>
              </w:rPr>
              <w:t>DOI와 철회 문헌 확인</w:t>
            </w:r>
          </w:p>
        </w:tc>
      </w:tr>
      <w:tr>
        <w:trPr>
          <w:cantSplit/>
        </w:trPr>
        <w:tc>
          <w:tcPr>
            <w:tcW w:type="dxa" w:w="3289"/>
            <w:vAlign w:val="center"/>
          </w:tcPr>
          <w:p>
            <w:r/>
            <w:r>
              <w:rPr>
                <w:rFonts w:ascii="Malgun Gothic" w:hAnsi="Malgun Gothic" w:eastAsia="Malgun Gothic"/>
                <w:b w:val="0"/>
                <w:sz w:val="16"/>
              </w:rPr>
              <w:t>8</w:t>
            </w:r>
          </w:p>
        </w:tc>
        <w:tc>
          <w:tcPr>
            <w:tcW w:type="dxa" w:w="3289"/>
            <w:vAlign w:val="center"/>
          </w:tcPr>
          <w:p>
            <w:r/>
            <w:r>
              <w:rPr>
                <w:rFonts w:ascii="Malgun Gothic" w:hAnsi="Malgun Gothic" w:eastAsia="Malgun Gothic"/>
                <w:b w:val="0"/>
                <w:sz w:val="16"/>
              </w:rPr>
              <w:t>약어는 본문 첫 사용 시 정의</w:t>
            </w:r>
          </w:p>
        </w:tc>
        <w:tc>
          <w:tcPr>
            <w:tcW w:type="dxa" w:w="3289"/>
            <w:vAlign w:val="center"/>
          </w:tcPr>
          <w:p>
            <w:r/>
            <w:r>
              <w:rPr>
                <w:rFonts w:ascii="Malgun Gothic" w:hAnsi="Malgun Gothic" w:eastAsia="Malgun Gothic"/>
                <w:b w:val="0"/>
                <w:sz w:val="16"/>
              </w:rPr>
              <w:t>STT, VOC, RMS, F0 등을 각각 정의</w:t>
            </w:r>
          </w:p>
        </w:tc>
      </w:tr>
      <w:tr>
        <w:trPr>
          <w:cantSplit/>
        </w:trPr>
        <w:tc>
          <w:tcPr>
            <w:tcW w:type="dxa" w:w="3289"/>
            <w:vAlign w:val="center"/>
          </w:tcPr>
          <w:p>
            <w:r/>
            <w:r>
              <w:rPr>
                <w:rFonts w:ascii="Malgun Gothic" w:hAnsi="Malgun Gothic" w:eastAsia="Malgun Gothic"/>
                <w:b w:val="0"/>
                <w:sz w:val="16"/>
              </w:rPr>
              <w:t>9</w:t>
            </w:r>
          </w:p>
        </w:tc>
        <w:tc>
          <w:tcPr>
            <w:tcW w:type="dxa" w:w="3289"/>
            <w:vAlign w:val="center"/>
          </w:tcPr>
          <w:p>
            <w:r/>
            <w:r>
              <w:rPr>
                <w:rFonts w:ascii="Malgun Gothic" w:hAnsi="Malgun Gothic" w:eastAsia="Malgun Gothic"/>
                <w:b w:val="0"/>
                <w:sz w:val="16"/>
              </w:rPr>
              <w:t>키워드 3~10개 선택</w:t>
            </w:r>
          </w:p>
        </w:tc>
        <w:tc>
          <w:tcPr>
            <w:tcW w:type="dxa" w:w="3289"/>
            <w:vAlign w:val="center"/>
          </w:tcPr>
          <w:p>
            <w:r/>
            <w:r>
              <w:rPr>
                <w:rFonts w:ascii="Malgun Gothic" w:hAnsi="Malgun Gothic" w:eastAsia="Malgun Gothic"/>
                <w:b w:val="0"/>
                <w:sz w:val="16"/>
              </w:rPr>
              <w:t>영문 원고에서 알파벳순 정리</w:t>
            </w:r>
          </w:p>
        </w:tc>
      </w:tr>
      <w:tr>
        <w:trPr>
          <w:cantSplit/>
        </w:trPr>
        <w:tc>
          <w:tcPr>
            <w:tcW w:type="dxa" w:w="3289"/>
            <w:vAlign w:val="center"/>
          </w:tcPr>
          <w:p>
            <w:r/>
            <w:r>
              <w:rPr>
                <w:rFonts w:ascii="Malgun Gothic" w:hAnsi="Malgun Gothic" w:eastAsia="Malgun Gothic"/>
                <w:b w:val="0"/>
                <w:sz w:val="16"/>
              </w:rPr>
              <w:t>10</w:t>
            </w:r>
          </w:p>
        </w:tc>
        <w:tc>
          <w:tcPr>
            <w:tcW w:type="dxa" w:w="3289"/>
            <w:vAlign w:val="center"/>
          </w:tcPr>
          <w:p>
            <w:r/>
            <w:r>
              <w:rPr>
                <w:rFonts w:ascii="Malgun Gothic" w:hAnsi="Malgun Gothic" w:eastAsia="Malgun Gothic"/>
                <w:b w:val="0"/>
                <w:sz w:val="16"/>
              </w:rPr>
              <w:t>20페이지 이하 권장</w:t>
            </w:r>
          </w:p>
        </w:tc>
        <w:tc>
          <w:tcPr>
            <w:tcW w:type="dxa" w:w="3289"/>
            <w:vAlign w:val="center"/>
          </w:tcPr>
          <w:p>
            <w:r/>
            <w:r>
              <w:rPr>
                <w:rFonts w:ascii="Malgun Gothic" w:hAnsi="Malgun Gothic" w:eastAsia="Malgun Gothic"/>
                <w:b w:val="0"/>
                <w:sz w:val="16"/>
              </w:rPr>
              <w:t>구조 결과 중심으로 압축하고 상세 표는 보충자료로 이동</w:t>
            </w:r>
          </w:p>
        </w:tc>
      </w:tr>
    </w:tbl>
    <w:p/>
    <w:p>
      <w:r>
        <w:rPr>
          <w:b/>
        </w:rPr>
        <w:t>표 12-9. 신규 논문 작성 준비 상태</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6"/>
              </w:rPr>
              <w:t>작업 항목</w:t>
            </w:r>
          </w:p>
        </w:tc>
        <w:tc>
          <w:tcPr>
            <w:tcW w:type="dxa" w:w="3289"/>
          </w:tcPr>
          <w:p>
            <w:r/>
            <w:r>
              <w:rPr>
                <w:rFonts w:ascii="Malgun Gothic" w:hAnsi="Malgun Gothic" w:eastAsia="Malgun Gothic"/>
                <w:b/>
                <w:sz w:val="16"/>
              </w:rPr>
              <w:t>상태</w:t>
            </w:r>
          </w:p>
        </w:tc>
        <w:tc>
          <w:tcPr>
            <w:tcW w:type="dxa" w:w="3289"/>
          </w:tcPr>
          <w:p>
            <w:r/>
            <w:r>
              <w:rPr>
                <w:rFonts w:ascii="Malgun Gothic" w:hAnsi="Malgun Gothic" w:eastAsia="Malgun Gothic"/>
                <w:b/>
                <w:sz w:val="16"/>
              </w:rPr>
              <w:t>다음 작업</w:t>
            </w:r>
          </w:p>
        </w:tc>
      </w:tr>
      <w:tr>
        <w:trPr>
          <w:cantSplit/>
        </w:trPr>
        <w:tc>
          <w:tcPr>
            <w:tcW w:type="dxa" w:w="3289"/>
            <w:vAlign w:val="center"/>
          </w:tcPr>
          <w:p>
            <w:r/>
            <w:r>
              <w:rPr>
                <w:rFonts w:ascii="Malgun Gothic" w:hAnsi="Malgun Gothic" w:eastAsia="Malgun Gothic"/>
                <w:b w:val="0"/>
                <w:sz w:val="16"/>
              </w:rPr>
              <w:t>신규 연구 범위</w:t>
            </w:r>
          </w:p>
        </w:tc>
        <w:tc>
          <w:tcPr>
            <w:tcW w:type="dxa" w:w="3289"/>
            <w:vAlign w:val="center"/>
          </w:tcPr>
          <w:p>
            <w:r/>
            <w:r>
              <w:rPr>
                <w:rFonts w:ascii="Malgun Gothic" w:hAnsi="Malgun Gothic" w:eastAsia="Malgun Gothic"/>
                <w:b w:val="0"/>
                <w:sz w:val="16"/>
              </w:rPr>
              <w:t>확정</w:t>
            </w:r>
          </w:p>
        </w:tc>
        <w:tc>
          <w:tcPr>
            <w:tcW w:type="dxa" w:w="3289"/>
            <w:vAlign w:val="center"/>
          </w:tcPr>
          <w:p>
            <w:r/>
            <w:r>
              <w:rPr>
                <w:rFonts w:ascii="Malgun Gothic" w:hAnsi="Malgun Gothic" w:eastAsia="Malgun Gothic"/>
                <w:b w:val="0"/>
                <w:sz w:val="16"/>
              </w:rPr>
              <w:t>TO-BE 및 7~11번 중 완료 결과만 사용</w:t>
            </w:r>
          </w:p>
        </w:tc>
      </w:tr>
      <w:tr>
        <w:trPr>
          <w:cantSplit/>
        </w:trPr>
        <w:tc>
          <w:tcPr>
            <w:tcW w:type="dxa" w:w="3289"/>
            <w:vAlign w:val="center"/>
          </w:tcPr>
          <w:p>
            <w:r/>
            <w:r>
              <w:rPr>
                <w:rFonts w:ascii="Malgun Gothic" w:hAnsi="Malgun Gothic" w:eastAsia="Malgun Gothic"/>
                <w:b w:val="0"/>
                <w:sz w:val="16"/>
              </w:rPr>
              <w:t>한글 제목·목차</w:t>
            </w:r>
          </w:p>
        </w:tc>
        <w:tc>
          <w:tcPr>
            <w:tcW w:type="dxa" w:w="3289"/>
            <w:vAlign w:val="center"/>
          </w:tcPr>
          <w:p>
            <w:r/>
            <w:r>
              <w:rPr>
                <w:rFonts w:ascii="Malgun Gothic" w:hAnsi="Malgun Gothic" w:eastAsia="Malgun Gothic"/>
                <w:b w:val="0"/>
                <w:sz w:val="16"/>
              </w:rPr>
              <w:t>확정</w:t>
            </w:r>
          </w:p>
        </w:tc>
        <w:tc>
          <w:tcPr>
            <w:tcW w:type="dxa" w:w="3289"/>
            <w:vAlign w:val="center"/>
          </w:tcPr>
          <w:p>
            <w:r/>
            <w:r>
              <w:rPr>
                <w:rFonts w:ascii="Malgun Gothic" w:hAnsi="Malgun Gothic" w:eastAsia="Malgun Gothic"/>
                <w:b w:val="0"/>
                <w:sz w:val="16"/>
              </w:rPr>
              <w:t>교수 검토 후 문구 조정</w:t>
            </w:r>
          </w:p>
        </w:tc>
      </w:tr>
      <w:tr>
        <w:trPr>
          <w:cantSplit/>
        </w:trPr>
        <w:tc>
          <w:tcPr>
            <w:tcW w:type="dxa" w:w="3289"/>
            <w:vAlign w:val="center"/>
          </w:tcPr>
          <w:p>
            <w:r/>
            <w:r>
              <w:rPr>
                <w:rFonts w:ascii="Malgun Gothic" w:hAnsi="Malgun Gothic" w:eastAsia="Malgun Gothic"/>
                <w:b w:val="0"/>
                <w:sz w:val="16"/>
              </w:rPr>
              <w:t>화자분리 데이터</w:t>
            </w:r>
          </w:p>
        </w:tc>
        <w:tc>
          <w:tcPr>
            <w:tcW w:type="dxa" w:w="3289"/>
            <w:vAlign w:val="center"/>
          </w:tcPr>
          <w:p>
            <w:r/>
            <w:r>
              <w:rPr>
                <w:rFonts w:ascii="Malgun Gothic" w:hAnsi="Malgun Gothic" w:eastAsia="Malgun Gothic"/>
                <w:b w:val="0"/>
                <w:sz w:val="16"/>
              </w:rPr>
              <w:t>READY</w:t>
            </w:r>
          </w:p>
        </w:tc>
        <w:tc>
          <w:tcPr>
            <w:tcW w:type="dxa" w:w="3289"/>
            <w:vAlign w:val="center"/>
          </w:tcPr>
          <w:p>
            <w:r/>
            <w:r>
              <w:rPr>
                <w:rFonts w:ascii="Malgun Gothic" w:hAnsi="Malgun Gothic" w:eastAsia="Malgun Gothic"/>
                <w:b w:val="0"/>
                <w:sz w:val="16"/>
              </w:rPr>
              <w:t>57,619개 세그먼트 결과표 정리</w:t>
            </w:r>
          </w:p>
        </w:tc>
      </w:tr>
      <w:tr>
        <w:trPr>
          <w:cantSplit/>
        </w:trPr>
        <w:tc>
          <w:tcPr>
            <w:tcW w:type="dxa" w:w="3289"/>
            <w:vAlign w:val="center"/>
          </w:tcPr>
          <w:p>
            <w:r/>
            <w:r>
              <w:rPr>
                <w:rFonts w:ascii="Malgun Gothic" w:hAnsi="Malgun Gothic" w:eastAsia="Malgun Gothic"/>
                <w:b w:val="0"/>
                <w:sz w:val="16"/>
              </w:rPr>
              <w:t>화자 슬롯·응답쌍</w:t>
            </w:r>
          </w:p>
        </w:tc>
        <w:tc>
          <w:tcPr>
            <w:tcW w:type="dxa" w:w="3289"/>
            <w:vAlign w:val="center"/>
          </w:tcPr>
          <w:p>
            <w:r/>
            <w:r>
              <w:rPr>
                <w:rFonts w:ascii="Malgun Gothic" w:hAnsi="Malgun Gothic" w:eastAsia="Malgun Gothic"/>
                <w:b w:val="0"/>
                <w:sz w:val="16"/>
              </w:rPr>
              <w:t>READY</w:t>
            </w:r>
          </w:p>
        </w:tc>
        <w:tc>
          <w:tcPr>
            <w:tcW w:type="dxa" w:w="3289"/>
            <w:vAlign w:val="center"/>
          </w:tcPr>
          <w:p>
            <w:r/>
            <w:r>
              <w:rPr>
                <w:rFonts w:ascii="Malgun Gothic" w:hAnsi="Malgun Gothic" w:eastAsia="Malgun Gothic"/>
                <w:b w:val="0"/>
                <w:sz w:val="16"/>
              </w:rPr>
              <w:t>화자별 기술통계와 latency 결과 생성</w:t>
            </w:r>
          </w:p>
        </w:tc>
      </w:tr>
      <w:tr>
        <w:trPr>
          <w:cantSplit/>
        </w:trPr>
        <w:tc>
          <w:tcPr>
            <w:tcW w:type="dxa" w:w="3289"/>
            <w:vAlign w:val="center"/>
          </w:tcPr>
          <w:p>
            <w:r/>
            <w:r>
              <w:rPr>
                <w:rFonts w:ascii="Malgun Gothic" w:hAnsi="Malgun Gothic" w:eastAsia="Malgun Gothic"/>
                <w:b w:val="0"/>
                <w:sz w:val="16"/>
              </w:rPr>
              <w:t>세그먼트 음향 특징</w:t>
            </w:r>
          </w:p>
        </w:tc>
        <w:tc>
          <w:tcPr>
            <w:tcW w:type="dxa" w:w="3289"/>
            <w:vAlign w:val="center"/>
          </w:tcPr>
          <w:p>
            <w:r/>
            <w:r>
              <w:rPr>
                <w:rFonts w:ascii="Malgun Gothic" w:hAnsi="Malgun Gothic" w:eastAsia="Malgun Gothic"/>
                <w:b w:val="0"/>
                <w:sz w:val="16"/>
              </w:rPr>
              <w:t>PARTIAL READY</w:t>
            </w:r>
          </w:p>
        </w:tc>
        <w:tc>
          <w:tcPr>
            <w:tcW w:type="dxa" w:w="3289"/>
            <w:vAlign w:val="center"/>
          </w:tcPr>
          <w:p>
            <w:r/>
            <w:r>
              <w:rPr>
                <w:rFonts w:ascii="Malgun Gothic" w:hAnsi="Malgun Gothic" w:eastAsia="Malgun Gothic"/>
                <w:b w:val="0"/>
                <w:sz w:val="16"/>
              </w:rPr>
              <w:t>energy/pitch 결측률과 집단 비교</w:t>
            </w:r>
          </w:p>
        </w:tc>
      </w:tr>
      <w:tr>
        <w:trPr>
          <w:cantSplit/>
        </w:trPr>
        <w:tc>
          <w:tcPr>
            <w:tcW w:type="dxa" w:w="3289"/>
            <w:vAlign w:val="center"/>
          </w:tcPr>
          <w:p>
            <w:r/>
            <w:r>
              <w:rPr>
                <w:rFonts w:ascii="Malgun Gothic" w:hAnsi="Malgun Gothic" w:eastAsia="Malgun Gothic"/>
                <w:b w:val="0"/>
                <w:sz w:val="16"/>
              </w:rPr>
              <w:t>역할 매핑</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검증 전 S0/S1 후보 라벨 유지</w:t>
            </w:r>
          </w:p>
        </w:tc>
      </w:tr>
      <w:tr>
        <w:trPr>
          <w:cantSplit/>
        </w:trPr>
        <w:tc>
          <w:tcPr>
            <w:tcW w:type="dxa" w:w="3289"/>
            <w:vAlign w:val="center"/>
          </w:tcPr>
          <w:p>
            <w:r/>
            <w:r>
              <w:rPr>
                <w:rFonts w:ascii="Malgun Gothic" w:hAnsi="Malgun Gothic" w:eastAsia="Malgun Gothic"/>
                <w:b w:val="0"/>
                <w:sz w:val="16"/>
              </w:rPr>
              <w:t>세그먼트 WPM/stress</w:t>
            </w:r>
          </w:p>
        </w:tc>
        <w:tc>
          <w:tcPr>
            <w:tcW w:type="dxa" w:w="3289"/>
            <w:vAlign w:val="center"/>
          </w:tcPr>
          <w:p>
            <w:r/>
            <w:r>
              <w:rPr>
                <w:rFonts w:ascii="Malgun Gothic" w:hAnsi="Malgun Gothic" w:eastAsia="Malgun Gothic"/>
                <w:b w:val="0"/>
                <w:sz w:val="16"/>
              </w:rPr>
              <w:t>논문 범위 제외</w:t>
            </w:r>
          </w:p>
        </w:tc>
        <w:tc>
          <w:tcPr>
            <w:tcW w:type="dxa" w:w="3289"/>
            <w:vAlign w:val="center"/>
          </w:tcPr>
          <w:p>
            <w:r/>
            <w:r>
              <w:rPr>
                <w:rFonts w:ascii="Malgun Gothic" w:hAnsi="Malgun Gothic" w:eastAsia="Malgun Gothic"/>
                <w:b w:val="0"/>
                <w:sz w:val="16"/>
              </w:rPr>
              <w:t>완료 뒤 후속 연구로 분리</w:t>
            </w:r>
          </w:p>
        </w:tc>
      </w:tr>
      <w:tr>
        <w:trPr>
          <w:cantSplit/>
        </w:trPr>
        <w:tc>
          <w:tcPr>
            <w:tcW w:type="dxa" w:w="3289"/>
            <w:vAlign w:val="center"/>
          </w:tcPr>
          <w:p>
            <w:r/>
            <w:r>
              <w:rPr>
                <w:rFonts w:ascii="Malgun Gothic" w:hAnsi="Malgun Gothic" w:eastAsia="Malgun Gothic"/>
                <w:b w:val="0"/>
                <w:sz w:val="16"/>
              </w:rPr>
              <w:t>한글 결과 본문</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실제 통계표를 기준으로 작성</w:t>
            </w:r>
          </w:p>
        </w:tc>
      </w:tr>
      <w:tr>
        <w:trPr>
          <w:cantSplit/>
        </w:trPr>
        <w:tc>
          <w:tcPr>
            <w:tcW w:type="dxa" w:w="3289"/>
            <w:vAlign w:val="center"/>
          </w:tcPr>
          <w:p>
            <w:r/>
            <w:r>
              <w:rPr>
                <w:rFonts w:ascii="Malgun Gothic" w:hAnsi="Malgun Gothic" w:eastAsia="Malgun Gothic"/>
                <w:b w:val="0"/>
                <w:sz w:val="16"/>
              </w:rPr>
              <w:t>영문 변환</w:t>
            </w:r>
          </w:p>
        </w:tc>
        <w:tc>
          <w:tcPr>
            <w:tcW w:type="dxa" w:w="3289"/>
            <w:vAlign w:val="center"/>
          </w:tcPr>
          <w:p>
            <w:r/>
            <w:r>
              <w:rPr>
                <w:rFonts w:ascii="Malgun Gothic" w:hAnsi="Malgun Gothic" w:eastAsia="Malgun Gothic"/>
                <w:b w:val="0"/>
                <w:sz w:val="16"/>
              </w:rPr>
              <w:t>후속</w:t>
            </w:r>
          </w:p>
        </w:tc>
        <w:tc>
          <w:tcPr>
            <w:tcW w:type="dxa" w:w="3289"/>
            <w:vAlign w:val="center"/>
          </w:tcPr>
          <w:p>
            <w:r/>
            <w:r>
              <w:rPr>
                <w:rFonts w:ascii="Malgun Gothic" w:hAnsi="Malgun Gothic" w:eastAsia="Malgun Gothic"/>
                <w:b w:val="0"/>
                <w:sz w:val="16"/>
              </w:rPr>
              <w:t>한글 원고와 수치 확정 후 진행</w:t>
            </w:r>
          </w:p>
        </w:tc>
      </w:tr>
      <w:tr>
        <w:trPr>
          <w:cantSplit/>
        </w:trPr>
        <w:tc>
          <w:tcPr>
            <w:tcW w:type="dxa" w:w="3289"/>
            <w:vAlign w:val="center"/>
          </w:tcPr>
          <w:p>
            <w:r/>
            <w:r>
              <w:rPr>
                <w:rFonts w:ascii="Malgun Gothic" w:hAnsi="Malgun Gothic" w:eastAsia="Malgun Gothic"/>
                <w:b w:val="0"/>
                <w:sz w:val="16"/>
              </w:rPr>
              <w:t>ORCID·저자 약력</w:t>
            </w:r>
          </w:p>
        </w:tc>
        <w:tc>
          <w:tcPr>
            <w:tcW w:type="dxa" w:w="3289"/>
            <w:vAlign w:val="center"/>
          </w:tcPr>
          <w:p>
            <w:r/>
            <w:r>
              <w:rPr>
                <w:rFonts w:ascii="Malgun Gothic" w:hAnsi="Malgun Gothic" w:eastAsia="Malgun Gothic"/>
                <w:b w:val="0"/>
                <w:sz w:val="16"/>
              </w:rPr>
              <w:t>PENDING</w:t>
            </w:r>
          </w:p>
        </w:tc>
        <w:tc>
          <w:tcPr>
            <w:tcW w:type="dxa" w:w="3289"/>
            <w:vAlign w:val="center"/>
          </w:tcPr>
          <w:p>
            <w:r/>
            <w:r>
              <w:rPr>
                <w:rFonts w:ascii="Malgun Gothic" w:hAnsi="Malgun Gothic" w:eastAsia="Malgun Gothic"/>
                <w:b w:val="0"/>
                <w:sz w:val="16"/>
              </w:rPr>
              <w:t>제출 직전 확정</w:t>
            </w:r>
          </w:p>
        </w:tc>
      </w:tr>
    </w:tbl>
    <w:p/>
    <w:p>
      <w:pPr>
        <w:pStyle w:val="Heading2"/>
      </w:pPr>
      <w:r>
        <w:t>분석 그림 및 도식</w:t>
      </w:r>
    </w:p>
    <w:p>
      <w:pPr>
        <w:jc w:val="center"/>
      </w:pPr>
      <w:r>
        <w:rPr>
          <w:b/>
        </w:rPr>
        <w:t>그림 12-1. TO-BE 이후 화자분리 기반 신규 논문 흐름</w:t>
      </w:r>
    </w:p>
    <w:p>
      <w:pPr>
        <w:jc w:val="center"/>
      </w:pPr>
      <w:r>
        <w:drawing>
          <wp:inline xmlns:a="http://schemas.openxmlformats.org/drawingml/2006/main" xmlns:pic="http://schemas.openxmlformats.org/drawingml/2006/picture">
            <wp:extent cx="5806440" cy="3000763"/>
            <wp:docPr id="57" name="Picture 57"/>
            <wp:cNvGraphicFramePr>
              <a:graphicFrameLocks noChangeAspect="1"/>
            </wp:cNvGraphicFramePr>
            <a:graphic>
              <a:graphicData uri="http://schemas.openxmlformats.org/drawingml/2006/picture">
                <pic:pic>
                  <pic:nvPicPr>
                    <pic:cNvPr id="0" name="ch12_new_paper_flow_v215.png"/>
                    <pic:cNvPicPr/>
                  </pic:nvPicPr>
                  <pic:blipFill>
                    <a:blip r:embed="rId58"/>
                    <a:stretch>
                      <a:fillRect/>
                    </a:stretch>
                  </pic:blipFill>
                  <pic:spPr>
                    <a:xfrm>
                      <a:off x="0" y="0"/>
                      <a:ext cx="5806440" cy="3000763"/>
                    </a:xfrm>
                    <a:prstGeom prst="rect"/>
                  </pic:spPr>
                </pic:pic>
              </a:graphicData>
            </a:graphic>
          </wp:inline>
        </w:drawing>
      </w:r>
    </w:p>
    <w:p>
      <w:pPr>
        <w:jc w:val="center"/>
      </w:pPr>
      <w:r>
        <w:rPr>
          <w:b/>
        </w:rPr>
        <w:t>그림 12-2. 신규 논문 분석 준비 상태</w:t>
      </w:r>
    </w:p>
    <w:p>
      <w:pPr>
        <w:jc w:val="center"/>
      </w:pPr>
      <w:r>
        <w:drawing>
          <wp:inline xmlns:a="http://schemas.openxmlformats.org/drawingml/2006/main" xmlns:pic="http://schemas.openxmlformats.org/drawingml/2006/picture">
            <wp:extent cx="5806440" cy="2997216"/>
            <wp:docPr id="58" name="Picture 58"/>
            <wp:cNvGraphicFramePr>
              <a:graphicFrameLocks noChangeAspect="1"/>
            </wp:cNvGraphicFramePr>
            <a:graphic>
              <a:graphicData uri="http://schemas.openxmlformats.org/drawingml/2006/picture">
                <pic:pic>
                  <pic:nvPicPr>
                    <pic:cNvPr id="0" name="ch12_new_paper_readiness_v215.png"/>
                    <pic:cNvPicPr/>
                  </pic:nvPicPr>
                  <pic:blipFill>
                    <a:blip r:embed="rId59"/>
                    <a:stretch>
                      <a:fillRect/>
                    </a:stretch>
                  </pic:blipFill>
                  <pic:spPr>
                    <a:xfrm>
                      <a:off x="0" y="0"/>
                      <a:ext cx="5806440" cy="2997216"/>
                    </a:xfrm>
                    <a:prstGeom prst="rect"/>
                  </pic:spPr>
                </pic:pic>
              </a:graphicData>
            </a:graphic>
          </wp:inline>
        </w:drawing>
      </w:r>
    </w:p>
    <w:p>
      <w:pPr>
        <w:jc w:val="center"/>
      </w:pPr>
      <w:r>
        <w:rPr>
          <w:b/>
        </w:rPr>
        <w:t>그림 12-3. 한글 논문 권장 구성</w:t>
      </w:r>
    </w:p>
    <w:p>
      <w:pPr>
        <w:jc w:val="center"/>
      </w:pPr>
      <w:r>
        <w:drawing>
          <wp:inline xmlns:a="http://schemas.openxmlformats.org/drawingml/2006/main" xmlns:pic="http://schemas.openxmlformats.org/drawingml/2006/picture">
            <wp:extent cx="5806440" cy="3000763"/>
            <wp:docPr id="59" name="Picture 59"/>
            <wp:cNvGraphicFramePr>
              <a:graphicFrameLocks noChangeAspect="1"/>
            </wp:cNvGraphicFramePr>
            <a:graphic>
              <a:graphicData uri="http://schemas.openxmlformats.org/drawingml/2006/picture">
                <pic:pic>
                  <pic:nvPicPr>
                    <pic:cNvPr id="0" name="ch12_korean_structure_v215.png"/>
                    <pic:cNvPicPr/>
                  </pic:nvPicPr>
                  <pic:blipFill>
                    <a:blip r:embed="rId60"/>
                    <a:stretch>
                      <a:fillRect/>
                    </a:stretch>
                  </pic:blipFill>
                  <pic:spPr>
                    <a:xfrm>
                      <a:off x="0" y="0"/>
                      <a:ext cx="5806440" cy="3000763"/>
                    </a:xfrm>
                    <a:prstGeom prst="rect"/>
                  </pic:spPr>
                </pic:pic>
              </a:graphicData>
            </a:graphic>
          </wp:inline>
        </w:drawing>
      </w:r>
    </w:p>
    <w:p>
      <w:pPr>
        <w:pStyle w:val="Heading2"/>
      </w:pPr>
      <w:r>
        <w:t>원본 분석 산출물 연계</w:t>
      </w:r>
    </w:p>
    <w:p>
      <w:r>
        <w:t>해당 장과 직접 연결되는 추가 CSV/JSON/텍스트 산출물이 발견되지 않았다.</w:t>
      </w:r>
    </w:p>
    <w:p>
      <w:pPr>
        <w:pStyle w:val="Heading2"/>
      </w:pPr>
      <w:r>
        <w:t>결과 해석</w:t>
      </w:r>
    </w:p>
    <w:p>
      <w:r>
        <w:t>신규 IEEE Access 논문의 중심은 실제 상담 통화 내부의 화자별 발화 구조와 시간순 상호작용을 정량화하는 것이다. TO-BE 1,000건을 단일 연구 기준으로 사용하고, 화자분리·화자 슬롯·응답쌍·세그먼트 음향 특징의 완료 결과를 본문에 배치한다. 미완료된 역할 매핑과 세그먼트 스트레스는 결과에서 제외하여 현재 데이터만으로 독립적이고 과장 없는 논문 구조를 확보한다.</w:t>
      </w:r>
    </w:p>
    <w:p>
      <w:pPr>
        <w:pStyle w:val="Heading2"/>
      </w:pPr>
      <w:r>
        <w:t>한계 및 논문 반영 기준</w:t>
      </w:r>
    </w:p>
    <w:p>
      <w:r>
        <w:t>신규 논문의 범위를 TO-BE 이후 분석으로 제한하더라도 연구 방법의 투명성은 유지해야 한다. 사용 모델과 버전, 파라미터, 전처리, 통계 방법을 구체적으로 기록한다. 또한 화자분리 정답 라벨이 없다면 '화자분리 정확도'를 주장할 수 없고, 고객·상담사 역할과 스트레스 영향도 현재 결과로 확정할 수 없다.</w:t>
      </w:r>
    </w:p>
    <w:p>
      <w:r>
        <w:br w:type="page"/>
      </w:r>
    </w:p>
    <w:p>
      <w:pPr>
        <w:pStyle w:val="Heading1"/>
      </w:pPr>
      <w:r>
        <w:t>부록 A. 전체 분석 산출물 파일 목록</w:t>
      </w:r>
    </w:p>
    <w:p>
      <w:r>
        <w:rPr>
          <w:b/>
        </w:rPr>
        <w:t>부록 표 A-1.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reports/figures/deploy_visuals/to_be_actual_visual_summary.png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232,717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1906x1214</w:t>
            </w:r>
          </w:p>
        </w:tc>
        <w:tc>
          <w:tcPr>
            <w:tcW w:type="dxa" w:w="1096"/>
            <w:vAlign w:val="center"/>
          </w:tcPr>
          <w:p>
            <w:r/>
            <w:r>
              <w:rPr>
                <w:rFonts w:ascii="Malgun Gothic" w:hAnsi="Malgun Gothic" w:eastAsia="Malgun Gothic"/>
                <w:b w:val="0"/>
                <w:sz w:val="13"/>
              </w:rPr>
              <w:t>00c6a9562826ecef</w:t>
            </w:r>
          </w:p>
        </w:tc>
      </w:tr>
      <w:tr>
        <w:trPr>
          <w:cantSplit/>
        </w:trPr>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88,937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1258x885</w:t>
            </w:r>
          </w:p>
        </w:tc>
        <w:tc>
          <w:tcPr>
            <w:tcW w:type="dxa" w:w="1096"/>
            <w:vAlign w:val="center"/>
          </w:tcPr>
          <w:p>
            <w:r/>
            <w:r>
              <w:rPr>
                <w:rFonts w:ascii="Malgun Gothic" w:hAnsi="Malgun Gothic" w:eastAsia="Malgun Gothic"/>
                <w:b w:val="0"/>
                <w:sz w:val="13"/>
              </w:rPr>
              <w:t>084e604b356c81a6</w:t>
            </w:r>
          </w:p>
        </w:tc>
      </w:tr>
      <w:tr>
        <w:trPr>
          <w:cantSplit/>
        </w:trPr>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reports/research_console/.v213_tmp/html_ref_VOC_0413_분석리포트_v5_with_images_002.png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104,478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1258x883</w:t>
            </w:r>
          </w:p>
        </w:tc>
        <w:tc>
          <w:tcPr>
            <w:tcW w:type="dxa" w:w="1096"/>
            <w:vAlign w:val="center"/>
          </w:tcPr>
          <w:p>
            <w:r/>
            <w:r>
              <w:rPr>
                <w:rFonts w:ascii="Malgun Gothic" w:hAnsi="Malgun Gothic" w:eastAsia="Malgun Gothic"/>
                <w:b w:val="0"/>
                <w:sz w:val="13"/>
              </w:rPr>
              <w:t>43f4052238d8ebd9</w:t>
            </w:r>
          </w:p>
        </w:tc>
      </w:tr>
      <w:tr>
        <w:trPr>
          <w:cantSplit/>
        </w:trPr>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reports/research_console/.v213_tmp/html_ref_VOC_0413_분석리포트_v5_with_images_003.png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97,741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1257x883</w:t>
            </w:r>
          </w:p>
        </w:tc>
        <w:tc>
          <w:tcPr>
            <w:tcW w:type="dxa" w:w="1096"/>
            <w:vAlign w:val="center"/>
          </w:tcPr>
          <w:p>
            <w:r/>
            <w:r>
              <w:rPr>
                <w:rFonts w:ascii="Malgun Gothic" w:hAnsi="Malgun Gothic" w:eastAsia="Malgun Gothic"/>
                <w:b w:val="0"/>
                <w:sz w:val="13"/>
              </w:rPr>
              <w:t>03bd14e4bab2e528</w:t>
            </w:r>
          </w:p>
        </w:tc>
      </w:tr>
      <w:tr>
        <w:trPr>
          <w:cantSplit/>
        </w:trPr>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reports/research_console/.v213_tmp/html_ref_VOC_0413_분석리포트_v5_with_images_004.png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86,929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1258x883</w:t>
            </w:r>
          </w:p>
        </w:tc>
        <w:tc>
          <w:tcPr>
            <w:tcW w:type="dxa" w:w="1096"/>
            <w:vAlign w:val="center"/>
          </w:tcPr>
          <w:p>
            <w:r/>
            <w:r>
              <w:rPr>
                <w:rFonts w:ascii="Malgun Gothic" w:hAnsi="Malgun Gothic" w:eastAsia="Malgun Gothic"/>
                <w:b w:val="0"/>
                <w:sz w:val="13"/>
              </w:rPr>
              <w:t>1a9a187637c166ba</w:t>
            </w:r>
          </w:p>
        </w:tc>
      </w:tr>
      <w:tr>
        <w:trPr>
          <w:cantSplit/>
        </w:trPr>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reports/research_console/.v213_tmp/html_ref_VOC_0413_분석리포트_v5_with_images_005.png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105,214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1258x884</w:t>
            </w:r>
          </w:p>
        </w:tc>
        <w:tc>
          <w:tcPr>
            <w:tcW w:type="dxa" w:w="1096"/>
            <w:vAlign w:val="center"/>
          </w:tcPr>
          <w:p>
            <w:r/>
            <w:r>
              <w:rPr>
                <w:rFonts w:ascii="Malgun Gothic" w:hAnsi="Malgun Gothic" w:eastAsia="Malgun Gothic"/>
                <w:b w:val="0"/>
                <w:sz w:val="13"/>
              </w:rPr>
              <w:t>675239ceaf491d7f</w:t>
            </w:r>
          </w:p>
        </w:tc>
      </w:tr>
      <w:tr>
        <w:trPr>
          <w:cantSplit/>
        </w:trPr>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reports/research_console/.v213_tmp/html_ref_VOC_0413_분석리포트_v5_with_images_006.png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99,078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1557x887</w:t>
            </w:r>
          </w:p>
        </w:tc>
        <w:tc>
          <w:tcPr>
            <w:tcW w:type="dxa" w:w="1096"/>
            <w:vAlign w:val="center"/>
          </w:tcPr>
          <w:p>
            <w:r/>
            <w:r>
              <w:rPr>
                <w:rFonts w:ascii="Malgun Gothic" w:hAnsi="Malgun Gothic" w:eastAsia="Malgun Gothic"/>
                <w:b w:val="0"/>
                <w:sz w:val="13"/>
              </w:rPr>
              <w:t>a40804f8cde3dcb2</w:t>
            </w:r>
          </w:p>
        </w:tc>
      </w:tr>
      <w:tr>
        <w:trPr>
          <w:cantSplit/>
        </w:trPr>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reports/research_console/.v213_tmp/html_ref_VOC_0413_분석리포트_v5_with_images_007.png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117,550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1783x913</w:t>
            </w:r>
          </w:p>
        </w:tc>
        <w:tc>
          <w:tcPr>
            <w:tcW w:type="dxa" w:w="1096"/>
            <w:vAlign w:val="center"/>
          </w:tcPr>
          <w:p>
            <w:r/>
            <w:r>
              <w:rPr>
                <w:rFonts w:ascii="Malgun Gothic" w:hAnsi="Malgun Gothic" w:eastAsia="Malgun Gothic"/>
                <w:b w:val="0"/>
                <w:sz w:val="13"/>
              </w:rPr>
              <w:t>e3c6250601fda513</w:t>
            </w:r>
          </w:p>
        </w:tc>
      </w:tr>
      <w:tr>
        <w:trPr>
          <w:cantSplit/>
        </w:trPr>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reports/research_console/.v213_tmp/html_ref_VOC_0413_분석리포트_v5_with_images_008.png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73,332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1258x879</w:t>
            </w:r>
          </w:p>
        </w:tc>
        <w:tc>
          <w:tcPr>
            <w:tcW w:type="dxa" w:w="1096"/>
            <w:vAlign w:val="center"/>
          </w:tcPr>
          <w:p>
            <w:r/>
            <w:r>
              <w:rPr>
                <w:rFonts w:ascii="Malgun Gothic" w:hAnsi="Malgun Gothic" w:eastAsia="Malgun Gothic"/>
                <w:b w:val="0"/>
                <w:sz w:val="13"/>
              </w:rPr>
              <w:t>036d080d37dc6970</w:t>
            </w:r>
          </w:p>
        </w:tc>
      </w:tr>
      <w:tr>
        <w:trPr>
          <w:cantSplit/>
        </w:trPr>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reports/research_console/.v213_tmp/html_ref_VOC_0413_분석리포트_v5_with_images_009.png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74,648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1257x879</w:t>
            </w:r>
          </w:p>
        </w:tc>
        <w:tc>
          <w:tcPr>
            <w:tcW w:type="dxa" w:w="1096"/>
            <w:vAlign w:val="center"/>
          </w:tcPr>
          <w:p>
            <w:r/>
            <w:r>
              <w:rPr>
                <w:rFonts w:ascii="Malgun Gothic" w:hAnsi="Malgun Gothic" w:eastAsia="Malgun Gothic"/>
                <w:b w:val="0"/>
                <w:sz w:val="13"/>
              </w:rPr>
              <w:t>de3a1d6e63d34b34</w:t>
            </w:r>
          </w:p>
        </w:tc>
      </w:tr>
      <w:tr>
        <w:trPr>
          <w:cantSplit/>
        </w:trPr>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reports/research_console/.v213_tmp/html_ref_VOC_0413_분석리포트_v5_with_images_010.png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68,785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1258x879</w:t>
            </w:r>
          </w:p>
        </w:tc>
        <w:tc>
          <w:tcPr>
            <w:tcW w:type="dxa" w:w="1096"/>
            <w:vAlign w:val="center"/>
          </w:tcPr>
          <w:p>
            <w:r/>
            <w:r>
              <w:rPr>
                <w:rFonts w:ascii="Malgun Gothic" w:hAnsi="Malgun Gothic" w:eastAsia="Malgun Gothic"/>
                <w:b w:val="0"/>
                <w:sz w:val="13"/>
              </w:rPr>
              <w:t>43926d49a66d2034</w:t>
            </w:r>
          </w:p>
        </w:tc>
      </w:tr>
      <w:tr>
        <w:trPr>
          <w:cantSplit/>
        </w:trPr>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reports/research_console/.v213_tmp/html_ref_VOC_0413_분석리포트_v5_with_images_011.png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69,235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1259x879</w:t>
            </w:r>
          </w:p>
        </w:tc>
        <w:tc>
          <w:tcPr>
            <w:tcW w:type="dxa" w:w="1096"/>
            <w:vAlign w:val="center"/>
          </w:tcPr>
          <w:p>
            <w:r/>
            <w:r>
              <w:rPr>
                <w:rFonts w:ascii="Malgun Gothic" w:hAnsi="Malgun Gothic" w:eastAsia="Malgun Gothic"/>
                <w:b w:val="0"/>
                <w:sz w:val="13"/>
              </w:rPr>
              <w:t>b22bb611876741a2</w:t>
            </w:r>
          </w:p>
        </w:tc>
      </w:tr>
      <w:tr>
        <w:trPr>
          <w:cantSplit/>
        </w:trPr>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88,937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1258x885</w:t>
            </w:r>
          </w:p>
        </w:tc>
        <w:tc>
          <w:tcPr>
            <w:tcW w:type="dxa" w:w="1096"/>
            <w:vAlign w:val="center"/>
          </w:tcPr>
          <w:p>
            <w:r/>
            <w:r>
              <w:rPr>
                <w:rFonts w:ascii="Malgun Gothic" w:hAnsi="Malgun Gothic" w:eastAsia="Malgun Gothic"/>
                <w:b w:val="0"/>
                <w:sz w:val="13"/>
              </w:rPr>
              <w:t>084e604b356c81a6</w:t>
            </w:r>
          </w:p>
        </w:tc>
      </w:tr>
      <w:tr>
        <w:trPr>
          <w:cantSplit/>
        </w:trPr>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reports/research_console/.v213_tmp/ref_VOC_0413_분석리포트_v5_with_images_002.png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104,478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1258x883</w:t>
            </w:r>
          </w:p>
        </w:tc>
        <w:tc>
          <w:tcPr>
            <w:tcW w:type="dxa" w:w="1096"/>
            <w:vAlign w:val="center"/>
          </w:tcPr>
          <w:p>
            <w:r/>
            <w:r>
              <w:rPr>
                <w:rFonts w:ascii="Malgun Gothic" w:hAnsi="Malgun Gothic" w:eastAsia="Malgun Gothic"/>
                <w:b w:val="0"/>
                <w:sz w:val="13"/>
              </w:rPr>
              <w:t>43f4052238d8ebd9</w:t>
            </w:r>
          </w:p>
        </w:tc>
      </w:tr>
      <w:tr>
        <w:trPr>
          <w:cantSplit/>
        </w:trPr>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reports/research_console/.v213_tmp/ref_VOC_0413_분석리포트_v5_with_images_003.png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97,741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1257x883</w:t>
            </w:r>
          </w:p>
        </w:tc>
        <w:tc>
          <w:tcPr>
            <w:tcW w:type="dxa" w:w="1096"/>
            <w:vAlign w:val="center"/>
          </w:tcPr>
          <w:p>
            <w:r/>
            <w:r>
              <w:rPr>
                <w:rFonts w:ascii="Malgun Gothic" w:hAnsi="Malgun Gothic" w:eastAsia="Malgun Gothic"/>
                <w:b w:val="0"/>
                <w:sz w:val="13"/>
              </w:rPr>
              <w:t>03bd14e4bab2e528</w:t>
            </w:r>
          </w:p>
        </w:tc>
      </w:tr>
      <w:tr>
        <w:trPr>
          <w:cantSplit/>
        </w:trPr>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reports/research_console/.v213_tmp/ref_VOC_0413_분석리포트_v5_with_images_004.png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86,929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1258x883</w:t>
            </w:r>
          </w:p>
        </w:tc>
        <w:tc>
          <w:tcPr>
            <w:tcW w:type="dxa" w:w="1096"/>
            <w:vAlign w:val="center"/>
          </w:tcPr>
          <w:p>
            <w:r/>
            <w:r>
              <w:rPr>
                <w:rFonts w:ascii="Malgun Gothic" w:hAnsi="Malgun Gothic" w:eastAsia="Malgun Gothic"/>
                <w:b w:val="0"/>
                <w:sz w:val="13"/>
              </w:rPr>
              <w:t>1a9a187637c166ba</w:t>
            </w:r>
          </w:p>
        </w:tc>
      </w:tr>
      <w:tr>
        <w:trPr>
          <w:cantSplit/>
        </w:trPr>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reports/research_console/.v213_tmp/ref_VOC_0413_분석리포트_v5_with_images_005.png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105,214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1258x884</w:t>
            </w:r>
          </w:p>
        </w:tc>
        <w:tc>
          <w:tcPr>
            <w:tcW w:type="dxa" w:w="1096"/>
            <w:vAlign w:val="center"/>
          </w:tcPr>
          <w:p>
            <w:r/>
            <w:r>
              <w:rPr>
                <w:rFonts w:ascii="Malgun Gothic" w:hAnsi="Malgun Gothic" w:eastAsia="Malgun Gothic"/>
                <w:b w:val="0"/>
                <w:sz w:val="13"/>
              </w:rPr>
              <w:t>675239ceaf491d7f</w:t>
            </w:r>
          </w:p>
        </w:tc>
      </w:tr>
      <w:tr>
        <w:trPr>
          <w:cantSplit/>
        </w:trPr>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reports/research_console/.v213_tmp/ref_VOC_0413_분석리포트_v5_with_images_006.png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99,078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1557x887</w:t>
            </w:r>
          </w:p>
        </w:tc>
        <w:tc>
          <w:tcPr>
            <w:tcW w:type="dxa" w:w="1096"/>
            <w:vAlign w:val="center"/>
          </w:tcPr>
          <w:p>
            <w:r/>
            <w:r>
              <w:rPr>
                <w:rFonts w:ascii="Malgun Gothic" w:hAnsi="Malgun Gothic" w:eastAsia="Malgun Gothic"/>
                <w:b w:val="0"/>
                <w:sz w:val="13"/>
              </w:rPr>
              <w:t>a40804f8cde3dcb2</w:t>
            </w:r>
          </w:p>
        </w:tc>
      </w:tr>
      <w:tr>
        <w:trPr>
          <w:cantSplit/>
        </w:trPr>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reports/research_console/.v213_tmp/ref_VOC_0413_분석리포트_v5_with_images_007.png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117,550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1783x913</w:t>
            </w:r>
          </w:p>
        </w:tc>
        <w:tc>
          <w:tcPr>
            <w:tcW w:type="dxa" w:w="1096"/>
            <w:vAlign w:val="center"/>
          </w:tcPr>
          <w:p>
            <w:r/>
            <w:r>
              <w:rPr>
                <w:rFonts w:ascii="Malgun Gothic" w:hAnsi="Malgun Gothic" w:eastAsia="Malgun Gothic"/>
                <w:b w:val="0"/>
                <w:sz w:val="13"/>
              </w:rPr>
              <w:t>e3c6250601fda513</w:t>
            </w:r>
          </w:p>
        </w:tc>
      </w:tr>
      <w:tr>
        <w:trPr>
          <w:cantSplit/>
        </w:trPr>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reports/research_console/.v213_tmp/ref_VOC_0413_분석리포트_v5_with_images_008.png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73,332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1258x879</w:t>
            </w:r>
          </w:p>
        </w:tc>
        <w:tc>
          <w:tcPr>
            <w:tcW w:type="dxa" w:w="1096"/>
            <w:vAlign w:val="center"/>
          </w:tcPr>
          <w:p>
            <w:r/>
            <w:r>
              <w:rPr>
                <w:rFonts w:ascii="Malgun Gothic" w:hAnsi="Malgun Gothic" w:eastAsia="Malgun Gothic"/>
                <w:b w:val="0"/>
                <w:sz w:val="13"/>
              </w:rPr>
              <w:t>036d080d37dc6970</w:t>
            </w:r>
          </w:p>
        </w:tc>
      </w:tr>
      <w:tr>
        <w:trPr>
          <w:cantSplit/>
        </w:trPr>
        <w:tc>
          <w:tcPr>
            <w:tcW w:type="dxa" w:w="1096"/>
            <w:vAlign w:val="center"/>
          </w:tcPr>
          <w:p>
            <w:r/>
            <w:r>
              <w:rPr>
                <w:rFonts w:ascii="Malgun Gothic" w:hAnsi="Malgun Gothic" w:eastAsia="Malgun Gothic"/>
                <w:b w:val="0"/>
                <w:sz w:val="13"/>
              </w:rPr>
              <w:t>21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reports/research_console/.v213_tmp/ref_VOC_0413_분석리포트_v5_with_images_009.png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74,648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1257x879</w:t>
            </w:r>
          </w:p>
        </w:tc>
        <w:tc>
          <w:tcPr>
            <w:tcW w:type="dxa" w:w="1096"/>
            <w:vAlign w:val="center"/>
          </w:tcPr>
          <w:p>
            <w:r/>
            <w:r>
              <w:rPr>
                <w:rFonts w:ascii="Malgun Gothic" w:hAnsi="Malgun Gothic" w:eastAsia="Malgun Gothic"/>
                <w:b w:val="0"/>
                <w:sz w:val="13"/>
              </w:rPr>
              <w:t>de3a1d6e63d34b34</w:t>
            </w:r>
          </w:p>
        </w:tc>
      </w:tr>
      <w:tr>
        <w:trPr>
          <w:cantSplit/>
        </w:trPr>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reports/research_console/.v213_tmp/ref_VOC_0413_분석리포트_v5_with_images_010.png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68,785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1258x879</w:t>
            </w:r>
          </w:p>
        </w:tc>
        <w:tc>
          <w:tcPr>
            <w:tcW w:type="dxa" w:w="1096"/>
            <w:vAlign w:val="center"/>
          </w:tcPr>
          <w:p>
            <w:r/>
            <w:r>
              <w:rPr>
                <w:rFonts w:ascii="Malgun Gothic" w:hAnsi="Malgun Gothic" w:eastAsia="Malgun Gothic"/>
                <w:b w:val="0"/>
                <w:sz w:val="13"/>
              </w:rPr>
              <w:t>43926d49a66d2034</w:t>
            </w:r>
          </w:p>
        </w:tc>
      </w:tr>
      <w:tr>
        <w:trPr>
          <w:cantSplit/>
        </w:trPr>
        <w:tc>
          <w:tcPr>
            <w:tcW w:type="dxa" w:w="1096"/>
            <w:vAlign w:val="center"/>
          </w:tcPr>
          <w:p>
            <w:r/>
            <w:r>
              <w:rPr>
                <w:rFonts w:ascii="Malgun Gothic" w:hAnsi="Malgun Gothic" w:eastAsia="Malgun Gothic"/>
                <w:b w:val="0"/>
                <w:sz w:val="13"/>
              </w:rPr>
              <w:t>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reports/research_console/.v213_tmp/ref_VOC_0413_분석리포트_v5_with_images_011.png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69,235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1259x879</w:t>
            </w:r>
          </w:p>
        </w:tc>
        <w:tc>
          <w:tcPr>
            <w:tcW w:type="dxa" w:w="1096"/>
            <w:vAlign w:val="center"/>
          </w:tcPr>
          <w:p>
            <w:r/>
            <w:r>
              <w:rPr>
                <w:rFonts w:ascii="Malgun Gothic" w:hAnsi="Malgun Gothic" w:eastAsia="Malgun Gothic"/>
                <w:b w:val="0"/>
                <w:sz w:val="13"/>
              </w:rPr>
              <w:t>b22bb611876741a2</w:t>
            </w:r>
          </w:p>
        </w:tc>
      </w:tr>
      <w:tr>
        <w:trPr>
          <w:cantSplit/>
        </w:trPr>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reports/research_console/.v213_tmp/ref_유현동VOC_datasets0402_분석리포트_v3_001.png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47,938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1200x750</w:t>
            </w:r>
          </w:p>
        </w:tc>
        <w:tc>
          <w:tcPr>
            <w:tcW w:type="dxa" w:w="1096"/>
            <w:vAlign w:val="center"/>
          </w:tcPr>
          <w:p>
            <w:r/>
            <w:r>
              <w:rPr>
                <w:rFonts w:ascii="Malgun Gothic" w:hAnsi="Malgun Gothic" w:eastAsia="Malgun Gothic"/>
                <w:b w:val="0"/>
                <w:sz w:val="13"/>
              </w:rPr>
              <w:t>001fb03ea94a7669</w:t>
            </w:r>
          </w:p>
        </w:tc>
      </w:tr>
      <w:tr>
        <w:trPr>
          <w:cantSplit/>
        </w:trPr>
        <w:tc>
          <w:tcPr>
            <w:tcW w:type="dxa" w:w="1096"/>
            <w:vAlign w:val="center"/>
          </w:tcPr>
          <w:p>
            <w:r/>
            <w:r>
              <w:rPr>
                <w:rFonts w:ascii="Malgun Gothic" w:hAnsi="Malgun Gothic" w:eastAsia="Malgun Gothic"/>
                <w:b w:val="0"/>
                <w:sz w:val="13"/>
              </w:rPr>
              <w:t>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reports/research_console/.v213_tmp/ref_유현동VOC_datasets0402_분석리포트_v3_002.png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43,385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1200x750</w:t>
            </w:r>
          </w:p>
        </w:tc>
        <w:tc>
          <w:tcPr>
            <w:tcW w:type="dxa" w:w="1096"/>
            <w:vAlign w:val="center"/>
          </w:tcPr>
          <w:p>
            <w:r/>
            <w:r>
              <w:rPr>
                <w:rFonts w:ascii="Malgun Gothic" w:hAnsi="Malgun Gothic" w:eastAsia="Malgun Gothic"/>
                <w:b w:val="0"/>
                <w:sz w:val="13"/>
              </w:rPr>
              <w:t>c28c9370f116b3fd</w:t>
            </w:r>
          </w:p>
        </w:tc>
      </w:tr>
      <w:tr>
        <w:trPr>
          <w:cantSplit/>
        </w:trPr>
        <w:tc>
          <w:tcPr>
            <w:tcW w:type="dxa" w:w="1096"/>
            <w:vAlign w:val="center"/>
          </w:tcPr>
          <w:p>
            <w:r/>
            <w:r>
              <w:rPr>
                <w:rFonts w:ascii="Malgun Gothic" w:hAnsi="Malgun Gothic" w:eastAsia="Malgun Gothic"/>
                <w:b w:val="0"/>
                <w:sz w:val="13"/>
              </w:rPr>
              <w:t>26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reports/research_console/.v213_tmp/ref_유현동VOC_datasets0402_분석리포트_v3_003.png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55,664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1500x750</w:t>
            </w:r>
          </w:p>
        </w:tc>
        <w:tc>
          <w:tcPr>
            <w:tcW w:type="dxa" w:w="1096"/>
            <w:vAlign w:val="center"/>
          </w:tcPr>
          <w:p>
            <w:r/>
            <w:r>
              <w:rPr>
                <w:rFonts w:ascii="Malgun Gothic" w:hAnsi="Malgun Gothic" w:eastAsia="Malgun Gothic"/>
                <w:b w:val="0"/>
                <w:sz w:val="13"/>
              </w:rPr>
              <w:t>28f9c0bb5d4aaf49</w:t>
            </w:r>
          </w:p>
        </w:tc>
      </w:tr>
      <w:tr>
        <w:trPr>
          <w:cantSplit/>
        </w:trPr>
        <w:tc>
          <w:tcPr>
            <w:tcW w:type="dxa" w:w="1096"/>
            <w:vAlign w:val="center"/>
          </w:tcPr>
          <w:p>
            <w:r/>
            <w:r>
              <w:rPr>
                <w:rFonts w:ascii="Malgun Gothic" w:hAnsi="Malgun Gothic" w:eastAsia="Malgun Gothic"/>
                <w:b w:val="0"/>
                <w:sz w:val="13"/>
              </w:rPr>
              <w:t>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reports/research_console/.v213_tmp/ref_유현동VOC_datasets0402_분석리포트_v3_004.png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48,577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1200x750</w:t>
            </w:r>
          </w:p>
        </w:tc>
        <w:tc>
          <w:tcPr>
            <w:tcW w:type="dxa" w:w="1096"/>
            <w:vAlign w:val="center"/>
          </w:tcPr>
          <w:p>
            <w:r/>
            <w:r>
              <w:rPr>
                <w:rFonts w:ascii="Malgun Gothic" w:hAnsi="Malgun Gothic" w:eastAsia="Malgun Gothic"/>
                <w:b w:val="0"/>
                <w:sz w:val="13"/>
              </w:rPr>
              <w:t>86ac4bc2a8c6490a</w:t>
            </w:r>
          </w:p>
        </w:tc>
      </w:tr>
      <w:tr>
        <w:trPr>
          <w:cantSplit/>
        </w:trPr>
        <w:tc>
          <w:tcPr>
            <w:tcW w:type="dxa" w:w="1096"/>
            <w:vAlign w:val="center"/>
          </w:tcPr>
          <w:p>
            <w:r/>
            <w:r>
              <w:rPr>
                <w:rFonts w:ascii="Malgun Gothic" w:hAnsi="Malgun Gothic" w:eastAsia="Malgun Gothic"/>
                <w:b w:val="0"/>
                <w:sz w:val="13"/>
              </w:rPr>
              <w:t>28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reports/research_console/.v213_tmp/ref_유현동VOC_연구_중간보고_001.jpg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67,701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1400x1200</w:t>
            </w:r>
          </w:p>
        </w:tc>
        <w:tc>
          <w:tcPr>
            <w:tcW w:type="dxa" w:w="1096"/>
            <w:vAlign w:val="center"/>
          </w:tcPr>
          <w:p>
            <w:r/>
            <w:r>
              <w:rPr>
                <w:rFonts w:ascii="Malgun Gothic" w:hAnsi="Malgun Gothic" w:eastAsia="Malgun Gothic"/>
                <w:b w:val="0"/>
                <w:sz w:val="13"/>
              </w:rPr>
              <w:t>329b9ee976173c8c</w:t>
            </w:r>
          </w:p>
        </w:tc>
      </w:tr>
      <w:tr>
        <w:trPr>
          <w:cantSplit/>
        </w:trPr>
        <w:tc>
          <w:tcPr>
            <w:tcW w:type="dxa" w:w="1096"/>
            <w:vAlign w:val="center"/>
          </w:tcPr>
          <w:p>
            <w:r/>
            <w:r>
              <w:rPr>
                <w:rFonts w:ascii="Malgun Gothic" w:hAnsi="Malgun Gothic" w:eastAsia="Malgun Gothic"/>
                <w:b w:val="0"/>
                <w:sz w:val="13"/>
              </w:rPr>
              <w:t>29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reports/research_console/.v213_tmp/ref_유현동VOC_연구_중간보고_002.jpg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79,416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1400x1200</w:t>
            </w:r>
          </w:p>
        </w:tc>
        <w:tc>
          <w:tcPr>
            <w:tcW w:type="dxa" w:w="1096"/>
            <w:vAlign w:val="center"/>
          </w:tcPr>
          <w:p>
            <w:r/>
            <w:r>
              <w:rPr>
                <w:rFonts w:ascii="Malgun Gothic" w:hAnsi="Malgun Gothic" w:eastAsia="Malgun Gothic"/>
                <w:b w:val="0"/>
                <w:sz w:val="13"/>
              </w:rPr>
              <w:t>08dc33b5062059be</w:t>
            </w:r>
          </w:p>
        </w:tc>
      </w:tr>
      <w:tr>
        <w:trPr>
          <w:cantSplit/>
        </w:trPr>
        <w:tc>
          <w:tcPr>
            <w:tcW w:type="dxa" w:w="1096"/>
            <w:vAlign w:val="center"/>
          </w:tcPr>
          <w:p>
            <w:r/>
            <w:r>
              <w:rPr>
                <w:rFonts w:ascii="Malgun Gothic" w:hAnsi="Malgun Gothic" w:eastAsia="Malgun Gothic"/>
                <w:b w:val="0"/>
                <w:sz w:val="13"/>
              </w:rPr>
              <w:t>30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reports/research_console/.v213_tmp/ref_유현동VOC_연구_중간보고_003.jpg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128,009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1280x960</w:t>
            </w:r>
          </w:p>
        </w:tc>
        <w:tc>
          <w:tcPr>
            <w:tcW w:type="dxa" w:w="1096"/>
            <w:vAlign w:val="center"/>
          </w:tcPr>
          <w:p>
            <w:r/>
            <w:r>
              <w:rPr>
                <w:rFonts w:ascii="Malgun Gothic" w:hAnsi="Malgun Gothic" w:eastAsia="Malgun Gothic"/>
                <w:b w:val="0"/>
                <w:sz w:val="13"/>
              </w:rPr>
              <w:t>0556ebc07d71a9c4</w:t>
            </w:r>
          </w:p>
        </w:tc>
      </w:tr>
      <w:tr>
        <w:trPr>
          <w:cantSplit/>
        </w:trPr>
        <w:tc>
          <w:tcPr>
            <w:tcW w:type="dxa" w:w="1096"/>
            <w:vAlign w:val="center"/>
          </w:tcPr>
          <w:p>
            <w:r/>
            <w:r>
              <w:rPr>
                <w:rFonts w:ascii="Malgun Gothic" w:hAnsi="Malgun Gothic" w:eastAsia="Malgun Gothic"/>
                <w:b w:val="0"/>
                <w:sz w:val="13"/>
              </w:rPr>
              <w:t>31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reports/research_console/.v213_tmp/ref_유현동VOC_연구_중간보고_004.jpg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45,227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1280x960</w:t>
            </w:r>
          </w:p>
        </w:tc>
        <w:tc>
          <w:tcPr>
            <w:tcW w:type="dxa" w:w="1096"/>
            <w:vAlign w:val="center"/>
          </w:tcPr>
          <w:p>
            <w:r/>
            <w:r>
              <w:rPr>
                <w:rFonts w:ascii="Malgun Gothic" w:hAnsi="Malgun Gothic" w:eastAsia="Malgun Gothic"/>
                <w:b w:val="0"/>
                <w:sz w:val="13"/>
              </w:rPr>
              <w:t>845c6ad4f0213bc5</w:t>
            </w:r>
          </w:p>
        </w:tc>
      </w:tr>
      <w:tr>
        <w:trPr>
          <w:cantSplit/>
        </w:trPr>
        <w:tc>
          <w:tcPr>
            <w:tcW w:type="dxa" w:w="1096"/>
            <w:vAlign w:val="center"/>
          </w:tcPr>
          <w:p>
            <w:r/>
            <w:r>
              <w:rPr>
                <w:rFonts w:ascii="Malgun Gothic" w:hAnsi="Malgun Gothic" w:eastAsia="Malgun Gothic"/>
                <w:b w:val="0"/>
                <w:sz w:val="13"/>
              </w:rPr>
              <w:t>32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reports/research_console/.v213_tmp/ref_유현동VOC_연구_중간보고_005.jpg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80,206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1800x900</w:t>
            </w:r>
          </w:p>
        </w:tc>
        <w:tc>
          <w:tcPr>
            <w:tcW w:type="dxa" w:w="1096"/>
            <w:vAlign w:val="center"/>
          </w:tcPr>
          <w:p>
            <w:r/>
            <w:r>
              <w:rPr>
                <w:rFonts w:ascii="Malgun Gothic" w:hAnsi="Malgun Gothic" w:eastAsia="Malgun Gothic"/>
                <w:b w:val="0"/>
                <w:sz w:val="13"/>
              </w:rPr>
              <w:t>c14193ed8f0633a0</w:t>
            </w:r>
          </w:p>
        </w:tc>
      </w:tr>
      <w:tr>
        <w:trPr>
          <w:cantSplit/>
        </w:trPr>
        <w:tc>
          <w:tcPr>
            <w:tcW w:type="dxa" w:w="1096"/>
            <w:vAlign w:val="center"/>
          </w:tcPr>
          <w:p>
            <w:r/>
            <w:r>
              <w:rPr>
                <w:rFonts w:ascii="Malgun Gothic" w:hAnsi="Malgun Gothic" w:eastAsia="Malgun Gothic"/>
                <w:b w:val="0"/>
                <w:sz w:val="13"/>
              </w:rPr>
              <w:t>33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reports/research_console/.v213_tmp/ref_유현동VOC_연구_중간보고_006.jpg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81,670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1440x900</w:t>
            </w:r>
          </w:p>
        </w:tc>
        <w:tc>
          <w:tcPr>
            <w:tcW w:type="dxa" w:w="1096"/>
            <w:vAlign w:val="center"/>
          </w:tcPr>
          <w:p>
            <w:r/>
            <w:r>
              <w:rPr>
                <w:rFonts w:ascii="Malgun Gothic" w:hAnsi="Malgun Gothic" w:eastAsia="Malgun Gothic"/>
                <w:b w:val="0"/>
                <w:sz w:val="13"/>
              </w:rPr>
              <w:t>57e71eca26ee9ff3</w:t>
            </w:r>
          </w:p>
        </w:tc>
      </w:tr>
      <w:tr>
        <w:trPr>
          <w:cantSplit/>
        </w:trPr>
        <w:tc>
          <w:tcPr>
            <w:tcW w:type="dxa" w:w="1096"/>
            <w:vAlign w:val="center"/>
          </w:tcPr>
          <w:p>
            <w:r/>
            <w:r>
              <w:rPr>
                <w:rFonts w:ascii="Malgun Gothic" w:hAnsi="Malgun Gothic" w:eastAsia="Malgun Gothic"/>
                <w:b w:val="0"/>
                <w:sz w:val="13"/>
              </w:rPr>
              <w:t>34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reports/research_console/.v213_tmp/ref_유현동VOC_연구_중간보고_007.jpg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196,823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2000x1368</w:t>
            </w:r>
          </w:p>
        </w:tc>
        <w:tc>
          <w:tcPr>
            <w:tcW w:type="dxa" w:w="1096"/>
            <w:vAlign w:val="center"/>
          </w:tcPr>
          <w:p>
            <w:r/>
            <w:r>
              <w:rPr>
                <w:rFonts w:ascii="Malgun Gothic" w:hAnsi="Malgun Gothic" w:eastAsia="Malgun Gothic"/>
                <w:b w:val="0"/>
                <w:sz w:val="13"/>
              </w:rPr>
              <w:t>e2dd32fe3eefbfee</w:t>
            </w:r>
          </w:p>
        </w:tc>
      </w:tr>
      <w:tr>
        <w:trPr>
          <w:cantSplit/>
        </w:trPr>
        <w:tc>
          <w:tcPr>
            <w:tcW w:type="dxa" w:w="1096"/>
            <w:vAlign w:val="center"/>
          </w:tcPr>
          <w:p>
            <w:r/>
            <w:r>
              <w:rPr>
                <w:rFonts w:ascii="Malgun Gothic" w:hAnsi="Malgun Gothic" w:eastAsia="Malgun Gothic"/>
                <w:b w:val="0"/>
                <w:sz w:val="13"/>
              </w:rPr>
              <w:t>35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reports/research_console/.v213_tmp/ref_유현동VOC_연구_중간보고_008.jpg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59,981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1440x900</w:t>
            </w:r>
          </w:p>
        </w:tc>
        <w:tc>
          <w:tcPr>
            <w:tcW w:type="dxa" w:w="1096"/>
            <w:vAlign w:val="center"/>
          </w:tcPr>
          <w:p>
            <w:r/>
            <w:r>
              <w:rPr>
                <w:rFonts w:ascii="Malgun Gothic" w:hAnsi="Malgun Gothic" w:eastAsia="Malgun Gothic"/>
                <w:b w:val="0"/>
                <w:sz w:val="13"/>
              </w:rPr>
              <w:t>4abd8c57f997a021</w:t>
            </w:r>
          </w:p>
        </w:tc>
      </w:tr>
      <w:tr>
        <w:trPr>
          <w:cantSplit/>
        </w:trPr>
        <w:tc>
          <w:tcPr>
            <w:tcW w:type="dxa" w:w="1096"/>
            <w:vAlign w:val="center"/>
          </w:tcPr>
          <w:p>
            <w:r/>
            <w:r>
              <w:rPr>
                <w:rFonts w:ascii="Malgun Gothic" w:hAnsi="Malgun Gothic" w:eastAsia="Malgun Gothic"/>
                <w:b w:val="0"/>
                <w:sz w:val="13"/>
              </w:rPr>
              <w:t>36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reports/research_console/.v213_tmp/ref_유현동VOC_연구_중간보고_009.jpg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148,836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2000x1333</w:t>
            </w:r>
          </w:p>
        </w:tc>
        <w:tc>
          <w:tcPr>
            <w:tcW w:type="dxa" w:w="1096"/>
            <w:vAlign w:val="center"/>
          </w:tcPr>
          <w:p>
            <w:r/>
            <w:r>
              <w:rPr>
                <w:rFonts w:ascii="Malgun Gothic" w:hAnsi="Malgun Gothic" w:eastAsia="Malgun Gothic"/>
                <w:b w:val="0"/>
                <w:sz w:val="13"/>
              </w:rPr>
              <w:t>40504543153c15b6</w:t>
            </w:r>
          </w:p>
        </w:tc>
      </w:tr>
      <w:tr>
        <w:trPr>
          <w:cantSplit/>
        </w:trPr>
        <w:tc>
          <w:tcPr>
            <w:tcW w:type="dxa" w:w="1096"/>
            <w:vAlign w:val="center"/>
          </w:tcPr>
          <w:p>
            <w:r/>
            <w:r>
              <w:rPr>
                <w:rFonts w:ascii="Malgun Gothic" w:hAnsi="Malgun Gothic" w:eastAsia="Malgun Gothic"/>
                <w:b w:val="0"/>
                <w:sz w:val="13"/>
              </w:rPr>
              <w:t>37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reports/research_console/.v213_tmp/ref_유현동VOC_연구_중간보고_010.jpg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107,564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1218x1110</w:t>
            </w:r>
          </w:p>
        </w:tc>
        <w:tc>
          <w:tcPr>
            <w:tcW w:type="dxa" w:w="1096"/>
            <w:vAlign w:val="center"/>
          </w:tcPr>
          <w:p>
            <w:r/>
            <w:r>
              <w:rPr>
                <w:rFonts w:ascii="Malgun Gothic" w:hAnsi="Malgun Gothic" w:eastAsia="Malgun Gothic"/>
                <w:b w:val="0"/>
                <w:sz w:val="13"/>
              </w:rPr>
              <w:t>9e2d5b92ecb50b4a</w:t>
            </w:r>
          </w:p>
        </w:tc>
      </w:tr>
      <w:tr>
        <w:trPr>
          <w:cantSplit/>
        </w:trPr>
        <w:tc>
          <w:tcPr>
            <w:tcW w:type="dxa" w:w="1096"/>
            <w:vAlign w:val="center"/>
          </w:tcPr>
          <w:p>
            <w:r/>
            <w:r>
              <w:rPr>
                <w:rFonts w:ascii="Malgun Gothic" w:hAnsi="Malgun Gothic" w:eastAsia="Malgun Gothic"/>
                <w:b w:val="0"/>
                <w:sz w:val="13"/>
              </w:rPr>
              <w:t>38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reports/research_console/.v213_tmp/ref_유현동VOC_연구_중간보고_011.jpg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73,374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1440x900</w:t>
            </w:r>
          </w:p>
        </w:tc>
        <w:tc>
          <w:tcPr>
            <w:tcW w:type="dxa" w:w="1096"/>
            <w:vAlign w:val="center"/>
          </w:tcPr>
          <w:p>
            <w:r/>
            <w:r>
              <w:rPr>
                <w:rFonts w:ascii="Malgun Gothic" w:hAnsi="Malgun Gothic" w:eastAsia="Malgun Gothic"/>
                <w:b w:val="0"/>
                <w:sz w:val="13"/>
              </w:rPr>
              <w:t>e39d0c1159393cc9</w:t>
            </w:r>
          </w:p>
        </w:tc>
      </w:tr>
      <w:tr>
        <w:trPr>
          <w:cantSplit/>
        </w:trPr>
        <w:tc>
          <w:tcPr>
            <w:tcW w:type="dxa" w:w="1096"/>
            <w:vAlign w:val="center"/>
          </w:tcPr>
          <w:p>
            <w:r/>
            <w:r>
              <w:rPr>
                <w:rFonts w:ascii="Malgun Gothic" w:hAnsi="Malgun Gothic" w:eastAsia="Malgun Gothic"/>
                <w:b w:val="0"/>
                <w:sz w:val="13"/>
              </w:rPr>
              <w:t>39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88,937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1258x885</w:t>
            </w:r>
          </w:p>
        </w:tc>
        <w:tc>
          <w:tcPr>
            <w:tcW w:type="dxa" w:w="1096"/>
            <w:vAlign w:val="center"/>
          </w:tcPr>
          <w:p>
            <w:r/>
            <w:r>
              <w:rPr>
                <w:rFonts w:ascii="Malgun Gothic" w:hAnsi="Malgun Gothic" w:eastAsia="Malgun Gothic"/>
                <w:b w:val="0"/>
                <w:sz w:val="13"/>
              </w:rPr>
              <w:t>084e604b356c81a6</w:t>
            </w:r>
          </w:p>
        </w:tc>
      </w:tr>
      <w:tr>
        <w:trPr>
          <w:cantSplit/>
        </w:trPr>
        <w:tc>
          <w:tcPr>
            <w:tcW w:type="dxa" w:w="1096"/>
            <w:vAlign w:val="center"/>
          </w:tcPr>
          <w:p>
            <w:r/>
            <w:r>
              <w:rPr>
                <w:rFonts w:ascii="Malgun Gothic" w:hAnsi="Malgun Gothic" w:eastAsia="Malgun Gothic"/>
                <w:b w:val="0"/>
                <w:sz w:val="13"/>
              </w:rPr>
              <w:t>40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reports/research_console/.v215_tmp/html_ref_VOC_0413_분석리포트_v5_with_images_002.png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104,478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1258x883</w:t>
            </w:r>
          </w:p>
        </w:tc>
        <w:tc>
          <w:tcPr>
            <w:tcW w:type="dxa" w:w="1096"/>
            <w:vAlign w:val="center"/>
          </w:tcPr>
          <w:p>
            <w:r/>
            <w:r>
              <w:rPr>
                <w:rFonts w:ascii="Malgun Gothic" w:hAnsi="Malgun Gothic" w:eastAsia="Malgun Gothic"/>
                <w:b w:val="0"/>
                <w:sz w:val="13"/>
              </w:rPr>
              <w:t>43f4052238d8ebd9</w:t>
            </w:r>
          </w:p>
        </w:tc>
      </w:tr>
      <w:tr>
        <w:trPr>
          <w:cantSplit/>
        </w:trPr>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reports/research_console/.v215_tmp/html_ref_VOC_0413_분석리포트_v5_with_images_003.png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97,741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1257x883</w:t>
            </w:r>
          </w:p>
        </w:tc>
        <w:tc>
          <w:tcPr>
            <w:tcW w:type="dxa" w:w="1096"/>
            <w:vAlign w:val="center"/>
          </w:tcPr>
          <w:p>
            <w:r/>
            <w:r>
              <w:rPr>
                <w:rFonts w:ascii="Malgun Gothic" w:hAnsi="Malgun Gothic" w:eastAsia="Malgun Gothic"/>
                <w:b w:val="0"/>
                <w:sz w:val="13"/>
              </w:rPr>
              <w:t>03bd14e4bab2e528</w:t>
            </w:r>
          </w:p>
        </w:tc>
      </w:tr>
      <w:tr>
        <w:trPr>
          <w:cantSplit/>
        </w:trPr>
        <w:tc>
          <w:tcPr>
            <w:tcW w:type="dxa" w:w="1096"/>
            <w:vAlign w:val="center"/>
          </w:tcPr>
          <w:p>
            <w:r/>
            <w:r>
              <w:rPr>
                <w:rFonts w:ascii="Malgun Gothic" w:hAnsi="Malgun Gothic" w:eastAsia="Malgun Gothic"/>
                <w:b w:val="0"/>
                <w:sz w:val="13"/>
              </w:rPr>
              <w:t>42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reports/research_console/.v215_tmp/html_ref_VOC_0413_분석리포트_v5_with_images_004.png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86,929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1258x883</w:t>
            </w:r>
          </w:p>
        </w:tc>
        <w:tc>
          <w:tcPr>
            <w:tcW w:type="dxa" w:w="1096"/>
            <w:vAlign w:val="center"/>
          </w:tcPr>
          <w:p>
            <w:r/>
            <w:r>
              <w:rPr>
                <w:rFonts w:ascii="Malgun Gothic" w:hAnsi="Malgun Gothic" w:eastAsia="Malgun Gothic"/>
                <w:b w:val="0"/>
                <w:sz w:val="13"/>
              </w:rPr>
              <w:t>1a9a187637c166ba</w:t>
            </w:r>
          </w:p>
        </w:tc>
      </w:tr>
      <w:tr>
        <w:trPr>
          <w:cantSplit/>
        </w:trPr>
        <w:tc>
          <w:tcPr>
            <w:tcW w:type="dxa" w:w="1096"/>
            <w:vAlign w:val="center"/>
          </w:tcPr>
          <w:p>
            <w:r/>
            <w:r>
              <w:rPr>
                <w:rFonts w:ascii="Malgun Gothic" w:hAnsi="Malgun Gothic" w:eastAsia="Malgun Gothic"/>
                <w:b w:val="0"/>
                <w:sz w:val="13"/>
              </w:rPr>
              <w:t>43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reports/research_console/.v215_tmp/html_ref_VOC_0413_분석리포트_v5_with_images_005.png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105,214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1258x884</w:t>
            </w:r>
          </w:p>
        </w:tc>
        <w:tc>
          <w:tcPr>
            <w:tcW w:type="dxa" w:w="1096"/>
            <w:vAlign w:val="center"/>
          </w:tcPr>
          <w:p>
            <w:r/>
            <w:r>
              <w:rPr>
                <w:rFonts w:ascii="Malgun Gothic" w:hAnsi="Malgun Gothic" w:eastAsia="Malgun Gothic"/>
                <w:b w:val="0"/>
                <w:sz w:val="13"/>
              </w:rPr>
              <w:t>675239ceaf491d7f</w:t>
            </w:r>
          </w:p>
        </w:tc>
      </w:tr>
      <w:tr>
        <w:trPr>
          <w:cantSplit/>
        </w:trPr>
        <w:tc>
          <w:tcPr>
            <w:tcW w:type="dxa" w:w="1096"/>
            <w:vAlign w:val="center"/>
          </w:tcPr>
          <w:p>
            <w:r/>
            <w:r>
              <w:rPr>
                <w:rFonts w:ascii="Malgun Gothic" w:hAnsi="Malgun Gothic" w:eastAsia="Malgun Gothic"/>
                <w:b w:val="0"/>
                <w:sz w:val="13"/>
              </w:rPr>
              <w:t>44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reports/research_console/.v215_tmp/html_ref_VOC_0413_분석리포트_v5_with_images_006.png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99,078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1557x887</w:t>
            </w:r>
          </w:p>
        </w:tc>
        <w:tc>
          <w:tcPr>
            <w:tcW w:type="dxa" w:w="1096"/>
            <w:vAlign w:val="center"/>
          </w:tcPr>
          <w:p>
            <w:r/>
            <w:r>
              <w:rPr>
                <w:rFonts w:ascii="Malgun Gothic" w:hAnsi="Malgun Gothic" w:eastAsia="Malgun Gothic"/>
                <w:b w:val="0"/>
                <w:sz w:val="13"/>
              </w:rPr>
              <w:t>a40804f8cde3dcb2</w:t>
            </w:r>
          </w:p>
        </w:tc>
      </w:tr>
      <w:tr>
        <w:trPr>
          <w:cantSplit/>
        </w:trPr>
        <w:tc>
          <w:tcPr>
            <w:tcW w:type="dxa" w:w="1096"/>
            <w:vAlign w:val="center"/>
          </w:tcPr>
          <w:p>
            <w:r/>
            <w:r>
              <w:rPr>
                <w:rFonts w:ascii="Malgun Gothic" w:hAnsi="Malgun Gothic" w:eastAsia="Malgun Gothic"/>
                <w:b w:val="0"/>
                <w:sz w:val="13"/>
              </w:rPr>
              <w:t>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reports/research_console/.v215_tmp/html_ref_VOC_0413_분석리포트_v5_with_images_007.png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117,550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1783x913</w:t>
            </w:r>
          </w:p>
        </w:tc>
        <w:tc>
          <w:tcPr>
            <w:tcW w:type="dxa" w:w="1096"/>
            <w:vAlign w:val="center"/>
          </w:tcPr>
          <w:p>
            <w:r/>
            <w:r>
              <w:rPr>
                <w:rFonts w:ascii="Malgun Gothic" w:hAnsi="Malgun Gothic" w:eastAsia="Malgun Gothic"/>
                <w:b w:val="0"/>
                <w:sz w:val="13"/>
              </w:rPr>
              <w:t>e3c6250601fda513</w:t>
            </w:r>
          </w:p>
        </w:tc>
      </w:tr>
      <w:tr>
        <w:trPr>
          <w:cantSplit/>
        </w:trPr>
        <w:tc>
          <w:tcPr>
            <w:tcW w:type="dxa" w:w="1096"/>
            <w:vAlign w:val="center"/>
          </w:tcPr>
          <w:p>
            <w:r/>
            <w:r>
              <w:rPr>
                <w:rFonts w:ascii="Malgun Gothic" w:hAnsi="Malgun Gothic" w:eastAsia="Malgun Gothic"/>
                <w:b w:val="0"/>
                <w:sz w:val="13"/>
              </w:rPr>
              <w:t>46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reports/research_console/.v215_tmp/html_ref_VOC_0413_분석리포트_v5_with_images_008.png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73,332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1258x879</w:t>
            </w:r>
          </w:p>
        </w:tc>
        <w:tc>
          <w:tcPr>
            <w:tcW w:type="dxa" w:w="1096"/>
            <w:vAlign w:val="center"/>
          </w:tcPr>
          <w:p>
            <w:r/>
            <w:r>
              <w:rPr>
                <w:rFonts w:ascii="Malgun Gothic" w:hAnsi="Malgun Gothic" w:eastAsia="Malgun Gothic"/>
                <w:b w:val="0"/>
                <w:sz w:val="13"/>
              </w:rPr>
              <w:t>036d080d37dc6970</w:t>
            </w:r>
          </w:p>
        </w:tc>
      </w:tr>
      <w:tr>
        <w:trPr>
          <w:cantSplit/>
        </w:trPr>
        <w:tc>
          <w:tcPr>
            <w:tcW w:type="dxa" w:w="1096"/>
            <w:vAlign w:val="center"/>
          </w:tcPr>
          <w:p>
            <w:r/>
            <w:r>
              <w:rPr>
                <w:rFonts w:ascii="Malgun Gothic" w:hAnsi="Malgun Gothic" w:eastAsia="Malgun Gothic"/>
                <w:b w:val="0"/>
                <w:sz w:val="13"/>
              </w:rPr>
              <w:t>47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reports/research_console/.v215_tmp/html_ref_VOC_0413_분석리포트_v5_with_images_009.png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74,648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1257x879</w:t>
            </w:r>
          </w:p>
        </w:tc>
        <w:tc>
          <w:tcPr>
            <w:tcW w:type="dxa" w:w="1096"/>
            <w:vAlign w:val="center"/>
          </w:tcPr>
          <w:p>
            <w:r/>
            <w:r>
              <w:rPr>
                <w:rFonts w:ascii="Malgun Gothic" w:hAnsi="Malgun Gothic" w:eastAsia="Malgun Gothic"/>
                <w:b w:val="0"/>
                <w:sz w:val="13"/>
              </w:rPr>
              <w:t>de3a1d6e63d34b34</w:t>
            </w:r>
          </w:p>
        </w:tc>
      </w:tr>
      <w:tr>
        <w:trPr>
          <w:cantSplit/>
        </w:trPr>
        <w:tc>
          <w:tcPr>
            <w:tcW w:type="dxa" w:w="1096"/>
            <w:vAlign w:val="center"/>
          </w:tcPr>
          <w:p>
            <w:r/>
            <w:r>
              <w:rPr>
                <w:rFonts w:ascii="Malgun Gothic" w:hAnsi="Malgun Gothic" w:eastAsia="Malgun Gothic"/>
                <w:b w:val="0"/>
                <w:sz w:val="13"/>
              </w:rPr>
              <w:t>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reports/research_console/.v215_tmp/html_ref_VOC_0413_분석리포트_v5_with_images_010.png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68,785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1258x879</w:t>
            </w:r>
          </w:p>
        </w:tc>
        <w:tc>
          <w:tcPr>
            <w:tcW w:type="dxa" w:w="1096"/>
            <w:vAlign w:val="center"/>
          </w:tcPr>
          <w:p>
            <w:r/>
            <w:r>
              <w:rPr>
                <w:rFonts w:ascii="Malgun Gothic" w:hAnsi="Malgun Gothic" w:eastAsia="Malgun Gothic"/>
                <w:b w:val="0"/>
                <w:sz w:val="13"/>
              </w:rPr>
              <w:t>43926d49a66d2034</w:t>
            </w:r>
          </w:p>
        </w:tc>
      </w:tr>
      <w:tr>
        <w:trPr>
          <w:cantSplit/>
        </w:trPr>
        <w:tc>
          <w:tcPr>
            <w:tcW w:type="dxa" w:w="1096"/>
            <w:vAlign w:val="center"/>
          </w:tcPr>
          <w:p>
            <w:r/>
            <w:r>
              <w:rPr>
                <w:rFonts w:ascii="Malgun Gothic" w:hAnsi="Malgun Gothic" w:eastAsia="Malgun Gothic"/>
                <w:b w:val="0"/>
                <w:sz w:val="13"/>
              </w:rPr>
              <w:t>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reports/research_console/.v215_tmp/html_ref_VOC_0413_분석리포트_v5_with_images_011.png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69,235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1259x879</w:t>
            </w:r>
          </w:p>
        </w:tc>
        <w:tc>
          <w:tcPr>
            <w:tcW w:type="dxa" w:w="1096"/>
            <w:vAlign w:val="center"/>
          </w:tcPr>
          <w:p>
            <w:r/>
            <w:r>
              <w:rPr>
                <w:rFonts w:ascii="Malgun Gothic" w:hAnsi="Malgun Gothic" w:eastAsia="Malgun Gothic"/>
                <w:b w:val="0"/>
                <w:sz w:val="13"/>
              </w:rPr>
              <w:t>b22bb611876741a2</w:t>
            </w:r>
          </w:p>
        </w:tc>
      </w:tr>
      <w:tr>
        <w:trPr>
          <w:cantSplit/>
        </w:trPr>
        <w:tc>
          <w:tcPr>
            <w:tcW w:type="dxa" w:w="1096"/>
            <w:vAlign w:val="center"/>
          </w:tcPr>
          <w:p>
            <w:r/>
            <w:r>
              <w:rPr>
                <w:rFonts w:ascii="Malgun Gothic" w:hAnsi="Malgun Gothic" w:eastAsia="Malgun Gothic"/>
                <w:b w:val="0"/>
                <w:sz w:val="13"/>
              </w:rPr>
              <w:t>50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88,937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1258x885</w:t>
            </w:r>
          </w:p>
        </w:tc>
        <w:tc>
          <w:tcPr>
            <w:tcW w:type="dxa" w:w="1096"/>
            <w:vAlign w:val="center"/>
          </w:tcPr>
          <w:p>
            <w:r/>
            <w:r>
              <w:rPr>
                <w:rFonts w:ascii="Malgun Gothic" w:hAnsi="Malgun Gothic" w:eastAsia="Malgun Gothic"/>
                <w:b w:val="0"/>
                <w:sz w:val="13"/>
              </w:rPr>
              <w:t>084e604b356c81a6</w:t>
            </w:r>
          </w:p>
        </w:tc>
      </w:tr>
      <w:tr>
        <w:trPr>
          <w:cantSplit/>
        </w:trPr>
        <w:tc>
          <w:tcPr>
            <w:tcW w:type="dxa" w:w="1096"/>
            <w:vAlign w:val="center"/>
          </w:tcPr>
          <w:p>
            <w:r/>
            <w:r>
              <w:rPr>
                <w:rFonts w:ascii="Malgun Gothic" w:hAnsi="Malgun Gothic" w:eastAsia="Malgun Gothic"/>
                <w:b w:val="0"/>
                <w:sz w:val="13"/>
              </w:rPr>
              <w:t>51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reports/research_console/.v215_tmp/ref_VOC_0413_분석리포트_v5_with_images_002.png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104,478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1258x883</w:t>
            </w:r>
          </w:p>
        </w:tc>
        <w:tc>
          <w:tcPr>
            <w:tcW w:type="dxa" w:w="1096"/>
            <w:vAlign w:val="center"/>
          </w:tcPr>
          <w:p>
            <w:r/>
            <w:r>
              <w:rPr>
                <w:rFonts w:ascii="Malgun Gothic" w:hAnsi="Malgun Gothic" w:eastAsia="Malgun Gothic"/>
                <w:b w:val="0"/>
                <w:sz w:val="13"/>
              </w:rPr>
              <w:t>43f4052238d8ebd9</w:t>
            </w:r>
          </w:p>
        </w:tc>
      </w:tr>
      <w:tr>
        <w:trPr>
          <w:cantSplit/>
        </w:trPr>
        <w:tc>
          <w:tcPr>
            <w:tcW w:type="dxa" w:w="1096"/>
            <w:vAlign w:val="center"/>
          </w:tcPr>
          <w:p>
            <w:r/>
            <w:r>
              <w:rPr>
                <w:rFonts w:ascii="Malgun Gothic" w:hAnsi="Malgun Gothic" w:eastAsia="Malgun Gothic"/>
                <w:b w:val="0"/>
                <w:sz w:val="13"/>
              </w:rPr>
              <w:t>52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reports/research_console/.v215_tmp/ref_VOC_0413_분석리포트_v5_with_images_003.png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97,741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1257x883</w:t>
            </w:r>
          </w:p>
        </w:tc>
        <w:tc>
          <w:tcPr>
            <w:tcW w:type="dxa" w:w="1096"/>
            <w:vAlign w:val="center"/>
          </w:tcPr>
          <w:p>
            <w:r/>
            <w:r>
              <w:rPr>
                <w:rFonts w:ascii="Malgun Gothic" w:hAnsi="Malgun Gothic" w:eastAsia="Malgun Gothic"/>
                <w:b w:val="0"/>
                <w:sz w:val="13"/>
              </w:rPr>
              <w:t>03bd14e4bab2e528</w:t>
            </w:r>
          </w:p>
        </w:tc>
      </w:tr>
      <w:tr>
        <w:trPr>
          <w:cantSplit/>
        </w:trPr>
        <w:tc>
          <w:tcPr>
            <w:tcW w:type="dxa" w:w="1096"/>
            <w:vAlign w:val="center"/>
          </w:tcPr>
          <w:p>
            <w:r/>
            <w:r>
              <w:rPr>
                <w:rFonts w:ascii="Malgun Gothic" w:hAnsi="Malgun Gothic" w:eastAsia="Malgun Gothic"/>
                <w:b w:val="0"/>
                <w:sz w:val="13"/>
              </w:rPr>
              <w:t>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reports/research_console/.v215_tmp/ref_VOC_0413_분석리포트_v5_with_images_004.png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86,929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1258x883</w:t>
            </w:r>
          </w:p>
        </w:tc>
        <w:tc>
          <w:tcPr>
            <w:tcW w:type="dxa" w:w="1096"/>
            <w:vAlign w:val="center"/>
          </w:tcPr>
          <w:p>
            <w:r/>
            <w:r>
              <w:rPr>
                <w:rFonts w:ascii="Malgun Gothic" w:hAnsi="Malgun Gothic" w:eastAsia="Malgun Gothic"/>
                <w:b w:val="0"/>
                <w:sz w:val="13"/>
              </w:rPr>
              <w:t>1a9a187637c166ba</w:t>
            </w:r>
          </w:p>
        </w:tc>
      </w:tr>
      <w:tr>
        <w:trPr>
          <w:cantSplit/>
        </w:trPr>
        <w:tc>
          <w:tcPr>
            <w:tcW w:type="dxa" w:w="1096"/>
            <w:vAlign w:val="center"/>
          </w:tcPr>
          <w:p>
            <w:r/>
            <w:r>
              <w:rPr>
                <w:rFonts w:ascii="Malgun Gothic" w:hAnsi="Malgun Gothic" w:eastAsia="Malgun Gothic"/>
                <w:b w:val="0"/>
                <w:sz w:val="13"/>
              </w:rPr>
              <w:t>54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reports/research_console/.v215_tmp/ref_VOC_0413_분석리포트_v5_with_images_005.png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105,214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1258x884</w:t>
            </w:r>
          </w:p>
        </w:tc>
        <w:tc>
          <w:tcPr>
            <w:tcW w:type="dxa" w:w="1096"/>
            <w:vAlign w:val="center"/>
          </w:tcPr>
          <w:p>
            <w:r/>
            <w:r>
              <w:rPr>
                <w:rFonts w:ascii="Malgun Gothic" w:hAnsi="Malgun Gothic" w:eastAsia="Malgun Gothic"/>
                <w:b w:val="0"/>
                <w:sz w:val="13"/>
              </w:rPr>
              <w:t>675239ceaf491d7f</w:t>
            </w:r>
          </w:p>
        </w:tc>
      </w:tr>
      <w:tr>
        <w:trPr>
          <w:cantSplit/>
        </w:trPr>
        <w:tc>
          <w:tcPr>
            <w:tcW w:type="dxa" w:w="1096"/>
            <w:vAlign w:val="center"/>
          </w:tcPr>
          <w:p>
            <w:r/>
            <w:r>
              <w:rPr>
                <w:rFonts w:ascii="Malgun Gothic" w:hAnsi="Malgun Gothic" w:eastAsia="Malgun Gothic"/>
                <w:b w:val="0"/>
                <w:sz w:val="13"/>
              </w:rPr>
              <w:t>55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reports/research_console/.v215_tmp/ref_VOC_0413_분석리포트_v5_with_images_006.png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99,078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1557x887</w:t>
            </w:r>
          </w:p>
        </w:tc>
        <w:tc>
          <w:tcPr>
            <w:tcW w:type="dxa" w:w="1096"/>
            <w:vAlign w:val="center"/>
          </w:tcPr>
          <w:p>
            <w:r/>
            <w:r>
              <w:rPr>
                <w:rFonts w:ascii="Malgun Gothic" w:hAnsi="Malgun Gothic" w:eastAsia="Malgun Gothic"/>
                <w:b w:val="0"/>
                <w:sz w:val="13"/>
              </w:rPr>
              <w:t>a40804f8cde3dcb2</w:t>
            </w:r>
          </w:p>
        </w:tc>
      </w:tr>
      <w:tr>
        <w:trPr>
          <w:cantSplit/>
        </w:trPr>
        <w:tc>
          <w:tcPr>
            <w:tcW w:type="dxa" w:w="1096"/>
            <w:vAlign w:val="center"/>
          </w:tcPr>
          <w:p>
            <w:r/>
            <w:r>
              <w:rPr>
                <w:rFonts w:ascii="Malgun Gothic" w:hAnsi="Malgun Gothic" w:eastAsia="Malgun Gothic"/>
                <w:b w:val="0"/>
                <w:sz w:val="13"/>
              </w:rPr>
              <w:t>56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reports/research_console/.v215_tmp/ref_VOC_0413_분석리포트_v5_with_images_007.png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117,550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1783x913</w:t>
            </w:r>
          </w:p>
        </w:tc>
        <w:tc>
          <w:tcPr>
            <w:tcW w:type="dxa" w:w="1096"/>
            <w:vAlign w:val="center"/>
          </w:tcPr>
          <w:p>
            <w:r/>
            <w:r>
              <w:rPr>
                <w:rFonts w:ascii="Malgun Gothic" w:hAnsi="Malgun Gothic" w:eastAsia="Malgun Gothic"/>
                <w:b w:val="0"/>
                <w:sz w:val="13"/>
              </w:rPr>
              <w:t>e3c6250601fda513</w:t>
            </w:r>
          </w:p>
        </w:tc>
      </w:tr>
      <w:tr>
        <w:trPr>
          <w:cantSplit/>
        </w:trPr>
        <w:tc>
          <w:tcPr>
            <w:tcW w:type="dxa" w:w="1096"/>
            <w:vAlign w:val="center"/>
          </w:tcPr>
          <w:p>
            <w:r/>
            <w:r>
              <w:rPr>
                <w:rFonts w:ascii="Malgun Gothic" w:hAnsi="Malgun Gothic" w:eastAsia="Malgun Gothic"/>
                <w:b w:val="0"/>
                <w:sz w:val="13"/>
              </w:rPr>
              <w:t>57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reports/research_console/.v215_tmp/ref_VOC_0413_분석리포트_v5_with_images_008.png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73,332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1258x879</w:t>
            </w:r>
          </w:p>
        </w:tc>
        <w:tc>
          <w:tcPr>
            <w:tcW w:type="dxa" w:w="1096"/>
            <w:vAlign w:val="center"/>
          </w:tcPr>
          <w:p>
            <w:r/>
            <w:r>
              <w:rPr>
                <w:rFonts w:ascii="Malgun Gothic" w:hAnsi="Malgun Gothic" w:eastAsia="Malgun Gothic"/>
                <w:b w:val="0"/>
                <w:sz w:val="13"/>
              </w:rPr>
              <w:t>036d080d37dc6970</w:t>
            </w:r>
          </w:p>
        </w:tc>
      </w:tr>
      <w:tr>
        <w:trPr>
          <w:cantSplit/>
        </w:trPr>
        <w:tc>
          <w:tcPr>
            <w:tcW w:type="dxa" w:w="1096"/>
            <w:vAlign w:val="center"/>
          </w:tcPr>
          <w:p>
            <w:r/>
            <w:r>
              <w:rPr>
                <w:rFonts w:ascii="Malgun Gothic" w:hAnsi="Malgun Gothic" w:eastAsia="Malgun Gothic"/>
                <w:b w:val="0"/>
                <w:sz w:val="13"/>
              </w:rPr>
              <w:t>58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reports/research_console/.v215_tmp/ref_VOC_0413_분석리포트_v5_with_images_009.png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74,648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1257x879</w:t>
            </w:r>
          </w:p>
        </w:tc>
        <w:tc>
          <w:tcPr>
            <w:tcW w:type="dxa" w:w="1096"/>
            <w:vAlign w:val="center"/>
          </w:tcPr>
          <w:p>
            <w:r/>
            <w:r>
              <w:rPr>
                <w:rFonts w:ascii="Malgun Gothic" w:hAnsi="Malgun Gothic" w:eastAsia="Malgun Gothic"/>
                <w:b w:val="0"/>
                <w:sz w:val="13"/>
              </w:rPr>
              <w:t>de3a1d6e63d34b34</w:t>
            </w:r>
          </w:p>
        </w:tc>
      </w:tr>
      <w:tr>
        <w:trPr>
          <w:cantSplit/>
        </w:trPr>
        <w:tc>
          <w:tcPr>
            <w:tcW w:type="dxa" w:w="1096"/>
            <w:vAlign w:val="center"/>
          </w:tcPr>
          <w:p>
            <w:r/>
            <w:r>
              <w:rPr>
                <w:rFonts w:ascii="Malgun Gothic" w:hAnsi="Malgun Gothic" w:eastAsia="Malgun Gothic"/>
                <w:b w:val="0"/>
                <w:sz w:val="13"/>
              </w:rPr>
              <w:t>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reports/research_console/.v215_tmp/ref_VOC_0413_분석리포트_v5_with_images_010.png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68,785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1258x879</w:t>
            </w:r>
          </w:p>
        </w:tc>
        <w:tc>
          <w:tcPr>
            <w:tcW w:type="dxa" w:w="1096"/>
            <w:vAlign w:val="center"/>
          </w:tcPr>
          <w:p>
            <w:r/>
            <w:r>
              <w:rPr>
                <w:rFonts w:ascii="Malgun Gothic" w:hAnsi="Malgun Gothic" w:eastAsia="Malgun Gothic"/>
                <w:b w:val="0"/>
                <w:sz w:val="13"/>
              </w:rPr>
              <w:t>43926d49a66d2034</w:t>
            </w:r>
          </w:p>
        </w:tc>
      </w:tr>
      <w:tr>
        <w:trPr>
          <w:cantSplit/>
        </w:trPr>
        <w:tc>
          <w:tcPr>
            <w:tcW w:type="dxa" w:w="1096"/>
            <w:vAlign w:val="center"/>
          </w:tcPr>
          <w:p>
            <w:r/>
            <w:r>
              <w:rPr>
                <w:rFonts w:ascii="Malgun Gothic" w:hAnsi="Malgun Gothic" w:eastAsia="Malgun Gothic"/>
                <w:b w:val="0"/>
                <w:sz w:val="13"/>
              </w:rPr>
              <w:t>60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reports/research_console/.v215_tmp/ref_VOC_0413_분석리포트_v5_with_images_011.png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69,235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1259x879</w:t>
            </w:r>
          </w:p>
        </w:tc>
        <w:tc>
          <w:tcPr>
            <w:tcW w:type="dxa" w:w="1096"/>
            <w:vAlign w:val="center"/>
          </w:tcPr>
          <w:p>
            <w:r/>
            <w:r>
              <w:rPr>
                <w:rFonts w:ascii="Malgun Gothic" w:hAnsi="Malgun Gothic" w:eastAsia="Malgun Gothic"/>
                <w:b w:val="0"/>
                <w:sz w:val="13"/>
              </w:rPr>
              <w:t>b22bb611876741a2</w:t>
            </w:r>
          </w:p>
        </w:tc>
      </w:tr>
      <w:tr>
        <w:trPr>
          <w:cantSplit/>
        </w:trPr>
        <w:tc>
          <w:tcPr>
            <w:tcW w:type="dxa" w:w="1096"/>
            <w:vAlign w:val="center"/>
          </w:tcPr>
          <w:p>
            <w:r/>
            <w:r>
              <w:rPr>
                <w:rFonts w:ascii="Malgun Gothic" w:hAnsi="Malgun Gothic" w:eastAsia="Malgun Gothic"/>
                <w:b w:val="0"/>
                <w:sz w:val="13"/>
              </w:rPr>
              <w:t>61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reports/research_console/.v215_tmp/ref_유현동VOC_datasets0402_분석리포트_v3_001.png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47,938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1200x750</w:t>
            </w:r>
          </w:p>
        </w:tc>
        <w:tc>
          <w:tcPr>
            <w:tcW w:type="dxa" w:w="1096"/>
            <w:vAlign w:val="center"/>
          </w:tcPr>
          <w:p>
            <w:r/>
            <w:r>
              <w:rPr>
                <w:rFonts w:ascii="Malgun Gothic" w:hAnsi="Malgun Gothic" w:eastAsia="Malgun Gothic"/>
                <w:b w:val="0"/>
                <w:sz w:val="13"/>
              </w:rPr>
              <w:t>001fb03ea94a7669</w:t>
            </w:r>
          </w:p>
        </w:tc>
      </w:tr>
      <w:tr>
        <w:trPr>
          <w:cantSplit/>
        </w:trPr>
        <w:tc>
          <w:tcPr>
            <w:tcW w:type="dxa" w:w="1096"/>
            <w:vAlign w:val="center"/>
          </w:tcPr>
          <w:p>
            <w:r/>
            <w:r>
              <w:rPr>
                <w:rFonts w:ascii="Malgun Gothic" w:hAnsi="Malgun Gothic" w:eastAsia="Malgun Gothic"/>
                <w:b w:val="0"/>
                <w:sz w:val="13"/>
              </w:rPr>
              <w:t>62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reports/research_console/.v215_tmp/ref_유현동VOC_datasets0402_분석리포트_v3_002.png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43,385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1200x750</w:t>
            </w:r>
          </w:p>
        </w:tc>
        <w:tc>
          <w:tcPr>
            <w:tcW w:type="dxa" w:w="1096"/>
            <w:vAlign w:val="center"/>
          </w:tcPr>
          <w:p>
            <w:r/>
            <w:r>
              <w:rPr>
                <w:rFonts w:ascii="Malgun Gothic" w:hAnsi="Malgun Gothic" w:eastAsia="Malgun Gothic"/>
                <w:b w:val="0"/>
                <w:sz w:val="13"/>
              </w:rPr>
              <w:t>c28c9370f116b3fd</w:t>
            </w:r>
          </w:p>
        </w:tc>
      </w:tr>
      <w:tr>
        <w:trPr>
          <w:cantSplit/>
        </w:trPr>
        <w:tc>
          <w:tcPr>
            <w:tcW w:type="dxa" w:w="1096"/>
            <w:vAlign w:val="center"/>
          </w:tcPr>
          <w:p>
            <w:r/>
            <w:r>
              <w:rPr>
                <w:rFonts w:ascii="Malgun Gothic" w:hAnsi="Malgun Gothic" w:eastAsia="Malgun Gothic"/>
                <w:b w:val="0"/>
                <w:sz w:val="13"/>
              </w:rPr>
              <w:t>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reports/research_console/.v215_tmp/ref_유현동VOC_datasets0402_분석리포트_v3_003.png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55,664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1500x750</w:t>
            </w:r>
          </w:p>
        </w:tc>
        <w:tc>
          <w:tcPr>
            <w:tcW w:type="dxa" w:w="1096"/>
            <w:vAlign w:val="center"/>
          </w:tcPr>
          <w:p>
            <w:r/>
            <w:r>
              <w:rPr>
                <w:rFonts w:ascii="Malgun Gothic" w:hAnsi="Malgun Gothic" w:eastAsia="Malgun Gothic"/>
                <w:b w:val="0"/>
                <w:sz w:val="13"/>
              </w:rPr>
              <w:t>28f9c0bb5d4aaf49</w:t>
            </w:r>
          </w:p>
        </w:tc>
      </w:tr>
      <w:tr>
        <w:trPr>
          <w:cantSplit/>
        </w:trPr>
        <w:tc>
          <w:tcPr>
            <w:tcW w:type="dxa" w:w="1096"/>
            <w:vAlign w:val="center"/>
          </w:tcPr>
          <w:p>
            <w:r/>
            <w:r>
              <w:rPr>
                <w:rFonts w:ascii="Malgun Gothic" w:hAnsi="Malgun Gothic" w:eastAsia="Malgun Gothic"/>
                <w:b w:val="0"/>
                <w:sz w:val="13"/>
              </w:rPr>
              <w:t>64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reports/research_console/.v215_tmp/ref_유현동VOC_datasets0402_분석리포트_v3_004.png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48,577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1200x750</w:t>
            </w:r>
          </w:p>
        </w:tc>
        <w:tc>
          <w:tcPr>
            <w:tcW w:type="dxa" w:w="1096"/>
            <w:vAlign w:val="center"/>
          </w:tcPr>
          <w:p>
            <w:r/>
            <w:r>
              <w:rPr>
                <w:rFonts w:ascii="Malgun Gothic" w:hAnsi="Malgun Gothic" w:eastAsia="Malgun Gothic"/>
                <w:b w:val="0"/>
                <w:sz w:val="13"/>
              </w:rPr>
              <w:t>86ac4bc2a8c6490a</w:t>
            </w:r>
          </w:p>
        </w:tc>
      </w:tr>
      <w:tr>
        <w:trPr>
          <w:cantSplit/>
        </w:trPr>
        <w:tc>
          <w:tcPr>
            <w:tcW w:type="dxa" w:w="1096"/>
            <w:vAlign w:val="center"/>
          </w:tcPr>
          <w:p>
            <w:r/>
            <w:r>
              <w:rPr>
                <w:rFonts w:ascii="Malgun Gothic" w:hAnsi="Malgun Gothic" w:eastAsia="Malgun Gothic"/>
                <w:b w:val="0"/>
                <w:sz w:val="13"/>
              </w:rPr>
              <w:t>65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reports/research_console/.v215_tmp/ref_유현동VOC_연구_중간보고_001.jpg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67,701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1400x1200</w:t>
            </w:r>
          </w:p>
        </w:tc>
        <w:tc>
          <w:tcPr>
            <w:tcW w:type="dxa" w:w="1096"/>
            <w:vAlign w:val="center"/>
          </w:tcPr>
          <w:p>
            <w:r/>
            <w:r>
              <w:rPr>
                <w:rFonts w:ascii="Malgun Gothic" w:hAnsi="Malgun Gothic" w:eastAsia="Malgun Gothic"/>
                <w:b w:val="0"/>
                <w:sz w:val="13"/>
              </w:rPr>
              <w:t>329b9ee976173c8c</w:t>
            </w:r>
          </w:p>
        </w:tc>
      </w:tr>
      <w:tr>
        <w:trPr>
          <w:cantSplit/>
        </w:trPr>
        <w:tc>
          <w:tcPr>
            <w:tcW w:type="dxa" w:w="1096"/>
            <w:vAlign w:val="center"/>
          </w:tcPr>
          <w:p>
            <w:r/>
            <w:r>
              <w:rPr>
                <w:rFonts w:ascii="Malgun Gothic" w:hAnsi="Malgun Gothic" w:eastAsia="Malgun Gothic"/>
                <w:b w:val="0"/>
                <w:sz w:val="13"/>
              </w:rPr>
              <w:t>66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reports/research_console/.v215_tmp/ref_유현동VOC_연구_중간보고_002.jpg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79,416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1400x1200</w:t>
            </w:r>
          </w:p>
        </w:tc>
        <w:tc>
          <w:tcPr>
            <w:tcW w:type="dxa" w:w="1096"/>
            <w:vAlign w:val="center"/>
          </w:tcPr>
          <w:p>
            <w:r/>
            <w:r>
              <w:rPr>
                <w:rFonts w:ascii="Malgun Gothic" w:hAnsi="Malgun Gothic" w:eastAsia="Malgun Gothic"/>
                <w:b w:val="0"/>
                <w:sz w:val="13"/>
              </w:rPr>
              <w:t>08dc33b5062059be</w:t>
            </w:r>
          </w:p>
        </w:tc>
      </w:tr>
      <w:tr>
        <w:trPr>
          <w:cantSplit/>
        </w:trPr>
        <w:tc>
          <w:tcPr>
            <w:tcW w:type="dxa" w:w="1096"/>
            <w:vAlign w:val="center"/>
          </w:tcPr>
          <w:p>
            <w:r/>
            <w:r>
              <w:rPr>
                <w:rFonts w:ascii="Malgun Gothic" w:hAnsi="Malgun Gothic" w:eastAsia="Malgun Gothic"/>
                <w:b w:val="0"/>
                <w:sz w:val="13"/>
              </w:rPr>
              <w:t>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reports/research_console/.v215_tmp/ref_유현동VOC_연구_중간보고_003.jpg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128,009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1280x960</w:t>
            </w:r>
          </w:p>
        </w:tc>
        <w:tc>
          <w:tcPr>
            <w:tcW w:type="dxa" w:w="1096"/>
            <w:vAlign w:val="center"/>
          </w:tcPr>
          <w:p>
            <w:r/>
            <w:r>
              <w:rPr>
                <w:rFonts w:ascii="Malgun Gothic" w:hAnsi="Malgun Gothic" w:eastAsia="Malgun Gothic"/>
                <w:b w:val="0"/>
                <w:sz w:val="13"/>
              </w:rPr>
              <w:t>0556ebc07d71a9c4</w:t>
            </w:r>
          </w:p>
        </w:tc>
      </w:tr>
      <w:tr>
        <w:trPr>
          <w:cantSplit/>
        </w:trPr>
        <w:tc>
          <w:tcPr>
            <w:tcW w:type="dxa" w:w="1096"/>
            <w:vAlign w:val="center"/>
          </w:tcPr>
          <w:p>
            <w:r/>
            <w:r>
              <w:rPr>
                <w:rFonts w:ascii="Malgun Gothic" w:hAnsi="Malgun Gothic" w:eastAsia="Malgun Gothic"/>
                <w:b w:val="0"/>
                <w:sz w:val="13"/>
              </w:rPr>
              <w:t>68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reports/research_console/.v215_tmp/ref_유현동VOC_연구_중간보고_004.jpg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45,227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1280x960</w:t>
            </w:r>
          </w:p>
        </w:tc>
        <w:tc>
          <w:tcPr>
            <w:tcW w:type="dxa" w:w="1096"/>
            <w:vAlign w:val="center"/>
          </w:tcPr>
          <w:p>
            <w:r/>
            <w:r>
              <w:rPr>
                <w:rFonts w:ascii="Malgun Gothic" w:hAnsi="Malgun Gothic" w:eastAsia="Malgun Gothic"/>
                <w:b w:val="0"/>
                <w:sz w:val="13"/>
              </w:rPr>
              <w:t>845c6ad4f0213bc5</w:t>
            </w:r>
          </w:p>
        </w:tc>
      </w:tr>
      <w:tr>
        <w:trPr>
          <w:cantSplit/>
        </w:trPr>
        <w:tc>
          <w:tcPr>
            <w:tcW w:type="dxa" w:w="1096"/>
            <w:vAlign w:val="center"/>
          </w:tcPr>
          <w:p>
            <w:r/>
            <w:r>
              <w:rPr>
                <w:rFonts w:ascii="Malgun Gothic" w:hAnsi="Malgun Gothic" w:eastAsia="Malgun Gothic"/>
                <w:b w:val="0"/>
                <w:sz w:val="13"/>
              </w:rPr>
              <w:t>69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reports/research_console/.v215_tmp/ref_유현동VOC_연구_중간보고_005.jpg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80,206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1800x900</w:t>
            </w:r>
          </w:p>
        </w:tc>
        <w:tc>
          <w:tcPr>
            <w:tcW w:type="dxa" w:w="1096"/>
            <w:vAlign w:val="center"/>
          </w:tcPr>
          <w:p>
            <w:r/>
            <w:r>
              <w:rPr>
                <w:rFonts w:ascii="Malgun Gothic" w:hAnsi="Malgun Gothic" w:eastAsia="Malgun Gothic"/>
                <w:b w:val="0"/>
                <w:sz w:val="13"/>
              </w:rPr>
              <w:t>c14193ed8f0633a0</w:t>
            </w:r>
          </w:p>
        </w:tc>
      </w:tr>
      <w:tr>
        <w:trPr>
          <w:cantSplit/>
        </w:trPr>
        <w:tc>
          <w:tcPr>
            <w:tcW w:type="dxa" w:w="1096"/>
            <w:vAlign w:val="center"/>
          </w:tcPr>
          <w:p>
            <w:r/>
            <w:r>
              <w:rPr>
                <w:rFonts w:ascii="Malgun Gothic" w:hAnsi="Malgun Gothic" w:eastAsia="Malgun Gothic"/>
                <w:b w:val="0"/>
                <w:sz w:val="13"/>
              </w:rPr>
              <w:t>70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reports/research_console/.v215_tmp/ref_유현동VOC_연구_중간보고_006.jpg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81,670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1440x900</w:t>
            </w:r>
          </w:p>
        </w:tc>
        <w:tc>
          <w:tcPr>
            <w:tcW w:type="dxa" w:w="1096"/>
            <w:vAlign w:val="center"/>
          </w:tcPr>
          <w:p>
            <w:r/>
            <w:r>
              <w:rPr>
                <w:rFonts w:ascii="Malgun Gothic" w:hAnsi="Malgun Gothic" w:eastAsia="Malgun Gothic"/>
                <w:b w:val="0"/>
                <w:sz w:val="13"/>
              </w:rPr>
              <w:t>57e71eca26ee9ff3</w:t>
            </w:r>
          </w:p>
        </w:tc>
      </w:tr>
      <w:tr>
        <w:trPr>
          <w:cantSplit/>
        </w:trPr>
        <w:tc>
          <w:tcPr>
            <w:tcW w:type="dxa" w:w="1096"/>
            <w:vAlign w:val="center"/>
          </w:tcPr>
          <w:p>
            <w:r/>
            <w:r>
              <w:rPr>
                <w:rFonts w:ascii="Malgun Gothic" w:hAnsi="Malgun Gothic" w:eastAsia="Malgun Gothic"/>
                <w:b w:val="0"/>
                <w:sz w:val="13"/>
              </w:rPr>
              <w:t>71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reports/research_console/.v215_tmp/ref_유현동VOC_연구_중간보고_007.jpg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196,823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2000x1368</w:t>
            </w:r>
          </w:p>
        </w:tc>
        <w:tc>
          <w:tcPr>
            <w:tcW w:type="dxa" w:w="1096"/>
            <w:vAlign w:val="center"/>
          </w:tcPr>
          <w:p>
            <w:r/>
            <w:r>
              <w:rPr>
                <w:rFonts w:ascii="Malgun Gothic" w:hAnsi="Malgun Gothic" w:eastAsia="Malgun Gothic"/>
                <w:b w:val="0"/>
                <w:sz w:val="13"/>
              </w:rPr>
              <w:t>e2dd32fe3eefbfee</w:t>
            </w:r>
          </w:p>
        </w:tc>
      </w:tr>
      <w:tr>
        <w:trPr>
          <w:cantSplit/>
        </w:trPr>
        <w:tc>
          <w:tcPr>
            <w:tcW w:type="dxa" w:w="1096"/>
            <w:vAlign w:val="center"/>
          </w:tcPr>
          <w:p>
            <w:r/>
            <w:r>
              <w:rPr>
                <w:rFonts w:ascii="Malgun Gothic" w:hAnsi="Malgun Gothic" w:eastAsia="Malgun Gothic"/>
                <w:b w:val="0"/>
                <w:sz w:val="13"/>
              </w:rPr>
              <w:t>72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reports/research_console/.v215_tmp/ref_유현동VOC_연구_중간보고_008.jpg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59,981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1440x900</w:t>
            </w:r>
          </w:p>
        </w:tc>
        <w:tc>
          <w:tcPr>
            <w:tcW w:type="dxa" w:w="1096"/>
            <w:vAlign w:val="center"/>
          </w:tcPr>
          <w:p>
            <w:r/>
            <w:r>
              <w:rPr>
                <w:rFonts w:ascii="Malgun Gothic" w:hAnsi="Malgun Gothic" w:eastAsia="Malgun Gothic"/>
                <w:b w:val="0"/>
                <w:sz w:val="13"/>
              </w:rPr>
              <w:t>4abd8c57f997a021</w:t>
            </w:r>
          </w:p>
        </w:tc>
      </w:tr>
      <w:tr>
        <w:trPr>
          <w:cantSplit/>
        </w:trPr>
        <w:tc>
          <w:tcPr>
            <w:tcW w:type="dxa" w:w="1096"/>
            <w:vAlign w:val="center"/>
          </w:tcPr>
          <w:p>
            <w:r/>
            <w:r>
              <w:rPr>
                <w:rFonts w:ascii="Malgun Gothic" w:hAnsi="Malgun Gothic" w:eastAsia="Malgun Gothic"/>
                <w:b w:val="0"/>
                <w:sz w:val="13"/>
              </w:rPr>
              <w:t>73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reports/research_console/.v215_tmp/ref_유현동VOC_연구_중간보고_009.jpg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148,836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2000x1333</w:t>
            </w:r>
          </w:p>
        </w:tc>
        <w:tc>
          <w:tcPr>
            <w:tcW w:type="dxa" w:w="1096"/>
            <w:vAlign w:val="center"/>
          </w:tcPr>
          <w:p>
            <w:r/>
            <w:r>
              <w:rPr>
                <w:rFonts w:ascii="Malgun Gothic" w:hAnsi="Malgun Gothic" w:eastAsia="Malgun Gothic"/>
                <w:b w:val="0"/>
                <w:sz w:val="13"/>
              </w:rPr>
              <w:t>40504543153c15b6</w:t>
            </w:r>
          </w:p>
        </w:tc>
      </w:tr>
      <w:tr>
        <w:trPr>
          <w:cantSplit/>
        </w:trPr>
        <w:tc>
          <w:tcPr>
            <w:tcW w:type="dxa" w:w="1096"/>
            <w:vAlign w:val="center"/>
          </w:tcPr>
          <w:p>
            <w:r/>
            <w:r>
              <w:rPr>
                <w:rFonts w:ascii="Malgun Gothic" w:hAnsi="Malgun Gothic" w:eastAsia="Malgun Gothic"/>
                <w:b w:val="0"/>
                <w:sz w:val="13"/>
              </w:rPr>
              <w:t>74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reports/research_console/.v215_tmp/ref_유현동VOC_연구_중간보고_010.jpg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107,564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1218x1110</w:t>
            </w:r>
          </w:p>
        </w:tc>
        <w:tc>
          <w:tcPr>
            <w:tcW w:type="dxa" w:w="1096"/>
            <w:vAlign w:val="center"/>
          </w:tcPr>
          <w:p>
            <w:r/>
            <w:r>
              <w:rPr>
                <w:rFonts w:ascii="Malgun Gothic" w:hAnsi="Malgun Gothic" w:eastAsia="Malgun Gothic"/>
                <w:b w:val="0"/>
                <w:sz w:val="13"/>
              </w:rPr>
              <w:t>9e2d5b92ecb50b4a</w:t>
            </w:r>
          </w:p>
        </w:tc>
      </w:tr>
      <w:tr>
        <w:trPr>
          <w:cantSplit/>
        </w:trPr>
        <w:tc>
          <w:tcPr>
            <w:tcW w:type="dxa" w:w="1096"/>
            <w:vAlign w:val="center"/>
          </w:tcPr>
          <w:p>
            <w:r/>
            <w:r>
              <w:rPr>
                <w:rFonts w:ascii="Malgun Gothic" w:hAnsi="Malgun Gothic" w:eastAsia="Malgun Gothic"/>
                <w:b w:val="0"/>
                <w:sz w:val="13"/>
              </w:rPr>
              <w:t>75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reports/research_console/.v215_tmp/ref_유현동VOC_연구_중간보고_011.jpg</w:t>
            </w:r>
          </w:p>
        </w:tc>
        <w:tc>
          <w:tcPr>
            <w:tcW w:type="dxa" w:w="1096"/>
            <w:vAlign w:val="center"/>
          </w:tcPr>
          <w:p>
            <w:r/>
            <w:r>
              <w:rPr>
                <w:rFonts w:ascii="Malgun Gothic" w:hAnsi="Malgun Gothic" w:eastAsia="Malgun Gothic"/>
                <w:b w:val="0"/>
                <w:sz w:val="13"/>
              </w:rPr>
              <w:t>jpg</w:t>
            </w:r>
          </w:p>
        </w:tc>
        <w:tc>
          <w:tcPr>
            <w:tcW w:type="dxa" w:w="1096"/>
            <w:vAlign w:val="center"/>
          </w:tcPr>
          <w:p>
            <w:r/>
            <w:r>
              <w:rPr>
                <w:rFonts w:ascii="Malgun Gothic" w:hAnsi="Malgun Gothic" w:eastAsia="Malgun Gothic"/>
                <w:b w:val="0"/>
                <w:sz w:val="13"/>
              </w:rPr>
              <w:t>73,374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1440x900</w:t>
            </w:r>
          </w:p>
        </w:tc>
        <w:tc>
          <w:tcPr>
            <w:tcW w:type="dxa" w:w="1096"/>
            <w:vAlign w:val="center"/>
          </w:tcPr>
          <w:p>
            <w:r/>
            <w:r>
              <w:rPr>
                <w:rFonts w:ascii="Malgun Gothic" w:hAnsi="Malgun Gothic" w:eastAsia="Malgun Gothic"/>
                <w:b w:val="0"/>
                <w:sz w:val="13"/>
              </w:rPr>
              <w:t>e39d0c1159393cc9</w:t>
            </w:r>
          </w:p>
        </w:tc>
      </w:tr>
      <w:tr>
        <w:trPr>
          <w:cantSplit/>
        </w:trPr>
        <w:tc>
          <w:tcPr>
            <w:tcW w:type="dxa" w:w="1096"/>
            <w:vAlign w:val="center"/>
          </w:tcPr>
          <w:p>
            <w:r/>
            <w:r>
              <w:rPr>
                <w:rFonts w:ascii="Malgun Gothic" w:hAnsi="Malgun Gothic" w:eastAsia="Malgun Gothic"/>
                <w:b w:val="0"/>
                <w:sz w:val="13"/>
              </w:rPr>
              <w:t>76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reports/research_console/customer_agent_interaction_status_v182.json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6,296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5bb72313f0e4a1e9</w:t>
            </w:r>
          </w:p>
        </w:tc>
      </w:tr>
      <w:tr>
        <w:trPr>
          <w:cantSplit/>
        </w:trPr>
        <w:tc>
          <w:tcPr>
            <w:tcW w:type="dxa" w:w="1096"/>
            <w:vAlign w:val="center"/>
          </w:tcPr>
          <w:p>
            <w:r/>
            <w:r>
              <w:rPr>
                <w:rFonts w:ascii="Malgun Gothic" w:hAnsi="Malgun Gothic" w:eastAsia="Malgun Gothic"/>
                <w:b w:val="0"/>
                <w:sz w:val="13"/>
              </w:rPr>
              <w:t>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reports/research_console/speaker_actual_diarization_status_v181.json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5,233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3b575308c04de576</w:t>
            </w:r>
          </w:p>
        </w:tc>
      </w:tr>
      <w:tr>
        <w:trPr>
          <w:cantSplit/>
        </w:trPr>
        <w:tc>
          <w:tcPr>
            <w:tcW w:type="dxa" w:w="1096"/>
            <w:vAlign w:val="center"/>
          </w:tcPr>
          <w:p>
            <w:r/>
            <w:r>
              <w:rPr>
                <w:rFonts w:ascii="Malgun Gothic" w:hAnsi="Malgun Gothic" w:eastAsia="Malgun Gothic"/>
                <w:b w:val="0"/>
                <w:sz w:val="13"/>
              </w:rPr>
              <w:t>78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reports/research_console/speaker_level_analysis_status_v201.json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2,980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0534284cd4029cd6</w:t>
            </w:r>
          </w:p>
        </w:tc>
      </w:tr>
      <w:tr>
        <w:trPr>
          <w:cantSplit/>
        </w:trPr>
        <w:tc>
          <w:tcPr>
            <w:tcW w:type="dxa" w:w="1096"/>
            <w:vAlign w:val="center"/>
          </w:tcPr>
          <w:p>
            <w:r/>
            <w:r>
              <w:rPr>
                <w:rFonts w:ascii="Malgun Gothic" w:hAnsi="Malgun Gothic" w:eastAsia="Malgun Gothic"/>
                <w:b w:val="0"/>
                <w:sz w:val="13"/>
              </w:rPr>
              <w:t>79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reports/research_console/speaker_level_stress_interaction_v201.html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99,236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03d7ec5cf57c3b7b</w:t>
            </w:r>
          </w:p>
        </w:tc>
      </w:tr>
      <w:tr>
        <w:trPr>
          <w:cantSplit/>
        </w:trPr>
        <w:tc>
          <w:tcPr>
            <w:tcW w:type="dxa" w:w="1096"/>
            <w:vAlign w:val="center"/>
          </w:tcPr>
          <w:p>
            <w:r/>
            <w:r>
              <w:rPr>
                <w:rFonts w:ascii="Malgun Gothic" w:hAnsi="Malgun Gothic" w:eastAsia="Malgun Gothic"/>
                <w:b w:val="0"/>
                <w:sz w:val="13"/>
              </w:rPr>
              <w:t>80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reports/research_console/tiis_extension_tables_status_v201.json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1,752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2c36942baf57b483</w:t>
            </w:r>
          </w:p>
        </w:tc>
      </w:tr>
    </w:tbl>
    <w:p/>
    <w:p>
      <w:r>
        <w:rPr>
          <w:b/>
        </w:rPr>
        <w:t>부록 표 A-2.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81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research_continuity/00_actual_inputs/actual_input_registry.json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9,461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95a0bf44de470290</w:t>
            </w:r>
          </w:p>
        </w:tc>
      </w:tr>
      <w:tr>
        <w:trPr>
          <w:cantSplit/>
        </w:trPr>
        <w:tc>
          <w:tcPr>
            <w:tcW w:type="dxa" w:w="1096"/>
            <w:vAlign w:val="center"/>
          </w:tcPr>
          <w:p>
            <w:r/>
            <w:r>
              <w:rPr>
                <w:rFonts w:ascii="Malgun Gothic" w:hAnsi="Malgun Gothic" w:eastAsia="Malgun Gothic"/>
                <w:b w:val="0"/>
                <w:sz w:val="13"/>
              </w:rPr>
              <w:t>82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research_continuity/00_actual_inputs/actual_input_registry_summary.csv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863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36b33180e5773c02</w:t>
            </w:r>
          </w:p>
        </w:tc>
      </w:tr>
      <w:tr>
        <w:trPr>
          <w:cantSplit/>
        </w:trPr>
        <w:tc>
          <w:tcPr>
            <w:tcW w:type="dxa" w:w="1096"/>
            <w:vAlign w:val="center"/>
          </w:tcPr>
          <w:p>
            <w:r/>
            <w:r>
              <w:rPr>
                <w:rFonts w:ascii="Malgun Gothic" w:hAnsi="Malgun Gothic" w:eastAsia="Malgun Gothic"/>
                <w:b w:val="0"/>
                <w:sz w:val="13"/>
              </w:rPr>
              <w:t>83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research_continuity/00_actual_inputs/actual_input_registry_summary_v152.csv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863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36b33180e5773c02</w:t>
            </w:r>
          </w:p>
        </w:tc>
      </w:tr>
      <w:tr>
        <w:trPr>
          <w:cantSplit/>
        </w:trPr>
        <w:tc>
          <w:tcPr>
            <w:tcW w:type="dxa" w:w="1096"/>
            <w:vAlign w:val="center"/>
          </w:tcPr>
          <w:p>
            <w:r/>
            <w:r>
              <w:rPr>
                <w:rFonts w:ascii="Malgun Gothic" w:hAnsi="Malgun Gothic" w:eastAsia="Malgun Gothic"/>
                <w:b w:val="0"/>
                <w:sz w:val="13"/>
              </w:rPr>
              <w:t>84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research_continuity/00_actual_inputs/actual_input_registry_v152.json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9,461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95a0bf44de470290</w:t>
            </w:r>
          </w:p>
        </w:tc>
      </w:tr>
      <w:tr>
        <w:trPr>
          <w:cantSplit/>
        </w:trPr>
        <w:tc>
          <w:tcPr>
            <w:tcW w:type="dxa" w:w="1096"/>
            <w:vAlign w:val="center"/>
          </w:tcPr>
          <w:p>
            <w:r/>
            <w:r>
              <w:rPr>
                <w:rFonts w:ascii="Malgun Gothic" w:hAnsi="Malgun Gothic" w:eastAsia="Malgun Gothic"/>
                <w:b w:val="0"/>
                <w:sz w:val="13"/>
              </w:rPr>
              <w:t>85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research_continuity/00_actual_inputs/actual_input_registry_v153.json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9,461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189ec4137a7aace2</w:t>
            </w:r>
          </w:p>
        </w:tc>
      </w:tr>
      <w:tr>
        <w:trPr>
          <w:cantSplit/>
        </w:trPr>
        <w:tc>
          <w:tcPr>
            <w:tcW w:type="dxa" w:w="1096"/>
            <w:vAlign w:val="center"/>
          </w:tcPr>
          <w:p>
            <w:r/>
            <w:r>
              <w:rPr>
                <w:rFonts w:ascii="Malgun Gothic" w:hAnsi="Malgun Gothic" w:eastAsia="Malgun Gothic"/>
                <w:b w:val="0"/>
                <w:sz w:val="13"/>
              </w:rPr>
              <w:t>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research_continuity/00_actual_inputs/actual_input_registry_v154.json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5,579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3acde3c97ed7dabb</w:t>
            </w:r>
          </w:p>
        </w:tc>
      </w:tr>
      <w:tr>
        <w:trPr>
          <w:cantSplit/>
        </w:trPr>
        <w:tc>
          <w:tcPr>
            <w:tcW w:type="dxa" w:w="1096"/>
            <w:vAlign w:val="center"/>
          </w:tcPr>
          <w:p>
            <w:r/>
            <w:r>
              <w:rPr>
                <w:rFonts w:ascii="Malgun Gothic" w:hAnsi="Malgun Gothic" w:eastAsia="Malgun Gothic"/>
                <w:b w:val="0"/>
                <w:sz w:val="13"/>
              </w:rPr>
              <w:t>87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research_continuity/00_actual_inputs/actual_input_registry_v155.json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10,417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4c846c1d26f19367</w:t>
            </w:r>
          </w:p>
        </w:tc>
      </w:tr>
      <w:tr>
        <w:trPr>
          <w:cantSplit/>
        </w:trPr>
        <w:tc>
          <w:tcPr>
            <w:tcW w:type="dxa" w:w="1096"/>
            <w:vAlign w:val="center"/>
          </w:tcPr>
          <w:p>
            <w:r/>
            <w:r>
              <w:rPr>
                <w:rFonts w:ascii="Malgun Gothic" w:hAnsi="Malgun Gothic" w:eastAsia="Malgun Gothic"/>
                <w:b w:val="0"/>
                <w:sz w:val="13"/>
              </w:rPr>
              <w:t>88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research_continuity/00_actual_inputs/actual_input_registry_v156.json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5,579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3acde3c97ed7dabb</w:t>
            </w:r>
          </w:p>
        </w:tc>
      </w:tr>
      <w:tr>
        <w:trPr>
          <w:cantSplit/>
        </w:trPr>
        <w:tc>
          <w:tcPr>
            <w:tcW w:type="dxa" w:w="1096"/>
            <w:vAlign w:val="center"/>
          </w:tcPr>
          <w:p>
            <w:r/>
            <w:r>
              <w:rPr>
                <w:rFonts w:ascii="Malgun Gothic" w:hAnsi="Malgun Gothic" w:eastAsia="Malgun Gothic"/>
                <w:b w:val="0"/>
                <w:sz w:val="13"/>
              </w:rPr>
              <w:t>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research_continuity/00_actual_inputs/blocked_synthetic_or_invalid_inputs_v152.csv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472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85be75c2d908ad5b</w:t>
            </w:r>
          </w:p>
        </w:tc>
      </w:tr>
      <w:tr>
        <w:trPr>
          <w:cantSplit/>
        </w:trPr>
        <w:tc>
          <w:tcPr>
            <w:tcW w:type="dxa" w:w="1096"/>
            <w:vAlign w:val="center"/>
          </w:tcPr>
          <w:p>
            <w:r/>
            <w:r>
              <w:rPr>
                <w:rFonts w:ascii="Malgun Gothic" w:hAnsi="Malgun Gothic" w:eastAsia="Malgun Gothic"/>
                <w:b w:val="0"/>
                <w:sz w:val="13"/>
              </w:rPr>
              <w:t>90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research_continuity/00_actual_inputs/blocked_synthetic_or_invalid_inputs_v153.csv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472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85be75c2d908ad5b</w:t>
            </w:r>
          </w:p>
        </w:tc>
      </w:tr>
      <w:tr>
        <w:trPr>
          <w:cantSplit/>
        </w:trPr>
        <w:tc>
          <w:tcPr>
            <w:tcW w:type="dxa" w:w="1096"/>
            <w:vAlign w:val="center"/>
          </w:tcPr>
          <w:p>
            <w:r/>
            <w:r>
              <w:rPr>
                <w:rFonts w:ascii="Malgun Gothic" w:hAnsi="Malgun Gothic" w:eastAsia="Malgun Gothic"/>
                <w:b w:val="0"/>
                <w:sz w:val="13"/>
              </w:rPr>
              <w:t>91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research_continuity/00_actual_inputs/blocked_synthetic_or_invalid_inputs_v154.csv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472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85be75c2d908ad5b</w:t>
            </w:r>
          </w:p>
        </w:tc>
      </w:tr>
      <w:tr>
        <w:trPr>
          <w:cantSplit/>
        </w:trPr>
        <w:tc>
          <w:tcPr>
            <w:tcW w:type="dxa" w:w="1096"/>
            <w:vAlign w:val="center"/>
          </w:tcPr>
          <w:p>
            <w:r/>
            <w:r>
              <w:rPr>
                <w:rFonts w:ascii="Malgun Gothic" w:hAnsi="Malgun Gothic" w:eastAsia="Malgun Gothic"/>
                <w:b w:val="0"/>
                <w:sz w:val="13"/>
              </w:rPr>
              <w:t>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research_continuity/00_actual_inputs/env_file_candidates_v150.csv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6,325</w:t>
            </w:r>
          </w:p>
        </w:tc>
        <w:tc>
          <w:tcPr>
            <w:tcW w:type="dxa" w:w="1096"/>
            <w:vAlign w:val="center"/>
          </w:tcPr>
          <w:p>
            <w:r/>
            <w:r>
              <w:rPr>
                <w:rFonts w:ascii="Malgun Gothic" w:hAnsi="Malgun Gothic" w:eastAsia="Malgun Gothic"/>
                <w:b w:val="0"/>
                <w:sz w:val="13"/>
              </w:rPr>
              <w:t>50</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b6b182e8cfb5de3e</w:t>
            </w:r>
          </w:p>
        </w:tc>
      </w:tr>
      <w:tr>
        <w:trPr>
          <w:cantSplit/>
        </w:trPr>
        <w:tc>
          <w:tcPr>
            <w:tcW w:type="dxa" w:w="1096"/>
            <w:vAlign w:val="center"/>
          </w:tcPr>
          <w:p>
            <w:r/>
            <w:r>
              <w:rPr>
                <w:rFonts w:ascii="Malgun Gothic" w:hAnsi="Malgun Gothic" w:eastAsia="Malgun Gothic"/>
                <w:b w:val="0"/>
                <w:sz w:val="13"/>
              </w:rPr>
              <w:t>93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research_continuity/00_actual_inputs/env_file_candidates_v152.csv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6,325</w:t>
            </w:r>
          </w:p>
        </w:tc>
        <w:tc>
          <w:tcPr>
            <w:tcW w:type="dxa" w:w="1096"/>
            <w:vAlign w:val="center"/>
          </w:tcPr>
          <w:p>
            <w:r/>
            <w:r>
              <w:rPr>
                <w:rFonts w:ascii="Malgun Gothic" w:hAnsi="Malgun Gothic" w:eastAsia="Malgun Gothic"/>
                <w:b w:val="0"/>
                <w:sz w:val="13"/>
              </w:rPr>
              <w:t>50</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b6b182e8cfb5de3e</w:t>
            </w:r>
          </w:p>
        </w:tc>
      </w:tr>
      <w:tr>
        <w:trPr>
          <w:cantSplit/>
        </w:trPr>
        <w:tc>
          <w:tcPr>
            <w:tcW w:type="dxa" w:w="1096"/>
            <w:vAlign w:val="center"/>
          </w:tcPr>
          <w:p>
            <w:r/>
            <w:r>
              <w:rPr>
                <w:rFonts w:ascii="Malgun Gothic" w:hAnsi="Malgun Gothic" w:eastAsia="Malgun Gothic"/>
                <w:b w:val="0"/>
                <w:sz w:val="13"/>
              </w:rPr>
              <w:t>94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research_continuity/00_actual_inputs/env_file_candidates_v153.csv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6,325</w:t>
            </w:r>
          </w:p>
        </w:tc>
        <w:tc>
          <w:tcPr>
            <w:tcW w:type="dxa" w:w="1096"/>
            <w:vAlign w:val="center"/>
          </w:tcPr>
          <w:p>
            <w:r/>
            <w:r>
              <w:rPr>
                <w:rFonts w:ascii="Malgun Gothic" w:hAnsi="Malgun Gothic" w:eastAsia="Malgun Gothic"/>
                <w:b w:val="0"/>
                <w:sz w:val="13"/>
              </w:rPr>
              <w:t>50</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b6b182e8cfb5de3e</w:t>
            </w:r>
          </w:p>
        </w:tc>
      </w:tr>
      <w:tr>
        <w:trPr>
          <w:cantSplit/>
        </w:trPr>
        <w:tc>
          <w:tcPr>
            <w:tcW w:type="dxa" w:w="1096"/>
            <w:vAlign w:val="center"/>
          </w:tcPr>
          <w:p>
            <w:r/>
            <w:r>
              <w:rPr>
                <w:rFonts w:ascii="Malgun Gothic" w:hAnsi="Malgun Gothic" w:eastAsia="Malgun Gothic"/>
                <w:b w:val="0"/>
                <w:sz w:val="13"/>
              </w:rPr>
              <w:t>95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research_continuity/00_actual_inputs/env_file_candidates_v154.csv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6,325</w:t>
            </w:r>
          </w:p>
        </w:tc>
        <w:tc>
          <w:tcPr>
            <w:tcW w:type="dxa" w:w="1096"/>
            <w:vAlign w:val="center"/>
          </w:tcPr>
          <w:p>
            <w:r/>
            <w:r>
              <w:rPr>
                <w:rFonts w:ascii="Malgun Gothic" w:hAnsi="Malgun Gothic" w:eastAsia="Malgun Gothic"/>
                <w:b w:val="0"/>
                <w:sz w:val="13"/>
              </w:rPr>
              <w:t>50</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b6b182e8cfb5de3e</w:t>
            </w:r>
          </w:p>
        </w:tc>
      </w:tr>
      <w:tr>
        <w:trPr>
          <w:cantSplit/>
        </w:trPr>
        <w:tc>
          <w:tcPr>
            <w:tcW w:type="dxa" w:w="1096"/>
            <w:vAlign w:val="center"/>
          </w:tcPr>
          <w:p>
            <w:r/>
            <w:r>
              <w:rPr>
                <w:rFonts w:ascii="Malgun Gothic" w:hAnsi="Malgun Gothic" w:eastAsia="Malgun Gothic"/>
                <w:b w:val="0"/>
                <w:sz w:val="13"/>
              </w:rPr>
              <w:t>96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research_continuity/00_actual_inputs/env_path_discovery_v150.csv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97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research_continuity/00_actual_inputs/env_path_discovery_v152.csv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98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research_continuity/00_actual_inputs/env_path_discovery_v153.csv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99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research_continuity/00_actual_inputs/env_path_discovery_v154.csv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100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research_continuity/00_actual_inputs/kspon_env_path_discovery_v154.csv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101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research_continuity/00_actual_inputs/kspon_file_candidates_v154.csv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863</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2b3a11d79b6356d7</w:t>
            </w:r>
          </w:p>
        </w:tc>
      </w:tr>
      <w:tr>
        <w:trPr>
          <w:cantSplit/>
        </w:trPr>
        <w:tc>
          <w:tcPr>
            <w:tcW w:type="dxa" w:w="1096"/>
            <w:vAlign w:val="center"/>
          </w:tcPr>
          <w:p>
            <w:r/>
            <w:r>
              <w:rPr>
                <w:rFonts w:ascii="Malgun Gothic" w:hAnsi="Malgun Gothic" w:eastAsia="Malgun Gothic"/>
                <w:b w:val="0"/>
                <w:sz w:val="13"/>
              </w:rPr>
              <w:t>102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research_continuity/02_asis_same_method_reproduction/latest_actual_same_method_reproduction_summary_v150.csv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103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research_continuity/02_asis_same_method_reproduction/latest_actual_same_method_reproduction_summary_v153.csv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104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research_continuity/02_asis_same_method_reproduction/latest_actual_same_method_reproduction_summary_v154.csv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105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research_continuity/02_asis_same_method_reproduction/latest_actual_same_method_reproduction_summary_v155.csv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106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research_continuity/02_asis_same_method_reproduction/latest_actual_same_method_reproduction_summary_v156.csv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107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research_continuity/02_asis_same_method_reproduction/runs/20260705_191034/actual_same_method_reproduction_summary_v150.csv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243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f5f3acb3021d0886</w:t>
            </w:r>
          </w:p>
        </w:tc>
      </w:tr>
      <w:tr>
        <w:trPr>
          <w:cantSplit/>
        </w:trPr>
        <w:tc>
          <w:tcPr>
            <w:tcW w:type="dxa" w:w="1096"/>
            <w:vAlign w:val="center"/>
          </w:tcPr>
          <w:p>
            <w:r/>
            <w:r>
              <w:rPr>
                <w:rFonts w:ascii="Malgun Gothic" w:hAnsi="Malgun Gothic" w:eastAsia="Malgun Gothic"/>
                <w:b w:val="0"/>
                <w:sz w:val="13"/>
              </w:rPr>
              <w:t>108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research_continuity/02_asis_same_method_reproduction/runs/20260705_191055/actual_same_method_reproduction_summary_v150.csv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243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f5f3acb3021d0886</w:t>
            </w:r>
          </w:p>
        </w:tc>
      </w:tr>
      <w:tr>
        <w:trPr>
          <w:cantSplit/>
        </w:trPr>
        <w:tc>
          <w:tcPr>
            <w:tcW w:type="dxa" w:w="1096"/>
            <w:vAlign w:val="center"/>
          </w:tcPr>
          <w:p>
            <w:r/>
            <w:r>
              <w:rPr>
                <w:rFonts w:ascii="Malgun Gothic" w:hAnsi="Malgun Gothic" w:eastAsia="Malgun Gothic"/>
                <w:b w:val="0"/>
                <w:sz w:val="13"/>
              </w:rPr>
              <w:t>109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research_continuity/02_asis_same_method_reproduction/runs/20260705_194459/actual_same_method_reproduction_summary_v150.csv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243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f5f3acb3021d0886</w:t>
            </w:r>
          </w:p>
        </w:tc>
      </w:tr>
      <w:tr>
        <w:trPr>
          <w:cantSplit/>
        </w:trPr>
        <w:tc>
          <w:tcPr>
            <w:tcW w:type="dxa" w:w="1096"/>
            <w:vAlign w:val="center"/>
          </w:tcPr>
          <w:p>
            <w:r/>
            <w:r>
              <w:rPr>
                <w:rFonts w:ascii="Malgun Gothic" w:hAnsi="Malgun Gothic" w:eastAsia="Malgun Gothic"/>
                <w:b w:val="0"/>
                <w:sz w:val="13"/>
              </w:rPr>
              <w:t>110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research_continuity/02_asis_same_method_reproduction/runs/20260705_203636/actual_same_method_reproduction_summary_v150.csv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5a709a15c24f4f28</w:t>
            </w:r>
          </w:p>
        </w:tc>
      </w:tr>
      <w:tr>
        <w:trPr>
          <w:cantSplit/>
        </w:trPr>
        <w:tc>
          <w:tcPr>
            <w:tcW w:type="dxa" w:w="1096"/>
            <w:vAlign w:val="center"/>
          </w:tcPr>
          <w:p>
            <w:r/>
            <w:r>
              <w:rPr>
                <w:rFonts w:ascii="Malgun Gothic" w:hAnsi="Malgun Gothic" w:eastAsia="Malgun Gothic"/>
                <w:b w:val="0"/>
                <w:sz w:val="13"/>
              </w:rPr>
              <w:t>111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research_continuity/02_asis_same_method_reproduction/runs/20260705_213459/actual_same_method_reproduction_summary_v153.csv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112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research_continuity/02_asis_same_method_reproduction/runs/20260705_221100/actual_same_method_reproduction_summary_v153.csv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research_continuity/02_asis_same_method_reproduction/runs/20260705_230644/actual_same_method_reproduction_summary_v153.csv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114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research_continuity/02_asis_same_method_reproduction/runs/20260705_234323/actual_same_method_reproduction_summary_v153.csv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115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research_continuity/02_asis_same_method_reproduction/runs/20260706_080318/actual_same_method_reproduction_summary_v153.csv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116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research_continuity/02_asis_same_method_reproduction/runs/20260706_092758/actual_same_method_reproduction_summary_v153.csv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research_continuity/02_asis_same_method_reproduction/runs/20260706_095102/actual_same_method_reproduction_summary_v153.csv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118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research_continuity/02_asis_same_method_reproduction/runs/20260706_101427/actual_same_method_reproduction_summary_v153.csv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research_continuity/02_asis_same_method_reproduction/runs/20260706_102806/actual_same_method_reproduction_summary_v153.csv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research_continuity/02_asis_same_method_reproduction/runs/20260706_102917/actual_same_method_reproduction_summary_v153.csv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research_continuity/02_asis_same_method_reproduction/runs/20260706_103003/actual_same_method_reproduction_summary_v153.csv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research_continuity/02_asis_same_method_reproduction/runs/20260706_103256/actual_same_method_reproduction_summary_v153.csv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research_continuity/02_asis_same_method_reproduction/runs/20260706_120318/actual_same_method_reproduction_summary_v153.csv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research_continuity/02_asis_same_method_reproduction/runs/20260706_133449/actual_same_method_reproduction_summary_v153.csv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research_continuity/02_asis_same_method_reproduction/runs/20260706_143700/actual_same_method_reproduction_summary_v153.csv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research_continuity/02_asis_same_method_reproduction/runs/20260706_152116/actual_same_method_reproduction_summary_v153.csv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research_continuity/02_asis_same_method_reproduction/runs/20260706_153054/actual_same_method_reproduction_summary_v153.csv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research_continuity/02_asis_same_method_reproduction/runs/20260706_155722/actual_same_method_reproduction_summary_v153.csv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129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research_continuity/02_asis_same_method_reproduction/runs/20260706_171123/actual_same_method_reproduction_summary_v153.csv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research_continuity/02_asis_same_method_reproduction/runs/20260706_182111/actual_same_method_reproduction_summary_v153.csv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research_continuity/02_asis_same_method_reproduction/runs/20260706_183735/actual_same_method_reproduction_summary_v153.csv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research_continuity/02_asis_same_method_reproduction/runs/20260706_190020/actual_same_method_reproduction_summary_v153.csv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research_continuity/02_asis_same_method_reproduction/runs/20260707_020650/actual_same_method_reproduction_summary_v153.csv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research_continuity/02_asis_same_method_reproduction/runs/20260707_052646/actual_same_method_reproduction_summary_v153.csv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research_continuity/02_asis_same_method_reproduction/runs/20260707_052709/actual_same_method_reproduction_summary_v153.csv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research_continuity/02_asis_same_method_reproduction/runs/20260707_060129/actual_same_method_reproduction_summary_v153.csv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research_continuity/02_asis_same_method_reproduction/runs/20260707_074844/actual_same_method_reproduction_summary_v153.csv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research_continuity/02_asis_same_method_reproduction/runs/20260707_113522/actual_same_method_reproduction_summary_v153.csv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fe330b3a28dac8a8</w:t>
            </w:r>
          </w:p>
        </w:tc>
      </w:tr>
      <w:tr>
        <w:trPr>
          <w:cantSplit/>
        </w:trPr>
        <w:tc>
          <w:tcPr>
            <w:tcW w:type="dxa" w:w="1096"/>
            <w:vAlign w:val="center"/>
          </w:tcPr>
          <w:p>
            <w:r/>
            <w:r>
              <w:rPr>
                <w:rFonts w:ascii="Malgun Gothic" w:hAnsi="Malgun Gothic" w:eastAsia="Malgun Gothic"/>
                <w:b w:val="0"/>
                <w:sz w:val="13"/>
              </w:rPr>
              <w:t>139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research_continuity/03_tobe_extension_research/actual_kspon_eval_kspon_wer_cer_by_file.csv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28,779</w:t>
            </w:r>
          </w:p>
        </w:tc>
        <w:tc>
          <w:tcPr>
            <w:tcW w:type="dxa" w:w="1096"/>
            <w:vAlign w:val="center"/>
          </w:tcPr>
          <w:p>
            <w:r/>
            <w:r>
              <w:rPr>
                <w:rFonts w:ascii="Malgun Gothic" w:hAnsi="Malgun Gothic" w:eastAsia="Malgun Gothic"/>
                <w:b w:val="0"/>
                <w:sz w:val="13"/>
              </w:rPr>
              <w:t>100</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0ba91c838d429da4</w:t>
            </w:r>
          </w:p>
        </w:tc>
      </w:tr>
      <w:tr>
        <w:trPr>
          <w:cantSplit/>
        </w:trPr>
        <w:tc>
          <w:tcPr>
            <w:tcW w:type="dxa" w:w="1096"/>
            <w:vAlign w:val="center"/>
          </w:tcPr>
          <w:p>
            <w:r/>
            <w:r>
              <w:rPr>
                <w:rFonts w:ascii="Malgun Gothic" w:hAnsi="Malgun Gothic" w:eastAsia="Malgun Gothic"/>
                <w:b w:val="0"/>
                <w:sz w:val="13"/>
              </w:rPr>
              <w:t>140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research_continuity/03_tobe_extension_research/actual_kspon_eval_kspon_wer_cer_summary.csv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389756ccb3e3d774</w:t>
            </w:r>
          </w:p>
        </w:tc>
      </w:tr>
      <w:tr>
        <w:trPr>
          <w:cantSplit/>
        </w:trPr>
        <w:tc>
          <w:tcPr>
            <w:tcW w:type="dxa" w:w="1096"/>
            <w:vAlign w:val="center"/>
          </w:tcPr>
          <w:p>
            <w:r/>
            <w:r>
              <w:rPr>
                <w:rFonts w:ascii="Malgun Gothic" w:hAnsi="Malgun Gothic" w:eastAsia="Malgun Gothic"/>
                <w:b w:val="0"/>
                <w:sz w:val="13"/>
              </w:rPr>
              <w:t>141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research_continuity/03_tobe_extension_research/actual_kspon_eval_KsponSpeech_000413.txt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72b9ef6c1d9d757b</w:t>
            </w:r>
          </w:p>
        </w:tc>
      </w:tr>
      <w:tr>
        <w:trPr>
          <w:cantSplit/>
        </w:trPr>
        <w:tc>
          <w:tcPr>
            <w:tcW w:type="dxa" w:w="1096"/>
            <w:vAlign w:val="center"/>
          </w:tcPr>
          <w:p>
            <w:r/>
            <w:r>
              <w:rPr>
                <w:rFonts w:ascii="Malgun Gothic" w:hAnsi="Malgun Gothic" w:eastAsia="Malgun Gothic"/>
                <w:b w:val="0"/>
                <w:sz w:val="13"/>
              </w:rPr>
              <w:t>142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research_continuity/03_tobe_extension_research/actual_tobe_features_features_voc_0413.csv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65,951</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f333dc2219a2cf87</w:t>
            </w:r>
          </w:p>
        </w:tc>
      </w:tr>
      <w:tr>
        <w:trPr>
          <w:cantSplit/>
        </w:trPr>
        <w:tc>
          <w:tcPr>
            <w:tcW w:type="dxa" w:w="1096"/>
            <w:vAlign w:val="center"/>
          </w:tcPr>
          <w:p>
            <w:r/>
            <w:r>
              <w:rPr>
                <w:rFonts w:ascii="Malgun Gothic" w:hAnsi="Malgun Gothic" w:eastAsia="Malgun Gothic"/>
                <w:b w:val="0"/>
                <w:sz w:val="13"/>
              </w:rPr>
              <w:t>143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research_continuity/03_tobe_extension_research/actual_tobe_features_voc_features.csv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1,951,496</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a950d66024b43908</w:t>
            </w:r>
          </w:p>
        </w:tc>
      </w:tr>
      <w:tr>
        <w:trPr>
          <w:cantSplit/>
        </w:trPr>
        <w:tc>
          <w:tcPr>
            <w:tcW w:type="dxa" w:w="1096"/>
            <w:vAlign w:val="center"/>
          </w:tcPr>
          <w:p>
            <w:r/>
            <w:r>
              <w:rPr>
                <w:rFonts w:ascii="Malgun Gothic" w:hAnsi="Malgun Gothic" w:eastAsia="Malgun Gothic"/>
                <w:b w:val="0"/>
                <w:sz w:val="13"/>
              </w:rPr>
              <w:t>144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research_continuity/03_tobe_extension_research/actual_tobe_stress_voc_stress_score_rebuilt.csv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2,067,623</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118e25c1d4db1f29</w:t>
            </w:r>
          </w:p>
        </w:tc>
      </w:tr>
      <w:tr>
        <w:trPr>
          <w:cantSplit/>
        </w:trPr>
        <w:tc>
          <w:tcPr>
            <w:tcW w:type="dxa" w:w="1096"/>
            <w:vAlign w:val="center"/>
          </w:tcPr>
          <w:p>
            <w:r/>
            <w:r>
              <w:rPr>
                <w:rFonts w:ascii="Malgun Gothic" w:hAnsi="Malgun Gothic" w:eastAsia="Malgun Gothic"/>
                <w:b w:val="0"/>
                <w:sz w:val="13"/>
              </w:rPr>
              <w:t>145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research_continuity/03_tobe_extension_research/actual_tobe_stt_stt_1000.csv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2,054,050</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15ac92cf9749ad2d</w:t>
            </w:r>
          </w:p>
        </w:tc>
      </w:tr>
      <w:tr>
        <w:trPr>
          <w:cantSplit/>
        </w:trPr>
        <w:tc>
          <w:tcPr>
            <w:tcW w:type="dxa" w:w="1096"/>
            <w:vAlign w:val="center"/>
          </w:tcPr>
          <w:p>
            <w:r/>
            <w:r>
              <w:rPr>
                <w:rFonts w:ascii="Malgun Gothic" w:hAnsi="Malgun Gothic" w:eastAsia="Malgun Gothic"/>
                <w:b w:val="0"/>
                <w:sz w:val="13"/>
              </w:rPr>
              <w:t>146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research_continuity/03_tobe_extension_research/actual_tobe_stt_voc_whisper_small_results.csv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1,971,606</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4f001273d3eb0df6</w:t>
            </w:r>
          </w:p>
        </w:tc>
      </w:tr>
      <w:tr>
        <w:trPr>
          <w:cantSplit/>
        </w:trPr>
        <w:tc>
          <w:tcPr>
            <w:tcW w:type="dxa" w:w="1096"/>
            <w:vAlign w:val="center"/>
          </w:tcPr>
          <w:p>
            <w:r/>
            <w:r>
              <w:rPr>
                <w:rFonts w:ascii="Malgun Gothic" w:hAnsi="Malgun Gothic" w:eastAsia="Malgun Gothic"/>
                <w:b w:val="0"/>
                <w:sz w:val="13"/>
              </w:rPr>
              <w:t>147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research_continuity/03_tobe_extension_research/analysis_ready_v154/tobe_features_analysis_ready_excluding_missing_v154.csv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2,023,894</w:t>
            </w:r>
          </w:p>
        </w:tc>
        <w:tc>
          <w:tcPr>
            <w:tcW w:type="dxa" w:w="1096"/>
            <w:vAlign w:val="center"/>
          </w:tcPr>
          <w:p>
            <w:r/>
            <w:r>
              <w:rPr>
                <w:rFonts w:ascii="Malgun Gothic" w:hAnsi="Malgun Gothic" w:eastAsia="Malgun Gothic"/>
                <w:b w:val="0"/>
                <w:sz w:val="13"/>
              </w:rPr>
              <w:t>992</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fd8d0e42c688bf10</w:t>
            </w:r>
          </w:p>
        </w:tc>
      </w:tr>
      <w:tr>
        <w:trPr>
          <w:cantSplit/>
        </w:trPr>
        <w:tc>
          <w:tcPr>
            <w:tcW w:type="dxa" w:w="1096"/>
            <w:vAlign w:val="center"/>
          </w:tcPr>
          <w:p>
            <w:r/>
            <w:r>
              <w:rPr>
                <w:rFonts w:ascii="Malgun Gothic" w:hAnsi="Malgun Gothic" w:eastAsia="Malgun Gothic"/>
                <w:b w:val="0"/>
                <w:sz w:val="13"/>
              </w:rPr>
              <w:t>148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research_continuity/03_tobe_extension_research/analysis_ready_v154/tobe_features_with_v154_flags.csv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2,026,546</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f6ea126d5424f989</w:t>
            </w:r>
          </w:p>
        </w:tc>
      </w:tr>
      <w:tr>
        <w:trPr>
          <w:cantSplit/>
        </w:trPr>
        <w:tc>
          <w:tcPr>
            <w:tcW w:type="dxa" w:w="1096"/>
            <w:vAlign w:val="center"/>
          </w:tcPr>
          <w:p>
            <w:r/>
            <w:r>
              <w:rPr>
                <w:rFonts w:ascii="Malgun Gothic" w:hAnsi="Malgun Gothic" w:eastAsia="Malgun Gothic"/>
                <w:b w:val="0"/>
                <w:sz w:val="13"/>
              </w:rPr>
              <w:t>149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research_continuity/03_tobe_extension_research/analysis_ready_v154/tobe_stress_analysis_ready_excluding_missing_v154.csv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2,138,626</w:t>
            </w:r>
          </w:p>
        </w:tc>
        <w:tc>
          <w:tcPr>
            <w:tcW w:type="dxa" w:w="1096"/>
            <w:vAlign w:val="center"/>
          </w:tcPr>
          <w:p>
            <w:r/>
            <w:r>
              <w:rPr>
                <w:rFonts w:ascii="Malgun Gothic" w:hAnsi="Malgun Gothic" w:eastAsia="Malgun Gothic"/>
                <w:b w:val="0"/>
                <w:sz w:val="13"/>
              </w:rPr>
              <w:t>992</w:t>
            </w:r>
          </w:p>
        </w:tc>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c9ddc137dfbb9a3b</w:t>
            </w:r>
          </w:p>
        </w:tc>
      </w:tr>
      <w:tr>
        <w:trPr>
          <w:cantSplit/>
        </w:trPr>
        <w:tc>
          <w:tcPr>
            <w:tcW w:type="dxa" w:w="1096"/>
            <w:vAlign w:val="center"/>
          </w:tcPr>
          <w:p>
            <w:r/>
            <w:r>
              <w:rPr>
                <w:rFonts w:ascii="Malgun Gothic" w:hAnsi="Malgun Gothic" w:eastAsia="Malgun Gothic"/>
                <w:b w:val="0"/>
                <w:sz w:val="13"/>
              </w:rPr>
              <w:t>150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research_continuity/03_tobe_extension_research/analysis_ready_v154/tobe_stress_with_v154_flags.csv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2,142,172</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243b325e308c3591</w:t>
            </w:r>
          </w:p>
        </w:tc>
      </w:tr>
      <w:tr>
        <w:trPr>
          <w:cantSplit/>
        </w:trPr>
        <w:tc>
          <w:tcPr>
            <w:tcW w:type="dxa" w:w="1096"/>
            <w:vAlign w:val="center"/>
          </w:tcPr>
          <w:p>
            <w:r/>
            <w:r>
              <w:rPr>
                <w:rFonts w:ascii="Malgun Gothic" w:hAnsi="Malgun Gothic" w:eastAsia="Malgun Gothic"/>
                <w:b w:val="0"/>
                <w:sz w:val="13"/>
              </w:rPr>
              <w:t>151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research_continuity/03_tobe_extension_research/analysis_ready_v154/tobe_stt_analysis_ready_excluding_missing_v154.csv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2,046,888</w:t>
            </w:r>
          </w:p>
        </w:tc>
        <w:tc>
          <w:tcPr>
            <w:tcW w:type="dxa" w:w="1096"/>
            <w:vAlign w:val="center"/>
          </w:tcPr>
          <w:p>
            <w:r/>
            <w:r>
              <w:rPr>
                <w:rFonts w:ascii="Malgun Gothic" w:hAnsi="Malgun Gothic" w:eastAsia="Malgun Gothic"/>
                <w:b w:val="0"/>
                <w:sz w:val="13"/>
              </w:rPr>
              <w:t>992</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d9413144c3f31066</w:t>
            </w:r>
          </w:p>
        </w:tc>
      </w:tr>
      <w:tr>
        <w:trPr>
          <w:cantSplit/>
        </w:trPr>
        <w:tc>
          <w:tcPr>
            <w:tcW w:type="dxa" w:w="1096"/>
            <w:vAlign w:val="center"/>
          </w:tcPr>
          <w:p>
            <w:r/>
            <w:r>
              <w:rPr>
                <w:rFonts w:ascii="Malgun Gothic" w:hAnsi="Malgun Gothic" w:eastAsia="Malgun Gothic"/>
                <w:b w:val="0"/>
                <w:sz w:val="13"/>
              </w:rPr>
              <w:t>152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research_continuity/03_tobe_extension_research/analysis_ready_v154/tobe_stt_with_v154_flags.csv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2,049,704</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df9815e394b7f233</w:t>
            </w:r>
          </w:p>
        </w:tc>
      </w:tr>
      <w:tr>
        <w:trPr>
          <w:cantSplit/>
        </w:trPr>
        <w:tc>
          <w:tcPr>
            <w:tcW w:type="dxa" w:w="1096"/>
            <w:vAlign w:val="center"/>
          </w:tcPr>
          <w:p>
            <w:r/>
            <w:r>
              <w:rPr>
                <w:rFonts w:ascii="Malgun Gothic" w:hAnsi="Malgun Gothic" w:eastAsia="Malgun Gothic"/>
                <w:b w:val="0"/>
                <w:sz w:val="13"/>
              </w:rPr>
              <w:t>153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research_continuity/03_tobe_extension_research/README.md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140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2093c7ca0af23f81</w:t>
            </w:r>
          </w:p>
        </w:tc>
      </w:tr>
      <w:tr>
        <w:trPr>
          <w:cantSplit/>
        </w:trPr>
        <w:tc>
          <w:tcPr>
            <w:tcW w:type="dxa" w:w="1096"/>
            <w:vAlign w:val="center"/>
          </w:tcPr>
          <w:p>
            <w:r/>
            <w:r>
              <w:rPr>
                <w:rFonts w:ascii="Malgun Gothic" w:hAnsi="Malgun Gothic" w:eastAsia="Malgun Gothic"/>
                <w:b w:val="0"/>
                <w:sz w:val="13"/>
              </w:rPr>
              <w:t>154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research_continuity/03_tobe_extension_research/to_be_actual_visual_summary.png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83,572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1867x1145</w:t>
            </w:r>
          </w:p>
        </w:tc>
        <w:tc>
          <w:tcPr>
            <w:tcW w:type="dxa" w:w="1096"/>
            <w:vAlign w:val="center"/>
          </w:tcPr>
          <w:p>
            <w:r/>
            <w:r>
              <w:rPr>
                <w:rFonts w:ascii="Malgun Gothic" w:hAnsi="Malgun Gothic" w:eastAsia="Malgun Gothic"/>
                <w:b w:val="0"/>
                <w:sz w:val="13"/>
              </w:rPr>
              <w:t>265c7029c4750277</w:t>
            </w:r>
          </w:p>
        </w:tc>
      </w:tr>
      <w:tr>
        <w:trPr>
          <w:cantSplit/>
        </w:trPr>
        <w:tc>
          <w:tcPr>
            <w:tcW w:type="dxa" w:w="1096"/>
            <w:vAlign w:val="center"/>
          </w:tcPr>
          <w:p>
            <w:r/>
            <w:r>
              <w:rPr>
                <w:rFonts w:ascii="Malgun Gothic" w:hAnsi="Malgun Gothic" w:eastAsia="Malgun Gothic"/>
                <w:b w:val="0"/>
                <w:sz w:val="13"/>
              </w:rPr>
              <w:t>155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research_continuity/03_tobe_extension_research/to_be_analysis_dashboard.png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1,243,116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1448x1086</w:t>
            </w:r>
          </w:p>
        </w:tc>
        <w:tc>
          <w:tcPr>
            <w:tcW w:type="dxa" w:w="1096"/>
            <w:vAlign w:val="center"/>
          </w:tcPr>
          <w:p>
            <w:r/>
            <w:r>
              <w:rPr>
                <w:rFonts w:ascii="Malgun Gothic" w:hAnsi="Malgun Gothic" w:eastAsia="Malgun Gothic"/>
                <w:b w:val="0"/>
                <w:sz w:val="13"/>
              </w:rPr>
              <w:t>c44341c01f8bd4ff</w:t>
            </w:r>
          </w:p>
        </w:tc>
      </w:tr>
      <w:tr>
        <w:trPr>
          <w:cantSplit/>
        </w:trPr>
        <w:tc>
          <w:tcPr>
            <w:tcW w:type="dxa" w:w="1096"/>
            <w:vAlign w:val="center"/>
          </w:tcPr>
          <w:p>
            <w:r/>
            <w:r>
              <w:rPr>
                <w:rFonts w:ascii="Malgun Gothic" w:hAnsi="Malgun Gothic" w:eastAsia="Malgun Gothic"/>
                <w:b w:val="0"/>
                <w:sz w:val="13"/>
              </w:rPr>
              <w:t>156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research_continuity/03_tobe_extension_research/to_be_분석_결과_대시보드.png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1,243,116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1448x1086</w:t>
            </w:r>
          </w:p>
        </w:tc>
        <w:tc>
          <w:tcPr>
            <w:tcW w:type="dxa" w:w="1096"/>
            <w:vAlign w:val="center"/>
          </w:tcPr>
          <w:p>
            <w:r/>
            <w:r>
              <w:rPr>
                <w:rFonts w:ascii="Malgun Gothic" w:hAnsi="Malgun Gothic" w:eastAsia="Malgun Gothic"/>
                <w:b w:val="0"/>
                <w:sz w:val="13"/>
              </w:rPr>
              <w:t>c44341c01f8bd4ff</w:t>
            </w:r>
          </w:p>
        </w:tc>
      </w:tr>
      <w:tr>
        <w:trPr>
          <w:cantSplit/>
        </w:trPr>
        <w:tc>
          <w:tcPr>
            <w:tcW w:type="dxa" w:w="1096"/>
            <w:vAlign w:val="center"/>
          </w:tcPr>
          <w:p>
            <w:r/>
            <w:r>
              <w:rPr>
                <w:rFonts w:ascii="Malgun Gothic" w:hAnsi="Malgun Gothic" w:eastAsia="Malgun Gothic"/>
                <w:b w:val="0"/>
                <w:sz w:val="13"/>
              </w:rPr>
              <w:t>157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research_continuity/03_tobe_extension_research/tobe_extension_actual_manifest_v149.json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682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e237079661da8290</w:t>
            </w:r>
          </w:p>
        </w:tc>
      </w:tr>
      <w:tr>
        <w:trPr>
          <w:cantSplit/>
        </w:trPr>
        <w:tc>
          <w:tcPr>
            <w:tcW w:type="dxa" w:w="1096"/>
            <w:vAlign w:val="center"/>
          </w:tcPr>
          <w:p>
            <w:r/>
            <w:r>
              <w:rPr>
                <w:rFonts w:ascii="Malgun Gothic" w:hAnsi="Malgun Gothic" w:eastAsia="Malgun Gothic"/>
                <w:b w:val="0"/>
                <w:sz w:val="13"/>
              </w:rPr>
              <w:t>158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research_continuity/03_tobe_extension_research/tobe_extension_actual_manifest_v150.json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1,842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59e74bdfe1e82025</w:t>
            </w:r>
          </w:p>
        </w:tc>
      </w:tr>
      <w:tr>
        <w:trPr>
          <w:cantSplit/>
        </w:trPr>
        <w:tc>
          <w:tcPr>
            <w:tcW w:type="dxa" w:w="1096"/>
            <w:vAlign w:val="center"/>
          </w:tcPr>
          <w:p>
            <w:r/>
            <w:r>
              <w:rPr>
                <w:rFonts w:ascii="Malgun Gothic" w:hAnsi="Malgun Gothic" w:eastAsia="Malgun Gothic"/>
                <w:b w:val="0"/>
                <w:sz w:val="13"/>
              </w:rPr>
              <w:t>159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research_continuity/03_tobe_extension_research/tobe_extension_actual_manifest_v152.json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3,004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0c7feeda562940b2</w:t>
            </w:r>
          </w:p>
        </w:tc>
      </w:tr>
      <w:tr>
        <w:trPr>
          <w:cantSplit/>
        </w:trPr>
        <w:tc>
          <w:tcPr>
            <w:tcW w:type="dxa" w:w="1096"/>
            <w:vAlign w:val="center"/>
          </w:tcPr>
          <w:p>
            <w:r/>
            <w:r>
              <w:rPr>
                <w:rFonts w:ascii="Malgun Gothic" w:hAnsi="Malgun Gothic" w:eastAsia="Malgun Gothic"/>
                <w:b w:val="0"/>
                <w:sz w:val="13"/>
              </w:rPr>
              <w:t>160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research_continuity/03_tobe_extension_research/tobe_extension_actual_manifest_v153.json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3,364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506b0b6a45df35ff</w:t>
            </w:r>
          </w:p>
        </w:tc>
      </w:tr>
    </w:tbl>
    <w:p/>
    <w:p>
      <w:r>
        <w:rPr>
          <w:b/>
        </w:rPr>
        <w:t>부록 표 A-3.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161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research_continuity/03_tobe_extension_research/tobe_extension_actual_manifest_v154.json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4,205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65b1d54ae157090f</w:t>
            </w:r>
          </w:p>
        </w:tc>
      </w:tr>
      <w:tr>
        <w:trPr>
          <w:cantSplit/>
        </w:trPr>
        <w:tc>
          <w:tcPr>
            <w:tcW w:type="dxa" w:w="1096"/>
            <w:vAlign w:val="center"/>
          </w:tcPr>
          <w:p>
            <w:r/>
            <w:r>
              <w:rPr>
                <w:rFonts w:ascii="Malgun Gothic" w:hAnsi="Malgun Gothic" w:eastAsia="Malgun Gothic"/>
                <w:b w:val="0"/>
                <w:sz w:val="13"/>
              </w:rPr>
              <w:t>162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research_continuity/03_tobe_extension_research/tobe_extension_actual_manifest_v155.json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12,855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e9fa85685af129b0</w:t>
            </w:r>
          </w:p>
        </w:tc>
      </w:tr>
      <w:tr>
        <w:trPr>
          <w:cantSplit/>
        </w:trPr>
        <w:tc>
          <w:tcPr>
            <w:tcW w:type="dxa" w:w="1096"/>
            <w:vAlign w:val="center"/>
          </w:tcPr>
          <w:p>
            <w:r/>
            <w:r>
              <w:rPr>
                <w:rFonts w:ascii="Malgun Gothic" w:hAnsi="Malgun Gothic" w:eastAsia="Malgun Gothic"/>
                <w:b w:val="0"/>
                <w:sz w:val="13"/>
              </w:rPr>
              <w:t>163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research_continuity/03_tobe_extension_research/tobe_extension_actual_manifest_v156.json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4,187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d586af9d41ef79f3</w:t>
            </w:r>
          </w:p>
        </w:tc>
      </w:tr>
      <w:tr>
        <w:trPr>
          <w:cantSplit/>
        </w:trPr>
        <w:tc>
          <w:tcPr>
            <w:tcW w:type="dxa" w:w="1096"/>
            <w:vAlign w:val="center"/>
          </w:tcPr>
          <w:p>
            <w:r/>
            <w:r>
              <w:rPr>
                <w:rFonts w:ascii="Malgun Gothic" w:hAnsi="Malgun Gothic" w:eastAsia="Malgun Gothic"/>
                <w:b w:val="0"/>
                <w:sz w:val="13"/>
              </w:rPr>
              <w:t>164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research_continuity/03_tobe_extension_research/tobe_extension_manifest.json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a274249ff2953f00</w:t>
            </w:r>
          </w:p>
        </w:tc>
      </w:tr>
      <w:tr>
        <w:trPr>
          <w:cantSplit/>
        </w:trPr>
        <w:tc>
          <w:tcPr>
            <w:tcW w:type="dxa" w:w="1096"/>
            <w:vAlign w:val="center"/>
          </w:tcPr>
          <w:p>
            <w:r/>
            <w:r>
              <w:rPr>
                <w:rFonts w:ascii="Malgun Gothic" w:hAnsi="Malgun Gothic" w:eastAsia="Malgun Gothic"/>
                <w:b w:val="0"/>
                <w:sz w:val="13"/>
              </w:rPr>
              <w:t>165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research_continuity/03_tobe_extension_research/visual_manifest.json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474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2b26972c1279ecb7</w:t>
            </w:r>
          </w:p>
        </w:tc>
      </w:tr>
      <w:tr>
        <w:trPr>
          <w:cantSplit/>
        </w:trPr>
        <w:tc>
          <w:tcPr>
            <w:tcW w:type="dxa" w:w="1096"/>
            <w:vAlign w:val="center"/>
          </w:tcPr>
          <w:p>
            <w:r/>
            <w:r>
              <w:rPr>
                <w:rFonts w:ascii="Malgun Gothic" w:hAnsi="Malgun Gothic" w:eastAsia="Malgun Gothic"/>
                <w:b w:val="0"/>
                <w:sz w:val="13"/>
              </w:rPr>
              <w:t>166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research_continuity/04_three_stage_comparison/mobile_deploy_readiness_check.csv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748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17e56f263f3be613</w:t>
            </w:r>
          </w:p>
        </w:tc>
      </w:tr>
      <w:tr>
        <w:trPr>
          <w:cantSplit/>
        </w:trPr>
        <w:tc>
          <w:tcPr>
            <w:tcW w:type="dxa" w:w="1096"/>
            <w:vAlign w:val="center"/>
          </w:tcPr>
          <w:p>
            <w:r/>
            <w:r>
              <w:rPr>
                <w:rFonts w:ascii="Malgun Gothic" w:hAnsi="Malgun Gothic" w:eastAsia="Malgun Gothic"/>
                <w:b w:val="0"/>
                <w:sz w:val="13"/>
              </w:rPr>
              <w:t>167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research_continuity/04_three_stage_comparison/mobile_deploy_readiness_check.json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7b1a96f9c81b0c95</w:t>
            </w:r>
          </w:p>
        </w:tc>
      </w:tr>
      <w:tr>
        <w:trPr>
          <w:cantSplit/>
        </w:trPr>
        <w:tc>
          <w:tcPr>
            <w:tcW w:type="dxa" w:w="1096"/>
            <w:vAlign w:val="center"/>
          </w:tcPr>
          <w:p>
            <w:r/>
            <w:r>
              <w:rPr>
                <w:rFonts w:ascii="Malgun Gothic" w:hAnsi="Malgun Gothic" w:eastAsia="Malgun Gothic"/>
                <w:b w:val="0"/>
                <w:sz w:val="13"/>
              </w:rPr>
              <w:t>168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research_continuity/04_three_stage_comparison/professor_report_sentence.md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05bf0e4fbdbe85fc</w:t>
            </w:r>
          </w:p>
        </w:tc>
      </w:tr>
      <w:tr>
        <w:trPr>
          <w:cantSplit/>
        </w:trPr>
        <w:tc>
          <w:tcPr>
            <w:tcW w:type="dxa" w:w="1096"/>
            <w:vAlign w:val="center"/>
          </w:tcPr>
          <w:p>
            <w:r/>
            <w:r>
              <w:rPr>
                <w:rFonts w:ascii="Malgun Gothic" w:hAnsi="Malgun Gothic" w:eastAsia="Malgun Gothic"/>
                <w:b w:val="0"/>
                <w:sz w:val="13"/>
              </w:rPr>
              <w:t>169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research_continuity/04_three_stage_comparison/README.md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127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740cc1c68e3e6838</w:t>
            </w:r>
          </w:p>
        </w:tc>
      </w:tr>
      <w:tr>
        <w:trPr>
          <w:cantSplit/>
        </w:trPr>
        <w:tc>
          <w:tcPr>
            <w:tcW w:type="dxa" w:w="1096"/>
            <w:vAlign w:val="center"/>
          </w:tcPr>
          <w:p>
            <w:r/>
            <w:r>
              <w:rPr>
                <w:rFonts w:ascii="Malgun Gothic" w:hAnsi="Malgun Gothic" w:eastAsia="Malgun Gothic"/>
                <w:b w:val="0"/>
                <w:sz w:val="13"/>
              </w:rPr>
              <w:t>170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research_continuity/04_three_stage_comparison/risk_and_response_board.csv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537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d6b3d04bccfcac34</w:t>
            </w:r>
          </w:p>
        </w:tc>
      </w:tr>
      <w:tr>
        <w:trPr>
          <w:cantSplit/>
        </w:trPr>
        <w:tc>
          <w:tcPr>
            <w:tcW w:type="dxa" w:w="1096"/>
            <w:vAlign w:val="center"/>
          </w:tcPr>
          <w:p>
            <w:r/>
            <w:r>
              <w:rPr>
                <w:rFonts w:ascii="Malgun Gothic" w:hAnsi="Malgun Gothic" w:eastAsia="Malgun Gothic"/>
                <w:b w:val="0"/>
                <w:sz w:val="13"/>
              </w:rPr>
              <w:t>171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research_continuity/04_three_stage_comparison/stress_score_formula_audit_v153.csv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09b24d519f41c481</w:t>
            </w:r>
          </w:p>
        </w:tc>
      </w:tr>
      <w:tr>
        <w:trPr>
          <w:cantSplit/>
        </w:trPr>
        <w:tc>
          <w:tcPr>
            <w:tcW w:type="dxa" w:w="1096"/>
            <w:vAlign w:val="center"/>
          </w:tcPr>
          <w:p>
            <w:r/>
            <w:r>
              <w:rPr>
                <w:rFonts w:ascii="Malgun Gothic" w:hAnsi="Malgun Gothic" w:eastAsia="Malgun Gothic"/>
                <w:b w:val="0"/>
                <w:sz w:val="13"/>
              </w:rPr>
              <w:t>172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research_continuity/04_three_stage_comparison/stress_score_formula_audit_v154.csv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09b24d519f41c481</w:t>
            </w:r>
          </w:p>
        </w:tc>
      </w:tr>
      <w:tr>
        <w:trPr>
          <w:cantSplit/>
        </w:trPr>
        <w:tc>
          <w:tcPr>
            <w:tcW w:type="dxa" w:w="1096"/>
            <w:vAlign w:val="center"/>
          </w:tcPr>
          <w:p>
            <w:r/>
            <w:r>
              <w:rPr>
                <w:rFonts w:ascii="Malgun Gothic" w:hAnsi="Malgun Gothic" w:eastAsia="Malgun Gothic"/>
                <w:b w:val="0"/>
                <w:sz w:val="13"/>
              </w:rPr>
              <w:t>173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research_continuity/04_three_stage_comparison/stress_score_formula_audit_v155.csv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ed5f36dce564a9c8</w:t>
            </w:r>
          </w:p>
        </w:tc>
      </w:tr>
      <w:tr>
        <w:trPr>
          <w:cantSplit/>
        </w:trPr>
        <w:tc>
          <w:tcPr>
            <w:tcW w:type="dxa" w:w="1096"/>
            <w:vAlign w:val="center"/>
          </w:tcPr>
          <w:p>
            <w:r/>
            <w:r>
              <w:rPr>
                <w:rFonts w:ascii="Malgun Gothic" w:hAnsi="Malgun Gothic" w:eastAsia="Malgun Gothic"/>
                <w:b w:val="0"/>
                <w:sz w:val="13"/>
              </w:rPr>
              <w:t>174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research_continuity/04_three_stage_comparison/stress_score_formula_audit_v156.csv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09b24d519f41c481</w:t>
            </w:r>
          </w:p>
        </w:tc>
      </w:tr>
      <w:tr>
        <w:trPr>
          <w:cantSplit/>
        </w:trPr>
        <w:tc>
          <w:tcPr>
            <w:tcW w:type="dxa" w:w="1096"/>
            <w:vAlign w:val="center"/>
          </w:tcPr>
          <w:p>
            <w:r/>
            <w:r>
              <w:rPr>
                <w:rFonts w:ascii="Malgun Gothic" w:hAnsi="Malgun Gothic" w:eastAsia="Malgun Gothic"/>
                <w:b w:val="0"/>
                <w:sz w:val="13"/>
              </w:rPr>
              <w:t>175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research_continuity/04_three_stage_comparison/three_stage_comparison_summary.json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4b3b78e7f9eee803</w:t>
            </w:r>
          </w:p>
        </w:tc>
      </w:tr>
      <w:tr>
        <w:trPr>
          <w:cantSplit/>
        </w:trPr>
        <w:tc>
          <w:tcPr>
            <w:tcW w:type="dxa" w:w="1096"/>
            <w:vAlign w:val="center"/>
          </w:tcPr>
          <w:p>
            <w:r/>
            <w:r>
              <w:rPr>
                <w:rFonts w:ascii="Malgun Gothic" w:hAnsi="Malgun Gothic" w:eastAsia="Malgun Gothic"/>
                <w:b w:val="0"/>
                <w:sz w:val="13"/>
              </w:rPr>
              <w:t>176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research_continuity/04_three_stage_comparison/three_stage_research_board.csv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410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2d501e5c974a16b7</w:t>
            </w:r>
          </w:p>
        </w:tc>
      </w:tr>
      <w:tr>
        <w:trPr>
          <w:cantSplit/>
        </w:trPr>
        <w:tc>
          <w:tcPr>
            <w:tcW w:type="dxa" w:w="1096"/>
            <w:vAlign w:val="center"/>
          </w:tcPr>
          <w:p>
            <w:r/>
            <w:r>
              <w:rPr>
                <w:rFonts w:ascii="Malgun Gothic" w:hAnsi="Malgun Gothic" w:eastAsia="Malgun Gothic"/>
                <w:b w:val="0"/>
                <w:sz w:val="13"/>
              </w:rPr>
              <w:t>177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research_continuity/05_oneclick_flow/latest_flow_report_v151.md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2,141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b456c0dc67ea942f</w:t>
            </w:r>
          </w:p>
        </w:tc>
      </w:tr>
      <w:tr>
        <w:trPr>
          <w:cantSplit/>
        </w:trPr>
        <w:tc>
          <w:tcPr>
            <w:tcW w:type="dxa" w:w="1096"/>
            <w:vAlign w:val="center"/>
          </w:tcPr>
          <w:p>
            <w:r/>
            <w:r>
              <w:rPr>
                <w:rFonts w:ascii="Malgun Gothic" w:hAnsi="Malgun Gothic" w:eastAsia="Malgun Gothic"/>
                <w:b w:val="0"/>
                <w:sz w:val="13"/>
              </w:rPr>
              <w:t>178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research_continuity/05_oneclick_flow/latest_flow_report_v152.md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2,141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b456c0dc67ea942f</w:t>
            </w:r>
          </w:p>
        </w:tc>
      </w:tr>
      <w:tr>
        <w:trPr>
          <w:cantSplit/>
        </w:trPr>
        <w:tc>
          <w:tcPr>
            <w:tcW w:type="dxa" w:w="1096"/>
            <w:vAlign w:val="center"/>
          </w:tcPr>
          <w:p>
            <w:r/>
            <w:r>
              <w:rPr>
                <w:rFonts w:ascii="Malgun Gothic" w:hAnsi="Malgun Gothic" w:eastAsia="Malgun Gothic"/>
                <w:b w:val="0"/>
                <w:sz w:val="13"/>
              </w:rPr>
              <w:t>179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research_continuity/05_oneclick_flow/latest_flow_report_v153.md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2,141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b456c0dc67ea942f</w:t>
            </w:r>
          </w:p>
        </w:tc>
      </w:tr>
      <w:tr>
        <w:trPr>
          <w:cantSplit/>
        </w:trPr>
        <w:tc>
          <w:tcPr>
            <w:tcW w:type="dxa" w:w="1096"/>
            <w:vAlign w:val="center"/>
          </w:tcPr>
          <w:p>
            <w:r/>
            <w:r>
              <w:rPr>
                <w:rFonts w:ascii="Malgun Gothic" w:hAnsi="Malgun Gothic" w:eastAsia="Malgun Gothic"/>
                <w:b w:val="0"/>
                <w:sz w:val="13"/>
              </w:rPr>
              <w:t>180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research_continuity/05_oneclick_flow/latest_flow_report_v154.md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2,141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b456c0dc67ea942f</w:t>
            </w:r>
          </w:p>
        </w:tc>
      </w:tr>
      <w:tr>
        <w:trPr>
          <w:cantSplit/>
        </w:trPr>
        <w:tc>
          <w:tcPr>
            <w:tcW w:type="dxa" w:w="1096"/>
            <w:vAlign w:val="center"/>
          </w:tcPr>
          <w:p>
            <w:r/>
            <w:r>
              <w:rPr>
                <w:rFonts w:ascii="Malgun Gothic" w:hAnsi="Malgun Gothic" w:eastAsia="Malgun Gothic"/>
                <w:b w:val="0"/>
                <w:sz w:val="13"/>
              </w:rPr>
              <w:t>181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research_continuity/05_oneclick_flow/latest_flow_report_v155.md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2,153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777faf052befbaad</w:t>
            </w:r>
          </w:p>
        </w:tc>
      </w:tr>
      <w:tr>
        <w:trPr>
          <w:cantSplit/>
        </w:trPr>
        <w:tc>
          <w:tcPr>
            <w:tcW w:type="dxa" w:w="1096"/>
            <w:vAlign w:val="center"/>
          </w:tcPr>
          <w:p>
            <w:r/>
            <w:r>
              <w:rPr>
                <w:rFonts w:ascii="Malgun Gothic" w:hAnsi="Malgun Gothic" w:eastAsia="Malgun Gothic"/>
                <w:b w:val="0"/>
                <w:sz w:val="13"/>
              </w:rPr>
              <w:t>182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research_continuity/05_oneclick_flow/latest_flow_report_v156.md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7cf20c4dfff8ba0f</w:t>
            </w:r>
          </w:p>
        </w:tc>
      </w:tr>
      <w:tr>
        <w:trPr>
          <w:cantSplit/>
        </w:trPr>
        <w:tc>
          <w:tcPr>
            <w:tcW w:type="dxa" w:w="1096"/>
            <w:vAlign w:val="center"/>
          </w:tcPr>
          <w:p>
            <w:r/>
            <w:r>
              <w:rPr>
                <w:rFonts w:ascii="Malgun Gothic" w:hAnsi="Malgun Gothic" w:eastAsia="Malgun Gothic"/>
                <w:b w:val="0"/>
                <w:sz w:val="13"/>
              </w:rPr>
              <w:t>183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research_continuity/05_oneclick_flow/latest_flow_report_v157.md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773d6f1e893e2283</w:t>
            </w:r>
          </w:p>
        </w:tc>
      </w:tr>
      <w:tr>
        <w:trPr>
          <w:cantSplit/>
        </w:trPr>
        <w:tc>
          <w:tcPr>
            <w:tcW w:type="dxa" w:w="1096"/>
            <w:vAlign w:val="center"/>
          </w:tcPr>
          <w:p>
            <w:r/>
            <w:r>
              <w:rPr>
                <w:rFonts w:ascii="Malgun Gothic" w:hAnsi="Malgun Gothic" w:eastAsia="Malgun Gothic"/>
                <w:b w:val="0"/>
                <w:sz w:val="13"/>
              </w:rPr>
              <w:t>184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research_continuity/05_oneclick_flow/latest_flow_report_v158.md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a688e56e538cdf2e</w:t>
            </w:r>
          </w:p>
        </w:tc>
      </w:tr>
      <w:tr>
        <w:trPr>
          <w:cantSplit/>
        </w:trPr>
        <w:tc>
          <w:tcPr>
            <w:tcW w:type="dxa" w:w="1096"/>
            <w:vAlign w:val="center"/>
          </w:tcPr>
          <w:p>
            <w:r/>
            <w:r>
              <w:rPr>
                <w:rFonts w:ascii="Malgun Gothic" w:hAnsi="Malgun Gothic" w:eastAsia="Malgun Gothic"/>
                <w:b w:val="0"/>
                <w:sz w:val="13"/>
              </w:rPr>
              <w:t>185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research_continuity/05_oneclick_flow/latest_flow_report_v159.md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945641d6bf547fe7</w:t>
            </w:r>
          </w:p>
        </w:tc>
      </w:tr>
      <w:tr>
        <w:trPr>
          <w:cantSplit/>
        </w:trPr>
        <w:tc>
          <w:tcPr>
            <w:tcW w:type="dxa" w:w="1096"/>
            <w:vAlign w:val="center"/>
          </w:tcPr>
          <w:p>
            <w:r/>
            <w:r>
              <w:rPr>
                <w:rFonts w:ascii="Malgun Gothic" w:hAnsi="Malgun Gothic" w:eastAsia="Malgun Gothic"/>
                <w:b w:val="0"/>
                <w:sz w:val="13"/>
              </w:rPr>
              <w:t>186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research_continuity/05_oneclick_flow/latest_flow_report_v160.md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8783f132d922063d</w:t>
            </w:r>
          </w:p>
        </w:tc>
      </w:tr>
      <w:tr>
        <w:trPr>
          <w:cantSplit/>
        </w:trPr>
        <w:tc>
          <w:tcPr>
            <w:tcW w:type="dxa" w:w="1096"/>
            <w:vAlign w:val="center"/>
          </w:tcPr>
          <w:p>
            <w:r/>
            <w:r>
              <w:rPr>
                <w:rFonts w:ascii="Malgun Gothic" w:hAnsi="Malgun Gothic" w:eastAsia="Malgun Gothic"/>
                <w:b w:val="0"/>
                <w:sz w:val="13"/>
              </w:rPr>
              <w:t>187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research_continuity/05_oneclick_flow/latest_flow_report_v161.md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e562afc6fdda0f27</w:t>
            </w:r>
          </w:p>
        </w:tc>
      </w:tr>
      <w:tr>
        <w:trPr>
          <w:cantSplit/>
        </w:trPr>
        <w:tc>
          <w:tcPr>
            <w:tcW w:type="dxa" w:w="1096"/>
            <w:vAlign w:val="center"/>
          </w:tcPr>
          <w:p>
            <w:r/>
            <w:r>
              <w:rPr>
                <w:rFonts w:ascii="Malgun Gothic" w:hAnsi="Malgun Gothic" w:eastAsia="Malgun Gothic"/>
                <w:b w:val="0"/>
                <w:sz w:val="13"/>
              </w:rPr>
              <w:t>188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research_continuity/05_oneclick_flow/latest_flow_report_v162.md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a29e831068dd3883</w:t>
            </w:r>
          </w:p>
        </w:tc>
      </w:tr>
      <w:tr>
        <w:trPr>
          <w:cantSplit/>
        </w:trPr>
        <w:tc>
          <w:tcPr>
            <w:tcW w:type="dxa" w:w="1096"/>
            <w:vAlign w:val="center"/>
          </w:tcPr>
          <w:p>
            <w:r/>
            <w:r>
              <w:rPr>
                <w:rFonts w:ascii="Malgun Gothic" w:hAnsi="Malgun Gothic" w:eastAsia="Malgun Gothic"/>
                <w:b w:val="0"/>
                <w:sz w:val="13"/>
              </w:rPr>
              <w:t>189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research_continuity/05_oneclick_flow/latest_flow_report_v163.md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edb202cbf9c9b76e</w:t>
            </w:r>
          </w:p>
        </w:tc>
      </w:tr>
      <w:tr>
        <w:trPr>
          <w:cantSplit/>
        </w:trPr>
        <w:tc>
          <w:tcPr>
            <w:tcW w:type="dxa" w:w="1096"/>
            <w:vAlign w:val="center"/>
          </w:tcPr>
          <w:p>
            <w:r/>
            <w:r>
              <w:rPr>
                <w:rFonts w:ascii="Malgun Gothic" w:hAnsi="Malgun Gothic" w:eastAsia="Malgun Gothic"/>
                <w:b w:val="0"/>
                <w:sz w:val="13"/>
              </w:rPr>
              <w:t>190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research_continuity/05_oneclick_flow/latest_flow_report_v164.md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5b80641fb5176979</w:t>
            </w:r>
          </w:p>
        </w:tc>
      </w:tr>
      <w:tr>
        <w:trPr>
          <w:cantSplit/>
        </w:trPr>
        <w:tc>
          <w:tcPr>
            <w:tcW w:type="dxa" w:w="1096"/>
            <w:vAlign w:val="center"/>
          </w:tcPr>
          <w:p>
            <w:r/>
            <w:r>
              <w:rPr>
                <w:rFonts w:ascii="Malgun Gothic" w:hAnsi="Malgun Gothic" w:eastAsia="Malgun Gothic"/>
                <w:b w:val="0"/>
                <w:sz w:val="13"/>
              </w:rPr>
              <w:t>191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research_continuity/05_oneclick_flow/latest_flow_report_v166.md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5b80641fb5176979</w:t>
            </w:r>
          </w:p>
        </w:tc>
      </w:tr>
      <w:tr>
        <w:trPr>
          <w:cantSplit/>
        </w:trPr>
        <w:tc>
          <w:tcPr>
            <w:tcW w:type="dxa" w:w="1096"/>
            <w:vAlign w:val="center"/>
          </w:tcPr>
          <w:p>
            <w:r/>
            <w:r>
              <w:rPr>
                <w:rFonts w:ascii="Malgun Gothic" w:hAnsi="Malgun Gothic" w:eastAsia="Malgun Gothic"/>
                <w:b w:val="0"/>
                <w:sz w:val="13"/>
              </w:rPr>
              <w:t>192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research_continuity/05_oneclick_flow/latest_flow_report_v167.md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5b80641fb5176979</w:t>
            </w:r>
          </w:p>
        </w:tc>
      </w:tr>
      <w:tr>
        <w:trPr>
          <w:cantSplit/>
        </w:trPr>
        <w:tc>
          <w:tcPr>
            <w:tcW w:type="dxa" w:w="1096"/>
            <w:vAlign w:val="center"/>
          </w:tcPr>
          <w:p>
            <w:r/>
            <w:r>
              <w:rPr>
                <w:rFonts w:ascii="Malgun Gothic" w:hAnsi="Malgun Gothic" w:eastAsia="Malgun Gothic"/>
                <w:b w:val="0"/>
                <w:sz w:val="13"/>
              </w:rPr>
              <w:t>193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research_continuity/05_oneclick_flow/latest_flow_report_v168.md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4,789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5b80641fb5176979</w:t>
            </w:r>
          </w:p>
        </w:tc>
      </w:tr>
      <w:tr>
        <w:trPr>
          <w:cantSplit/>
        </w:trPr>
        <w:tc>
          <w:tcPr>
            <w:tcW w:type="dxa" w:w="1096"/>
            <w:vAlign w:val="center"/>
          </w:tcPr>
          <w:p>
            <w:r/>
            <w:r>
              <w:rPr>
                <w:rFonts w:ascii="Malgun Gothic" w:hAnsi="Malgun Gothic" w:eastAsia="Malgun Gothic"/>
                <w:b w:val="0"/>
                <w:sz w:val="13"/>
              </w:rPr>
              <w:t>194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research_continuity/05_oneclick_flow/latest_flow_report_v169.md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5,216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3b377951496d5028</w:t>
            </w:r>
          </w:p>
        </w:tc>
      </w:tr>
      <w:tr>
        <w:trPr>
          <w:cantSplit/>
        </w:trPr>
        <w:tc>
          <w:tcPr>
            <w:tcW w:type="dxa" w:w="1096"/>
            <w:vAlign w:val="center"/>
          </w:tcPr>
          <w:p>
            <w:r/>
            <w:r>
              <w:rPr>
                <w:rFonts w:ascii="Malgun Gothic" w:hAnsi="Malgun Gothic" w:eastAsia="Malgun Gothic"/>
                <w:b w:val="0"/>
                <w:sz w:val="13"/>
              </w:rPr>
              <w:t>195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research_continuity/05_oneclick_flow/latest_flow_report_v170.md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61b8f707a6214032</w:t>
            </w:r>
          </w:p>
        </w:tc>
      </w:tr>
      <w:tr>
        <w:trPr>
          <w:cantSplit/>
        </w:trPr>
        <w:tc>
          <w:tcPr>
            <w:tcW w:type="dxa" w:w="1096"/>
            <w:vAlign w:val="center"/>
          </w:tcPr>
          <w:p>
            <w:r/>
            <w:r>
              <w:rPr>
                <w:rFonts w:ascii="Malgun Gothic" w:hAnsi="Malgun Gothic" w:eastAsia="Malgun Gothic"/>
                <w:b w:val="0"/>
                <w:sz w:val="13"/>
              </w:rPr>
              <w:t>196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research_continuity/05_oneclick_flow/latest_flow_report_v171.md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827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e380c35bdfdfb9bc</w:t>
            </w:r>
          </w:p>
        </w:tc>
      </w:tr>
      <w:tr>
        <w:trPr>
          <w:cantSplit/>
        </w:trPr>
        <w:tc>
          <w:tcPr>
            <w:tcW w:type="dxa" w:w="1096"/>
            <w:vAlign w:val="center"/>
          </w:tcPr>
          <w:p>
            <w:r/>
            <w:r>
              <w:rPr>
                <w:rFonts w:ascii="Malgun Gothic" w:hAnsi="Malgun Gothic" w:eastAsia="Malgun Gothic"/>
                <w:b w:val="0"/>
                <w:sz w:val="13"/>
              </w:rPr>
              <w:t>197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research_continuity/05_oneclick_flow/latest_flow_report_v172.md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850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ef7c8d715b4cd1a3</w:t>
            </w:r>
          </w:p>
        </w:tc>
      </w:tr>
      <w:tr>
        <w:trPr>
          <w:cantSplit/>
        </w:trPr>
        <w:tc>
          <w:tcPr>
            <w:tcW w:type="dxa" w:w="1096"/>
            <w:vAlign w:val="center"/>
          </w:tcPr>
          <w:p>
            <w:r/>
            <w:r>
              <w:rPr>
                <w:rFonts w:ascii="Malgun Gothic" w:hAnsi="Malgun Gothic" w:eastAsia="Malgun Gothic"/>
                <w:b w:val="0"/>
                <w:sz w:val="13"/>
              </w:rPr>
              <w:t>198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research_continuity/05_oneclick_flow/latest_flow_report_v173.md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850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ef7c8d715b4cd1a3</w:t>
            </w:r>
          </w:p>
        </w:tc>
      </w:tr>
      <w:tr>
        <w:trPr>
          <w:cantSplit/>
        </w:trPr>
        <w:tc>
          <w:tcPr>
            <w:tcW w:type="dxa" w:w="1096"/>
            <w:vAlign w:val="center"/>
          </w:tcPr>
          <w:p>
            <w:r/>
            <w:r>
              <w:rPr>
                <w:rFonts w:ascii="Malgun Gothic" w:hAnsi="Malgun Gothic" w:eastAsia="Malgun Gothic"/>
                <w:b w:val="0"/>
                <w:sz w:val="13"/>
              </w:rPr>
              <w:t>199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28,667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f8bad0fec92c3024</w:t>
            </w:r>
          </w:p>
        </w:tc>
      </w:tr>
      <w:tr>
        <w:trPr>
          <w:cantSplit/>
        </w:trPr>
        <w:tc>
          <w:tcPr>
            <w:tcW w:type="dxa" w:w="1096"/>
            <w:vAlign w:val="center"/>
          </w:tcPr>
          <w:p>
            <w:r/>
            <w:r>
              <w:rPr>
                <w:rFonts w:ascii="Malgun Gothic" w:hAnsi="Malgun Gothic" w:eastAsia="Malgun Gothic"/>
                <w:b w:val="0"/>
                <w:sz w:val="13"/>
              </w:rPr>
              <w:t>200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28,667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f8bad0fec92c3024</w:t>
            </w:r>
          </w:p>
        </w:tc>
      </w:tr>
      <w:tr>
        <w:trPr>
          <w:cantSplit/>
        </w:trPr>
        <w:tc>
          <w:tcPr>
            <w:tcW w:type="dxa" w:w="1096"/>
            <w:vAlign w:val="center"/>
          </w:tcPr>
          <w:p>
            <w:r/>
            <w:r>
              <w:rPr>
                <w:rFonts w:ascii="Malgun Gothic" w:hAnsi="Malgun Gothic" w:eastAsia="Malgun Gothic"/>
                <w:b w:val="0"/>
                <w:sz w:val="13"/>
              </w:rPr>
              <w:t>201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28,667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f8bad0fec92c3024</w:t>
            </w:r>
          </w:p>
        </w:tc>
      </w:tr>
      <w:tr>
        <w:trPr>
          <w:cantSplit/>
        </w:trPr>
        <w:tc>
          <w:tcPr>
            <w:tcW w:type="dxa" w:w="1096"/>
            <w:vAlign w:val="center"/>
          </w:tcPr>
          <w:p>
            <w:r/>
            <w:r>
              <w:rPr>
                <w:rFonts w:ascii="Malgun Gothic" w:hAnsi="Malgun Gothic" w:eastAsia="Malgun Gothic"/>
                <w:b w:val="0"/>
                <w:sz w:val="13"/>
              </w:rPr>
              <w:t>202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28,667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f8bad0fec92c3024</w:t>
            </w:r>
          </w:p>
        </w:tc>
      </w:tr>
      <w:tr>
        <w:trPr>
          <w:cantSplit/>
        </w:trPr>
        <w:tc>
          <w:tcPr>
            <w:tcW w:type="dxa" w:w="1096"/>
            <w:vAlign w:val="center"/>
          </w:tcPr>
          <w:p>
            <w:r/>
            <w:r>
              <w:rPr>
                <w:rFonts w:ascii="Malgun Gothic" w:hAnsi="Malgun Gothic" w:eastAsia="Malgun Gothic"/>
                <w:b w:val="0"/>
                <w:sz w:val="13"/>
              </w:rPr>
              <w:t>203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53,013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af4712b0c273d9f7</w:t>
            </w:r>
          </w:p>
        </w:tc>
      </w:tr>
      <w:tr>
        <w:trPr>
          <w:cantSplit/>
        </w:trPr>
        <w:tc>
          <w:tcPr>
            <w:tcW w:type="dxa" w:w="1096"/>
            <w:vAlign w:val="center"/>
          </w:tcPr>
          <w:p>
            <w:r/>
            <w:r>
              <w:rPr>
                <w:rFonts w:ascii="Malgun Gothic" w:hAnsi="Malgun Gothic" w:eastAsia="Malgun Gothic"/>
                <w:b w:val="0"/>
                <w:sz w:val="13"/>
              </w:rPr>
              <w:t>204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125,149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28989fcfd78215b7</w:t>
            </w:r>
          </w:p>
        </w:tc>
      </w:tr>
      <w:tr>
        <w:trPr>
          <w:cantSplit/>
        </w:trPr>
        <w:tc>
          <w:tcPr>
            <w:tcW w:type="dxa" w:w="1096"/>
            <w:vAlign w:val="center"/>
          </w:tcPr>
          <w:p>
            <w:r/>
            <w:r>
              <w:rPr>
                <w:rFonts w:ascii="Malgun Gothic" w:hAnsi="Malgun Gothic" w:eastAsia="Malgun Gothic"/>
                <w:b w:val="0"/>
                <w:sz w:val="13"/>
              </w:rPr>
              <w:t>205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research_continuity/05_oneclick_flow/latest_flow_status_v157.json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125,149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28989fcfd78215b7</w:t>
            </w:r>
          </w:p>
        </w:tc>
      </w:tr>
      <w:tr>
        <w:trPr>
          <w:cantSplit/>
        </w:trPr>
        <w:tc>
          <w:tcPr>
            <w:tcW w:type="dxa" w:w="1096"/>
            <w:vAlign w:val="center"/>
          </w:tcPr>
          <w:p>
            <w:r/>
            <w:r>
              <w:rPr>
                <w:rFonts w:ascii="Malgun Gothic" w:hAnsi="Malgun Gothic" w:eastAsia="Malgun Gothic"/>
                <w:b w:val="0"/>
                <w:sz w:val="13"/>
              </w:rPr>
              <w:t>206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research_continuity/05_oneclick_flow/latest_flow_status_v158.json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125,149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28989fcfd78215b7</w:t>
            </w:r>
          </w:p>
        </w:tc>
      </w:tr>
      <w:tr>
        <w:trPr>
          <w:cantSplit/>
        </w:trPr>
        <w:tc>
          <w:tcPr>
            <w:tcW w:type="dxa" w:w="1096"/>
            <w:vAlign w:val="center"/>
          </w:tcPr>
          <w:p>
            <w:r/>
            <w:r>
              <w:rPr>
                <w:rFonts w:ascii="Malgun Gothic" w:hAnsi="Malgun Gothic" w:eastAsia="Malgun Gothic"/>
                <w:b w:val="0"/>
                <w:sz w:val="13"/>
              </w:rPr>
              <w:t>207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research_continuity/05_oneclick_flow/latest_flow_status_v159.json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125,149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28989fcfd78215b7</w:t>
            </w:r>
          </w:p>
        </w:tc>
      </w:tr>
      <w:tr>
        <w:trPr>
          <w:cantSplit/>
        </w:trPr>
        <w:tc>
          <w:tcPr>
            <w:tcW w:type="dxa" w:w="1096"/>
            <w:vAlign w:val="center"/>
          </w:tcPr>
          <w:p>
            <w:r/>
            <w:r>
              <w:rPr>
                <w:rFonts w:ascii="Malgun Gothic" w:hAnsi="Malgun Gothic" w:eastAsia="Malgun Gothic"/>
                <w:b w:val="0"/>
                <w:sz w:val="13"/>
              </w:rPr>
              <w:t>208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125,149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28989fcfd78215b7</w:t>
            </w:r>
          </w:p>
        </w:tc>
      </w:tr>
      <w:tr>
        <w:trPr>
          <w:cantSplit/>
        </w:trPr>
        <w:tc>
          <w:tcPr>
            <w:tcW w:type="dxa" w:w="1096"/>
            <w:vAlign w:val="center"/>
          </w:tcPr>
          <w:p>
            <w:r/>
            <w:r>
              <w:rPr>
                <w:rFonts w:ascii="Malgun Gothic" w:hAnsi="Malgun Gothic" w:eastAsia="Malgun Gothic"/>
                <w:b w:val="0"/>
                <w:sz w:val="13"/>
              </w:rPr>
              <w:t>209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research_continuity/05_oneclick_flow/latest_flow_status_v167.json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research_continuity/05_oneclick_flow/latest_flow_status_v168.json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research_continuity/05_oneclick_flow/latest_flow_status_v169.json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research_continuity/05_oneclick_flow/latest_flow_status_v170.json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research_continuity/05_oneclick_flow/latest_flow_status_v171.json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220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research_continuity/05_oneclick_flow/latest_flow_status_v172.json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221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research_continuity/05_oneclick_flow/latest_flow_status_v173.json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138,119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0144eeb2b965f842</w:t>
            </w:r>
          </w:p>
        </w:tc>
      </w:tr>
      <w:tr>
        <w:trPr>
          <w:cantSplit/>
        </w:trPr>
        <w:tc>
          <w:tcPr>
            <w:tcW w:type="dxa" w:w="1096"/>
            <w:vAlign w:val="center"/>
          </w:tcPr>
          <w:p>
            <w:r/>
            <w:r>
              <w:rPr>
                <w:rFonts w:ascii="Malgun Gothic" w:hAnsi="Malgun Gothic" w:eastAsia="Malgun Gothic"/>
                <w:b w:val="0"/>
                <w:sz w:val="13"/>
              </w:rPr>
              <w:t>222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1,419</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a9ffb4ab429a178b</w:t>
            </w:r>
          </w:p>
        </w:tc>
      </w:tr>
      <w:tr>
        <w:trPr>
          <w:cantSplit/>
        </w:trPr>
        <w:tc>
          <w:tcPr>
            <w:tcW w:type="dxa" w:w="1096"/>
            <w:vAlign w:val="center"/>
          </w:tcPr>
          <w:p>
            <w:r/>
            <w:r>
              <w:rPr>
                <w:rFonts w:ascii="Malgun Gothic" w:hAnsi="Malgun Gothic" w:eastAsia="Malgun Gothic"/>
                <w:b w:val="0"/>
                <w:sz w:val="13"/>
              </w:rPr>
              <w:t>223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1,419</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a9ffb4ab429a178b</w:t>
            </w:r>
          </w:p>
        </w:tc>
      </w:tr>
      <w:tr>
        <w:trPr>
          <w:cantSplit/>
        </w:trPr>
        <w:tc>
          <w:tcPr>
            <w:tcW w:type="dxa" w:w="1096"/>
            <w:vAlign w:val="center"/>
          </w:tcPr>
          <w:p>
            <w:r/>
            <w:r>
              <w:rPr>
                <w:rFonts w:ascii="Malgun Gothic" w:hAnsi="Malgun Gothic" w:eastAsia="Malgun Gothic"/>
                <w:b w:val="0"/>
                <w:sz w:val="13"/>
              </w:rPr>
              <w:t>224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1,419</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a9ffb4ab429a178b</w:t>
            </w:r>
          </w:p>
        </w:tc>
      </w:tr>
      <w:tr>
        <w:trPr>
          <w:cantSplit/>
        </w:trPr>
        <w:tc>
          <w:tcPr>
            <w:tcW w:type="dxa" w:w="1096"/>
            <w:vAlign w:val="center"/>
          </w:tcPr>
          <w:p>
            <w:r/>
            <w:r>
              <w:rPr>
                <w:rFonts w:ascii="Malgun Gothic" w:hAnsi="Malgun Gothic" w:eastAsia="Malgun Gothic"/>
                <w:b w:val="0"/>
                <w:sz w:val="13"/>
              </w:rPr>
              <w:t>225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1,419</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a9ffb4ab429a178b</w:t>
            </w:r>
          </w:p>
        </w:tc>
      </w:tr>
      <w:tr>
        <w:trPr>
          <w:cantSplit/>
        </w:trPr>
        <w:tc>
          <w:tcPr>
            <w:tcW w:type="dxa" w:w="1096"/>
            <w:vAlign w:val="center"/>
          </w:tcPr>
          <w:p>
            <w:r/>
            <w:r>
              <w:rPr>
                <w:rFonts w:ascii="Malgun Gothic" w:hAnsi="Malgun Gothic" w:eastAsia="Malgun Gothic"/>
                <w:b w:val="0"/>
                <w:sz w:val="13"/>
              </w:rPr>
              <w:t>226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1,481</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08747992afcea63a</w:t>
            </w:r>
          </w:p>
        </w:tc>
      </w:tr>
      <w:tr>
        <w:trPr>
          <w:cantSplit/>
        </w:trPr>
        <w:tc>
          <w:tcPr>
            <w:tcW w:type="dxa" w:w="1096"/>
            <w:vAlign w:val="center"/>
          </w:tcPr>
          <w:p>
            <w:r/>
            <w:r>
              <w:rPr>
                <w:rFonts w:ascii="Malgun Gothic" w:hAnsi="Malgun Gothic" w:eastAsia="Malgun Gothic"/>
                <w:b w:val="0"/>
                <w:sz w:val="13"/>
              </w:rPr>
              <w:t>227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3,425</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ccbed071eb02d03d</w:t>
            </w:r>
          </w:p>
        </w:tc>
      </w:tr>
      <w:tr>
        <w:trPr>
          <w:cantSplit/>
        </w:trPr>
        <w:tc>
          <w:tcPr>
            <w:tcW w:type="dxa" w:w="1096"/>
            <w:vAlign w:val="center"/>
          </w:tcPr>
          <w:p>
            <w:r/>
            <w:r>
              <w:rPr>
                <w:rFonts w:ascii="Malgun Gothic" w:hAnsi="Malgun Gothic" w:eastAsia="Malgun Gothic"/>
                <w:b w:val="0"/>
                <w:sz w:val="13"/>
              </w:rPr>
              <w:t>228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research_continuity/05_oneclick_flow/latest_flow_summary_v157.csv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3,425</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ccbed071eb02d03d</w:t>
            </w:r>
          </w:p>
        </w:tc>
      </w:tr>
      <w:tr>
        <w:trPr>
          <w:cantSplit/>
        </w:trPr>
        <w:tc>
          <w:tcPr>
            <w:tcW w:type="dxa" w:w="1096"/>
            <w:vAlign w:val="center"/>
          </w:tcPr>
          <w:p>
            <w:r/>
            <w:r>
              <w:rPr>
                <w:rFonts w:ascii="Malgun Gothic" w:hAnsi="Malgun Gothic" w:eastAsia="Malgun Gothic"/>
                <w:b w:val="0"/>
                <w:sz w:val="13"/>
              </w:rPr>
              <w:t>229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research_continuity/05_oneclick_flow/latest_flow_summary_v158.csv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3,425</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ccbed071eb02d03d</w:t>
            </w:r>
          </w:p>
        </w:tc>
      </w:tr>
      <w:tr>
        <w:trPr>
          <w:cantSplit/>
        </w:trPr>
        <w:tc>
          <w:tcPr>
            <w:tcW w:type="dxa" w:w="1096"/>
            <w:vAlign w:val="center"/>
          </w:tcPr>
          <w:p>
            <w:r/>
            <w:r>
              <w:rPr>
                <w:rFonts w:ascii="Malgun Gothic" w:hAnsi="Malgun Gothic" w:eastAsia="Malgun Gothic"/>
                <w:b w:val="0"/>
                <w:sz w:val="13"/>
              </w:rPr>
              <w:t>230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research_continuity/05_oneclick_flow/latest_flow_summary_v159.csv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3,425</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ccbed071eb02d03d</w:t>
            </w:r>
          </w:p>
        </w:tc>
      </w:tr>
      <w:tr>
        <w:trPr>
          <w:cantSplit/>
        </w:trPr>
        <w:tc>
          <w:tcPr>
            <w:tcW w:type="dxa" w:w="1096"/>
            <w:vAlign w:val="center"/>
          </w:tcPr>
          <w:p>
            <w:r/>
            <w:r>
              <w:rPr>
                <w:rFonts w:ascii="Malgun Gothic" w:hAnsi="Malgun Gothic" w:eastAsia="Malgun Gothic"/>
                <w:b w:val="0"/>
                <w:sz w:val="13"/>
              </w:rPr>
              <w:t>231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3,425</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ccbed071eb02d03d</w:t>
            </w:r>
          </w:p>
        </w:tc>
      </w:tr>
      <w:tr>
        <w:trPr>
          <w:cantSplit/>
        </w:trPr>
        <w:tc>
          <w:tcPr>
            <w:tcW w:type="dxa" w:w="1096"/>
            <w:vAlign w:val="center"/>
          </w:tcPr>
          <w:p>
            <w:r/>
            <w:r>
              <w:rPr>
                <w:rFonts w:ascii="Malgun Gothic" w:hAnsi="Malgun Gothic" w:eastAsia="Malgun Gothic"/>
                <w:b w:val="0"/>
                <w:sz w:val="13"/>
              </w:rPr>
              <w:t>232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233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234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235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236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237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238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research_continuity/05_oneclick_flow/latest_flow_summary_v167.csv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239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research_continuity/05_oneclick_flow/latest_flow_summary_v168.csv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240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bl>
    <w:p/>
    <w:p>
      <w:r>
        <w:rPr>
          <w:b/>
        </w:rPr>
        <w:t>부록 표 A-4.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241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research_continuity/05_oneclick_flow/latest_flow_summary_v170.csv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242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243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research_continuity/05_oneclick_flow/latest_flow_summary_v172.csv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244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research_continuity/05_oneclick_flow/latest_flow_summary_v173.csv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4,065</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84d37155e8b713b1</w:t>
            </w:r>
          </w:p>
        </w:tc>
      </w:tr>
      <w:tr>
        <w:trPr>
          <w:cantSplit/>
        </w:trPr>
        <w:tc>
          <w:tcPr>
            <w:tcW w:type="dxa" w:w="1096"/>
            <w:vAlign w:val="center"/>
          </w:tcPr>
          <w:p>
            <w:r/>
            <w:r>
              <w:rPr>
                <w:rFonts w:ascii="Malgun Gothic" w:hAnsi="Malgun Gothic" w:eastAsia="Malgun Gothic"/>
                <w:b w:val="0"/>
                <w:sz w:val="13"/>
              </w:rPr>
              <w:t>245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research_continuity/06_quality_guards_v152/kspon_guard_summary_v152.csv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f947dbce5a53bcc1</w:t>
            </w:r>
          </w:p>
        </w:tc>
      </w:tr>
      <w:tr>
        <w:trPr>
          <w:cantSplit/>
        </w:trPr>
        <w:tc>
          <w:tcPr>
            <w:tcW w:type="dxa" w:w="1096"/>
            <w:vAlign w:val="center"/>
          </w:tcPr>
          <w:p>
            <w:r/>
            <w:r>
              <w:rPr>
                <w:rFonts w:ascii="Malgun Gothic" w:hAnsi="Malgun Gothic" w:eastAsia="Malgun Gothic"/>
                <w:b w:val="0"/>
                <w:sz w:val="13"/>
              </w:rPr>
              <w:t>246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research_continuity/06_quality_guards_v152/kspon_guard_v152.json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572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54a96bf1e2dc57c1</w:t>
            </w:r>
          </w:p>
        </w:tc>
      </w:tr>
      <w:tr>
        <w:trPr>
          <w:cantSplit/>
        </w:trPr>
        <w:tc>
          <w:tcPr>
            <w:tcW w:type="dxa" w:w="1096"/>
            <w:vAlign w:val="center"/>
          </w:tcPr>
          <w:p>
            <w:r/>
            <w:r>
              <w:rPr>
                <w:rFonts w:ascii="Malgun Gothic" w:hAnsi="Malgun Gothic" w:eastAsia="Malgun Gothic"/>
                <w:b w:val="0"/>
                <w:sz w:val="13"/>
              </w:rPr>
              <w:t>247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research_continuity/06_quality_guards_v152/missing_transcript_guard_v152.csv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248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research_continuity/06_quality_guards_v152/missing_transcript_guard_v152.json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339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c8ed10e8c1c577a6</w:t>
            </w:r>
          </w:p>
        </w:tc>
      </w:tr>
      <w:tr>
        <w:trPr>
          <w:cantSplit/>
        </w:trPr>
        <w:tc>
          <w:tcPr>
            <w:tcW w:type="dxa" w:w="1096"/>
            <w:vAlign w:val="center"/>
          </w:tcPr>
          <w:p>
            <w:r/>
            <w:r>
              <w:rPr>
                <w:rFonts w:ascii="Malgun Gothic" w:hAnsi="Malgun Gothic" w:eastAsia="Malgun Gothic"/>
                <w:b w:val="0"/>
                <w:sz w:val="13"/>
              </w:rPr>
              <w:t>249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research_continuity/06_quality_guards_v153/kspon_guard_summary_v153.csv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f947dbce5a53bcc1</w:t>
            </w:r>
          </w:p>
        </w:tc>
      </w:tr>
      <w:tr>
        <w:trPr>
          <w:cantSplit/>
        </w:trPr>
        <w:tc>
          <w:tcPr>
            <w:tcW w:type="dxa" w:w="1096"/>
            <w:vAlign w:val="center"/>
          </w:tcPr>
          <w:p>
            <w:r/>
            <w:r>
              <w:rPr>
                <w:rFonts w:ascii="Malgun Gothic" w:hAnsi="Malgun Gothic" w:eastAsia="Malgun Gothic"/>
                <w:b w:val="0"/>
                <w:sz w:val="13"/>
              </w:rPr>
              <w:t>250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research_continuity/06_quality_guards_v153/kspon_guard_v153.json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678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cf577534b7689282</w:t>
            </w:r>
          </w:p>
        </w:tc>
      </w:tr>
      <w:tr>
        <w:trPr>
          <w:cantSplit/>
        </w:trPr>
        <w:tc>
          <w:tcPr>
            <w:tcW w:type="dxa" w:w="1096"/>
            <w:vAlign w:val="center"/>
          </w:tcPr>
          <w:p>
            <w:r/>
            <w:r>
              <w:rPr>
                <w:rFonts w:ascii="Malgun Gothic" w:hAnsi="Malgun Gothic" w:eastAsia="Malgun Gothic"/>
                <w:b w:val="0"/>
                <w:sz w:val="13"/>
              </w:rPr>
              <w:t>251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research_continuity/06_quality_guards_v153/missing_transcript_guard_v153.csv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252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research_continuity/06_quality_guards_v153/missing_transcript_guard_v153.json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546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1b098fe628408b29</w:t>
            </w:r>
          </w:p>
        </w:tc>
      </w:tr>
      <w:tr>
        <w:trPr>
          <w:cantSplit/>
        </w:trPr>
        <w:tc>
          <w:tcPr>
            <w:tcW w:type="dxa" w:w="1096"/>
            <w:vAlign w:val="center"/>
          </w:tcPr>
          <w:p>
            <w:r/>
            <w:r>
              <w:rPr>
                <w:rFonts w:ascii="Malgun Gothic" w:hAnsi="Malgun Gothic" w:eastAsia="Malgun Gothic"/>
                <w:b w:val="0"/>
                <w:sz w:val="13"/>
              </w:rPr>
              <w:t>253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research_continuity/06_quality_guards_v154/kspon_guard_summary_v154.csv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871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b3a764096818fe78</w:t>
            </w:r>
          </w:p>
        </w:tc>
      </w:tr>
      <w:tr>
        <w:trPr>
          <w:cantSplit/>
        </w:trPr>
        <w:tc>
          <w:tcPr>
            <w:tcW w:type="dxa" w:w="1096"/>
            <w:vAlign w:val="center"/>
          </w:tcPr>
          <w:p>
            <w:r/>
            <w:r>
              <w:rPr>
                <w:rFonts w:ascii="Malgun Gothic" w:hAnsi="Malgun Gothic" w:eastAsia="Malgun Gothic"/>
                <w:b w:val="0"/>
                <w:sz w:val="13"/>
              </w:rPr>
              <w:t>254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research_continuity/06_quality_guards_v154/kspon_guard_v154.json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1f7f6c89fc746a6f</w:t>
            </w:r>
          </w:p>
        </w:tc>
      </w:tr>
      <w:tr>
        <w:trPr>
          <w:cantSplit/>
        </w:trPr>
        <w:tc>
          <w:tcPr>
            <w:tcW w:type="dxa" w:w="1096"/>
            <w:vAlign w:val="center"/>
          </w:tcPr>
          <w:p>
            <w:r/>
            <w:r>
              <w:rPr>
                <w:rFonts w:ascii="Malgun Gothic" w:hAnsi="Malgun Gothic" w:eastAsia="Malgun Gothic"/>
                <w:b w:val="0"/>
                <w:sz w:val="13"/>
              </w:rPr>
              <w:t>255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research_continuity/06_quality_guards_v154/missing_transcript_guard_v154.csv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256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research_continuity/06_quality_guards_v154/missing_transcript_guard_v154.json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0d8b1b859fc968d1</w:t>
            </w:r>
          </w:p>
        </w:tc>
      </w:tr>
      <w:tr>
        <w:trPr>
          <w:cantSplit/>
        </w:trPr>
        <w:tc>
          <w:tcPr>
            <w:tcW w:type="dxa" w:w="1096"/>
            <w:vAlign w:val="center"/>
          </w:tcPr>
          <w:p>
            <w:r/>
            <w:r>
              <w:rPr>
                <w:rFonts w:ascii="Malgun Gothic" w:hAnsi="Malgun Gothic" w:eastAsia="Malgun Gothic"/>
                <w:b w:val="0"/>
                <w:sz w:val="13"/>
              </w:rPr>
              <w:t>257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research_continuity/06_quality_guards_v154/missing_transcript_resolution_v154.csv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258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research_continuity/06_quality_guards_v154/missing_transcript_resolution_v154.json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0d8b1b859fc968d1</w:t>
            </w:r>
          </w:p>
        </w:tc>
      </w:tr>
      <w:tr>
        <w:trPr>
          <w:cantSplit/>
        </w:trPr>
        <w:tc>
          <w:tcPr>
            <w:tcW w:type="dxa" w:w="1096"/>
            <w:vAlign w:val="center"/>
          </w:tcPr>
          <w:p>
            <w:r/>
            <w:r>
              <w:rPr>
                <w:rFonts w:ascii="Malgun Gothic" w:hAnsi="Malgun Gothic" w:eastAsia="Malgun Gothic"/>
                <w:b w:val="0"/>
                <w:sz w:val="13"/>
              </w:rPr>
              <w:t>259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research_continuity/06_quality_guards_v154/missing_transcript_rows_tobe_features_v154.csv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2,464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6b286c8925b4ab08</w:t>
            </w:r>
          </w:p>
        </w:tc>
      </w:tr>
      <w:tr>
        <w:trPr>
          <w:cantSplit/>
        </w:trPr>
        <w:tc>
          <w:tcPr>
            <w:tcW w:type="dxa" w:w="1096"/>
            <w:vAlign w:val="center"/>
          </w:tcPr>
          <w:p>
            <w:r/>
            <w:r>
              <w:rPr>
                <w:rFonts w:ascii="Malgun Gothic" w:hAnsi="Malgun Gothic" w:eastAsia="Malgun Gothic"/>
                <w:b w:val="0"/>
                <w:sz w:val="13"/>
              </w:rPr>
              <w:t>260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research_continuity/06_quality_guards_v154/missing_transcript_rows_tobe_stress_v154.csv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2,568</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c8829e93bf8b0284</w:t>
            </w:r>
          </w:p>
        </w:tc>
      </w:tr>
      <w:tr>
        <w:trPr>
          <w:cantSplit/>
        </w:trPr>
        <w:tc>
          <w:tcPr>
            <w:tcW w:type="dxa" w:w="1096"/>
            <w:vAlign w:val="center"/>
          </w:tcPr>
          <w:p>
            <w:r/>
            <w:r>
              <w:rPr>
                <w:rFonts w:ascii="Malgun Gothic" w:hAnsi="Malgun Gothic" w:eastAsia="Malgun Gothic"/>
                <w:b w:val="0"/>
                <w:sz w:val="13"/>
              </w:rPr>
              <w:t>261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research_continuity/06_quality_guards_v154/missing_transcript_rows_tobe_stt_v154.csv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1,712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0f65461a5b5ba16c</w:t>
            </w:r>
          </w:p>
        </w:tc>
      </w:tr>
      <w:tr>
        <w:trPr>
          <w:cantSplit/>
        </w:trPr>
        <w:tc>
          <w:tcPr>
            <w:tcW w:type="dxa" w:w="1096"/>
            <w:vAlign w:val="center"/>
          </w:tcPr>
          <w:p>
            <w:r/>
            <w:r>
              <w:rPr>
                <w:rFonts w:ascii="Malgun Gothic" w:hAnsi="Malgun Gothic" w:eastAsia="Malgun Gothic"/>
                <w:b w:val="0"/>
                <w:sz w:val="13"/>
              </w:rPr>
              <w:t>262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research_continuity/06_quality_guards_v155/kspon_guard_summary_v155.csv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9b1a1cd34a3a9414</w:t>
            </w:r>
          </w:p>
        </w:tc>
      </w:tr>
      <w:tr>
        <w:trPr>
          <w:cantSplit/>
        </w:trPr>
        <w:tc>
          <w:tcPr>
            <w:tcW w:type="dxa" w:w="1096"/>
            <w:vAlign w:val="center"/>
          </w:tcPr>
          <w:p>
            <w:r/>
            <w:r>
              <w:rPr>
                <w:rFonts w:ascii="Malgun Gothic" w:hAnsi="Malgun Gothic" w:eastAsia="Malgun Gothic"/>
                <w:b w:val="0"/>
                <w:sz w:val="13"/>
              </w:rPr>
              <w:t>263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research_continuity/06_quality_guards_v155/kspon_guard_v155.json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1,242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aea9663aa941dfcd</w:t>
            </w:r>
          </w:p>
        </w:tc>
      </w:tr>
      <w:tr>
        <w:trPr>
          <w:cantSplit/>
        </w:trPr>
        <w:tc>
          <w:tcPr>
            <w:tcW w:type="dxa" w:w="1096"/>
            <w:vAlign w:val="center"/>
          </w:tcPr>
          <w:p>
            <w:r/>
            <w:r>
              <w:rPr>
                <w:rFonts w:ascii="Malgun Gothic" w:hAnsi="Malgun Gothic" w:eastAsia="Malgun Gothic"/>
                <w:b w:val="0"/>
                <w:sz w:val="13"/>
              </w:rPr>
              <w:t>264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research_continuity/06_quality_guards_v155/missing_transcript_resolution_v155.csv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6,566</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c4cbe4de280eff43</w:t>
            </w:r>
          </w:p>
        </w:tc>
      </w:tr>
      <w:tr>
        <w:trPr>
          <w:cantSplit/>
        </w:trPr>
        <w:tc>
          <w:tcPr>
            <w:tcW w:type="dxa" w:w="1096"/>
            <w:vAlign w:val="center"/>
          </w:tcPr>
          <w:p>
            <w:r/>
            <w:r>
              <w:rPr>
                <w:rFonts w:ascii="Malgun Gothic" w:hAnsi="Malgun Gothic" w:eastAsia="Malgun Gothic"/>
                <w:b w:val="0"/>
                <w:sz w:val="13"/>
              </w:rPr>
              <w:t>265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research_continuity/06_quality_guards_v155/missing_transcript_resolution_v155.json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3,369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90a42e84b5efd862</w:t>
            </w:r>
          </w:p>
        </w:tc>
      </w:tr>
      <w:tr>
        <w:trPr>
          <w:cantSplit/>
        </w:trPr>
        <w:tc>
          <w:tcPr>
            <w:tcW w:type="dxa" w:w="1096"/>
            <w:vAlign w:val="center"/>
          </w:tcPr>
          <w:p>
            <w:r/>
            <w:r>
              <w:rPr>
                <w:rFonts w:ascii="Malgun Gothic" w:hAnsi="Malgun Gothic" w:eastAsia="Malgun Gothic"/>
                <w:b w:val="0"/>
                <w:sz w:val="13"/>
              </w:rPr>
              <w:t>266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research_continuity/06_quality_guards_v156/kspon_guard_summary_v156.csv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3aabd497a398d851</w:t>
            </w:r>
          </w:p>
        </w:tc>
      </w:tr>
      <w:tr>
        <w:trPr>
          <w:cantSplit/>
        </w:trPr>
        <w:tc>
          <w:tcPr>
            <w:tcW w:type="dxa" w:w="1096"/>
            <w:vAlign w:val="center"/>
          </w:tcPr>
          <w:p>
            <w:r/>
            <w:r>
              <w:rPr>
                <w:rFonts w:ascii="Malgun Gothic" w:hAnsi="Malgun Gothic" w:eastAsia="Malgun Gothic"/>
                <w:b w:val="0"/>
                <w:sz w:val="13"/>
              </w:rPr>
              <w:t>267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research_continuity/06_quality_guards_v156/kspon_guard_v156.json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1f7f6c89fc746a6f</w:t>
            </w:r>
          </w:p>
        </w:tc>
      </w:tr>
      <w:tr>
        <w:trPr>
          <w:cantSplit/>
        </w:trPr>
        <w:tc>
          <w:tcPr>
            <w:tcW w:type="dxa" w:w="1096"/>
            <w:vAlign w:val="center"/>
          </w:tcPr>
          <w:p>
            <w:r/>
            <w:r>
              <w:rPr>
                <w:rFonts w:ascii="Malgun Gothic" w:hAnsi="Malgun Gothic" w:eastAsia="Malgun Gothic"/>
                <w:b w:val="0"/>
                <w:sz w:val="13"/>
              </w:rPr>
              <w:t>268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research_continuity/06_quality_guards_v156/missing_transcript_resolution_v156.csv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269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research_continuity/06_quality_guards_v156/missing_transcript_resolution_v156.json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06c4055ccd291527</w:t>
            </w:r>
          </w:p>
        </w:tc>
      </w:tr>
      <w:tr>
        <w:trPr>
          <w:cantSplit/>
        </w:trPr>
        <w:tc>
          <w:tcPr>
            <w:tcW w:type="dxa" w:w="1096"/>
            <w:vAlign w:val="center"/>
          </w:tcPr>
          <w:p>
            <w:r/>
            <w:r>
              <w:rPr>
                <w:rFonts w:ascii="Malgun Gothic" w:hAnsi="Malgun Gothic" w:eastAsia="Malgun Gothic"/>
                <w:b w:val="0"/>
                <w:sz w:val="13"/>
              </w:rPr>
              <w:t>270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research_continuity/06_quality_guards_v160/kspon_guard_summary_v160.csv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3aabd497a398d851</w:t>
            </w:r>
          </w:p>
        </w:tc>
      </w:tr>
      <w:tr>
        <w:trPr>
          <w:cantSplit/>
        </w:trPr>
        <w:tc>
          <w:tcPr>
            <w:tcW w:type="dxa" w:w="1096"/>
            <w:vAlign w:val="center"/>
          </w:tcPr>
          <w:p>
            <w:r/>
            <w:r>
              <w:rPr>
                <w:rFonts w:ascii="Malgun Gothic" w:hAnsi="Malgun Gothic" w:eastAsia="Malgun Gothic"/>
                <w:b w:val="0"/>
                <w:sz w:val="13"/>
              </w:rPr>
              <w:t>271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research_continuity/06_quality_guards_v160/kspon_guard_v160.json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1f7f6c89fc746a6f</w:t>
            </w:r>
          </w:p>
        </w:tc>
      </w:tr>
      <w:tr>
        <w:trPr>
          <w:cantSplit/>
        </w:trPr>
        <w:tc>
          <w:tcPr>
            <w:tcW w:type="dxa" w:w="1096"/>
            <w:vAlign w:val="center"/>
          </w:tcPr>
          <w:p>
            <w:r/>
            <w:r>
              <w:rPr>
                <w:rFonts w:ascii="Malgun Gothic" w:hAnsi="Malgun Gothic" w:eastAsia="Malgun Gothic"/>
                <w:b w:val="0"/>
                <w:sz w:val="13"/>
              </w:rPr>
              <w:t>272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research_continuity/07_kspon_validation_v155/kspon_hypothesis_discovery_v155.csv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5,658</w:t>
            </w:r>
          </w:p>
        </w:tc>
        <w:tc>
          <w:tcPr>
            <w:tcW w:type="dxa" w:w="1096"/>
            <w:vAlign w:val="center"/>
          </w:tcPr>
          <w:p>
            <w:r/>
            <w:r>
              <w:rPr>
                <w:rFonts w:ascii="Malgun Gothic" w:hAnsi="Malgun Gothic" w:eastAsia="Malgun Gothic"/>
                <w:b w:val="0"/>
                <w:sz w:val="13"/>
              </w:rPr>
              <w:t>54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7517803407ed2835</w:t>
            </w:r>
          </w:p>
        </w:tc>
      </w:tr>
      <w:tr>
        <w:trPr>
          <w:cantSplit/>
        </w:trPr>
        <w:tc>
          <w:tcPr>
            <w:tcW w:type="dxa" w:w="1096"/>
            <w:vAlign w:val="center"/>
          </w:tcPr>
          <w:p>
            <w:r/>
            <w:r>
              <w:rPr>
                <w:rFonts w:ascii="Malgun Gothic" w:hAnsi="Malgun Gothic" w:eastAsia="Malgun Gothic"/>
                <w:b w:val="0"/>
                <w:sz w:val="13"/>
              </w:rPr>
              <w:t>273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research_continuity/07_kspon_validation_v155/kspon_pcm_txt_pairs_v155.csv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4,289,819</w:t>
            </w:r>
          </w:p>
        </w:tc>
        <w:tc>
          <w:tcPr>
            <w:tcW w:type="dxa" w:w="1096"/>
            <w:vAlign w:val="center"/>
          </w:tcPr>
          <w:p>
            <w:r/>
            <w:r>
              <w:rPr>
                <w:rFonts w:ascii="Malgun Gothic" w:hAnsi="Malgun Gothic" w:eastAsia="Malgun Gothic"/>
                <w:b w:val="0"/>
                <w:sz w:val="13"/>
              </w:rPr>
              <w:t>17,622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6b48ccc39c6c8f4b</w:t>
            </w:r>
          </w:p>
        </w:tc>
      </w:tr>
      <w:tr>
        <w:trPr>
          <w:cantSplit/>
        </w:trPr>
        <w:tc>
          <w:tcPr>
            <w:tcW w:type="dxa" w:w="1096"/>
            <w:vAlign w:val="center"/>
          </w:tcPr>
          <w:p>
            <w:r/>
            <w:r>
              <w:rPr>
                <w:rFonts w:ascii="Malgun Gothic" w:hAnsi="Malgun Gothic" w:eastAsia="Malgun Gothic"/>
                <w:b w:val="0"/>
                <w:sz w:val="13"/>
              </w:rPr>
              <w:t>274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research_continuity/07_kspon_validation_v155/kspon_source_discovery_v155.csv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97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ae2fef8b3961c4c2</w:t>
            </w:r>
          </w:p>
        </w:tc>
      </w:tr>
      <w:tr>
        <w:trPr>
          <w:cantSplit/>
        </w:trPr>
        <w:tc>
          <w:tcPr>
            <w:tcW w:type="dxa" w:w="1096"/>
            <w:vAlign w:val="center"/>
          </w:tcPr>
          <w:p>
            <w:r/>
            <w:r>
              <w:rPr>
                <w:rFonts w:ascii="Malgun Gothic" w:hAnsi="Malgun Gothic" w:eastAsia="Malgun Gothic"/>
                <w:b w:val="0"/>
                <w:sz w:val="13"/>
              </w:rPr>
              <w:t>275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research_continuity/07_kspon_validation_v155/kspon_wer_cer_by_file_v155.csv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28,779</w:t>
            </w:r>
          </w:p>
        </w:tc>
        <w:tc>
          <w:tcPr>
            <w:tcW w:type="dxa" w:w="1096"/>
            <w:vAlign w:val="center"/>
          </w:tcPr>
          <w:p>
            <w:r/>
            <w:r>
              <w:rPr>
                <w:rFonts w:ascii="Malgun Gothic" w:hAnsi="Malgun Gothic" w:eastAsia="Malgun Gothic"/>
                <w:b w:val="0"/>
                <w:sz w:val="13"/>
              </w:rPr>
              <w:t>100</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0ba91c838d429da4</w:t>
            </w:r>
          </w:p>
        </w:tc>
      </w:tr>
      <w:tr>
        <w:trPr>
          <w:cantSplit/>
        </w:trPr>
        <w:tc>
          <w:tcPr>
            <w:tcW w:type="dxa" w:w="1096"/>
            <w:vAlign w:val="center"/>
          </w:tcPr>
          <w:p>
            <w:r/>
            <w:r>
              <w:rPr>
                <w:rFonts w:ascii="Malgun Gothic" w:hAnsi="Malgun Gothic" w:eastAsia="Malgun Gothic"/>
                <w:b w:val="0"/>
                <w:sz w:val="13"/>
              </w:rPr>
              <w:t>276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research_continuity/07_kspon_validation_v155/kspon_wer_cer_summary_v155.csv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9b1a1cd34a3a9414</w:t>
            </w:r>
          </w:p>
        </w:tc>
      </w:tr>
      <w:tr>
        <w:trPr>
          <w:cantSplit/>
        </w:trPr>
        <w:tc>
          <w:tcPr>
            <w:tcW w:type="dxa" w:w="1096"/>
            <w:vAlign w:val="center"/>
          </w:tcPr>
          <w:p>
            <w:r/>
            <w:r>
              <w:rPr>
                <w:rFonts w:ascii="Malgun Gothic" w:hAnsi="Malgun Gothic" w:eastAsia="Malgun Gothic"/>
                <w:b w:val="0"/>
                <w:sz w:val="13"/>
              </w:rPr>
              <w:t>277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c7271cc9cd26118f</w:t>
            </w:r>
          </w:p>
        </w:tc>
      </w:tr>
      <w:tr>
        <w:trPr>
          <w:cantSplit/>
        </w:trPr>
        <w:tc>
          <w:tcPr>
            <w:tcW w:type="dxa" w:w="1096"/>
            <w:vAlign w:val="center"/>
          </w:tcPr>
          <w:p>
            <w:r/>
            <w:r>
              <w:rPr>
                <w:rFonts w:ascii="Malgun Gothic" w:hAnsi="Malgun Gothic" w:eastAsia="Malgun Gothic"/>
                <w:b w:val="0"/>
                <w:sz w:val="13"/>
              </w:rPr>
              <w:t>278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156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533b55271bf5416d</w:t>
            </w:r>
          </w:p>
        </w:tc>
      </w:tr>
      <w:tr>
        <w:trPr>
          <w:cantSplit/>
        </w:trPr>
        <w:tc>
          <w:tcPr>
            <w:tcW w:type="dxa" w:w="1096"/>
            <w:vAlign w:val="center"/>
          </w:tcPr>
          <w:p>
            <w:r/>
            <w:r>
              <w:rPr>
                <w:rFonts w:ascii="Malgun Gothic" w:hAnsi="Malgun Gothic" w:eastAsia="Malgun Gothic"/>
                <w:b w:val="0"/>
                <w:sz w:val="13"/>
              </w:rPr>
              <w:t>279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121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8ebe6b30da2bab00</w:t>
            </w:r>
          </w:p>
        </w:tc>
      </w:tr>
      <w:tr>
        <w:trPr>
          <w:cantSplit/>
        </w:trPr>
        <w:tc>
          <w:tcPr>
            <w:tcW w:type="dxa" w:w="1096"/>
            <w:vAlign w:val="center"/>
          </w:tcPr>
          <w:p>
            <w:r/>
            <w:r>
              <w:rPr>
                <w:rFonts w:ascii="Malgun Gothic" w:hAnsi="Malgun Gothic" w:eastAsia="Malgun Gothic"/>
                <w:b w:val="0"/>
                <w:sz w:val="13"/>
              </w:rPr>
              <w:t>280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8926dd9bf6a8447b</w:t>
            </w:r>
          </w:p>
        </w:tc>
      </w:tr>
      <w:tr>
        <w:trPr>
          <w:cantSplit/>
        </w:trPr>
        <w:tc>
          <w:tcPr>
            <w:tcW w:type="dxa" w:w="1096"/>
            <w:vAlign w:val="center"/>
          </w:tcPr>
          <w:p>
            <w:r/>
            <w:r>
              <w:rPr>
                <w:rFonts w:ascii="Malgun Gothic" w:hAnsi="Malgun Gothic" w:eastAsia="Malgun Gothic"/>
                <w:b w:val="0"/>
                <w:sz w:val="13"/>
              </w:rPr>
              <w:t>281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58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41b6026e2e11c5a5</w:t>
            </w:r>
          </w:p>
        </w:tc>
      </w:tr>
      <w:tr>
        <w:trPr>
          <w:cantSplit/>
        </w:trPr>
        <w:tc>
          <w:tcPr>
            <w:tcW w:type="dxa" w:w="1096"/>
            <w:vAlign w:val="center"/>
          </w:tcPr>
          <w:p>
            <w:r/>
            <w:r>
              <w:rPr>
                <w:rFonts w:ascii="Malgun Gothic" w:hAnsi="Malgun Gothic" w:eastAsia="Malgun Gothic"/>
                <w:b w:val="0"/>
                <w:sz w:val="13"/>
              </w:rPr>
              <w:t>282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72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8fd91ceb5c320e3f</w:t>
            </w:r>
          </w:p>
        </w:tc>
      </w:tr>
      <w:tr>
        <w:trPr>
          <w:cantSplit/>
        </w:trPr>
        <w:tc>
          <w:tcPr>
            <w:tcW w:type="dxa" w:w="1096"/>
            <w:vAlign w:val="center"/>
          </w:tcPr>
          <w:p>
            <w:r/>
            <w:r>
              <w:rPr>
                <w:rFonts w:ascii="Malgun Gothic" w:hAnsi="Malgun Gothic" w:eastAsia="Malgun Gothic"/>
                <w:b w:val="0"/>
                <w:sz w:val="13"/>
              </w:rPr>
              <w:t>283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179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bc23d883b5f85f07</w:t>
            </w:r>
          </w:p>
        </w:tc>
      </w:tr>
      <w:tr>
        <w:trPr>
          <w:cantSplit/>
        </w:trPr>
        <w:tc>
          <w:tcPr>
            <w:tcW w:type="dxa" w:w="1096"/>
            <w:vAlign w:val="center"/>
          </w:tcPr>
          <w:p>
            <w:r/>
            <w:r>
              <w:rPr>
                <w:rFonts w:ascii="Malgun Gothic" w:hAnsi="Malgun Gothic" w:eastAsia="Malgun Gothic"/>
                <w:b w:val="0"/>
                <w:sz w:val="13"/>
              </w:rPr>
              <w:t>284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0cfab5cbe7caac82</w:t>
            </w:r>
          </w:p>
        </w:tc>
      </w:tr>
      <w:tr>
        <w:trPr>
          <w:cantSplit/>
        </w:trPr>
        <w:tc>
          <w:tcPr>
            <w:tcW w:type="dxa" w:w="1096"/>
            <w:vAlign w:val="center"/>
          </w:tcPr>
          <w:p>
            <w:r/>
            <w:r>
              <w:rPr>
                <w:rFonts w:ascii="Malgun Gothic" w:hAnsi="Malgun Gothic" w:eastAsia="Malgun Gothic"/>
                <w:b w:val="0"/>
                <w:sz w:val="13"/>
              </w:rPr>
              <w:t>285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research_continuity/07_kspon_validation_v155/stt_txt/ksponspeech_000009.txt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47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a62ad3e8091bc6e5</w:t>
            </w:r>
          </w:p>
        </w:tc>
      </w:tr>
      <w:tr>
        <w:trPr>
          <w:cantSplit/>
        </w:trPr>
        <w:tc>
          <w:tcPr>
            <w:tcW w:type="dxa" w:w="1096"/>
            <w:vAlign w:val="center"/>
          </w:tcPr>
          <w:p>
            <w:r/>
            <w:r>
              <w:rPr>
                <w:rFonts w:ascii="Malgun Gothic" w:hAnsi="Malgun Gothic" w:eastAsia="Malgun Gothic"/>
                <w:b w:val="0"/>
                <w:sz w:val="13"/>
              </w:rPr>
              <w:t>286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f6cadbc08b48d65a</w:t>
            </w:r>
          </w:p>
        </w:tc>
      </w:tr>
      <w:tr>
        <w:trPr>
          <w:cantSplit/>
        </w:trPr>
        <w:tc>
          <w:tcPr>
            <w:tcW w:type="dxa" w:w="1096"/>
            <w:vAlign w:val="center"/>
          </w:tcPr>
          <w:p>
            <w:r/>
            <w:r>
              <w:rPr>
                <w:rFonts w:ascii="Malgun Gothic" w:hAnsi="Malgun Gothic" w:eastAsia="Malgun Gothic"/>
                <w:b w:val="0"/>
                <w:sz w:val="13"/>
              </w:rPr>
              <w:t>287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54f282553c59e058</w:t>
            </w:r>
          </w:p>
        </w:tc>
      </w:tr>
      <w:tr>
        <w:trPr>
          <w:cantSplit/>
        </w:trPr>
        <w:tc>
          <w:tcPr>
            <w:tcW w:type="dxa" w:w="1096"/>
            <w:vAlign w:val="center"/>
          </w:tcPr>
          <w:p>
            <w:r/>
            <w:r>
              <w:rPr>
                <w:rFonts w:ascii="Malgun Gothic" w:hAnsi="Malgun Gothic" w:eastAsia="Malgun Gothic"/>
                <w:b w:val="0"/>
                <w:sz w:val="13"/>
              </w:rPr>
              <w:t>288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84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3c4d2919849042c3</w:t>
            </w:r>
          </w:p>
        </w:tc>
      </w:tr>
      <w:tr>
        <w:trPr>
          <w:cantSplit/>
        </w:trPr>
        <w:tc>
          <w:tcPr>
            <w:tcW w:type="dxa" w:w="1096"/>
            <w:vAlign w:val="center"/>
          </w:tcPr>
          <w:p>
            <w:r/>
            <w:r>
              <w:rPr>
                <w:rFonts w:ascii="Malgun Gothic" w:hAnsi="Malgun Gothic" w:eastAsia="Malgun Gothic"/>
                <w:b w:val="0"/>
                <w:sz w:val="13"/>
              </w:rPr>
              <w:t>289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d4b5def0a6877b71</w:t>
            </w:r>
          </w:p>
        </w:tc>
      </w:tr>
      <w:tr>
        <w:trPr>
          <w:cantSplit/>
        </w:trPr>
        <w:tc>
          <w:tcPr>
            <w:tcW w:type="dxa" w:w="1096"/>
            <w:vAlign w:val="center"/>
          </w:tcPr>
          <w:p>
            <w:r/>
            <w:r>
              <w:rPr>
                <w:rFonts w:ascii="Malgun Gothic" w:hAnsi="Malgun Gothic" w:eastAsia="Malgun Gothic"/>
                <w:b w:val="0"/>
                <w:sz w:val="13"/>
              </w:rPr>
              <w:t>290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52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a5e36b2f6c2941d8</w:t>
            </w:r>
          </w:p>
        </w:tc>
      </w:tr>
      <w:tr>
        <w:trPr>
          <w:cantSplit/>
        </w:trPr>
        <w:tc>
          <w:tcPr>
            <w:tcW w:type="dxa" w:w="1096"/>
            <w:vAlign w:val="center"/>
          </w:tcPr>
          <w:p>
            <w:r/>
            <w:r>
              <w:rPr>
                <w:rFonts w:ascii="Malgun Gothic" w:hAnsi="Malgun Gothic" w:eastAsia="Malgun Gothic"/>
                <w:b w:val="0"/>
                <w:sz w:val="13"/>
              </w:rPr>
              <w:t>291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139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a263ddf4afc5bc97</w:t>
            </w:r>
          </w:p>
        </w:tc>
      </w:tr>
      <w:tr>
        <w:trPr>
          <w:cantSplit/>
        </w:trPr>
        <w:tc>
          <w:tcPr>
            <w:tcW w:type="dxa" w:w="1096"/>
            <w:vAlign w:val="center"/>
          </w:tcPr>
          <w:p>
            <w:r/>
            <w:r>
              <w:rPr>
                <w:rFonts w:ascii="Malgun Gothic" w:hAnsi="Malgun Gothic" w:eastAsia="Malgun Gothic"/>
                <w:b w:val="0"/>
                <w:sz w:val="13"/>
              </w:rPr>
              <w:t>292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78d8b4f0c769a8d2</w:t>
            </w:r>
          </w:p>
        </w:tc>
      </w:tr>
      <w:tr>
        <w:trPr>
          <w:cantSplit/>
        </w:trPr>
        <w:tc>
          <w:tcPr>
            <w:tcW w:type="dxa" w:w="1096"/>
            <w:vAlign w:val="center"/>
          </w:tcPr>
          <w:p>
            <w:r/>
            <w:r>
              <w:rPr>
                <w:rFonts w:ascii="Malgun Gothic" w:hAnsi="Malgun Gothic" w:eastAsia="Malgun Gothic"/>
                <w:b w:val="0"/>
                <w:sz w:val="13"/>
              </w:rPr>
              <w:t>293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10cec587c6ac1aa5</w:t>
            </w:r>
          </w:p>
        </w:tc>
      </w:tr>
      <w:tr>
        <w:trPr>
          <w:cantSplit/>
        </w:trPr>
        <w:tc>
          <w:tcPr>
            <w:tcW w:type="dxa" w:w="1096"/>
            <w:vAlign w:val="center"/>
          </w:tcPr>
          <w:p>
            <w:r/>
            <w:r>
              <w:rPr>
                <w:rFonts w:ascii="Malgun Gothic" w:hAnsi="Malgun Gothic" w:eastAsia="Malgun Gothic"/>
                <w:b w:val="0"/>
                <w:sz w:val="13"/>
              </w:rPr>
              <w:t>294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5705496a97bd04e1</w:t>
            </w:r>
          </w:p>
        </w:tc>
      </w:tr>
      <w:tr>
        <w:trPr>
          <w:cantSplit/>
        </w:trPr>
        <w:tc>
          <w:tcPr>
            <w:tcW w:type="dxa" w:w="1096"/>
            <w:vAlign w:val="center"/>
          </w:tcPr>
          <w:p>
            <w:r/>
            <w:r>
              <w:rPr>
                <w:rFonts w:ascii="Malgun Gothic" w:hAnsi="Malgun Gothic" w:eastAsia="Malgun Gothic"/>
                <w:b w:val="0"/>
                <w:sz w:val="13"/>
              </w:rPr>
              <w:t>295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research_continuity/07_kspon_validation_v155/stt_txt/ksponspeech_000019.txt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05b3f8f4a698dcc8</w:t>
            </w:r>
          </w:p>
        </w:tc>
      </w:tr>
      <w:tr>
        <w:trPr>
          <w:cantSplit/>
        </w:trPr>
        <w:tc>
          <w:tcPr>
            <w:tcW w:type="dxa" w:w="1096"/>
            <w:vAlign w:val="center"/>
          </w:tcPr>
          <w:p>
            <w:r/>
            <w:r>
              <w:rPr>
                <w:rFonts w:ascii="Malgun Gothic" w:hAnsi="Malgun Gothic" w:eastAsia="Malgun Gothic"/>
                <w:b w:val="0"/>
                <w:sz w:val="13"/>
              </w:rPr>
              <w:t>296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bfebecbd43c838f3</w:t>
            </w:r>
          </w:p>
        </w:tc>
      </w:tr>
      <w:tr>
        <w:trPr>
          <w:cantSplit/>
        </w:trPr>
        <w:tc>
          <w:tcPr>
            <w:tcW w:type="dxa" w:w="1096"/>
            <w:vAlign w:val="center"/>
          </w:tcPr>
          <w:p>
            <w:r/>
            <w:r>
              <w:rPr>
                <w:rFonts w:ascii="Malgun Gothic" w:hAnsi="Malgun Gothic" w:eastAsia="Malgun Gothic"/>
                <w:b w:val="0"/>
                <w:sz w:val="13"/>
              </w:rPr>
              <w:t>297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08b35eb63efd4aaa</w:t>
            </w:r>
          </w:p>
        </w:tc>
      </w:tr>
      <w:tr>
        <w:trPr>
          <w:cantSplit/>
        </w:trPr>
        <w:tc>
          <w:tcPr>
            <w:tcW w:type="dxa" w:w="1096"/>
            <w:vAlign w:val="center"/>
          </w:tcPr>
          <w:p>
            <w:r/>
            <w:r>
              <w:rPr>
                <w:rFonts w:ascii="Malgun Gothic" w:hAnsi="Malgun Gothic" w:eastAsia="Malgun Gothic"/>
                <w:b w:val="0"/>
                <w:sz w:val="13"/>
              </w:rPr>
              <w:t>298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99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3f018e822cb7e1f3</w:t>
            </w:r>
          </w:p>
        </w:tc>
      </w:tr>
      <w:tr>
        <w:trPr>
          <w:cantSplit/>
        </w:trPr>
        <w:tc>
          <w:tcPr>
            <w:tcW w:type="dxa" w:w="1096"/>
            <w:vAlign w:val="center"/>
          </w:tcPr>
          <w:p>
            <w:r/>
            <w:r>
              <w:rPr>
                <w:rFonts w:ascii="Malgun Gothic" w:hAnsi="Malgun Gothic" w:eastAsia="Malgun Gothic"/>
                <w:b w:val="0"/>
                <w:sz w:val="13"/>
              </w:rPr>
              <w:t>299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99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92aae3f03d882d02</w:t>
            </w:r>
          </w:p>
        </w:tc>
      </w:tr>
      <w:tr>
        <w:trPr>
          <w:cantSplit/>
        </w:trPr>
        <w:tc>
          <w:tcPr>
            <w:tcW w:type="dxa" w:w="1096"/>
            <w:vAlign w:val="center"/>
          </w:tcPr>
          <w:p>
            <w:r/>
            <w:r>
              <w:rPr>
                <w:rFonts w:ascii="Malgun Gothic" w:hAnsi="Malgun Gothic" w:eastAsia="Malgun Gothic"/>
                <w:b w:val="0"/>
                <w:sz w:val="13"/>
              </w:rPr>
              <w:t>300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77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61af1552eef03873</w:t>
            </w:r>
          </w:p>
        </w:tc>
      </w:tr>
      <w:tr>
        <w:trPr>
          <w:cantSplit/>
        </w:trPr>
        <w:tc>
          <w:tcPr>
            <w:tcW w:type="dxa" w:w="1096"/>
            <w:vAlign w:val="center"/>
          </w:tcPr>
          <w:p>
            <w:r/>
            <w:r>
              <w:rPr>
                <w:rFonts w:ascii="Malgun Gothic" w:hAnsi="Malgun Gothic" w:eastAsia="Malgun Gothic"/>
                <w:b w:val="0"/>
                <w:sz w:val="13"/>
              </w:rPr>
              <w:t>301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07dd93c6901ad36a</w:t>
            </w:r>
          </w:p>
        </w:tc>
      </w:tr>
      <w:tr>
        <w:trPr>
          <w:cantSplit/>
        </w:trPr>
        <w:tc>
          <w:tcPr>
            <w:tcW w:type="dxa" w:w="1096"/>
            <w:vAlign w:val="center"/>
          </w:tcPr>
          <w:p>
            <w:r/>
            <w:r>
              <w:rPr>
                <w:rFonts w:ascii="Malgun Gothic" w:hAnsi="Malgun Gothic" w:eastAsia="Malgun Gothic"/>
                <w:b w:val="0"/>
                <w:sz w:val="13"/>
              </w:rPr>
              <w:t>302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4415cbcf0cc4a9f9</w:t>
            </w:r>
          </w:p>
        </w:tc>
      </w:tr>
      <w:tr>
        <w:trPr>
          <w:cantSplit/>
        </w:trPr>
        <w:tc>
          <w:tcPr>
            <w:tcW w:type="dxa" w:w="1096"/>
            <w:vAlign w:val="center"/>
          </w:tcPr>
          <w:p>
            <w:r/>
            <w:r>
              <w:rPr>
                <w:rFonts w:ascii="Malgun Gothic" w:hAnsi="Malgun Gothic" w:eastAsia="Malgun Gothic"/>
                <w:b w:val="0"/>
                <w:sz w:val="13"/>
              </w:rPr>
              <w:t>303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102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e3c7a6ffb4232a8b</w:t>
            </w:r>
          </w:p>
        </w:tc>
      </w:tr>
      <w:tr>
        <w:trPr>
          <w:cantSplit/>
        </w:trPr>
        <w:tc>
          <w:tcPr>
            <w:tcW w:type="dxa" w:w="1096"/>
            <w:vAlign w:val="center"/>
          </w:tcPr>
          <w:p>
            <w:r/>
            <w:r>
              <w:rPr>
                <w:rFonts w:ascii="Malgun Gothic" w:hAnsi="Malgun Gothic" w:eastAsia="Malgun Gothic"/>
                <w:b w:val="0"/>
                <w:sz w:val="13"/>
              </w:rPr>
              <w:t>304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738bbdcd1fee5e4c</w:t>
            </w:r>
          </w:p>
        </w:tc>
      </w:tr>
      <w:tr>
        <w:trPr>
          <w:cantSplit/>
        </w:trPr>
        <w:tc>
          <w:tcPr>
            <w:tcW w:type="dxa" w:w="1096"/>
            <w:vAlign w:val="center"/>
          </w:tcPr>
          <w:p>
            <w:r/>
            <w:r>
              <w:rPr>
                <w:rFonts w:ascii="Malgun Gothic" w:hAnsi="Malgun Gothic" w:eastAsia="Malgun Gothic"/>
                <w:b w:val="0"/>
                <w:sz w:val="13"/>
              </w:rPr>
              <w:t>305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research_continuity/07_kspon_validation_v155/stt_txt/ksponspeech_000029.txt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d0b5eebde68b9538</w:t>
            </w:r>
          </w:p>
        </w:tc>
      </w:tr>
      <w:tr>
        <w:trPr>
          <w:cantSplit/>
        </w:trPr>
        <w:tc>
          <w:tcPr>
            <w:tcW w:type="dxa" w:w="1096"/>
            <w:vAlign w:val="center"/>
          </w:tcPr>
          <w:p>
            <w:r/>
            <w:r>
              <w:rPr>
                <w:rFonts w:ascii="Malgun Gothic" w:hAnsi="Malgun Gothic" w:eastAsia="Malgun Gothic"/>
                <w:b w:val="0"/>
                <w:sz w:val="13"/>
              </w:rPr>
              <w:t>306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234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c46694a046d2c6cb</w:t>
            </w:r>
          </w:p>
        </w:tc>
      </w:tr>
      <w:tr>
        <w:trPr>
          <w:cantSplit/>
        </w:trPr>
        <w:tc>
          <w:tcPr>
            <w:tcW w:type="dxa" w:w="1096"/>
            <w:vAlign w:val="center"/>
          </w:tcPr>
          <w:p>
            <w:r/>
            <w:r>
              <w:rPr>
                <w:rFonts w:ascii="Malgun Gothic" w:hAnsi="Malgun Gothic" w:eastAsia="Malgun Gothic"/>
                <w:b w:val="0"/>
                <w:sz w:val="13"/>
              </w:rPr>
              <w:t>307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42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ec3fad93aceef073</w:t>
            </w:r>
          </w:p>
        </w:tc>
      </w:tr>
      <w:tr>
        <w:trPr>
          <w:cantSplit/>
        </w:trPr>
        <w:tc>
          <w:tcPr>
            <w:tcW w:type="dxa" w:w="1096"/>
            <w:vAlign w:val="center"/>
          </w:tcPr>
          <w:p>
            <w:r/>
            <w:r>
              <w:rPr>
                <w:rFonts w:ascii="Malgun Gothic" w:hAnsi="Malgun Gothic" w:eastAsia="Malgun Gothic"/>
                <w:b w:val="0"/>
                <w:sz w:val="13"/>
              </w:rPr>
              <w:t>308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dfc453cb53cf37cc</w:t>
            </w:r>
          </w:p>
        </w:tc>
      </w:tr>
      <w:tr>
        <w:trPr>
          <w:cantSplit/>
        </w:trPr>
        <w:tc>
          <w:tcPr>
            <w:tcW w:type="dxa" w:w="1096"/>
            <w:vAlign w:val="center"/>
          </w:tcPr>
          <w:p>
            <w:r/>
            <w:r>
              <w:rPr>
                <w:rFonts w:ascii="Malgun Gothic" w:hAnsi="Malgun Gothic" w:eastAsia="Malgun Gothic"/>
                <w:b w:val="0"/>
                <w:sz w:val="13"/>
              </w:rPr>
              <w:t>309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b937467830667fd1</w:t>
            </w:r>
          </w:p>
        </w:tc>
      </w:tr>
      <w:tr>
        <w:trPr>
          <w:cantSplit/>
        </w:trPr>
        <w:tc>
          <w:tcPr>
            <w:tcW w:type="dxa" w:w="1096"/>
            <w:vAlign w:val="center"/>
          </w:tcPr>
          <w:p>
            <w:r/>
            <w:r>
              <w:rPr>
                <w:rFonts w:ascii="Malgun Gothic" w:hAnsi="Malgun Gothic" w:eastAsia="Malgun Gothic"/>
                <w:b w:val="0"/>
                <w:sz w:val="13"/>
              </w:rPr>
              <w:t>310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f6ad4472fedfdf0c</w:t>
            </w:r>
          </w:p>
        </w:tc>
      </w:tr>
      <w:tr>
        <w:trPr>
          <w:cantSplit/>
        </w:trPr>
        <w:tc>
          <w:tcPr>
            <w:tcW w:type="dxa" w:w="1096"/>
            <w:vAlign w:val="center"/>
          </w:tcPr>
          <w:p>
            <w:r/>
            <w:r>
              <w:rPr>
                <w:rFonts w:ascii="Malgun Gothic" w:hAnsi="Malgun Gothic" w:eastAsia="Malgun Gothic"/>
                <w:b w:val="0"/>
                <w:sz w:val="13"/>
              </w:rPr>
              <w:t>311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e762a11ed893447c</w:t>
            </w:r>
          </w:p>
        </w:tc>
      </w:tr>
      <w:tr>
        <w:trPr>
          <w:cantSplit/>
        </w:trPr>
        <w:tc>
          <w:tcPr>
            <w:tcW w:type="dxa" w:w="1096"/>
            <w:vAlign w:val="center"/>
          </w:tcPr>
          <w:p>
            <w:r/>
            <w:r>
              <w:rPr>
                <w:rFonts w:ascii="Malgun Gothic" w:hAnsi="Malgun Gothic" w:eastAsia="Malgun Gothic"/>
                <w:b w:val="0"/>
                <w:sz w:val="13"/>
              </w:rPr>
              <w:t>312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b250c69c8ba21a3b</w:t>
            </w:r>
          </w:p>
        </w:tc>
      </w:tr>
      <w:tr>
        <w:trPr>
          <w:cantSplit/>
        </w:trPr>
        <w:tc>
          <w:tcPr>
            <w:tcW w:type="dxa" w:w="1096"/>
            <w:vAlign w:val="center"/>
          </w:tcPr>
          <w:p>
            <w:r/>
            <w:r>
              <w:rPr>
                <w:rFonts w:ascii="Malgun Gothic" w:hAnsi="Malgun Gothic" w:eastAsia="Malgun Gothic"/>
                <w:b w:val="0"/>
                <w:sz w:val="13"/>
              </w:rPr>
              <w:t>313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44cbdf78dfd82274</w:t>
            </w:r>
          </w:p>
        </w:tc>
      </w:tr>
      <w:tr>
        <w:trPr>
          <w:cantSplit/>
        </w:trPr>
        <w:tc>
          <w:tcPr>
            <w:tcW w:type="dxa" w:w="1096"/>
            <w:vAlign w:val="center"/>
          </w:tcPr>
          <w:p>
            <w:r/>
            <w:r>
              <w:rPr>
                <w:rFonts w:ascii="Malgun Gothic" w:hAnsi="Malgun Gothic" w:eastAsia="Malgun Gothic"/>
                <w:b w:val="0"/>
                <w:sz w:val="13"/>
              </w:rPr>
              <w:t>314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01338100d6a8f5d0</w:t>
            </w:r>
          </w:p>
        </w:tc>
      </w:tr>
      <w:tr>
        <w:trPr>
          <w:cantSplit/>
        </w:trPr>
        <w:tc>
          <w:tcPr>
            <w:tcW w:type="dxa" w:w="1096"/>
            <w:vAlign w:val="center"/>
          </w:tcPr>
          <w:p>
            <w:r/>
            <w:r>
              <w:rPr>
                <w:rFonts w:ascii="Malgun Gothic" w:hAnsi="Malgun Gothic" w:eastAsia="Malgun Gothic"/>
                <w:b w:val="0"/>
                <w:sz w:val="13"/>
              </w:rPr>
              <w:t>315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research_continuity/07_kspon_validation_v155/stt_txt/ksponspeech_000039.txt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131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1ce46e0290aeb7cf</w:t>
            </w:r>
          </w:p>
        </w:tc>
      </w:tr>
      <w:tr>
        <w:trPr>
          <w:cantSplit/>
        </w:trPr>
        <w:tc>
          <w:tcPr>
            <w:tcW w:type="dxa" w:w="1096"/>
            <w:vAlign w:val="center"/>
          </w:tcPr>
          <w:p>
            <w:r/>
            <w:r>
              <w:rPr>
                <w:rFonts w:ascii="Malgun Gothic" w:hAnsi="Malgun Gothic" w:eastAsia="Malgun Gothic"/>
                <w:b w:val="0"/>
                <w:sz w:val="13"/>
              </w:rPr>
              <w:t>316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232486ae5ab04b36</w:t>
            </w:r>
          </w:p>
        </w:tc>
      </w:tr>
      <w:tr>
        <w:trPr>
          <w:cantSplit/>
        </w:trPr>
        <w:tc>
          <w:tcPr>
            <w:tcW w:type="dxa" w:w="1096"/>
            <w:vAlign w:val="center"/>
          </w:tcPr>
          <w:p>
            <w:r/>
            <w:r>
              <w:rPr>
                <w:rFonts w:ascii="Malgun Gothic" w:hAnsi="Malgun Gothic" w:eastAsia="Malgun Gothic"/>
                <w:b w:val="0"/>
                <w:sz w:val="13"/>
              </w:rPr>
              <w:t>317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43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a741e8d756e4f3af</w:t>
            </w:r>
          </w:p>
        </w:tc>
      </w:tr>
      <w:tr>
        <w:trPr>
          <w:cantSplit/>
        </w:trPr>
        <w:tc>
          <w:tcPr>
            <w:tcW w:type="dxa" w:w="1096"/>
            <w:vAlign w:val="center"/>
          </w:tcPr>
          <w:p>
            <w:r/>
            <w:r>
              <w:rPr>
                <w:rFonts w:ascii="Malgun Gothic" w:hAnsi="Malgun Gothic" w:eastAsia="Malgun Gothic"/>
                <w:b w:val="0"/>
                <w:sz w:val="13"/>
              </w:rPr>
              <w:t>318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137fc70988a5ed7f</w:t>
            </w:r>
          </w:p>
        </w:tc>
      </w:tr>
      <w:tr>
        <w:trPr>
          <w:cantSplit/>
        </w:trPr>
        <w:tc>
          <w:tcPr>
            <w:tcW w:type="dxa" w:w="1096"/>
            <w:vAlign w:val="center"/>
          </w:tcPr>
          <w:p>
            <w:r/>
            <w:r>
              <w:rPr>
                <w:rFonts w:ascii="Malgun Gothic" w:hAnsi="Malgun Gothic" w:eastAsia="Malgun Gothic"/>
                <w:b w:val="0"/>
                <w:sz w:val="13"/>
              </w:rPr>
              <w:t>319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b0ef196162ab6f5e</w:t>
            </w:r>
          </w:p>
        </w:tc>
      </w:tr>
      <w:tr>
        <w:trPr>
          <w:cantSplit/>
        </w:trPr>
        <w:tc>
          <w:tcPr>
            <w:tcW w:type="dxa" w:w="1096"/>
            <w:vAlign w:val="center"/>
          </w:tcPr>
          <w:p>
            <w:r/>
            <w:r>
              <w:rPr>
                <w:rFonts w:ascii="Malgun Gothic" w:hAnsi="Malgun Gothic" w:eastAsia="Malgun Gothic"/>
                <w:b w:val="0"/>
                <w:sz w:val="13"/>
              </w:rPr>
              <w:t>320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2a4ce4e99fadf73d</w:t>
            </w:r>
          </w:p>
        </w:tc>
      </w:tr>
    </w:tbl>
    <w:p/>
    <w:p>
      <w:r>
        <w:rPr>
          <w:b/>
        </w:rPr>
        <w:t>부록 표 A-5.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321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8da1fb06d015e5d5</w:t>
            </w:r>
          </w:p>
        </w:tc>
      </w:tr>
      <w:tr>
        <w:trPr>
          <w:cantSplit/>
        </w:trPr>
        <w:tc>
          <w:tcPr>
            <w:tcW w:type="dxa" w:w="1096"/>
            <w:vAlign w:val="center"/>
          </w:tcPr>
          <w:p>
            <w:r/>
            <w:r>
              <w:rPr>
                <w:rFonts w:ascii="Malgun Gothic" w:hAnsi="Malgun Gothic" w:eastAsia="Malgun Gothic"/>
                <w:b w:val="0"/>
                <w:sz w:val="13"/>
              </w:rPr>
              <w:t>322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125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bc486acbc698b7a9</w:t>
            </w:r>
          </w:p>
        </w:tc>
      </w:tr>
      <w:tr>
        <w:trPr>
          <w:cantSplit/>
        </w:trPr>
        <w:tc>
          <w:tcPr>
            <w:tcW w:type="dxa" w:w="1096"/>
            <w:vAlign w:val="center"/>
          </w:tcPr>
          <w:p>
            <w:r/>
            <w:r>
              <w:rPr>
                <w:rFonts w:ascii="Malgun Gothic" w:hAnsi="Malgun Gothic" w:eastAsia="Malgun Gothic"/>
                <w:b w:val="0"/>
                <w:sz w:val="13"/>
              </w:rPr>
              <w:t>323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409d6c69f984f386</w:t>
            </w:r>
          </w:p>
        </w:tc>
      </w:tr>
      <w:tr>
        <w:trPr>
          <w:cantSplit/>
        </w:trPr>
        <w:tc>
          <w:tcPr>
            <w:tcW w:type="dxa" w:w="1096"/>
            <w:vAlign w:val="center"/>
          </w:tcPr>
          <w:p>
            <w:r/>
            <w:r>
              <w:rPr>
                <w:rFonts w:ascii="Malgun Gothic" w:hAnsi="Malgun Gothic" w:eastAsia="Malgun Gothic"/>
                <w:b w:val="0"/>
                <w:sz w:val="13"/>
              </w:rPr>
              <w:t>324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6bad80ee6406c8b2</w:t>
            </w:r>
          </w:p>
        </w:tc>
      </w:tr>
      <w:tr>
        <w:trPr>
          <w:cantSplit/>
        </w:trPr>
        <w:tc>
          <w:tcPr>
            <w:tcW w:type="dxa" w:w="1096"/>
            <w:vAlign w:val="center"/>
          </w:tcPr>
          <w:p>
            <w:r/>
            <w:r>
              <w:rPr>
                <w:rFonts w:ascii="Malgun Gothic" w:hAnsi="Malgun Gothic" w:eastAsia="Malgun Gothic"/>
                <w:b w:val="0"/>
                <w:sz w:val="13"/>
              </w:rPr>
              <w:t>325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research_continuity/07_kspon_validation_v155/stt_txt/ksponspeech_000049.txt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49a7495a0a9d0dcd</w:t>
            </w:r>
          </w:p>
        </w:tc>
      </w:tr>
      <w:tr>
        <w:trPr>
          <w:cantSplit/>
        </w:trPr>
        <w:tc>
          <w:tcPr>
            <w:tcW w:type="dxa" w:w="1096"/>
            <w:vAlign w:val="center"/>
          </w:tcPr>
          <w:p>
            <w:r/>
            <w:r>
              <w:rPr>
                <w:rFonts w:ascii="Malgun Gothic" w:hAnsi="Malgun Gothic" w:eastAsia="Malgun Gothic"/>
                <w:b w:val="0"/>
                <w:sz w:val="13"/>
              </w:rPr>
              <w:t>326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research_continuity/07_kspon_validation_v155/stt_txt/ksponspeech_000050.txt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db0372f02d55faf4</w:t>
            </w:r>
          </w:p>
        </w:tc>
      </w:tr>
      <w:tr>
        <w:trPr>
          <w:cantSplit/>
        </w:trPr>
        <w:tc>
          <w:tcPr>
            <w:tcW w:type="dxa" w:w="1096"/>
            <w:vAlign w:val="center"/>
          </w:tcPr>
          <w:p>
            <w:r/>
            <w:r>
              <w:rPr>
                <w:rFonts w:ascii="Malgun Gothic" w:hAnsi="Malgun Gothic" w:eastAsia="Malgun Gothic"/>
                <w:b w:val="0"/>
                <w:sz w:val="13"/>
              </w:rPr>
              <w:t>327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research_continuity/07_kspon_validation_v156/kspon_hypothesis_discovery_v156.csv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5,658</w:t>
            </w:r>
          </w:p>
        </w:tc>
        <w:tc>
          <w:tcPr>
            <w:tcW w:type="dxa" w:w="1096"/>
            <w:vAlign w:val="center"/>
          </w:tcPr>
          <w:p>
            <w:r/>
            <w:r>
              <w:rPr>
                <w:rFonts w:ascii="Malgun Gothic" w:hAnsi="Malgun Gothic" w:eastAsia="Malgun Gothic"/>
                <w:b w:val="0"/>
                <w:sz w:val="13"/>
              </w:rPr>
              <w:t>54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294179f19d646618</w:t>
            </w:r>
          </w:p>
        </w:tc>
      </w:tr>
      <w:tr>
        <w:trPr>
          <w:cantSplit/>
        </w:trPr>
        <w:tc>
          <w:tcPr>
            <w:tcW w:type="dxa" w:w="1096"/>
            <w:vAlign w:val="center"/>
          </w:tcPr>
          <w:p>
            <w:r/>
            <w:r>
              <w:rPr>
                <w:rFonts w:ascii="Malgun Gothic" w:hAnsi="Malgun Gothic" w:eastAsia="Malgun Gothic"/>
                <w:b w:val="0"/>
                <w:sz w:val="13"/>
              </w:rPr>
              <w:t>328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research_continuity/07_kspon_validation_v156/kspon_pcm_txt_pairs_v156.csv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4,289,819</w:t>
            </w:r>
          </w:p>
        </w:tc>
        <w:tc>
          <w:tcPr>
            <w:tcW w:type="dxa" w:w="1096"/>
            <w:vAlign w:val="center"/>
          </w:tcPr>
          <w:p>
            <w:r/>
            <w:r>
              <w:rPr>
                <w:rFonts w:ascii="Malgun Gothic" w:hAnsi="Malgun Gothic" w:eastAsia="Malgun Gothic"/>
                <w:b w:val="0"/>
                <w:sz w:val="13"/>
              </w:rPr>
              <w:t>17,622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6b48ccc39c6c8f4b</w:t>
            </w:r>
          </w:p>
        </w:tc>
      </w:tr>
      <w:tr>
        <w:trPr>
          <w:cantSplit/>
        </w:trPr>
        <w:tc>
          <w:tcPr>
            <w:tcW w:type="dxa" w:w="1096"/>
            <w:vAlign w:val="center"/>
          </w:tcPr>
          <w:p>
            <w:r/>
            <w:r>
              <w:rPr>
                <w:rFonts w:ascii="Malgun Gothic" w:hAnsi="Malgun Gothic" w:eastAsia="Malgun Gothic"/>
                <w:b w:val="0"/>
                <w:sz w:val="13"/>
              </w:rPr>
              <w:t>329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research_continuity/07_kspon_validation_v156/kspon_source_discovery_v156.csv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01ba4719c80b6fe9</w:t>
            </w:r>
          </w:p>
        </w:tc>
      </w:tr>
      <w:tr>
        <w:trPr>
          <w:cantSplit/>
        </w:trPr>
        <w:tc>
          <w:tcPr>
            <w:tcW w:type="dxa" w:w="1096"/>
            <w:vAlign w:val="center"/>
          </w:tcPr>
          <w:p>
            <w:r/>
            <w:r>
              <w:rPr>
                <w:rFonts w:ascii="Malgun Gothic" w:hAnsi="Malgun Gothic" w:eastAsia="Malgun Gothic"/>
                <w:b w:val="0"/>
                <w:sz w:val="13"/>
              </w:rPr>
              <w:t>330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research_continuity/07_kspon_validation_v156/kspon_wer_cer_by_file_v156.csv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28,779</w:t>
            </w:r>
          </w:p>
        </w:tc>
        <w:tc>
          <w:tcPr>
            <w:tcW w:type="dxa" w:w="1096"/>
            <w:vAlign w:val="center"/>
          </w:tcPr>
          <w:p>
            <w:r/>
            <w:r>
              <w:rPr>
                <w:rFonts w:ascii="Malgun Gothic" w:hAnsi="Malgun Gothic" w:eastAsia="Malgun Gothic"/>
                <w:b w:val="0"/>
                <w:sz w:val="13"/>
              </w:rPr>
              <w:t>100</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0ba91c838d429da4</w:t>
            </w:r>
          </w:p>
        </w:tc>
      </w:tr>
      <w:tr>
        <w:trPr>
          <w:cantSplit/>
        </w:trPr>
        <w:tc>
          <w:tcPr>
            <w:tcW w:type="dxa" w:w="1096"/>
            <w:vAlign w:val="center"/>
          </w:tcPr>
          <w:p>
            <w:r/>
            <w:r>
              <w:rPr>
                <w:rFonts w:ascii="Malgun Gothic" w:hAnsi="Malgun Gothic" w:eastAsia="Malgun Gothic"/>
                <w:b w:val="0"/>
                <w:sz w:val="13"/>
              </w:rPr>
              <w:t>331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research_continuity/07_kspon_validation_v156/kspon_wer_cer_summary_v156.csv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3aabd497a398d851</w:t>
            </w:r>
          </w:p>
        </w:tc>
      </w:tr>
      <w:tr>
        <w:trPr>
          <w:cantSplit/>
        </w:trPr>
        <w:tc>
          <w:tcPr>
            <w:tcW w:type="dxa" w:w="1096"/>
            <w:vAlign w:val="center"/>
          </w:tcPr>
          <w:p>
            <w:r/>
            <w:r>
              <w:rPr>
                <w:rFonts w:ascii="Malgun Gothic" w:hAnsi="Malgun Gothic" w:eastAsia="Malgun Gothic"/>
                <w:b w:val="0"/>
                <w:sz w:val="13"/>
              </w:rPr>
              <w:t>332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c7271cc9cd26118f</w:t>
            </w:r>
          </w:p>
        </w:tc>
      </w:tr>
      <w:tr>
        <w:trPr>
          <w:cantSplit/>
        </w:trPr>
        <w:tc>
          <w:tcPr>
            <w:tcW w:type="dxa" w:w="1096"/>
            <w:vAlign w:val="center"/>
          </w:tcPr>
          <w:p>
            <w:r/>
            <w:r>
              <w:rPr>
                <w:rFonts w:ascii="Malgun Gothic" w:hAnsi="Malgun Gothic" w:eastAsia="Malgun Gothic"/>
                <w:b w:val="0"/>
                <w:sz w:val="13"/>
              </w:rPr>
              <w:t>333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156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533b55271bf5416d</w:t>
            </w:r>
          </w:p>
        </w:tc>
      </w:tr>
      <w:tr>
        <w:trPr>
          <w:cantSplit/>
        </w:trPr>
        <w:tc>
          <w:tcPr>
            <w:tcW w:type="dxa" w:w="1096"/>
            <w:vAlign w:val="center"/>
          </w:tcPr>
          <w:p>
            <w:r/>
            <w:r>
              <w:rPr>
                <w:rFonts w:ascii="Malgun Gothic" w:hAnsi="Malgun Gothic" w:eastAsia="Malgun Gothic"/>
                <w:b w:val="0"/>
                <w:sz w:val="13"/>
              </w:rPr>
              <w:t>334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121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8ebe6b30da2bab00</w:t>
            </w:r>
          </w:p>
        </w:tc>
      </w:tr>
      <w:tr>
        <w:trPr>
          <w:cantSplit/>
        </w:trPr>
        <w:tc>
          <w:tcPr>
            <w:tcW w:type="dxa" w:w="1096"/>
            <w:vAlign w:val="center"/>
          </w:tcPr>
          <w:p>
            <w:r/>
            <w:r>
              <w:rPr>
                <w:rFonts w:ascii="Malgun Gothic" w:hAnsi="Malgun Gothic" w:eastAsia="Malgun Gothic"/>
                <w:b w:val="0"/>
                <w:sz w:val="13"/>
              </w:rPr>
              <w:t>335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8926dd9bf6a8447b</w:t>
            </w:r>
          </w:p>
        </w:tc>
      </w:tr>
      <w:tr>
        <w:trPr>
          <w:cantSplit/>
        </w:trPr>
        <w:tc>
          <w:tcPr>
            <w:tcW w:type="dxa" w:w="1096"/>
            <w:vAlign w:val="center"/>
          </w:tcPr>
          <w:p>
            <w:r/>
            <w:r>
              <w:rPr>
                <w:rFonts w:ascii="Malgun Gothic" w:hAnsi="Malgun Gothic" w:eastAsia="Malgun Gothic"/>
                <w:b w:val="0"/>
                <w:sz w:val="13"/>
              </w:rPr>
              <w:t>336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58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41b6026e2e11c5a5</w:t>
            </w:r>
          </w:p>
        </w:tc>
      </w:tr>
      <w:tr>
        <w:trPr>
          <w:cantSplit/>
        </w:trPr>
        <w:tc>
          <w:tcPr>
            <w:tcW w:type="dxa" w:w="1096"/>
            <w:vAlign w:val="center"/>
          </w:tcPr>
          <w:p>
            <w:r/>
            <w:r>
              <w:rPr>
                <w:rFonts w:ascii="Malgun Gothic" w:hAnsi="Malgun Gothic" w:eastAsia="Malgun Gothic"/>
                <w:b w:val="0"/>
                <w:sz w:val="13"/>
              </w:rPr>
              <w:t>337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72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8fd91ceb5c320e3f</w:t>
            </w:r>
          </w:p>
        </w:tc>
      </w:tr>
      <w:tr>
        <w:trPr>
          <w:cantSplit/>
        </w:trPr>
        <w:tc>
          <w:tcPr>
            <w:tcW w:type="dxa" w:w="1096"/>
            <w:vAlign w:val="center"/>
          </w:tcPr>
          <w:p>
            <w:r/>
            <w:r>
              <w:rPr>
                <w:rFonts w:ascii="Malgun Gothic" w:hAnsi="Malgun Gothic" w:eastAsia="Malgun Gothic"/>
                <w:b w:val="0"/>
                <w:sz w:val="13"/>
              </w:rPr>
              <w:t>338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179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bc23d883b5f85f07</w:t>
            </w:r>
          </w:p>
        </w:tc>
      </w:tr>
      <w:tr>
        <w:trPr>
          <w:cantSplit/>
        </w:trPr>
        <w:tc>
          <w:tcPr>
            <w:tcW w:type="dxa" w:w="1096"/>
            <w:vAlign w:val="center"/>
          </w:tcPr>
          <w:p>
            <w:r/>
            <w:r>
              <w:rPr>
                <w:rFonts w:ascii="Malgun Gothic" w:hAnsi="Malgun Gothic" w:eastAsia="Malgun Gothic"/>
                <w:b w:val="0"/>
                <w:sz w:val="13"/>
              </w:rPr>
              <w:t>339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0cfab5cbe7caac82</w:t>
            </w:r>
          </w:p>
        </w:tc>
      </w:tr>
      <w:tr>
        <w:trPr>
          <w:cantSplit/>
        </w:trPr>
        <w:tc>
          <w:tcPr>
            <w:tcW w:type="dxa" w:w="1096"/>
            <w:vAlign w:val="center"/>
          </w:tcPr>
          <w:p>
            <w:r/>
            <w:r>
              <w:rPr>
                <w:rFonts w:ascii="Malgun Gothic" w:hAnsi="Malgun Gothic" w:eastAsia="Malgun Gothic"/>
                <w:b w:val="0"/>
                <w:sz w:val="13"/>
              </w:rPr>
              <w:t>340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research_continuity/07_kspon_validation_v156/stt_txt/ksponspeech_000009.txt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47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a62ad3e8091bc6e5</w:t>
            </w:r>
          </w:p>
        </w:tc>
      </w:tr>
      <w:tr>
        <w:trPr>
          <w:cantSplit/>
        </w:trPr>
        <w:tc>
          <w:tcPr>
            <w:tcW w:type="dxa" w:w="1096"/>
            <w:vAlign w:val="center"/>
          </w:tcPr>
          <w:p>
            <w:r/>
            <w:r>
              <w:rPr>
                <w:rFonts w:ascii="Malgun Gothic" w:hAnsi="Malgun Gothic" w:eastAsia="Malgun Gothic"/>
                <w:b w:val="0"/>
                <w:sz w:val="13"/>
              </w:rPr>
              <w:t>341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f6cadbc08b48d65a</w:t>
            </w:r>
          </w:p>
        </w:tc>
      </w:tr>
      <w:tr>
        <w:trPr>
          <w:cantSplit/>
        </w:trPr>
        <w:tc>
          <w:tcPr>
            <w:tcW w:type="dxa" w:w="1096"/>
            <w:vAlign w:val="center"/>
          </w:tcPr>
          <w:p>
            <w:r/>
            <w:r>
              <w:rPr>
                <w:rFonts w:ascii="Malgun Gothic" w:hAnsi="Malgun Gothic" w:eastAsia="Malgun Gothic"/>
                <w:b w:val="0"/>
                <w:sz w:val="13"/>
              </w:rPr>
              <w:t>342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54f282553c59e058</w:t>
            </w:r>
          </w:p>
        </w:tc>
      </w:tr>
      <w:tr>
        <w:trPr>
          <w:cantSplit/>
        </w:trPr>
        <w:tc>
          <w:tcPr>
            <w:tcW w:type="dxa" w:w="1096"/>
            <w:vAlign w:val="center"/>
          </w:tcPr>
          <w:p>
            <w:r/>
            <w:r>
              <w:rPr>
                <w:rFonts w:ascii="Malgun Gothic" w:hAnsi="Malgun Gothic" w:eastAsia="Malgun Gothic"/>
                <w:b w:val="0"/>
                <w:sz w:val="13"/>
              </w:rPr>
              <w:t>343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84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3c4d2919849042c3</w:t>
            </w:r>
          </w:p>
        </w:tc>
      </w:tr>
      <w:tr>
        <w:trPr>
          <w:cantSplit/>
        </w:trPr>
        <w:tc>
          <w:tcPr>
            <w:tcW w:type="dxa" w:w="1096"/>
            <w:vAlign w:val="center"/>
          </w:tcPr>
          <w:p>
            <w:r/>
            <w:r>
              <w:rPr>
                <w:rFonts w:ascii="Malgun Gothic" w:hAnsi="Malgun Gothic" w:eastAsia="Malgun Gothic"/>
                <w:b w:val="0"/>
                <w:sz w:val="13"/>
              </w:rPr>
              <w:t>344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d4b5def0a6877b71</w:t>
            </w:r>
          </w:p>
        </w:tc>
      </w:tr>
      <w:tr>
        <w:trPr>
          <w:cantSplit/>
        </w:trPr>
        <w:tc>
          <w:tcPr>
            <w:tcW w:type="dxa" w:w="1096"/>
            <w:vAlign w:val="center"/>
          </w:tcPr>
          <w:p>
            <w:r/>
            <w:r>
              <w:rPr>
                <w:rFonts w:ascii="Malgun Gothic" w:hAnsi="Malgun Gothic" w:eastAsia="Malgun Gothic"/>
                <w:b w:val="0"/>
                <w:sz w:val="13"/>
              </w:rPr>
              <w:t>345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52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a5e36b2f6c2941d8</w:t>
            </w:r>
          </w:p>
        </w:tc>
      </w:tr>
      <w:tr>
        <w:trPr>
          <w:cantSplit/>
        </w:trPr>
        <w:tc>
          <w:tcPr>
            <w:tcW w:type="dxa" w:w="1096"/>
            <w:vAlign w:val="center"/>
          </w:tcPr>
          <w:p>
            <w:r/>
            <w:r>
              <w:rPr>
                <w:rFonts w:ascii="Malgun Gothic" w:hAnsi="Malgun Gothic" w:eastAsia="Malgun Gothic"/>
                <w:b w:val="0"/>
                <w:sz w:val="13"/>
              </w:rPr>
              <w:t>346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139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a263ddf4afc5bc97</w:t>
            </w:r>
          </w:p>
        </w:tc>
      </w:tr>
      <w:tr>
        <w:trPr>
          <w:cantSplit/>
        </w:trPr>
        <w:tc>
          <w:tcPr>
            <w:tcW w:type="dxa" w:w="1096"/>
            <w:vAlign w:val="center"/>
          </w:tcPr>
          <w:p>
            <w:r/>
            <w:r>
              <w:rPr>
                <w:rFonts w:ascii="Malgun Gothic" w:hAnsi="Malgun Gothic" w:eastAsia="Malgun Gothic"/>
                <w:b w:val="0"/>
                <w:sz w:val="13"/>
              </w:rPr>
              <w:t>347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78d8b4f0c769a8d2</w:t>
            </w:r>
          </w:p>
        </w:tc>
      </w:tr>
      <w:tr>
        <w:trPr>
          <w:cantSplit/>
        </w:trPr>
        <w:tc>
          <w:tcPr>
            <w:tcW w:type="dxa" w:w="1096"/>
            <w:vAlign w:val="center"/>
          </w:tcPr>
          <w:p>
            <w:r/>
            <w:r>
              <w:rPr>
                <w:rFonts w:ascii="Malgun Gothic" w:hAnsi="Malgun Gothic" w:eastAsia="Malgun Gothic"/>
                <w:b w:val="0"/>
                <w:sz w:val="13"/>
              </w:rPr>
              <w:t>348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10cec587c6ac1aa5</w:t>
            </w:r>
          </w:p>
        </w:tc>
      </w:tr>
      <w:tr>
        <w:trPr>
          <w:cantSplit/>
        </w:trPr>
        <w:tc>
          <w:tcPr>
            <w:tcW w:type="dxa" w:w="1096"/>
            <w:vAlign w:val="center"/>
          </w:tcPr>
          <w:p>
            <w:r/>
            <w:r>
              <w:rPr>
                <w:rFonts w:ascii="Malgun Gothic" w:hAnsi="Malgun Gothic" w:eastAsia="Malgun Gothic"/>
                <w:b w:val="0"/>
                <w:sz w:val="13"/>
              </w:rPr>
              <w:t>349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5705496a97bd04e1</w:t>
            </w:r>
          </w:p>
        </w:tc>
      </w:tr>
      <w:tr>
        <w:trPr>
          <w:cantSplit/>
        </w:trPr>
        <w:tc>
          <w:tcPr>
            <w:tcW w:type="dxa" w:w="1096"/>
            <w:vAlign w:val="center"/>
          </w:tcPr>
          <w:p>
            <w:r/>
            <w:r>
              <w:rPr>
                <w:rFonts w:ascii="Malgun Gothic" w:hAnsi="Malgun Gothic" w:eastAsia="Malgun Gothic"/>
                <w:b w:val="0"/>
                <w:sz w:val="13"/>
              </w:rPr>
              <w:t>350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research_continuity/07_kspon_validation_v156/stt_txt/ksponspeech_000019.txt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05b3f8f4a698dcc8</w:t>
            </w:r>
          </w:p>
        </w:tc>
      </w:tr>
      <w:tr>
        <w:trPr>
          <w:cantSplit/>
        </w:trPr>
        <w:tc>
          <w:tcPr>
            <w:tcW w:type="dxa" w:w="1096"/>
            <w:vAlign w:val="center"/>
          </w:tcPr>
          <w:p>
            <w:r/>
            <w:r>
              <w:rPr>
                <w:rFonts w:ascii="Malgun Gothic" w:hAnsi="Malgun Gothic" w:eastAsia="Malgun Gothic"/>
                <w:b w:val="0"/>
                <w:sz w:val="13"/>
              </w:rPr>
              <w:t>351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bfebecbd43c838f3</w:t>
            </w:r>
          </w:p>
        </w:tc>
      </w:tr>
      <w:tr>
        <w:trPr>
          <w:cantSplit/>
        </w:trPr>
        <w:tc>
          <w:tcPr>
            <w:tcW w:type="dxa" w:w="1096"/>
            <w:vAlign w:val="center"/>
          </w:tcPr>
          <w:p>
            <w:r/>
            <w:r>
              <w:rPr>
                <w:rFonts w:ascii="Malgun Gothic" w:hAnsi="Malgun Gothic" w:eastAsia="Malgun Gothic"/>
                <w:b w:val="0"/>
                <w:sz w:val="13"/>
              </w:rPr>
              <w:t>352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08b35eb63efd4aaa</w:t>
            </w:r>
          </w:p>
        </w:tc>
      </w:tr>
      <w:tr>
        <w:trPr>
          <w:cantSplit/>
        </w:trPr>
        <w:tc>
          <w:tcPr>
            <w:tcW w:type="dxa" w:w="1096"/>
            <w:vAlign w:val="center"/>
          </w:tcPr>
          <w:p>
            <w:r/>
            <w:r>
              <w:rPr>
                <w:rFonts w:ascii="Malgun Gothic" w:hAnsi="Malgun Gothic" w:eastAsia="Malgun Gothic"/>
                <w:b w:val="0"/>
                <w:sz w:val="13"/>
              </w:rPr>
              <w:t>353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99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3f018e822cb7e1f3</w:t>
            </w:r>
          </w:p>
        </w:tc>
      </w:tr>
      <w:tr>
        <w:trPr>
          <w:cantSplit/>
        </w:trPr>
        <w:tc>
          <w:tcPr>
            <w:tcW w:type="dxa" w:w="1096"/>
            <w:vAlign w:val="center"/>
          </w:tcPr>
          <w:p>
            <w:r/>
            <w:r>
              <w:rPr>
                <w:rFonts w:ascii="Malgun Gothic" w:hAnsi="Malgun Gothic" w:eastAsia="Malgun Gothic"/>
                <w:b w:val="0"/>
                <w:sz w:val="13"/>
              </w:rPr>
              <w:t>354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99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92aae3f03d882d02</w:t>
            </w:r>
          </w:p>
        </w:tc>
      </w:tr>
      <w:tr>
        <w:trPr>
          <w:cantSplit/>
        </w:trPr>
        <w:tc>
          <w:tcPr>
            <w:tcW w:type="dxa" w:w="1096"/>
            <w:vAlign w:val="center"/>
          </w:tcPr>
          <w:p>
            <w:r/>
            <w:r>
              <w:rPr>
                <w:rFonts w:ascii="Malgun Gothic" w:hAnsi="Malgun Gothic" w:eastAsia="Malgun Gothic"/>
                <w:b w:val="0"/>
                <w:sz w:val="13"/>
              </w:rPr>
              <w:t>355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77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61af1552eef03873</w:t>
            </w:r>
          </w:p>
        </w:tc>
      </w:tr>
      <w:tr>
        <w:trPr>
          <w:cantSplit/>
        </w:trPr>
        <w:tc>
          <w:tcPr>
            <w:tcW w:type="dxa" w:w="1096"/>
            <w:vAlign w:val="center"/>
          </w:tcPr>
          <w:p>
            <w:r/>
            <w:r>
              <w:rPr>
                <w:rFonts w:ascii="Malgun Gothic" w:hAnsi="Malgun Gothic" w:eastAsia="Malgun Gothic"/>
                <w:b w:val="0"/>
                <w:sz w:val="13"/>
              </w:rPr>
              <w:t>356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07dd93c6901ad36a</w:t>
            </w:r>
          </w:p>
        </w:tc>
      </w:tr>
      <w:tr>
        <w:trPr>
          <w:cantSplit/>
        </w:trPr>
        <w:tc>
          <w:tcPr>
            <w:tcW w:type="dxa" w:w="1096"/>
            <w:vAlign w:val="center"/>
          </w:tcPr>
          <w:p>
            <w:r/>
            <w:r>
              <w:rPr>
                <w:rFonts w:ascii="Malgun Gothic" w:hAnsi="Malgun Gothic" w:eastAsia="Malgun Gothic"/>
                <w:b w:val="0"/>
                <w:sz w:val="13"/>
              </w:rPr>
              <w:t>357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4415cbcf0cc4a9f9</w:t>
            </w:r>
          </w:p>
        </w:tc>
      </w:tr>
      <w:tr>
        <w:trPr>
          <w:cantSplit/>
        </w:trPr>
        <w:tc>
          <w:tcPr>
            <w:tcW w:type="dxa" w:w="1096"/>
            <w:vAlign w:val="center"/>
          </w:tcPr>
          <w:p>
            <w:r/>
            <w:r>
              <w:rPr>
                <w:rFonts w:ascii="Malgun Gothic" w:hAnsi="Malgun Gothic" w:eastAsia="Malgun Gothic"/>
                <w:b w:val="0"/>
                <w:sz w:val="13"/>
              </w:rPr>
              <w:t>358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102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e3c7a6ffb4232a8b</w:t>
            </w:r>
          </w:p>
        </w:tc>
      </w:tr>
      <w:tr>
        <w:trPr>
          <w:cantSplit/>
        </w:trPr>
        <w:tc>
          <w:tcPr>
            <w:tcW w:type="dxa" w:w="1096"/>
            <w:vAlign w:val="center"/>
          </w:tcPr>
          <w:p>
            <w:r/>
            <w:r>
              <w:rPr>
                <w:rFonts w:ascii="Malgun Gothic" w:hAnsi="Malgun Gothic" w:eastAsia="Malgun Gothic"/>
                <w:b w:val="0"/>
                <w:sz w:val="13"/>
              </w:rPr>
              <w:t>359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738bbdcd1fee5e4c</w:t>
            </w:r>
          </w:p>
        </w:tc>
      </w:tr>
      <w:tr>
        <w:trPr>
          <w:cantSplit/>
        </w:trPr>
        <w:tc>
          <w:tcPr>
            <w:tcW w:type="dxa" w:w="1096"/>
            <w:vAlign w:val="center"/>
          </w:tcPr>
          <w:p>
            <w:r/>
            <w:r>
              <w:rPr>
                <w:rFonts w:ascii="Malgun Gothic" w:hAnsi="Malgun Gothic" w:eastAsia="Malgun Gothic"/>
                <w:b w:val="0"/>
                <w:sz w:val="13"/>
              </w:rPr>
              <w:t>360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research_continuity/07_kspon_validation_v156/stt_txt/ksponspeech_000029.txt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d0b5eebde68b9538</w:t>
            </w:r>
          </w:p>
        </w:tc>
      </w:tr>
      <w:tr>
        <w:trPr>
          <w:cantSplit/>
        </w:trPr>
        <w:tc>
          <w:tcPr>
            <w:tcW w:type="dxa" w:w="1096"/>
            <w:vAlign w:val="center"/>
          </w:tcPr>
          <w:p>
            <w:r/>
            <w:r>
              <w:rPr>
                <w:rFonts w:ascii="Malgun Gothic" w:hAnsi="Malgun Gothic" w:eastAsia="Malgun Gothic"/>
                <w:b w:val="0"/>
                <w:sz w:val="13"/>
              </w:rPr>
              <w:t>361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234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c46694a046d2c6cb</w:t>
            </w:r>
          </w:p>
        </w:tc>
      </w:tr>
      <w:tr>
        <w:trPr>
          <w:cantSplit/>
        </w:trPr>
        <w:tc>
          <w:tcPr>
            <w:tcW w:type="dxa" w:w="1096"/>
            <w:vAlign w:val="center"/>
          </w:tcPr>
          <w:p>
            <w:r/>
            <w:r>
              <w:rPr>
                <w:rFonts w:ascii="Malgun Gothic" w:hAnsi="Malgun Gothic" w:eastAsia="Malgun Gothic"/>
                <w:b w:val="0"/>
                <w:sz w:val="13"/>
              </w:rPr>
              <w:t>362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42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ec3fad93aceef073</w:t>
            </w:r>
          </w:p>
        </w:tc>
      </w:tr>
      <w:tr>
        <w:trPr>
          <w:cantSplit/>
        </w:trPr>
        <w:tc>
          <w:tcPr>
            <w:tcW w:type="dxa" w:w="1096"/>
            <w:vAlign w:val="center"/>
          </w:tcPr>
          <w:p>
            <w:r/>
            <w:r>
              <w:rPr>
                <w:rFonts w:ascii="Malgun Gothic" w:hAnsi="Malgun Gothic" w:eastAsia="Malgun Gothic"/>
                <w:b w:val="0"/>
                <w:sz w:val="13"/>
              </w:rPr>
              <w:t>363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dfc453cb53cf37cc</w:t>
            </w:r>
          </w:p>
        </w:tc>
      </w:tr>
      <w:tr>
        <w:trPr>
          <w:cantSplit/>
        </w:trPr>
        <w:tc>
          <w:tcPr>
            <w:tcW w:type="dxa" w:w="1096"/>
            <w:vAlign w:val="center"/>
          </w:tcPr>
          <w:p>
            <w:r/>
            <w:r>
              <w:rPr>
                <w:rFonts w:ascii="Malgun Gothic" w:hAnsi="Malgun Gothic" w:eastAsia="Malgun Gothic"/>
                <w:b w:val="0"/>
                <w:sz w:val="13"/>
              </w:rPr>
              <w:t>364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b937467830667fd1</w:t>
            </w:r>
          </w:p>
        </w:tc>
      </w:tr>
      <w:tr>
        <w:trPr>
          <w:cantSplit/>
        </w:trPr>
        <w:tc>
          <w:tcPr>
            <w:tcW w:type="dxa" w:w="1096"/>
            <w:vAlign w:val="center"/>
          </w:tcPr>
          <w:p>
            <w:r/>
            <w:r>
              <w:rPr>
                <w:rFonts w:ascii="Malgun Gothic" w:hAnsi="Malgun Gothic" w:eastAsia="Malgun Gothic"/>
                <w:b w:val="0"/>
                <w:sz w:val="13"/>
              </w:rPr>
              <w:t>365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f6ad4472fedfdf0c</w:t>
            </w:r>
          </w:p>
        </w:tc>
      </w:tr>
      <w:tr>
        <w:trPr>
          <w:cantSplit/>
        </w:trPr>
        <w:tc>
          <w:tcPr>
            <w:tcW w:type="dxa" w:w="1096"/>
            <w:vAlign w:val="center"/>
          </w:tcPr>
          <w:p>
            <w:r/>
            <w:r>
              <w:rPr>
                <w:rFonts w:ascii="Malgun Gothic" w:hAnsi="Malgun Gothic" w:eastAsia="Malgun Gothic"/>
                <w:b w:val="0"/>
                <w:sz w:val="13"/>
              </w:rPr>
              <w:t>366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e762a11ed893447c</w:t>
            </w:r>
          </w:p>
        </w:tc>
      </w:tr>
      <w:tr>
        <w:trPr>
          <w:cantSplit/>
        </w:trPr>
        <w:tc>
          <w:tcPr>
            <w:tcW w:type="dxa" w:w="1096"/>
            <w:vAlign w:val="center"/>
          </w:tcPr>
          <w:p>
            <w:r/>
            <w:r>
              <w:rPr>
                <w:rFonts w:ascii="Malgun Gothic" w:hAnsi="Malgun Gothic" w:eastAsia="Malgun Gothic"/>
                <w:b w:val="0"/>
                <w:sz w:val="13"/>
              </w:rPr>
              <w:t>367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b250c69c8ba21a3b</w:t>
            </w:r>
          </w:p>
        </w:tc>
      </w:tr>
      <w:tr>
        <w:trPr>
          <w:cantSplit/>
        </w:trPr>
        <w:tc>
          <w:tcPr>
            <w:tcW w:type="dxa" w:w="1096"/>
            <w:vAlign w:val="center"/>
          </w:tcPr>
          <w:p>
            <w:r/>
            <w:r>
              <w:rPr>
                <w:rFonts w:ascii="Malgun Gothic" w:hAnsi="Malgun Gothic" w:eastAsia="Malgun Gothic"/>
                <w:b w:val="0"/>
                <w:sz w:val="13"/>
              </w:rPr>
              <w:t>368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44cbdf78dfd82274</w:t>
            </w:r>
          </w:p>
        </w:tc>
      </w:tr>
      <w:tr>
        <w:trPr>
          <w:cantSplit/>
        </w:trPr>
        <w:tc>
          <w:tcPr>
            <w:tcW w:type="dxa" w:w="1096"/>
            <w:vAlign w:val="center"/>
          </w:tcPr>
          <w:p>
            <w:r/>
            <w:r>
              <w:rPr>
                <w:rFonts w:ascii="Malgun Gothic" w:hAnsi="Malgun Gothic" w:eastAsia="Malgun Gothic"/>
                <w:b w:val="0"/>
                <w:sz w:val="13"/>
              </w:rPr>
              <w:t>369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01338100d6a8f5d0</w:t>
            </w:r>
          </w:p>
        </w:tc>
      </w:tr>
      <w:tr>
        <w:trPr>
          <w:cantSplit/>
        </w:trPr>
        <w:tc>
          <w:tcPr>
            <w:tcW w:type="dxa" w:w="1096"/>
            <w:vAlign w:val="center"/>
          </w:tcPr>
          <w:p>
            <w:r/>
            <w:r>
              <w:rPr>
                <w:rFonts w:ascii="Malgun Gothic" w:hAnsi="Malgun Gothic" w:eastAsia="Malgun Gothic"/>
                <w:b w:val="0"/>
                <w:sz w:val="13"/>
              </w:rPr>
              <w:t>370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research_continuity/07_kspon_validation_v156/stt_txt/ksponspeech_000039.txt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131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1ce46e0290aeb7cf</w:t>
            </w:r>
          </w:p>
        </w:tc>
      </w:tr>
      <w:tr>
        <w:trPr>
          <w:cantSplit/>
        </w:trPr>
        <w:tc>
          <w:tcPr>
            <w:tcW w:type="dxa" w:w="1096"/>
            <w:vAlign w:val="center"/>
          </w:tcPr>
          <w:p>
            <w:r/>
            <w:r>
              <w:rPr>
                <w:rFonts w:ascii="Malgun Gothic" w:hAnsi="Malgun Gothic" w:eastAsia="Malgun Gothic"/>
                <w:b w:val="0"/>
                <w:sz w:val="13"/>
              </w:rPr>
              <w:t>371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232486ae5ab04b36</w:t>
            </w:r>
          </w:p>
        </w:tc>
      </w:tr>
      <w:tr>
        <w:trPr>
          <w:cantSplit/>
        </w:trPr>
        <w:tc>
          <w:tcPr>
            <w:tcW w:type="dxa" w:w="1096"/>
            <w:vAlign w:val="center"/>
          </w:tcPr>
          <w:p>
            <w:r/>
            <w:r>
              <w:rPr>
                <w:rFonts w:ascii="Malgun Gothic" w:hAnsi="Malgun Gothic" w:eastAsia="Malgun Gothic"/>
                <w:b w:val="0"/>
                <w:sz w:val="13"/>
              </w:rPr>
              <w:t>372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research_continuity/07_kspon_validation_v156/stt_txt/ksponspeech_000041.txt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43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a741e8d756e4f3af</w:t>
            </w:r>
          </w:p>
        </w:tc>
      </w:tr>
      <w:tr>
        <w:trPr>
          <w:cantSplit/>
        </w:trPr>
        <w:tc>
          <w:tcPr>
            <w:tcW w:type="dxa" w:w="1096"/>
            <w:vAlign w:val="center"/>
          </w:tcPr>
          <w:p>
            <w:r/>
            <w:r>
              <w:rPr>
                <w:rFonts w:ascii="Malgun Gothic" w:hAnsi="Malgun Gothic" w:eastAsia="Malgun Gothic"/>
                <w:b w:val="0"/>
                <w:sz w:val="13"/>
              </w:rPr>
              <w:t>373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research_continuity/07_kspon_validation_v156/stt_txt/ksponspeech_000042.txt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137fc70988a5ed7f</w:t>
            </w:r>
          </w:p>
        </w:tc>
      </w:tr>
      <w:tr>
        <w:trPr>
          <w:cantSplit/>
        </w:trPr>
        <w:tc>
          <w:tcPr>
            <w:tcW w:type="dxa" w:w="1096"/>
            <w:vAlign w:val="center"/>
          </w:tcPr>
          <w:p>
            <w:r/>
            <w:r>
              <w:rPr>
                <w:rFonts w:ascii="Malgun Gothic" w:hAnsi="Malgun Gothic" w:eastAsia="Malgun Gothic"/>
                <w:b w:val="0"/>
                <w:sz w:val="13"/>
              </w:rPr>
              <w:t>374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research_continuity/07_kspon_validation_v156/stt_txt/ksponspeech_000043.txt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b0ef196162ab6f5e</w:t>
            </w:r>
          </w:p>
        </w:tc>
      </w:tr>
      <w:tr>
        <w:trPr>
          <w:cantSplit/>
        </w:trPr>
        <w:tc>
          <w:tcPr>
            <w:tcW w:type="dxa" w:w="1096"/>
            <w:vAlign w:val="center"/>
          </w:tcPr>
          <w:p>
            <w:r/>
            <w:r>
              <w:rPr>
                <w:rFonts w:ascii="Malgun Gothic" w:hAnsi="Malgun Gothic" w:eastAsia="Malgun Gothic"/>
                <w:b w:val="0"/>
                <w:sz w:val="13"/>
              </w:rPr>
              <w:t>375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research_continuity/07_kspon_validation_v156/stt_txt/ksponspeech_000044.txt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2a4ce4e99fadf73d</w:t>
            </w:r>
          </w:p>
        </w:tc>
      </w:tr>
      <w:tr>
        <w:trPr>
          <w:cantSplit/>
        </w:trPr>
        <w:tc>
          <w:tcPr>
            <w:tcW w:type="dxa" w:w="1096"/>
            <w:vAlign w:val="center"/>
          </w:tcPr>
          <w:p>
            <w:r/>
            <w:r>
              <w:rPr>
                <w:rFonts w:ascii="Malgun Gothic" w:hAnsi="Malgun Gothic" w:eastAsia="Malgun Gothic"/>
                <w:b w:val="0"/>
                <w:sz w:val="13"/>
              </w:rPr>
              <w:t>376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research_continuity/07_kspon_validation_v156/stt_txt/ksponspeech_000045.txt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26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8da1fb06d015e5d5</w:t>
            </w:r>
          </w:p>
        </w:tc>
      </w:tr>
      <w:tr>
        <w:trPr>
          <w:cantSplit/>
        </w:trPr>
        <w:tc>
          <w:tcPr>
            <w:tcW w:type="dxa" w:w="1096"/>
            <w:vAlign w:val="center"/>
          </w:tcPr>
          <w:p>
            <w:r/>
            <w:r>
              <w:rPr>
                <w:rFonts w:ascii="Malgun Gothic" w:hAnsi="Malgun Gothic" w:eastAsia="Malgun Gothic"/>
                <w:b w:val="0"/>
                <w:sz w:val="13"/>
              </w:rPr>
              <w:t>377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research_continuity/07_kspon_validation_v156/stt_txt/ksponspeech_000046.txt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125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bc486acbc698b7a9</w:t>
            </w:r>
          </w:p>
        </w:tc>
      </w:tr>
      <w:tr>
        <w:trPr>
          <w:cantSplit/>
        </w:trPr>
        <w:tc>
          <w:tcPr>
            <w:tcW w:type="dxa" w:w="1096"/>
            <w:vAlign w:val="center"/>
          </w:tcPr>
          <w:p>
            <w:r/>
            <w:r>
              <w:rPr>
                <w:rFonts w:ascii="Malgun Gothic" w:hAnsi="Malgun Gothic" w:eastAsia="Malgun Gothic"/>
                <w:b w:val="0"/>
                <w:sz w:val="13"/>
              </w:rPr>
              <w:t>378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research_continuity/07_kspon_validation_v156/stt_txt/ksponspeech_000047.txt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409d6c69f984f386</w:t>
            </w:r>
          </w:p>
        </w:tc>
      </w:tr>
      <w:tr>
        <w:trPr>
          <w:cantSplit/>
        </w:trPr>
        <w:tc>
          <w:tcPr>
            <w:tcW w:type="dxa" w:w="1096"/>
            <w:vAlign w:val="center"/>
          </w:tcPr>
          <w:p>
            <w:r/>
            <w:r>
              <w:rPr>
                <w:rFonts w:ascii="Malgun Gothic" w:hAnsi="Malgun Gothic" w:eastAsia="Malgun Gothic"/>
                <w:b w:val="0"/>
                <w:sz w:val="13"/>
              </w:rPr>
              <w:t>379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research_continuity/07_kspon_validation_v156/stt_txt/ksponspeech_000048.txt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6bad80ee6406c8b2</w:t>
            </w:r>
          </w:p>
        </w:tc>
      </w:tr>
      <w:tr>
        <w:trPr>
          <w:cantSplit/>
        </w:trPr>
        <w:tc>
          <w:tcPr>
            <w:tcW w:type="dxa" w:w="1096"/>
            <w:vAlign w:val="center"/>
          </w:tcPr>
          <w:p>
            <w:r/>
            <w:r>
              <w:rPr>
                <w:rFonts w:ascii="Malgun Gothic" w:hAnsi="Malgun Gothic" w:eastAsia="Malgun Gothic"/>
                <w:b w:val="0"/>
                <w:sz w:val="13"/>
              </w:rPr>
              <w:t>380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research_continuity/07_kspon_validation_v156/stt_txt/ksponspeech_000049.txt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49a7495a0a9d0dcd</w:t>
            </w:r>
          </w:p>
        </w:tc>
      </w:tr>
      <w:tr>
        <w:trPr>
          <w:cantSplit/>
        </w:trPr>
        <w:tc>
          <w:tcPr>
            <w:tcW w:type="dxa" w:w="1096"/>
            <w:vAlign w:val="center"/>
          </w:tcPr>
          <w:p>
            <w:r/>
            <w:r>
              <w:rPr>
                <w:rFonts w:ascii="Malgun Gothic" w:hAnsi="Malgun Gothic" w:eastAsia="Malgun Gothic"/>
                <w:b w:val="0"/>
                <w:sz w:val="13"/>
              </w:rPr>
              <w:t>381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research_continuity/07_kspon_validation_v156/stt_txt/ksponspeech_000050.txt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31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db0372f02d55faf4</w:t>
            </w:r>
          </w:p>
        </w:tc>
      </w:tr>
      <w:tr>
        <w:trPr>
          <w:cantSplit/>
        </w:trPr>
        <w:tc>
          <w:tcPr>
            <w:tcW w:type="dxa" w:w="1096"/>
            <w:vAlign w:val="center"/>
          </w:tcPr>
          <w:p>
            <w:r/>
            <w:r>
              <w:rPr>
                <w:rFonts w:ascii="Malgun Gothic" w:hAnsi="Malgun Gothic" w:eastAsia="Malgun Gothic"/>
                <w:b w:val="0"/>
                <w:sz w:val="13"/>
              </w:rPr>
              <w:t>382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research_continuity/07_source_lock_v157/asis_aiis_source_lock_v157.csv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1,683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f556e3365dda5a12</w:t>
            </w:r>
          </w:p>
        </w:tc>
      </w:tr>
      <w:tr>
        <w:trPr>
          <w:cantSplit/>
        </w:trPr>
        <w:tc>
          <w:tcPr>
            <w:tcW w:type="dxa" w:w="1096"/>
            <w:vAlign w:val="center"/>
          </w:tcPr>
          <w:p>
            <w:r/>
            <w:r>
              <w:rPr>
                <w:rFonts w:ascii="Malgun Gothic" w:hAnsi="Malgun Gothic" w:eastAsia="Malgun Gothic"/>
                <w:b w:val="0"/>
                <w:sz w:val="13"/>
              </w:rPr>
              <w:t>383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research_continuity/07_source_lock_v157/asis_aiis_source_lock_v157.html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4,324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e03428e9f655e870</w:t>
            </w:r>
          </w:p>
        </w:tc>
      </w:tr>
      <w:tr>
        <w:trPr>
          <w:cantSplit/>
        </w:trPr>
        <w:tc>
          <w:tcPr>
            <w:tcW w:type="dxa" w:w="1096"/>
            <w:vAlign w:val="center"/>
          </w:tcPr>
          <w:p>
            <w:r/>
            <w:r>
              <w:rPr>
                <w:rFonts w:ascii="Malgun Gothic" w:hAnsi="Malgun Gothic" w:eastAsia="Malgun Gothic"/>
                <w:b w:val="0"/>
                <w:sz w:val="13"/>
              </w:rPr>
              <w:t>384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research_continuity/07_source_lock_v157/asis_aiis_source_lock_v157.json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3,386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d449f5565d02868e</w:t>
            </w:r>
          </w:p>
        </w:tc>
      </w:tr>
      <w:tr>
        <w:trPr>
          <w:cantSplit/>
        </w:trPr>
        <w:tc>
          <w:tcPr>
            <w:tcW w:type="dxa" w:w="1096"/>
            <w:vAlign w:val="center"/>
          </w:tcPr>
          <w:p>
            <w:r/>
            <w:r>
              <w:rPr>
                <w:rFonts w:ascii="Malgun Gothic" w:hAnsi="Malgun Gothic" w:eastAsia="Malgun Gothic"/>
                <w:b w:val="0"/>
                <w:sz w:val="13"/>
              </w:rPr>
              <w:t>385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research_continuity/07_source_lock_v157/asis_aiis_source_lock_v157.md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2,017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7161405e54dc1e0d</w:t>
            </w:r>
          </w:p>
        </w:tc>
      </w:tr>
      <w:tr>
        <w:trPr>
          <w:cantSplit/>
        </w:trPr>
        <w:tc>
          <w:tcPr>
            <w:tcW w:type="dxa" w:w="1096"/>
            <w:vAlign w:val="center"/>
          </w:tcPr>
          <w:p>
            <w:r/>
            <w:r>
              <w:rPr>
                <w:rFonts w:ascii="Malgun Gothic" w:hAnsi="Malgun Gothic" w:eastAsia="Malgun Gothic"/>
                <w:b w:val="0"/>
                <w:sz w:val="13"/>
              </w:rPr>
              <w:t>386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research_continuity/07_source_lock_v158/asis_aiis_source_lock_v158.csv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1,676</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76f15af2e41cb72a</w:t>
            </w:r>
          </w:p>
        </w:tc>
      </w:tr>
      <w:tr>
        <w:trPr>
          <w:cantSplit/>
        </w:trPr>
        <w:tc>
          <w:tcPr>
            <w:tcW w:type="dxa" w:w="1096"/>
            <w:vAlign w:val="center"/>
          </w:tcPr>
          <w:p>
            <w:r/>
            <w:r>
              <w:rPr>
                <w:rFonts w:ascii="Malgun Gothic" w:hAnsi="Malgun Gothic" w:eastAsia="Malgun Gothic"/>
                <w:b w:val="0"/>
                <w:sz w:val="13"/>
              </w:rPr>
              <w:t>387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research_continuity/07_source_lock_v158/asis_aiis_source_lock_v158.html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4,642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6beb0048283095f3</w:t>
            </w:r>
          </w:p>
        </w:tc>
      </w:tr>
      <w:tr>
        <w:trPr>
          <w:cantSplit/>
        </w:trPr>
        <w:tc>
          <w:tcPr>
            <w:tcW w:type="dxa" w:w="1096"/>
            <w:vAlign w:val="center"/>
          </w:tcPr>
          <w:p>
            <w:r/>
            <w:r>
              <w:rPr>
                <w:rFonts w:ascii="Malgun Gothic" w:hAnsi="Malgun Gothic" w:eastAsia="Malgun Gothic"/>
                <w:b w:val="0"/>
                <w:sz w:val="13"/>
              </w:rPr>
              <w:t>388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research_continuity/07_source_lock_v158/asis_aiis_source_lock_v158.json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3,659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3523751098a4f1ca</w:t>
            </w:r>
          </w:p>
        </w:tc>
      </w:tr>
      <w:tr>
        <w:trPr>
          <w:cantSplit/>
        </w:trPr>
        <w:tc>
          <w:tcPr>
            <w:tcW w:type="dxa" w:w="1096"/>
            <w:vAlign w:val="center"/>
          </w:tcPr>
          <w:p>
            <w:r/>
            <w:r>
              <w:rPr>
                <w:rFonts w:ascii="Malgun Gothic" w:hAnsi="Malgun Gothic" w:eastAsia="Malgun Gothic"/>
                <w:b w:val="0"/>
                <w:sz w:val="13"/>
              </w:rPr>
              <w:t>389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research_continuity/07_source_lock_v158/asis_aiis_source_lock_v158.md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2,017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f081b0b473d6d289</w:t>
            </w:r>
          </w:p>
        </w:tc>
      </w:tr>
      <w:tr>
        <w:trPr>
          <w:cantSplit/>
        </w:trPr>
        <w:tc>
          <w:tcPr>
            <w:tcW w:type="dxa" w:w="1096"/>
            <w:vAlign w:val="center"/>
          </w:tcPr>
          <w:p>
            <w:r/>
            <w:r>
              <w:rPr>
                <w:rFonts w:ascii="Malgun Gothic" w:hAnsi="Malgun Gothic" w:eastAsia="Malgun Gothic"/>
                <w:b w:val="0"/>
                <w:sz w:val="13"/>
              </w:rPr>
              <w:t>390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research_continuity/08_kspon_consistency_v160/kspon_canonical_status_v160.csv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3aabd497a398d851</w:t>
            </w:r>
          </w:p>
        </w:tc>
      </w:tr>
      <w:tr>
        <w:trPr>
          <w:cantSplit/>
        </w:trPr>
        <w:tc>
          <w:tcPr>
            <w:tcW w:type="dxa" w:w="1096"/>
            <w:vAlign w:val="center"/>
          </w:tcPr>
          <w:p>
            <w:r/>
            <w:r>
              <w:rPr>
                <w:rFonts w:ascii="Malgun Gothic" w:hAnsi="Malgun Gothic" w:eastAsia="Malgun Gothic"/>
                <w:b w:val="0"/>
                <w:sz w:val="13"/>
              </w:rPr>
              <w:t>391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research_continuity/08_kspon_consistency_v160/kspon_canonical_status_v160.json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1f7f6c89fc746a6f</w:t>
            </w:r>
          </w:p>
        </w:tc>
      </w:tr>
      <w:tr>
        <w:trPr>
          <w:cantSplit/>
        </w:trPr>
        <w:tc>
          <w:tcPr>
            <w:tcW w:type="dxa" w:w="1096"/>
            <w:vAlign w:val="center"/>
          </w:tcPr>
          <w:p>
            <w:r/>
            <w:r>
              <w:rPr>
                <w:rFonts w:ascii="Malgun Gothic" w:hAnsi="Malgun Gothic" w:eastAsia="Malgun Gothic"/>
                <w:b w:val="0"/>
                <w:sz w:val="13"/>
              </w:rPr>
              <w:t>392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research_continuity/09_aiis_source_lineage_v161/aiis_source_lineage_v161.csv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3,033</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fa4a31ec6b97aac6</w:t>
            </w:r>
          </w:p>
        </w:tc>
      </w:tr>
      <w:tr>
        <w:trPr>
          <w:cantSplit/>
        </w:trPr>
        <w:tc>
          <w:tcPr>
            <w:tcW w:type="dxa" w:w="1096"/>
            <w:vAlign w:val="center"/>
          </w:tcPr>
          <w:p>
            <w:r/>
            <w:r>
              <w:rPr>
                <w:rFonts w:ascii="Malgun Gothic" w:hAnsi="Malgun Gothic" w:eastAsia="Malgun Gothic"/>
                <w:b w:val="0"/>
                <w:sz w:val="13"/>
              </w:rPr>
              <w:t>393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research_continuity/09_aiis_source_lineage_v161/aiis_source_lineage_v161.html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4,176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e97a88d006208300</w:t>
            </w:r>
          </w:p>
        </w:tc>
      </w:tr>
      <w:tr>
        <w:trPr>
          <w:cantSplit/>
        </w:trPr>
        <w:tc>
          <w:tcPr>
            <w:tcW w:type="dxa" w:w="1096"/>
            <w:vAlign w:val="center"/>
          </w:tcPr>
          <w:p>
            <w:r/>
            <w:r>
              <w:rPr>
                <w:rFonts w:ascii="Malgun Gothic" w:hAnsi="Malgun Gothic" w:eastAsia="Malgun Gothic"/>
                <w:b w:val="0"/>
                <w:sz w:val="13"/>
              </w:rPr>
              <w:t>394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research_continuity/09_aiis_source_lineage_v161/aiis_source_lineage_v161.json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7,077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d436754c34a5494d</w:t>
            </w:r>
          </w:p>
        </w:tc>
      </w:tr>
      <w:tr>
        <w:trPr>
          <w:cantSplit/>
        </w:trPr>
        <w:tc>
          <w:tcPr>
            <w:tcW w:type="dxa" w:w="1096"/>
            <w:vAlign w:val="center"/>
          </w:tcPr>
          <w:p>
            <w:r/>
            <w:r>
              <w:rPr>
                <w:rFonts w:ascii="Malgun Gothic" w:hAnsi="Malgun Gothic" w:eastAsia="Malgun Gothic"/>
                <w:b w:val="0"/>
                <w:sz w:val="13"/>
              </w:rPr>
              <w:t>395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research_continuity/09_aiis_source_lineage_v161/aiis_source_lineage_v161.md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2,639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4eac71c17518e41e</w:t>
            </w:r>
          </w:p>
        </w:tc>
      </w:tr>
      <w:tr>
        <w:trPr>
          <w:cantSplit/>
        </w:trPr>
        <w:tc>
          <w:tcPr>
            <w:tcW w:type="dxa" w:w="1096"/>
            <w:vAlign w:val="center"/>
          </w:tcPr>
          <w:p>
            <w:r/>
            <w:r>
              <w:rPr>
                <w:rFonts w:ascii="Malgun Gothic" w:hAnsi="Malgun Gothic" w:eastAsia="Malgun Gothic"/>
                <w:b w:val="0"/>
                <w:sz w:val="13"/>
              </w:rPr>
              <w:t>396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research_continuity/10_kspon_source_eval_v162/kspon_source_eval_status_v162.csv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3aabd497a398d851</w:t>
            </w:r>
          </w:p>
        </w:tc>
      </w:tr>
      <w:tr>
        <w:trPr>
          <w:cantSplit/>
        </w:trPr>
        <w:tc>
          <w:tcPr>
            <w:tcW w:type="dxa" w:w="1096"/>
            <w:vAlign w:val="center"/>
          </w:tcPr>
          <w:p>
            <w:r/>
            <w:r>
              <w:rPr>
                <w:rFonts w:ascii="Malgun Gothic" w:hAnsi="Malgun Gothic" w:eastAsia="Malgun Gothic"/>
                <w:b w:val="0"/>
                <w:sz w:val="13"/>
              </w:rPr>
              <w:t>397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research_continuity/10_kspon_source_eval_v162/kspon_source_eval_status_v162.html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1,805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e935130d7d83393c</w:t>
            </w:r>
          </w:p>
        </w:tc>
      </w:tr>
      <w:tr>
        <w:trPr>
          <w:cantSplit/>
        </w:trPr>
        <w:tc>
          <w:tcPr>
            <w:tcW w:type="dxa" w:w="1096"/>
            <w:vAlign w:val="center"/>
          </w:tcPr>
          <w:p>
            <w:r/>
            <w:r>
              <w:rPr>
                <w:rFonts w:ascii="Malgun Gothic" w:hAnsi="Malgun Gothic" w:eastAsia="Malgun Gothic"/>
                <w:b w:val="0"/>
                <w:sz w:val="13"/>
              </w:rPr>
              <w:t>398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research_continuity/10_kspon_source_eval_v162/kspon_source_eval_status_v162.json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1f7f6c89fc746a6f</w:t>
            </w:r>
          </w:p>
        </w:tc>
      </w:tr>
      <w:tr>
        <w:trPr>
          <w:cantSplit/>
        </w:trPr>
        <w:tc>
          <w:tcPr>
            <w:tcW w:type="dxa" w:w="1096"/>
            <w:vAlign w:val="center"/>
          </w:tcPr>
          <w:p>
            <w:r/>
            <w:r>
              <w:rPr>
                <w:rFonts w:ascii="Malgun Gothic" w:hAnsi="Malgun Gothic" w:eastAsia="Malgun Gothic"/>
                <w:b w:val="0"/>
                <w:sz w:val="13"/>
              </w:rPr>
              <w:t>399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research_continuity/12_asis_tobe_mean_lock_v164/asis_tobe_mean_lock_v164.csv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163</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6ce72a8e6a349c70</w:t>
            </w:r>
          </w:p>
        </w:tc>
      </w:tr>
      <w:tr>
        <w:trPr>
          <w:cantSplit/>
        </w:trPr>
        <w:tc>
          <w:tcPr>
            <w:tcW w:type="dxa" w:w="1096"/>
            <w:vAlign w:val="center"/>
          </w:tcPr>
          <w:p>
            <w:r/>
            <w:r>
              <w:rPr>
                <w:rFonts w:ascii="Malgun Gothic" w:hAnsi="Malgun Gothic" w:eastAsia="Malgun Gothic"/>
                <w:b w:val="0"/>
                <w:sz w:val="13"/>
              </w:rPr>
              <w:t>400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research_continuity/12_asis_tobe_mean_lock_v164/asis_tobe_mean_lock_v164.html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3,186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59d2b8cb98a853fc</w:t>
            </w:r>
          </w:p>
        </w:tc>
      </w:tr>
    </w:tbl>
    <w:p/>
    <w:p>
      <w:r>
        <w:rPr>
          <w:b/>
        </w:rPr>
        <w:t>부록 표 A-6.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research_continuity/12_asis_tobe_mean_lock_v164/asis_tobe_mean_lock_v164.json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2,971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349528c555c74624</w:t>
            </w:r>
          </w:p>
        </w:tc>
      </w:tr>
      <w:tr>
        <w:trPr>
          <w:cantSplit/>
        </w:trPr>
        <w:tc>
          <w:tcPr>
            <w:tcW w:type="dxa" w:w="1096"/>
            <w:vAlign w:val="center"/>
          </w:tcPr>
          <w:p>
            <w:r/>
            <w:r>
              <w:rPr>
                <w:rFonts w:ascii="Malgun Gothic" w:hAnsi="Malgun Gothic" w:eastAsia="Malgun Gothic"/>
                <w:b w:val="0"/>
                <w:sz w:val="13"/>
              </w:rPr>
              <w:t>402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research_continuity/13_asis_tobe_warn_policy_v167/asis_tobe_warn_policy_v167.csv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1,040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74c4892a40635095</w:t>
            </w:r>
          </w:p>
        </w:tc>
      </w:tr>
      <w:tr>
        <w:trPr>
          <w:cantSplit/>
        </w:trPr>
        <w:tc>
          <w:tcPr>
            <w:tcW w:type="dxa" w:w="1096"/>
            <w:vAlign w:val="center"/>
          </w:tcPr>
          <w:p>
            <w:r/>
            <w:r>
              <w:rPr>
                <w:rFonts w:ascii="Malgun Gothic" w:hAnsi="Malgun Gothic" w:eastAsia="Malgun Gothic"/>
                <w:b w:val="0"/>
                <w:sz w:val="13"/>
              </w:rPr>
              <w:t>403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research_continuity/13_asis_tobe_warn_policy_v167/asis_tobe_warn_policy_v167.html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3,398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05ca671c33a172d3</w:t>
            </w:r>
          </w:p>
        </w:tc>
      </w:tr>
      <w:tr>
        <w:trPr>
          <w:cantSplit/>
        </w:trPr>
        <w:tc>
          <w:tcPr>
            <w:tcW w:type="dxa" w:w="1096"/>
            <w:vAlign w:val="center"/>
          </w:tcPr>
          <w:p>
            <w:r/>
            <w:r>
              <w:rPr>
                <w:rFonts w:ascii="Malgun Gothic" w:hAnsi="Malgun Gothic" w:eastAsia="Malgun Gothic"/>
                <w:b w:val="0"/>
                <w:sz w:val="13"/>
              </w:rPr>
              <w:t>404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research_continuity/13_asis_tobe_warn_policy_v167/asis_tobe_warn_policy_v167.json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3,480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7d081f3bfe22e9c7</w:t>
            </w:r>
          </w:p>
        </w:tc>
      </w:tr>
      <w:tr>
        <w:trPr>
          <w:cantSplit/>
        </w:trPr>
        <w:tc>
          <w:tcPr>
            <w:tcW w:type="dxa" w:w="1096"/>
            <w:vAlign w:val="center"/>
          </w:tcPr>
          <w:p>
            <w:r/>
            <w:r>
              <w:rPr>
                <w:rFonts w:ascii="Malgun Gothic" w:hAnsi="Malgun Gothic" w:eastAsia="Malgun Gothic"/>
                <w:b w:val="0"/>
                <w:sz w:val="13"/>
              </w:rPr>
              <w:t>405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research_continuity/14_actual_preview_layout_v168/actual_preview_layout_policy_v168.html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2,413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88981af00cb3c6fb</w:t>
            </w:r>
          </w:p>
        </w:tc>
      </w:tr>
      <w:tr>
        <w:trPr>
          <w:cantSplit/>
        </w:trPr>
        <w:tc>
          <w:tcPr>
            <w:tcW w:type="dxa" w:w="1096"/>
            <w:vAlign w:val="center"/>
          </w:tcPr>
          <w:p>
            <w:r/>
            <w:r>
              <w:rPr>
                <w:rFonts w:ascii="Malgun Gothic" w:hAnsi="Malgun Gothic" w:eastAsia="Malgun Gothic"/>
                <w:b w:val="0"/>
                <w:sz w:val="13"/>
              </w:rPr>
              <w:t>406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research_continuity/14_actual_preview_layout_v168/actual_preview_layout_policy_v168.json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2,456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fe68d87a94274117</w:t>
            </w:r>
          </w:p>
        </w:tc>
      </w:tr>
      <w:tr>
        <w:trPr>
          <w:cantSplit/>
        </w:trPr>
        <w:tc>
          <w:tcPr>
            <w:tcW w:type="dxa" w:w="1096"/>
            <w:vAlign w:val="center"/>
          </w:tcPr>
          <w:p>
            <w:r/>
            <w:r>
              <w:rPr>
                <w:rFonts w:ascii="Malgun Gothic" w:hAnsi="Malgun Gothic" w:eastAsia="Malgun Gothic"/>
                <w:b w:val="0"/>
                <w:sz w:val="13"/>
              </w:rPr>
              <w:t>407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research_continuity/15_asis_tobe_warn_source_fix_v169/asis_tobe_warn_source_fix_v169.csv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480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1c99a1e3d8e7b100</w:t>
            </w:r>
          </w:p>
        </w:tc>
      </w:tr>
      <w:tr>
        <w:trPr>
          <w:cantSplit/>
        </w:trPr>
        <w:tc>
          <w:tcPr>
            <w:tcW w:type="dxa" w:w="1096"/>
            <w:vAlign w:val="center"/>
          </w:tcPr>
          <w:p>
            <w:r/>
            <w:r>
              <w:rPr>
                <w:rFonts w:ascii="Malgun Gothic" w:hAnsi="Malgun Gothic" w:eastAsia="Malgun Gothic"/>
                <w:b w:val="0"/>
                <w:sz w:val="13"/>
              </w:rPr>
              <w:t>408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research_continuity/15_asis_tobe_warn_source_fix_v169/asis_tobe_warn_source_fix_v169.html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2,807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592b0fded009c88c</w:t>
            </w:r>
          </w:p>
        </w:tc>
      </w:tr>
      <w:tr>
        <w:trPr>
          <w:cantSplit/>
        </w:trPr>
        <w:tc>
          <w:tcPr>
            <w:tcW w:type="dxa" w:w="1096"/>
            <w:vAlign w:val="center"/>
          </w:tcPr>
          <w:p>
            <w:r/>
            <w:r>
              <w:rPr>
                <w:rFonts w:ascii="Malgun Gothic" w:hAnsi="Malgun Gothic" w:eastAsia="Malgun Gothic"/>
                <w:b w:val="0"/>
                <w:sz w:val="13"/>
              </w:rPr>
              <w:t>409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research_continuity/15_asis_tobe_warn_source_fix_v169/asis_tobe_warn_source_fix_v169.json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2,818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56f15c1bb4049efb</w:t>
            </w:r>
          </w:p>
        </w:tc>
      </w:tr>
      <w:tr>
        <w:trPr>
          <w:cantSplit/>
        </w:trPr>
        <w:tc>
          <w:tcPr>
            <w:tcW w:type="dxa" w:w="1096"/>
            <w:vAlign w:val="center"/>
          </w:tcPr>
          <w:p>
            <w:r/>
            <w:r>
              <w:rPr>
                <w:rFonts w:ascii="Malgun Gothic" w:hAnsi="Malgun Gothic" w:eastAsia="Malgun Gothic"/>
                <w:b w:val="0"/>
                <w:sz w:val="13"/>
              </w:rPr>
              <w:t>410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research_continuity/16_deployed_word_export_v170/deployed_word_export_v170.json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1,604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ccbc68bac01d4e79</w:t>
            </w:r>
          </w:p>
        </w:tc>
      </w:tr>
      <w:tr>
        <w:trPr>
          <w:cantSplit/>
        </w:trPr>
        <w:tc>
          <w:tcPr>
            <w:tcW w:type="dxa" w:w="1096"/>
            <w:vAlign w:val="center"/>
          </w:tcPr>
          <w:p>
            <w:r/>
            <w:r>
              <w:rPr>
                <w:rFonts w:ascii="Malgun Gothic" w:hAnsi="Malgun Gothic" w:eastAsia="Malgun Gothic"/>
                <w:b w:val="0"/>
                <w:sz w:val="13"/>
              </w:rPr>
              <w:t>411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research_continuity/16_deployed_word_export_v170/deployed_word_export_v170.md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183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c3639d651c673778</w:t>
            </w:r>
          </w:p>
        </w:tc>
      </w:tr>
      <w:tr>
        <w:trPr>
          <w:cantSplit/>
        </w:trPr>
        <w:tc>
          <w:tcPr>
            <w:tcW w:type="dxa" w:w="1096"/>
            <w:vAlign w:val="center"/>
          </w:tcPr>
          <w:p>
            <w:r/>
            <w:r>
              <w:rPr>
                <w:rFonts w:ascii="Malgun Gothic" w:hAnsi="Malgun Gothic" w:eastAsia="Malgun Gothic"/>
                <w:b w:val="0"/>
                <w:sz w:val="13"/>
              </w:rPr>
              <w:t>412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research_continuity/17_speaker_diarization_v171/speaker_diarization_file_results_v171.csv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f6429ba14ddbe1c5</w:t>
            </w:r>
          </w:p>
        </w:tc>
      </w:tr>
      <w:tr>
        <w:trPr>
          <w:cantSplit/>
        </w:trPr>
        <w:tc>
          <w:tcPr>
            <w:tcW w:type="dxa" w:w="1096"/>
            <w:vAlign w:val="center"/>
          </w:tcPr>
          <w:p>
            <w:r/>
            <w:r>
              <w:rPr>
                <w:rFonts w:ascii="Malgun Gothic" w:hAnsi="Malgun Gothic" w:eastAsia="Malgun Gothic"/>
                <w:b w:val="0"/>
                <w:sz w:val="13"/>
              </w:rPr>
              <w:t>413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research_continuity/17_speaker_diarization_v171/speaker_diarization_policy_v171.html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2,223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3b08230953217bd5</w:t>
            </w:r>
          </w:p>
        </w:tc>
      </w:tr>
      <w:tr>
        <w:trPr>
          <w:cantSplit/>
        </w:trPr>
        <w:tc>
          <w:tcPr>
            <w:tcW w:type="dxa" w:w="1096"/>
            <w:vAlign w:val="center"/>
          </w:tcPr>
          <w:p>
            <w:r/>
            <w:r>
              <w:rPr>
                <w:rFonts w:ascii="Malgun Gothic" w:hAnsi="Malgun Gothic" w:eastAsia="Malgun Gothic"/>
                <w:b w:val="0"/>
                <w:sz w:val="13"/>
              </w:rPr>
              <w:t>414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research_continuity/17_speaker_diarization_v171/speaker_diarization_policy_v171.json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724bf24be76f1ac1</w:t>
            </w:r>
          </w:p>
        </w:tc>
      </w:tr>
      <w:tr>
        <w:trPr>
          <w:cantSplit/>
        </w:trPr>
        <w:tc>
          <w:tcPr>
            <w:tcW w:type="dxa" w:w="1096"/>
            <w:vAlign w:val="center"/>
          </w:tcPr>
          <w:p>
            <w:r/>
            <w:r>
              <w:rPr>
                <w:rFonts w:ascii="Malgun Gothic" w:hAnsi="Malgun Gothic" w:eastAsia="Malgun Gothic"/>
                <w:b w:val="0"/>
                <w:sz w:val="13"/>
              </w:rPr>
              <w:t>415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research_continuity/17_speaker_diarization_v171/speaker_diarization_summary_v171.csv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f6429ba14ddbe1c5</w:t>
            </w:r>
          </w:p>
        </w:tc>
      </w:tr>
      <w:tr>
        <w:trPr>
          <w:cantSplit/>
        </w:trPr>
        <w:tc>
          <w:tcPr>
            <w:tcW w:type="dxa" w:w="1096"/>
            <w:vAlign w:val="center"/>
          </w:tcPr>
          <w:p>
            <w:r/>
            <w:r>
              <w:rPr>
                <w:rFonts w:ascii="Malgun Gothic" w:hAnsi="Malgun Gothic" w:eastAsia="Malgun Gothic"/>
                <w:b w:val="0"/>
                <w:sz w:val="13"/>
              </w:rPr>
              <w:t>416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research_continuity/17_speaker_diarization_v171/speaker_role_mapping_template_v171.csv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323</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b23a436a0143ae23</w:t>
            </w:r>
          </w:p>
        </w:tc>
      </w:tr>
      <w:tr>
        <w:trPr>
          <w:cantSplit/>
        </w:trPr>
        <w:tc>
          <w:tcPr>
            <w:tcW w:type="dxa" w:w="1096"/>
            <w:vAlign w:val="center"/>
          </w:tcPr>
          <w:p>
            <w:r/>
            <w:r>
              <w:rPr>
                <w:rFonts w:ascii="Malgun Gothic" w:hAnsi="Malgun Gothic" w:eastAsia="Malgun Gothic"/>
                <w:b w:val="0"/>
                <w:sz w:val="13"/>
              </w:rPr>
              <w:t>417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research_continuity/18_deployed_word_export_v171/deployed_word_export_v171.json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2,300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63af69077d9f4270</w:t>
            </w:r>
          </w:p>
        </w:tc>
      </w:tr>
      <w:tr>
        <w:trPr>
          <w:cantSplit/>
        </w:trPr>
        <w:tc>
          <w:tcPr>
            <w:tcW w:type="dxa" w:w="1096"/>
            <w:vAlign w:val="center"/>
          </w:tcPr>
          <w:p>
            <w:r/>
            <w:r>
              <w:rPr>
                <w:rFonts w:ascii="Malgun Gothic" w:hAnsi="Malgun Gothic" w:eastAsia="Malgun Gothic"/>
                <w:b w:val="0"/>
                <w:sz w:val="13"/>
              </w:rPr>
              <w:t>418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research_continuity/18_deployed_word_export_v172/deployed_word_export_v172.json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9cef1df83001af6a</w:t>
            </w:r>
          </w:p>
        </w:tc>
      </w:tr>
      <w:tr>
        <w:trPr>
          <w:cantSplit/>
        </w:trPr>
        <w:tc>
          <w:tcPr>
            <w:tcW w:type="dxa" w:w="1096"/>
            <w:vAlign w:val="center"/>
          </w:tcPr>
          <w:p>
            <w:r/>
            <w:r>
              <w:rPr>
                <w:rFonts w:ascii="Malgun Gothic" w:hAnsi="Malgun Gothic" w:eastAsia="Malgun Gothic"/>
                <w:b w:val="0"/>
                <w:sz w:val="13"/>
              </w:rPr>
              <w:t>419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research_continuity/18_deployed_word_export_v173/deployed_word_export_v173.json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3,307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5ac31c82e872516f</w:t>
            </w:r>
          </w:p>
        </w:tc>
      </w:tr>
      <w:tr>
        <w:trPr>
          <w:cantSplit/>
        </w:trPr>
        <w:tc>
          <w:tcPr>
            <w:tcW w:type="dxa" w:w="1096"/>
            <w:vAlign w:val="center"/>
          </w:tcPr>
          <w:p>
            <w:r/>
            <w:r>
              <w:rPr>
                <w:rFonts w:ascii="Malgun Gothic" w:hAnsi="Malgun Gothic" w:eastAsia="Malgun Gothic"/>
                <w:b w:val="0"/>
                <w:sz w:val="13"/>
              </w:rPr>
              <w:t>420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research_continuity/19_speaker_additional_analysis_v172/speaker_additional_analysis_policy_v172.csv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211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78823dd8ed2b554d</w:t>
            </w:r>
          </w:p>
        </w:tc>
      </w:tr>
      <w:tr>
        <w:trPr>
          <w:cantSplit/>
        </w:trPr>
        <w:tc>
          <w:tcPr>
            <w:tcW w:type="dxa" w:w="1096"/>
            <w:vAlign w:val="center"/>
          </w:tcPr>
          <w:p>
            <w:r/>
            <w:r>
              <w:rPr>
                <w:rFonts w:ascii="Malgun Gothic" w:hAnsi="Malgun Gothic" w:eastAsia="Malgun Gothic"/>
                <w:b w:val="0"/>
                <w:sz w:val="13"/>
              </w:rPr>
              <w:t>421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research_continuity/19_speaker_additional_analysis_v172/speaker_additional_analysis_policy_v172.html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1,464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181cffca4a08f866</w:t>
            </w:r>
          </w:p>
        </w:tc>
      </w:tr>
      <w:tr>
        <w:trPr>
          <w:cantSplit/>
        </w:trPr>
        <w:tc>
          <w:tcPr>
            <w:tcW w:type="dxa" w:w="1096"/>
            <w:vAlign w:val="center"/>
          </w:tcPr>
          <w:p>
            <w:r/>
            <w:r>
              <w:rPr>
                <w:rFonts w:ascii="Malgun Gothic" w:hAnsi="Malgun Gothic" w:eastAsia="Malgun Gothic"/>
                <w:b w:val="0"/>
                <w:sz w:val="13"/>
              </w:rPr>
              <w:t>422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research_continuity/19_speaker_additional_analysis_v172/speaker_additional_analysis_policy_v172.json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1,489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20d46e9f41c7d9b3</w:t>
            </w:r>
          </w:p>
        </w:tc>
      </w:tr>
      <w:tr>
        <w:trPr>
          <w:cantSplit/>
        </w:trPr>
        <w:tc>
          <w:tcPr>
            <w:tcW w:type="dxa" w:w="1096"/>
            <w:vAlign w:val="center"/>
          </w:tcPr>
          <w:p>
            <w:r/>
            <w:r>
              <w:rPr>
                <w:rFonts w:ascii="Malgun Gothic" w:hAnsi="Malgun Gothic" w:eastAsia="Malgun Gothic"/>
                <w:b w:val="0"/>
                <w:sz w:val="13"/>
              </w:rPr>
              <w:t>423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research_continuity/19_speaker_additional_analysis_v172/speaker_additional_analysis_status_v172.json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765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6407ba6e1ac09832</w:t>
            </w:r>
          </w:p>
        </w:tc>
      </w:tr>
      <w:tr>
        <w:trPr>
          <w:cantSplit/>
        </w:trPr>
        <w:tc>
          <w:tcPr>
            <w:tcW w:type="dxa" w:w="1096"/>
            <w:vAlign w:val="center"/>
          </w:tcPr>
          <w:p>
            <w:r/>
            <w:r>
              <w:rPr>
                <w:rFonts w:ascii="Malgun Gothic" w:hAnsi="Malgun Gothic" w:eastAsia="Malgun Gothic"/>
                <w:b w:val="0"/>
                <w:sz w:val="13"/>
              </w:rPr>
              <w:t>424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research_continuity/19_speaker_additional_analysis_v172/speaker_additional_analysis_v172.html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1,260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82bee00949811d2e</w:t>
            </w:r>
          </w:p>
        </w:tc>
      </w:tr>
      <w:tr>
        <w:trPr>
          <w:cantSplit/>
        </w:trPr>
        <w:tc>
          <w:tcPr>
            <w:tcW w:type="dxa" w:w="1096"/>
            <w:vAlign w:val="center"/>
          </w:tcPr>
          <w:p>
            <w:r/>
            <w:r>
              <w:rPr>
                <w:rFonts w:ascii="Malgun Gothic" w:hAnsi="Malgun Gothic" w:eastAsia="Malgun Gothic"/>
                <w:b w:val="0"/>
                <w:sz w:val="13"/>
              </w:rPr>
              <w:t>425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research_continuity/20_speaker_oneclick_addon_v173/speaker_additional_analysis_policy_v173_from_v172.csv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211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78823dd8ed2b554d</w:t>
            </w:r>
          </w:p>
        </w:tc>
      </w:tr>
      <w:tr>
        <w:trPr>
          <w:cantSplit/>
        </w:trPr>
        <w:tc>
          <w:tcPr>
            <w:tcW w:type="dxa" w:w="1096"/>
            <w:vAlign w:val="center"/>
          </w:tcPr>
          <w:p>
            <w:r/>
            <w:r>
              <w:rPr>
                <w:rFonts w:ascii="Malgun Gothic" w:hAnsi="Malgun Gothic" w:eastAsia="Malgun Gothic"/>
                <w:b w:val="0"/>
                <w:sz w:val="13"/>
              </w:rPr>
              <w:t>426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research_continuity/20_speaker_oneclick_addon_v173/speaker_additional_analysis_policy_v173_from_v172.html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1,464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181cffca4a08f866</w:t>
            </w:r>
          </w:p>
        </w:tc>
      </w:tr>
      <w:tr>
        <w:trPr>
          <w:cantSplit/>
        </w:trPr>
        <w:tc>
          <w:tcPr>
            <w:tcW w:type="dxa" w:w="1096"/>
            <w:vAlign w:val="center"/>
          </w:tcPr>
          <w:p>
            <w:r/>
            <w:r>
              <w:rPr>
                <w:rFonts w:ascii="Malgun Gothic" w:hAnsi="Malgun Gothic" w:eastAsia="Malgun Gothic"/>
                <w:b w:val="0"/>
                <w:sz w:val="13"/>
              </w:rPr>
              <w:t>427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research_continuity/20_speaker_oneclick_addon_v173/speaker_additional_analysis_policy_v173_from_v172.json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1,489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20d46e9f41c7d9b3</w:t>
            </w:r>
          </w:p>
        </w:tc>
      </w:tr>
      <w:tr>
        <w:trPr>
          <w:cantSplit/>
        </w:trPr>
        <w:tc>
          <w:tcPr>
            <w:tcW w:type="dxa" w:w="1096"/>
            <w:vAlign w:val="center"/>
          </w:tcPr>
          <w:p>
            <w:r/>
            <w:r>
              <w:rPr>
                <w:rFonts w:ascii="Malgun Gothic" w:hAnsi="Malgun Gothic" w:eastAsia="Malgun Gothic"/>
                <w:b w:val="0"/>
                <w:sz w:val="13"/>
              </w:rPr>
              <w:t>428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research_continuity/20_speaker_oneclick_addon_v173/speaker_additional_analysis_status_v173_from_v172.json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765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6407ba6e1ac09832</w:t>
            </w:r>
          </w:p>
        </w:tc>
      </w:tr>
      <w:tr>
        <w:trPr>
          <w:cantSplit/>
        </w:trPr>
        <w:tc>
          <w:tcPr>
            <w:tcW w:type="dxa" w:w="1096"/>
            <w:vAlign w:val="center"/>
          </w:tcPr>
          <w:p>
            <w:r/>
            <w:r>
              <w:rPr>
                <w:rFonts w:ascii="Malgun Gothic" w:hAnsi="Malgun Gothic" w:eastAsia="Malgun Gothic"/>
                <w:b w:val="0"/>
                <w:sz w:val="13"/>
              </w:rPr>
              <w:t>429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research_continuity/20_speaker_oneclick_addon_v173/speaker_additional_analysis_v173_from_v172.html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1,260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82bee00949811d2e</w:t>
            </w:r>
          </w:p>
        </w:tc>
      </w:tr>
      <w:tr>
        <w:trPr>
          <w:cantSplit/>
        </w:trPr>
        <w:tc>
          <w:tcPr>
            <w:tcW w:type="dxa" w:w="1096"/>
            <w:vAlign w:val="center"/>
          </w:tcPr>
          <w:p>
            <w:r/>
            <w:r>
              <w:rPr>
                <w:rFonts w:ascii="Malgun Gothic" w:hAnsi="Malgun Gothic" w:eastAsia="Malgun Gothic"/>
                <w:b w:val="0"/>
                <w:sz w:val="13"/>
              </w:rPr>
              <w:t>430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research_continuity/20_speaker_oneclick_addon_v173/speaker_diarization_file_results_v173_from_v171.csv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f6429ba14ddbe1c5</w:t>
            </w:r>
          </w:p>
        </w:tc>
      </w:tr>
      <w:tr>
        <w:trPr>
          <w:cantSplit/>
        </w:trPr>
        <w:tc>
          <w:tcPr>
            <w:tcW w:type="dxa" w:w="1096"/>
            <w:vAlign w:val="center"/>
          </w:tcPr>
          <w:p>
            <w:r/>
            <w:r>
              <w:rPr>
                <w:rFonts w:ascii="Malgun Gothic" w:hAnsi="Malgun Gothic" w:eastAsia="Malgun Gothic"/>
                <w:b w:val="0"/>
                <w:sz w:val="13"/>
              </w:rPr>
              <w:t>431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research_continuity/20_speaker_oneclick_addon_v173/speaker_diarization_policy_v173_from_v171.html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2,223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3b08230953217bd5</w:t>
            </w:r>
          </w:p>
        </w:tc>
      </w:tr>
      <w:tr>
        <w:trPr>
          <w:cantSplit/>
        </w:trPr>
        <w:tc>
          <w:tcPr>
            <w:tcW w:type="dxa" w:w="1096"/>
            <w:vAlign w:val="center"/>
          </w:tcPr>
          <w:p>
            <w:r/>
            <w:r>
              <w:rPr>
                <w:rFonts w:ascii="Malgun Gothic" w:hAnsi="Malgun Gothic" w:eastAsia="Malgun Gothic"/>
                <w:b w:val="0"/>
                <w:sz w:val="13"/>
              </w:rPr>
              <w:t>432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research_continuity/20_speaker_oneclick_addon_v173/speaker_diarization_policy_v173_from_v171.json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724bf24be76f1ac1</w:t>
            </w:r>
          </w:p>
        </w:tc>
      </w:tr>
      <w:tr>
        <w:trPr>
          <w:cantSplit/>
        </w:trPr>
        <w:tc>
          <w:tcPr>
            <w:tcW w:type="dxa" w:w="1096"/>
            <w:vAlign w:val="center"/>
          </w:tcPr>
          <w:p>
            <w:r/>
            <w:r>
              <w:rPr>
                <w:rFonts w:ascii="Malgun Gothic" w:hAnsi="Malgun Gothic" w:eastAsia="Malgun Gothic"/>
                <w:b w:val="0"/>
                <w:sz w:val="13"/>
              </w:rPr>
              <w:t>433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research_continuity/20_speaker_oneclick_addon_v173/speaker_diarization_summary_v173_from_v171.csv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f6429ba14ddbe1c5</w:t>
            </w:r>
          </w:p>
        </w:tc>
      </w:tr>
      <w:tr>
        <w:trPr>
          <w:cantSplit/>
        </w:trPr>
        <w:tc>
          <w:tcPr>
            <w:tcW w:type="dxa" w:w="1096"/>
            <w:vAlign w:val="center"/>
          </w:tcPr>
          <w:p>
            <w:r/>
            <w:r>
              <w:rPr>
                <w:rFonts w:ascii="Malgun Gothic" w:hAnsi="Malgun Gothic" w:eastAsia="Malgun Gothic"/>
                <w:b w:val="0"/>
                <w:sz w:val="13"/>
              </w:rPr>
              <w:t>434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research_continuity/20_speaker_oneclick_addon_v173/speaker_oneclick_addon_status_v173.csv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257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8c4f6d72d3e58ea2</w:t>
            </w:r>
          </w:p>
        </w:tc>
      </w:tr>
      <w:tr>
        <w:trPr>
          <w:cantSplit/>
        </w:trPr>
        <w:tc>
          <w:tcPr>
            <w:tcW w:type="dxa" w:w="1096"/>
            <w:vAlign w:val="center"/>
          </w:tcPr>
          <w:p>
            <w:r/>
            <w:r>
              <w:rPr>
                <w:rFonts w:ascii="Malgun Gothic" w:hAnsi="Malgun Gothic" w:eastAsia="Malgun Gothic"/>
                <w:b w:val="0"/>
                <w:sz w:val="13"/>
              </w:rPr>
              <w:t>435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research_continuity/20_speaker_oneclick_addon_v173/speaker_oneclick_addon_status_v173.json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3,568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62d4bcd38b78ca83</w:t>
            </w:r>
          </w:p>
        </w:tc>
      </w:tr>
      <w:tr>
        <w:trPr>
          <w:cantSplit/>
        </w:trPr>
        <w:tc>
          <w:tcPr>
            <w:tcW w:type="dxa" w:w="1096"/>
            <w:vAlign w:val="center"/>
          </w:tcPr>
          <w:p>
            <w:r/>
            <w:r>
              <w:rPr>
                <w:rFonts w:ascii="Malgun Gothic" w:hAnsi="Malgun Gothic" w:eastAsia="Malgun Gothic"/>
                <w:b w:val="0"/>
                <w:sz w:val="13"/>
              </w:rPr>
              <w:t>436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research_continuity/20_speaker_oneclick_addon_v173/speaker_oneclick_addon_v173.html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6,041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3302ebe485b9b530</w:t>
            </w:r>
          </w:p>
        </w:tc>
      </w:tr>
      <w:tr>
        <w:trPr>
          <w:cantSplit/>
        </w:trPr>
        <w:tc>
          <w:tcPr>
            <w:tcW w:type="dxa" w:w="1096"/>
            <w:vAlign w:val="center"/>
          </w:tcPr>
          <w:p>
            <w:r/>
            <w:r>
              <w:rPr>
                <w:rFonts w:ascii="Malgun Gothic" w:hAnsi="Malgun Gothic" w:eastAsia="Malgun Gothic"/>
                <w:b w:val="0"/>
                <w:sz w:val="13"/>
              </w:rPr>
              <w:t>437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research_continuity/20_speaker_oneclick_addon_v173/speaker_role_mapping_template_v173_from_v171.csv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323</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b23a436a0143ae23</w:t>
            </w:r>
          </w:p>
        </w:tc>
      </w:tr>
      <w:tr>
        <w:trPr>
          <w:cantSplit/>
        </w:trPr>
        <w:tc>
          <w:tcPr>
            <w:tcW w:type="dxa" w:w="1096"/>
            <w:vAlign w:val="center"/>
          </w:tcPr>
          <w:p>
            <w:r/>
            <w:r>
              <w:rPr>
                <w:rFonts w:ascii="Malgun Gothic" w:hAnsi="Malgun Gothic" w:eastAsia="Malgun Gothic"/>
                <w:b w:val="0"/>
                <w:sz w:val="13"/>
              </w:rPr>
              <w:t>438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research_continuity/21_speaker_continuity_flow_v174/speaker_continuity_flow_v174.html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4,770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e87e037ad8e9980a</w:t>
            </w:r>
          </w:p>
        </w:tc>
      </w:tr>
      <w:tr>
        <w:trPr>
          <w:cantSplit/>
        </w:trPr>
        <w:tc>
          <w:tcPr>
            <w:tcW w:type="dxa" w:w="1096"/>
            <w:vAlign w:val="center"/>
          </w:tcPr>
          <w:p>
            <w:r/>
            <w:r>
              <w:rPr>
                <w:rFonts w:ascii="Malgun Gothic" w:hAnsi="Malgun Gothic" w:eastAsia="Malgun Gothic"/>
                <w:b w:val="0"/>
                <w:sz w:val="13"/>
              </w:rPr>
              <w:t>439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research_continuity/21_speaker_continuity_flow_v174/speaker_continuity_report_v174.md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902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3f8206bf7d01fd97</w:t>
            </w:r>
          </w:p>
        </w:tc>
      </w:tr>
      <w:tr>
        <w:trPr>
          <w:cantSplit/>
        </w:trPr>
        <w:tc>
          <w:tcPr>
            <w:tcW w:type="dxa" w:w="1096"/>
            <w:vAlign w:val="center"/>
          </w:tcPr>
          <w:p>
            <w:r/>
            <w:r>
              <w:rPr>
                <w:rFonts w:ascii="Malgun Gothic" w:hAnsi="Malgun Gothic" w:eastAsia="Malgun Gothic"/>
                <w:b w:val="0"/>
                <w:sz w:val="13"/>
              </w:rPr>
              <w:t>440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research_continuity/21_speaker_continuity_flow_v174/speaker_continuity_status_v174.json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3,318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b7b7dec6a30d1455</w:t>
            </w:r>
          </w:p>
        </w:tc>
      </w:tr>
      <w:tr>
        <w:trPr>
          <w:cantSplit/>
        </w:trPr>
        <w:tc>
          <w:tcPr>
            <w:tcW w:type="dxa" w:w="1096"/>
            <w:vAlign w:val="center"/>
          </w:tcPr>
          <w:p>
            <w:r/>
            <w:r>
              <w:rPr>
                <w:rFonts w:ascii="Malgun Gothic" w:hAnsi="Malgun Gothic" w:eastAsia="Malgun Gothic"/>
                <w:b w:val="0"/>
                <w:sz w:val="13"/>
              </w:rPr>
              <w:t>441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research_continuity/21_speaker_continuity_flow_v174/speaker_continuity_summary_v174.csv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1,254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49dcb4f377d9e0ea</w:t>
            </w:r>
          </w:p>
        </w:tc>
      </w:tr>
      <w:tr>
        <w:trPr>
          <w:cantSplit/>
        </w:trPr>
        <w:tc>
          <w:tcPr>
            <w:tcW w:type="dxa" w:w="1096"/>
            <w:vAlign w:val="center"/>
          </w:tcPr>
          <w:p>
            <w:r/>
            <w:r>
              <w:rPr>
                <w:rFonts w:ascii="Malgun Gothic" w:hAnsi="Malgun Gothic" w:eastAsia="Malgun Gothic"/>
                <w:b w:val="0"/>
                <w:sz w:val="13"/>
              </w:rPr>
              <w:t>442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research_continuity/21_speaker_continuity_flow_v174/speaker_role_mapping_template_v174.csv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f1bf4a13a4d0476b</w:t>
            </w:r>
          </w:p>
        </w:tc>
      </w:tr>
      <w:tr>
        <w:trPr>
          <w:cantSplit/>
        </w:trPr>
        <w:tc>
          <w:tcPr>
            <w:tcW w:type="dxa" w:w="1096"/>
            <w:vAlign w:val="center"/>
          </w:tcPr>
          <w:p>
            <w:r/>
            <w:r>
              <w:rPr>
                <w:rFonts w:ascii="Malgun Gothic" w:hAnsi="Malgun Gothic" w:eastAsia="Malgun Gothic"/>
                <w:b w:val="0"/>
                <w:sz w:val="13"/>
              </w:rPr>
              <w:t>443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research_continuity/22_speaker_interaction_flow_v175/speaker_interaction_categories_v175.csv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1,915</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f7967220cfeaa522</w:t>
            </w:r>
          </w:p>
        </w:tc>
      </w:tr>
      <w:tr>
        <w:trPr>
          <w:cantSplit/>
        </w:trPr>
        <w:tc>
          <w:tcPr>
            <w:tcW w:type="dxa" w:w="1096"/>
            <w:vAlign w:val="center"/>
          </w:tcPr>
          <w:p>
            <w:r/>
            <w:r>
              <w:rPr>
                <w:rFonts w:ascii="Malgun Gothic" w:hAnsi="Malgun Gothic" w:eastAsia="Malgun Gothic"/>
                <w:b w:val="0"/>
                <w:sz w:val="13"/>
              </w:rPr>
              <w:t>444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research_continuity/22_speaker_interaction_flow_v175/speaker_interaction_flow_v175.html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198,121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a604d622be296603</w:t>
            </w:r>
          </w:p>
        </w:tc>
      </w:tr>
      <w:tr>
        <w:trPr>
          <w:cantSplit/>
        </w:trPr>
        <w:tc>
          <w:tcPr>
            <w:tcW w:type="dxa" w:w="1096"/>
            <w:vAlign w:val="center"/>
          </w:tcPr>
          <w:p>
            <w:r/>
            <w:r>
              <w:rPr>
                <w:rFonts w:ascii="Malgun Gothic" w:hAnsi="Malgun Gothic" w:eastAsia="Malgun Gothic"/>
                <w:b w:val="0"/>
                <w:sz w:val="13"/>
              </w:rPr>
              <w:t>445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research_continuity/22_speaker_interaction_flow_v175/speaker_interaction_metrics_v175.csv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272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4e05d2bd3729d98d</w:t>
            </w:r>
          </w:p>
        </w:tc>
      </w:tr>
      <w:tr>
        <w:trPr>
          <w:cantSplit/>
        </w:trPr>
        <w:tc>
          <w:tcPr>
            <w:tcW w:type="dxa" w:w="1096"/>
            <w:vAlign w:val="center"/>
          </w:tcPr>
          <w:p>
            <w:r/>
            <w:r>
              <w:rPr>
                <w:rFonts w:ascii="Malgun Gothic" w:hAnsi="Malgun Gothic" w:eastAsia="Malgun Gothic"/>
                <w:b w:val="0"/>
                <w:sz w:val="13"/>
              </w:rPr>
              <w:t>446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research_continuity/22_speaker_interaction_flow_v175/speaker_interaction_report_v175.md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1,491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ef758f5c604caef3</w:t>
            </w:r>
          </w:p>
        </w:tc>
      </w:tr>
      <w:tr>
        <w:trPr>
          <w:cantSplit/>
        </w:trPr>
        <w:tc>
          <w:tcPr>
            <w:tcW w:type="dxa" w:w="1096"/>
            <w:vAlign w:val="center"/>
          </w:tcPr>
          <w:p>
            <w:r/>
            <w:r>
              <w:rPr>
                <w:rFonts w:ascii="Malgun Gothic" w:hAnsi="Malgun Gothic" w:eastAsia="Malgun Gothic"/>
                <w:b w:val="0"/>
                <w:sz w:val="13"/>
              </w:rPr>
              <w:t>447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research_continuity/22_speaker_interaction_flow_v175/speaker_interaction_status_v175.json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192,295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fe3ac53e3e1e35fe</w:t>
            </w:r>
          </w:p>
        </w:tc>
      </w:tr>
      <w:tr>
        <w:trPr>
          <w:cantSplit/>
        </w:trPr>
        <w:tc>
          <w:tcPr>
            <w:tcW w:type="dxa" w:w="1096"/>
            <w:vAlign w:val="center"/>
          </w:tcPr>
          <w:p>
            <w:r/>
            <w:r>
              <w:rPr>
                <w:rFonts w:ascii="Malgun Gothic" w:hAnsi="Malgun Gothic" w:eastAsia="Malgun Gothic"/>
                <w:b w:val="0"/>
                <w:sz w:val="13"/>
              </w:rPr>
              <w:t>448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research_continuity/23_deployed_word_export_v175/deployed_word_export_v175.json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4,211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0f8eb7a73ef46f44</w:t>
            </w:r>
          </w:p>
        </w:tc>
      </w:tr>
      <w:tr>
        <w:trPr>
          <w:cantSplit/>
        </w:trPr>
        <w:tc>
          <w:tcPr>
            <w:tcW w:type="dxa" w:w="1096"/>
            <w:vAlign w:val="center"/>
          </w:tcPr>
          <w:p>
            <w:r/>
            <w:r>
              <w:rPr>
                <w:rFonts w:ascii="Malgun Gothic" w:hAnsi="Malgun Gothic" w:eastAsia="Malgun Gothic"/>
                <w:b w:val="0"/>
                <w:sz w:val="13"/>
              </w:rPr>
              <w:t>449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research_continuity/24_speaker_actual_diarization_v176/speaker_actual_diarization_status_v176.json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4,362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4f43c975799e1327</w:t>
            </w:r>
          </w:p>
        </w:tc>
      </w:tr>
      <w:tr>
        <w:trPr>
          <w:cantSplit/>
        </w:trPr>
        <w:tc>
          <w:tcPr>
            <w:tcW w:type="dxa" w:w="1096"/>
            <w:vAlign w:val="center"/>
          </w:tcPr>
          <w:p>
            <w:r/>
            <w:r>
              <w:rPr>
                <w:rFonts w:ascii="Malgun Gothic" w:hAnsi="Malgun Gothic" w:eastAsia="Malgun Gothic"/>
                <w:b w:val="0"/>
                <w:sz w:val="13"/>
              </w:rPr>
              <w:t>450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research_continuity/24_speaker_actual_diarization_v181/speaker_actual_diarization_status_v181.json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5,233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3b575308c04de576</w:t>
            </w:r>
          </w:p>
        </w:tc>
      </w:tr>
      <w:tr>
        <w:trPr>
          <w:cantSplit/>
        </w:trPr>
        <w:tc>
          <w:tcPr>
            <w:tcW w:type="dxa" w:w="1096"/>
            <w:vAlign w:val="center"/>
          </w:tcPr>
          <w:p>
            <w:r/>
            <w:r>
              <w:rPr>
                <w:rFonts w:ascii="Malgun Gothic" w:hAnsi="Malgun Gothic" w:eastAsia="Malgun Gothic"/>
                <w:b w:val="0"/>
                <w:sz w:val="13"/>
              </w:rPr>
              <w:t>451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research_continuity/25_customer_agent_interaction_v182/customer_agent_interaction_status_v182.json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6,296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5bb72313f0e4a1e9</w:t>
            </w:r>
          </w:p>
        </w:tc>
      </w:tr>
      <w:tr>
        <w:trPr>
          <w:cantSplit/>
        </w:trPr>
        <w:tc>
          <w:tcPr>
            <w:tcW w:type="dxa" w:w="1096"/>
            <w:vAlign w:val="center"/>
          </w:tcPr>
          <w:p>
            <w:r/>
            <w:r>
              <w:rPr>
                <w:rFonts w:ascii="Malgun Gothic" w:hAnsi="Malgun Gothic" w:eastAsia="Malgun Gothic"/>
                <w:b w:val="0"/>
                <w:sz w:val="13"/>
              </w:rPr>
              <w:t>452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research_continuity/25_customer_agent_interaction_v182/speaker0_to_speaker1_effect_summary_v182.csv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1,955</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0cf0c736ebfb7346</w:t>
            </w:r>
          </w:p>
        </w:tc>
      </w:tr>
      <w:tr>
        <w:trPr>
          <w:cantSplit/>
        </w:trPr>
        <w:tc>
          <w:tcPr>
            <w:tcW w:type="dxa" w:w="1096"/>
            <w:vAlign w:val="center"/>
          </w:tcPr>
          <w:p>
            <w:r/>
            <w:r>
              <w:rPr>
                <w:rFonts w:ascii="Malgun Gothic" w:hAnsi="Malgun Gothic" w:eastAsia="Malgun Gothic"/>
                <w:b w:val="0"/>
                <w:sz w:val="13"/>
              </w:rPr>
              <w:t>453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research_continuity/25_customer_agent_interaction_v182/speaker_customer_agent_summary_v182.csv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196,044</w:t>
            </w:r>
          </w:p>
        </w:tc>
        <w:tc>
          <w:tcPr>
            <w:tcW w:type="dxa" w:w="1096"/>
            <w:vAlign w:val="center"/>
          </w:tcPr>
          <w:p>
            <w:r/>
            <w:r>
              <w:rPr>
                <w:rFonts w:ascii="Malgun Gothic" w:hAnsi="Malgun Gothic" w:eastAsia="Malgun Gothic"/>
                <w:b w:val="0"/>
                <w:sz w:val="13"/>
              </w:rPr>
              <w:t>1,960</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fb0a4b02cde3507b</w:t>
            </w:r>
          </w:p>
        </w:tc>
      </w:tr>
      <w:tr>
        <w:trPr>
          <w:cantSplit/>
        </w:trPr>
        <w:tc>
          <w:tcPr>
            <w:tcW w:type="dxa" w:w="1096"/>
            <w:vAlign w:val="center"/>
          </w:tcPr>
          <w:p>
            <w:r/>
            <w:r>
              <w:rPr>
                <w:rFonts w:ascii="Malgun Gothic" w:hAnsi="Malgun Gothic" w:eastAsia="Malgun Gothic"/>
                <w:b w:val="0"/>
                <w:sz w:val="13"/>
              </w:rPr>
              <w:t>454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research_continuity/25_deployed_word_export_v176/deployed_word_export_v176.json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5,091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b88fc452d78a9778</w:t>
            </w:r>
          </w:p>
        </w:tc>
      </w:tr>
      <w:tr>
        <w:trPr>
          <w:cantSplit/>
        </w:trPr>
        <w:tc>
          <w:tcPr>
            <w:tcW w:type="dxa" w:w="1096"/>
            <w:vAlign w:val="center"/>
          </w:tcPr>
          <w:p>
            <w:r/>
            <w:r>
              <w:rPr>
                <w:rFonts w:ascii="Malgun Gothic" w:hAnsi="Malgun Gothic" w:eastAsia="Malgun Gothic"/>
                <w:b w:val="0"/>
                <w:sz w:val="13"/>
              </w:rPr>
              <w:t>455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research_continuity/26_speaker_level_stress_interaction_v201/speaker_call_gap_analysis_v201.csv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231,720</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0daa1aa9dadbe04b</w:t>
            </w:r>
          </w:p>
        </w:tc>
      </w:tr>
      <w:tr>
        <w:trPr>
          <w:cantSplit/>
        </w:trPr>
        <w:tc>
          <w:tcPr>
            <w:tcW w:type="dxa" w:w="1096"/>
            <w:vAlign w:val="center"/>
          </w:tcPr>
          <w:p>
            <w:r/>
            <w:r>
              <w:rPr>
                <w:rFonts w:ascii="Malgun Gothic" w:hAnsi="Malgun Gothic" w:eastAsia="Malgun Gothic"/>
                <w:b w:val="0"/>
                <w:sz w:val="13"/>
              </w:rPr>
              <w:t>456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research_continuity/26_speaker_level_stress_interaction_v201/speaker_high_stress_segments_v201.csv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556b83db53938c07</w:t>
            </w:r>
          </w:p>
        </w:tc>
      </w:tr>
      <w:tr>
        <w:trPr>
          <w:cantSplit/>
        </w:trPr>
        <w:tc>
          <w:tcPr>
            <w:tcW w:type="dxa" w:w="1096"/>
            <w:vAlign w:val="center"/>
          </w:tcPr>
          <w:p>
            <w:r/>
            <w:r>
              <w:rPr>
                <w:rFonts w:ascii="Malgun Gothic" w:hAnsi="Malgun Gothic" w:eastAsia="Malgun Gothic"/>
                <w:b w:val="0"/>
                <w:sz w:val="13"/>
              </w:rPr>
              <w:t>457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research_continuity/26_speaker_level_stress_interaction_v201/speaker_level_analysis_status_v201.json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2,980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0534284cd4029cd6</w:t>
            </w:r>
          </w:p>
        </w:tc>
      </w:tr>
      <w:tr>
        <w:trPr>
          <w:cantSplit/>
        </w:trPr>
        <w:tc>
          <w:tcPr>
            <w:tcW w:type="dxa" w:w="1096"/>
            <w:vAlign w:val="center"/>
          </w:tcPr>
          <w:p>
            <w:r/>
            <w:r>
              <w:rPr>
                <w:rFonts w:ascii="Malgun Gothic" w:hAnsi="Malgun Gothic" w:eastAsia="Malgun Gothic"/>
                <w:b w:val="0"/>
                <w:sz w:val="13"/>
              </w:rPr>
              <w:t>458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research_continuity/26_speaker_level_stress_interaction_v201/speaker_level_descriptive_stats_v201.csv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507ac27b3df0f263</w:t>
            </w:r>
          </w:p>
        </w:tc>
      </w:tr>
      <w:tr>
        <w:trPr>
          <w:cantSplit/>
        </w:trPr>
        <w:tc>
          <w:tcPr>
            <w:tcW w:type="dxa" w:w="1096"/>
            <w:vAlign w:val="center"/>
          </w:tcPr>
          <w:p>
            <w:r/>
            <w:r>
              <w:rPr>
                <w:rFonts w:ascii="Malgun Gothic" w:hAnsi="Malgun Gothic" w:eastAsia="Malgun Gothic"/>
                <w:b w:val="0"/>
                <w:sz w:val="13"/>
              </w:rPr>
              <w:t>459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research_continuity/26_speaker_level_stress_interaction_v201/speaker_level_paper_use_policy_v201.csv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501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d8d110196831f3f2</w:t>
            </w:r>
          </w:p>
        </w:tc>
      </w:tr>
      <w:tr>
        <w:trPr>
          <w:cantSplit/>
        </w:trPr>
        <w:tc>
          <w:tcPr>
            <w:tcW w:type="dxa" w:w="1096"/>
            <w:vAlign w:val="center"/>
          </w:tcPr>
          <w:p>
            <w:r/>
            <w:r>
              <w:rPr>
                <w:rFonts w:ascii="Malgun Gothic" w:hAnsi="Malgun Gothic" w:eastAsia="Malgun Gothic"/>
                <w:b w:val="0"/>
                <w:sz w:val="13"/>
              </w:rPr>
              <w:t>460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research_continuity/27_tiis_extension_tables_v201/table1_dataset_summary_v201.csv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461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f85dce98118c4455</w:t>
            </w:r>
          </w:p>
        </w:tc>
      </w:tr>
      <w:tr>
        <w:trPr>
          <w:cantSplit/>
        </w:trPr>
        <w:tc>
          <w:tcPr>
            <w:tcW w:type="dxa" w:w="1096"/>
            <w:vAlign w:val="center"/>
          </w:tcPr>
          <w:p>
            <w:r/>
            <w:r>
              <w:rPr>
                <w:rFonts w:ascii="Malgun Gothic" w:hAnsi="Malgun Gothic" w:eastAsia="Malgun Gothic"/>
                <w:b w:val="0"/>
                <w:sz w:val="13"/>
              </w:rPr>
              <w:t>461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research_continuity/27_tiis_extension_tables_v201/table2_tobe_speaker_level_summary_v201.csv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429</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098fbf0de5a84821</w:t>
            </w:r>
          </w:p>
        </w:tc>
      </w:tr>
      <w:tr>
        <w:trPr>
          <w:cantSplit/>
        </w:trPr>
        <w:tc>
          <w:tcPr>
            <w:tcW w:type="dxa" w:w="1096"/>
            <w:vAlign w:val="center"/>
          </w:tcPr>
          <w:p>
            <w:r/>
            <w:r>
              <w:rPr>
                <w:rFonts w:ascii="Malgun Gothic" w:hAnsi="Malgun Gothic" w:eastAsia="Malgun Gothic"/>
                <w:b w:val="0"/>
                <w:sz w:val="13"/>
              </w:rPr>
              <w:t>462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research_continuity/27_tiis_extension_tables_v201/tiis_extension_tables_status_v201.json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1,752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2c36942baf57b483</w:t>
            </w:r>
          </w:p>
        </w:tc>
      </w:tr>
      <w:tr>
        <w:trPr>
          <w:cantSplit/>
        </w:trPr>
        <w:tc>
          <w:tcPr>
            <w:tcW w:type="dxa" w:w="1096"/>
            <w:vAlign w:val="center"/>
          </w:tcPr>
          <w:p>
            <w:r/>
            <w:r>
              <w:rPr>
                <w:rFonts w:ascii="Malgun Gothic" w:hAnsi="Malgun Gothic" w:eastAsia="Malgun Gothic"/>
                <w:b w:val="0"/>
                <w:sz w:val="13"/>
              </w:rPr>
              <w:t>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research_continuity/actual_reproduction_status_v149.json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4,681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1891c0dc82156d37</w:t>
            </w:r>
          </w:p>
        </w:tc>
      </w:tr>
      <w:tr>
        <w:trPr>
          <w:cantSplit/>
        </w:trPr>
        <w:tc>
          <w:tcPr>
            <w:tcW w:type="dxa" w:w="1096"/>
            <w:vAlign w:val="center"/>
          </w:tcPr>
          <w:p>
            <w:r/>
            <w:r>
              <w:rPr>
                <w:rFonts w:ascii="Malgun Gothic" w:hAnsi="Malgun Gothic" w:eastAsia="Malgun Gothic"/>
                <w:b w:val="0"/>
                <w:sz w:val="13"/>
              </w:rPr>
              <w:t>464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research_continuity/actual_reproduction_status_v150.json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40,393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8336ce5e60f7cab9</w:t>
            </w:r>
          </w:p>
        </w:tc>
      </w:tr>
      <w:tr>
        <w:trPr>
          <w:cantSplit/>
        </w:trPr>
        <w:tc>
          <w:tcPr>
            <w:tcW w:type="dxa" w:w="1096"/>
            <w:vAlign w:val="center"/>
          </w:tcPr>
          <w:p>
            <w:r/>
            <w:r>
              <w:rPr>
                <w:rFonts w:ascii="Malgun Gothic" w:hAnsi="Malgun Gothic" w:eastAsia="Malgun Gothic"/>
                <w:b w:val="0"/>
                <w:sz w:val="13"/>
              </w:rPr>
              <w:t>465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research_continuity/actual_reproduction_status_v152.json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13,455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c0d095a79358ba27</w:t>
            </w:r>
          </w:p>
        </w:tc>
      </w:tr>
      <w:tr>
        <w:trPr>
          <w:cantSplit/>
        </w:trPr>
        <w:tc>
          <w:tcPr>
            <w:tcW w:type="dxa" w:w="1096"/>
            <w:vAlign w:val="center"/>
          </w:tcPr>
          <w:p>
            <w:r/>
            <w:r>
              <w:rPr>
                <w:rFonts w:ascii="Malgun Gothic" w:hAnsi="Malgun Gothic" w:eastAsia="Malgun Gothic"/>
                <w:b w:val="0"/>
                <w:sz w:val="13"/>
              </w:rPr>
              <w:t>466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research_continuity/actual_reproduction_status_v153.json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22,629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e0b2ae70974bf9e0</w:t>
            </w:r>
          </w:p>
        </w:tc>
      </w:tr>
      <w:tr>
        <w:trPr>
          <w:cantSplit/>
        </w:trPr>
        <w:tc>
          <w:tcPr>
            <w:tcW w:type="dxa" w:w="1096"/>
            <w:vAlign w:val="center"/>
          </w:tcPr>
          <w:p>
            <w:r/>
            <w:r>
              <w:rPr>
                <w:rFonts w:ascii="Malgun Gothic" w:hAnsi="Malgun Gothic" w:eastAsia="Malgun Gothic"/>
                <w:b w:val="0"/>
                <w:sz w:val="13"/>
              </w:rPr>
              <w:t>467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research_continuity/actual_reproduction_status_v154.json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40,528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9550b94c3c7f71e6</w:t>
            </w:r>
          </w:p>
        </w:tc>
      </w:tr>
      <w:tr>
        <w:trPr>
          <w:cantSplit/>
        </w:trPr>
        <w:tc>
          <w:tcPr>
            <w:tcW w:type="dxa" w:w="1096"/>
            <w:vAlign w:val="center"/>
          </w:tcPr>
          <w:p>
            <w:r/>
            <w:r>
              <w:rPr>
                <w:rFonts w:ascii="Malgun Gothic" w:hAnsi="Malgun Gothic" w:eastAsia="Malgun Gothic"/>
                <w:b w:val="0"/>
                <w:sz w:val="13"/>
              </w:rPr>
              <w:t>468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research_continuity/actual_reproduction_status_v155.json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68,055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ae08593960f3e7f8</w:t>
            </w:r>
          </w:p>
        </w:tc>
      </w:tr>
      <w:tr>
        <w:trPr>
          <w:cantSplit/>
        </w:trPr>
        <w:tc>
          <w:tcPr>
            <w:tcW w:type="dxa" w:w="1096"/>
            <w:vAlign w:val="center"/>
          </w:tcPr>
          <w:p>
            <w:r/>
            <w:r>
              <w:rPr>
                <w:rFonts w:ascii="Malgun Gothic" w:hAnsi="Malgun Gothic" w:eastAsia="Malgun Gothic"/>
                <w:b w:val="0"/>
                <w:sz w:val="13"/>
              </w:rPr>
              <w:t>469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research_continuity/actual_reproduction_status_v156.json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40,538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457b7ed3e653d359</w:t>
            </w:r>
          </w:p>
        </w:tc>
      </w:tr>
      <w:tr>
        <w:trPr>
          <w:cantSplit/>
        </w:trPr>
        <w:tc>
          <w:tcPr>
            <w:tcW w:type="dxa" w:w="1096"/>
            <w:vAlign w:val="center"/>
          </w:tcPr>
          <w:p>
            <w:r/>
            <w:r>
              <w:rPr>
                <w:rFonts w:ascii="Malgun Gothic" w:hAnsi="Malgun Gothic" w:eastAsia="Malgun Gothic"/>
                <w:b w:val="0"/>
                <w:sz w:val="13"/>
              </w:rPr>
              <w:t>470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research_continuity/professor_report_sentence.md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475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05bf0e4fbdbe85fc</w:t>
            </w:r>
          </w:p>
        </w:tc>
      </w:tr>
      <w:tr>
        <w:trPr>
          <w:cantSplit/>
        </w:trPr>
        <w:tc>
          <w:tcPr>
            <w:tcW w:type="dxa" w:w="1096"/>
            <w:vAlign w:val="center"/>
          </w:tcPr>
          <w:p>
            <w:r/>
            <w:r>
              <w:rPr>
                <w:rFonts w:ascii="Malgun Gothic" w:hAnsi="Malgun Gothic" w:eastAsia="Malgun Gothic"/>
                <w:b w:val="0"/>
                <w:sz w:val="13"/>
              </w:rPr>
              <w:t>471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research_continuity/research_continuity_manifest.json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3,153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788fb0146daefd10</w:t>
            </w:r>
          </w:p>
        </w:tc>
      </w:tr>
      <w:tr>
        <w:trPr>
          <w:cantSplit/>
        </w:trPr>
        <w:tc>
          <w:tcPr>
            <w:tcW w:type="dxa" w:w="1096"/>
            <w:vAlign w:val="center"/>
          </w:tcPr>
          <w:p>
            <w:r/>
            <w:r>
              <w:rPr>
                <w:rFonts w:ascii="Malgun Gothic" w:hAnsi="Malgun Gothic" w:eastAsia="Malgun Gothic"/>
                <w:b w:val="0"/>
                <w:sz w:val="13"/>
              </w:rPr>
              <w:t>472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research_continuity/research_continuity_workflow_status.json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6,019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f8bafcc9f8e6b803</w:t>
            </w:r>
          </w:p>
        </w:tc>
      </w:tr>
      <w:tr>
        <w:trPr>
          <w:cantSplit/>
        </w:trPr>
        <w:tc>
          <w:tcPr>
            <w:tcW w:type="dxa" w:w="1096"/>
            <w:vAlign w:val="center"/>
          </w:tcPr>
          <w:p>
            <w:r/>
            <w:r>
              <w:rPr>
                <w:rFonts w:ascii="Malgun Gothic" w:hAnsi="Malgun Gothic" w:eastAsia="Malgun Gothic"/>
                <w:b w:val="0"/>
                <w:sz w:val="13"/>
              </w:rPr>
              <w:t>473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results/manuscript_text/aiis_as_is_to_be_summary_ko.md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537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cdd60509128e48a4</w:t>
            </w:r>
          </w:p>
        </w:tc>
      </w:tr>
      <w:tr>
        <w:trPr>
          <w:cantSplit/>
        </w:trPr>
        <w:tc>
          <w:tcPr>
            <w:tcW w:type="dxa" w:w="1096"/>
            <w:vAlign w:val="center"/>
          </w:tcPr>
          <w:p>
            <w:r/>
            <w:r>
              <w:rPr>
                <w:rFonts w:ascii="Malgun Gothic" w:hAnsi="Malgun Gothic" w:eastAsia="Malgun Gothic"/>
                <w:b w:val="0"/>
                <w:sz w:val="13"/>
              </w:rPr>
              <w:t>474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results/manuscript_text/asis_tobe/result_similarity_summary_ko.md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2,554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8658a8b81ab46c16</w:t>
            </w:r>
          </w:p>
        </w:tc>
      </w:tr>
      <w:tr>
        <w:trPr>
          <w:cantSplit/>
        </w:trPr>
        <w:tc>
          <w:tcPr>
            <w:tcW w:type="dxa" w:w="1096"/>
            <w:vAlign w:val="center"/>
          </w:tcPr>
          <w:p>
            <w:r/>
            <w:r>
              <w:rPr>
                <w:rFonts w:ascii="Malgun Gothic" w:hAnsi="Malgun Gothic" w:eastAsia="Malgun Gothic"/>
                <w:b w:val="0"/>
                <w:sz w:val="13"/>
              </w:rPr>
              <w:t>475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results/manuscript_text/coach/today_task_sheet_ko.md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1,141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30faf275d4f2d6ed</w:t>
            </w:r>
          </w:p>
        </w:tc>
      </w:tr>
      <w:tr>
        <w:trPr>
          <w:cantSplit/>
        </w:trPr>
        <w:tc>
          <w:tcPr>
            <w:tcW w:type="dxa" w:w="1096"/>
            <w:vAlign w:val="center"/>
          </w:tcPr>
          <w:p>
            <w:r/>
            <w:r>
              <w:rPr>
                <w:rFonts w:ascii="Malgun Gothic" w:hAnsi="Malgun Gothic" w:eastAsia="Malgun Gothic"/>
                <w:b w:val="0"/>
                <w:sz w:val="13"/>
              </w:rPr>
              <w:t>476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results/manuscript_text/cover_letter_en.txt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1,651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000c7e1fa665ba4c</w:t>
            </w:r>
          </w:p>
        </w:tc>
      </w:tr>
      <w:tr>
        <w:trPr>
          <w:cantSplit/>
        </w:trPr>
        <w:tc>
          <w:tcPr>
            <w:tcW w:type="dxa" w:w="1096"/>
            <w:vAlign w:val="center"/>
          </w:tcPr>
          <w:p>
            <w:r/>
            <w:r>
              <w:rPr>
                <w:rFonts w:ascii="Malgun Gothic" w:hAnsi="Malgun Gothic" w:eastAsia="Malgun Gothic"/>
                <w:b w:val="0"/>
                <w:sz w:val="13"/>
              </w:rPr>
              <w:t>477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results/manuscript_text/deploy/soc_mobile_deploy_summary_ko.md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321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33ccd96f556f88c8</w:t>
            </w:r>
          </w:p>
        </w:tc>
      </w:tr>
      <w:tr>
        <w:trPr>
          <w:cantSplit/>
        </w:trPr>
        <w:tc>
          <w:tcPr>
            <w:tcW w:type="dxa" w:w="1096"/>
            <w:vAlign w:val="center"/>
          </w:tcPr>
          <w:p>
            <w:r/>
            <w:r>
              <w:rPr>
                <w:rFonts w:ascii="Malgun Gothic" w:hAnsi="Malgun Gothic" w:eastAsia="Malgun Gothic"/>
                <w:b w:val="0"/>
                <w:sz w:val="13"/>
              </w:rPr>
              <w:t>478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results/manuscript_text/discussion_section_en.txt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6,331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cbccc2e7722febe4</w:t>
            </w:r>
          </w:p>
        </w:tc>
      </w:tr>
      <w:tr>
        <w:trPr>
          <w:cantSplit/>
        </w:trPr>
        <w:tc>
          <w:tcPr>
            <w:tcW w:type="dxa" w:w="1096"/>
            <w:vAlign w:val="center"/>
          </w:tcPr>
          <w:p>
            <w:r/>
            <w:r>
              <w:rPr>
                <w:rFonts w:ascii="Malgun Gothic" w:hAnsi="Malgun Gothic" w:eastAsia="Malgun Gothic"/>
                <w:b w:val="0"/>
                <w:sz w:val="13"/>
              </w:rPr>
              <w:t>479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results/manuscript_text/finalization/journal_recommendation_ko.md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14,633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6aac3082775d0c09</w:t>
            </w:r>
          </w:p>
        </w:tc>
      </w:tr>
      <w:tr>
        <w:trPr>
          <w:cantSplit/>
        </w:trPr>
        <w:tc>
          <w:tcPr>
            <w:tcW w:type="dxa" w:w="1096"/>
            <w:vAlign w:val="center"/>
          </w:tcPr>
          <w:p>
            <w:r/>
            <w:r>
              <w:rPr>
                <w:rFonts w:ascii="Malgun Gothic" w:hAnsi="Malgun Gothic" w:eastAsia="Malgun Gothic"/>
                <w:b w:val="0"/>
                <w:sz w:val="13"/>
              </w:rPr>
              <w:t>480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results/manuscript_text/future_analysis/future_analysis_summary_ko.md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7,929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dae2ba13ae2f4ce2</w:t>
            </w:r>
          </w:p>
        </w:tc>
      </w:tr>
    </w:tbl>
    <w:p/>
    <w:p>
      <w:r>
        <w:rPr>
          <w:b/>
        </w:rPr>
        <w:t>부록 표 A-7.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481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results/manuscript_text/future_limitations_section_ko.md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2,432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b1938bf4fad6b8ff</w:t>
            </w:r>
          </w:p>
        </w:tc>
      </w:tr>
      <w:tr>
        <w:trPr>
          <w:cantSplit/>
        </w:trPr>
        <w:tc>
          <w:tcPr>
            <w:tcW w:type="dxa" w:w="1096"/>
            <w:vAlign w:val="center"/>
          </w:tcPr>
          <w:p>
            <w:r/>
            <w:r>
              <w:rPr>
                <w:rFonts w:ascii="Malgun Gothic" w:hAnsi="Malgun Gothic" w:eastAsia="Malgun Gothic"/>
                <w:b w:val="0"/>
                <w:sz w:val="13"/>
              </w:rPr>
              <w:t>482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results/manuscript_text/history/step_status_summary_n1000_ko.md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168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d17e9dd589069ba5</w:t>
            </w:r>
          </w:p>
        </w:tc>
      </w:tr>
      <w:tr>
        <w:trPr>
          <w:cantSplit/>
        </w:trPr>
        <w:tc>
          <w:tcPr>
            <w:tcW w:type="dxa" w:w="1096"/>
            <w:vAlign w:val="center"/>
          </w:tcPr>
          <w:p>
            <w:r/>
            <w:r>
              <w:rPr>
                <w:rFonts w:ascii="Malgun Gothic" w:hAnsi="Malgun Gothic" w:eastAsia="Malgun Gothic"/>
                <w:b w:val="0"/>
                <w:sz w:val="13"/>
              </w:rPr>
              <w:t>483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results/manuscript_text/learning/deepseek_learning_feedback_ko.md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922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9205f1ed833ee7cc</w:t>
            </w:r>
          </w:p>
        </w:tc>
      </w:tr>
      <w:tr>
        <w:trPr>
          <w:cantSplit/>
        </w:trPr>
        <w:tc>
          <w:tcPr>
            <w:tcW w:type="dxa" w:w="1096"/>
            <w:vAlign w:val="center"/>
          </w:tcPr>
          <w:p>
            <w:r/>
            <w:r>
              <w:rPr>
                <w:rFonts w:ascii="Malgun Gothic" w:hAnsi="Malgun Gothic" w:eastAsia="Malgun Gothic"/>
                <w:b w:val="0"/>
                <w:sz w:val="13"/>
              </w:rPr>
              <w:t>484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results/manuscript_text/learning/finetune_dataset_summary_ko.md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512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03e58d7fc7ff45bc</w:t>
            </w:r>
          </w:p>
        </w:tc>
      </w:tr>
      <w:tr>
        <w:trPr>
          <w:cantSplit/>
        </w:trPr>
        <w:tc>
          <w:tcPr>
            <w:tcW w:type="dxa" w:w="1096"/>
            <w:vAlign w:val="center"/>
          </w:tcPr>
          <w:p>
            <w:r/>
            <w:r>
              <w:rPr>
                <w:rFonts w:ascii="Malgun Gothic" w:hAnsi="Malgun Gothic" w:eastAsia="Malgun Gothic"/>
                <w:b w:val="0"/>
                <w:sz w:val="13"/>
              </w:rPr>
              <w:t>485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results/manuscript_text/learning/learning_dashboard_ko.md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802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f92cad963f64bde1</w:t>
            </w:r>
          </w:p>
        </w:tc>
      </w:tr>
      <w:tr>
        <w:trPr>
          <w:cantSplit/>
        </w:trPr>
        <w:tc>
          <w:tcPr>
            <w:tcW w:type="dxa" w:w="1096"/>
            <w:vAlign w:val="center"/>
          </w:tcPr>
          <w:p>
            <w:r/>
            <w:r>
              <w:rPr>
                <w:rFonts w:ascii="Malgun Gothic" w:hAnsi="Malgun Gothic" w:eastAsia="Malgun Gothic"/>
                <w:b w:val="0"/>
                <w:sz w:val="13"/>
              </w:rPr>
              <w:t>486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results/manuscript_text/learning/learning_progress_ko.md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335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f8fe9e70cd5a8beb</w:t>
            </w:r>
          </w:p>
        </w:tc>
      </w:tr>
      <w:tr>
        <w:trPr>
          <w:cantSplit/>
        </w:trPr>
        <w:tc>
          <w:tcPr>
            <w:tcW w:type="dxa" w:w="1096"/>
            <w:vAlign w:val="center"/>
          </w:tcPr>
          <w:p>
            <w:r/>
            <w:r>
              <w:rPr>
                <w:rFonts w:ascii="Malgun Gothic" w:hAnsi="Malgun Gothic" w:eastAsia="Malgun Gothic"/>
                <w:b w:val="0"/>
                <w:sz w:val="13"/>
              </w:rPr>
              <w:t>487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results/manuscript_text/learning/research_improvement_cases_ko.md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7ea934e1874f0e00</w:t>
            </w:r>
          </w:p>
        </w:tc>
      </w:tr>
      <w:tr>
        <w:trPr>
          <w:cantSplit/>
        </w:trPr>
        <w:tc>
          <w:tcPr>
            <w:tcW w:type="dxa" w:w="1096"/>
            <w:vAlign w:val="center"/>
          </w:tcPr>
          <w:p>
            <w:r/>
            <w:r>
              <w:rPr>
                <w:rFonts w:ascii="Malgun Gothic" w:hAnsi="Malgun Gothic" w:eastAsia="Malgun Gothic"/>
                <w:b w:val="0"/>
                <w:sz w:val="13"/>
              </w:rPr>
              <w:t>488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results/manuscript_text/ops/claim_strength_summary_ko.md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309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828eb1e8cd42ae40</w:t>
            </w:r>
          </w:p>
        </w:tc>
      </w:tr>
      <w:tr>
        <w:trPr>
          <w:cantSplit/>
        </w:trPr>
        <w:tc>
          <w:tcPr>
            <w:tcW w:type="dxa" w:w="1096"/>
            <w:vAlign w:val="center"/>
          </w:tcPr>
          <w:p>
            <w:r/>
            <w:r>
              <w:rPr>
                <w:rFonts w:ascii="Malgun Gothic" w:hAnsi="Malgun Gothic" w:eastAsia="Malgun Gothic"/>
                <w:b w:val="0"/>
                <w:sz w:val="13"/>
              </w:rPr>
              <w:t>489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results/manuscript_text/ops/failed_file_inventory_summary_ko.md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326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4672fef43fda117b</w:t>
            </w:r>
          </w:p>
        </w:tc>
      </w:tr>
      <w:tr>
        <w:trPr>
          <w:cantSplit/>
        </w:trPr>
        <w:tc>
          <w:tcPr>
            <w:tcW w:type="dxa" w:w="1096"/>
            <w:vAlign w:val="center"/>
          </w:tcPr>
          <w:p>
            <w:r/>
            <w:r>
              <w:rPr>
                <w:rFonts w:ascii="Malgun Gothic" w:hAnsi="Malgun Gothic" w:eastAsia="Malgun Gothic"/>
                <w:b w:val="0"/>
                <w:sz w:val="13"/>
              </w:rPr>
              <w:t>490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results/manuscript_text/repro/diagnosis_summary_ko.md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525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4a126becdd24edb1</w:t>
            </w:r>
          </w:p>
        </w:tc>
      </w:tr>
      <w:tr>
        <w:trPr>
          <w:cantSplit/>
        </w:trPr>
        <w:tc>
          <w:tcPr>
            <w:tcW w:type="dxa" w:w="1096"/>
            <w:vAlign w:val="center"/>
          </w:tcPr>
          <w:p>
            <w:r/>
            <w:r>
              <w:rPr>
                <w:rFonts w:ascii="Malgun Gothic" w:hAnsi="Malgun Gothic" w:eastAsia="Malgun Gothic"/>
                <w:b w:val="0"/>
                <w:sz w:val="13"/>
              </w:rPr>
              <w:t>491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results/manuscript_text/repro/sample_match_summary_ko.md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357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eefcee9fe218d2d8</w:t>
            </w:r>
          </w:p>
        </w:tc>
      </w:tr>
      <w:tr>
        <w:trPr>
          <w:cantSplit/>
        </w:trPr>
        <w:tc>
          <w:tcPr>
            <w:tcW w:type="dxa" w:w="1096"/>
            <w:vAlign w:val="center"/>
          </w:tcPr>
          <w:p>
            <w:r/>
            <w:r>
              <w:rPr>
                <w:rFonts w:ascii="Malgun Gothic" w:hAnsi="Malgun Gothic" w:eastAsia="Malgun Gothic"/>
                <w:b w:val="0"/>
                <w:sz w:val="13"/>
              </w:rPr>
              <w:t>492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results/manuscript_text/repro/three_way_compare_summary_ko.md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1,619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19811a4aebf1bd69</w:t>
            </w:r>
          </w:p>
        </w:tc>
      </w:tr>
      <w:tr>
        <w:trPr>
          <w:cantSplit/>
        </w:trPr>
        <w:tc>
          <w:tcPr>
            <w:tcW w:type="dxa" w:w="1096"/>
            <w:vAlign w:val="center"/>
          </w:tcPr>
          <w:p>
            <w:r/>
            <w:r>
              <w:rPr>
                <w:rFonts w:ascii="Malgun Gothic" w:hAnsi="Malgun Gothic" w:eastAsia="Malgun Gothic"/>
                <w:b w:val="0"/>
                <w:sz w:val="13"/>
              </w:rPr>
              <w:t>493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results/manuscript_text/results_section_en.txt</w:t>
            </w:r>
          </w:p>
        </w:tc>
        <w:tc>
          <w:tcPr>
            <w:tcW w:type="dxa" w:w="1096"/>
            <w:vAlign w:val="center"/>
          </w:tcPr>
          <w:p>
            <w:r/>
            <w:r>
              <w:rPr>
                <w:rFonts w:ascii="Malgun Gothic" w:hAnsi="Malgun Gothic" w:eastAsia="Malgun Gothic"/>
                <w:b w:val="0"/>
                <w:sz w:val="13"/>
              </w:rPr>
              <w:t>txt</w:t>
            </w:r>
          </w:p>
        </w:tc>
        <w:tc>
          <w:tcPr>
            <w:tcW w:type="dxa" w:w="1096"/>
            <w:vAlign w:val="center"/>
          </w:tcPr>
          <w:p>
            <w:r/>
            <w:r>
              <w:rPr>
                <w:rFonts w:ascii="Malgun Gothic" w:hAnsi="Malgun Gothic" w:eastAsia="Malgun Gothic"/>
                <w:b w:val="0"/>
                <w:sz w:val="13"/>
              </w:rPr>
              <w:t>5,006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964b3d5b4e311e2a</w:t>
            </w:r>
          </w:p>
        </w:tc>
      </w:tr>
      <w:tr>
        <w:trPr>
          <w:cantSplit/>
        </w:trPr>
        <w:tc>
          <w:tcPr>
            <w:tcW w:type="dxa" w:w="1096"/>
            <w:vAlign w:val="center"/>
          </w:tcPr>
          <w:p>
            <w:r/>
            <w:r>
              <w:rPr>
                <w:rFonts w:ascii="Malgun Gothic" w:hAnsi="Malgun Gothic" w:eastAsia="Malgun Gothic"/>
                <w:b w:val="0"/>
                <w:sz w:val="13"/>
              </w:rPr>
              <w:t>494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results/manuscript_text/resume/resume_status_n1000_ko.md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632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901032edd1a3335a</w:t>
            </w:r>
          </w:p>
        </w:tc>
      </w:tr>
      <w:tr>
        <w:trPr>
          <w:cantSplit/>
        </w:trPr>
        <w:tc>
          <w:tcPr>
            <w:tcW w:type="dxa" w:w="1096"/>
            <w:vAlign w:val="center"/>
          </w:tcPr>
          <w:p>
            <w:r/>
            <w:r>
              <w:rPr>
                <w:rFonts w:ascii="Malgun Gothic" w:hAnsi="Malgun Gothic" w:eastAsia="Malgun Gothic"/>
                <w:b w:val="0"/>
                <w:sz w:val="13"/>
              </w:rPr>
              <w:t>495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results/runtime/aiis_final_diff_status.json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894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9a4d36ce73f6b253</w:t>
            </w:r>
          </w:p>
        </w:tc>
      </w:tr>
      <w:tr>
        <w:trPr>
          <w:cantSplit/>
        </w:trPr>
        <w:tc>
          <w:tcPr>
            <w:tcW w:type="dxa" w:w="1096"/>
            <w:vAlign w:val="center"/>
          </w:tcPr>
          <w:p>
            <w:r/>
            <w:r>
              <w:rPr>
                <w:rFonts w:ascii="Malgun Gothic" w:hAnsi="Malgun Gothic" w:eastAsia="Malgun Gothic"/>
                <w:b w:val="0"/>
                <w:sz w:val="13"/>
              </w:rPr>
              <w:t>496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results/runtime/dashboard_ui_settings.json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435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a847c1bdea7cd3a1</w:t>
            </w:r>
          </w:p>
        </w:tc>
      </w:tr>
      <w:tr>
        <w:trPr>
          <w:cantSplit/>
        </w:trPr>
        <w:tc>
          <w:tcPr>
            <w:tcW w:type="dxa" w:w="1096"/>
            <w:vAlign w:val="center"/>
          </w:tcPr>
          <w:p>
            <w:r/>
            <w:r>
              <w:rPr>
                <w:rFonts w:ascii="Malgun Gothic" w:hAnsi="Malgun Gothic" w:eastAsia="Malgun Gothic"/>
                <w:b w:val="0"/>
                <w:sz w:val="13"/>
              </w:rPr>
              <w:t>497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results/runtime/deploy_result_integrity_status.json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1,552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4f947df1a9679ae5</w:t>
            </w:r>
          </w:p>
        </w:tc>
      </w:tr>
      <w:tr>
        <w:trPr>
          <w:cantSplit/>
        </w:trPr>
        <w:tc>
          <w:tcPr>
            <w:tcW w:type="dxa" w:w="1096"/>
            <w:vAlign w:val="center"/>
          </w:tcPr>
          <w:p>
            <w:r/>
            <w:r>
              <w:rPr>
                <w:rFonts w:ascii="Malgun Gothic" w:hAnsi="Malgun Gothic" w:eastAsia="Malgun Gothic"/>
                <w:b w:val="0"/>
                <w:sz w:val="13"/>
              </w:rPr>
              <w:t>498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results/runtime/learning_progress_history.csv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798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df8be44c9b59a1e0</w:t>
            </w:r>
          </w:p>
        </w:tc>
      </w:tr>
      <w:tr>
        <w:trPr>
          <w:cantSplit/>
        </w:trPr>
        <w:tc>
          <w:tcPr>
            <w:tcW w:type="dxa" w:w="1096"/>
            <w:vAlign w:val="center"/>
          </w:tcPr>
          <w:p>
            <w:r/>
            <w:r>
              <w:rPr>
                <w:rFonts w:ascii="Malgun Gothic" w:hAnsi="Malgun Gothic" w:eastAsia="Malgun Gothic"/>
                <w:b w:val="0"/>
                <w:sz w:val="13"/>
              </w:rPr>
              <w:t>499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results/runtime/result_similarity_status.json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054e84315572b5ba</w:t>
            </w:r>
          </w:p>
        </w:tc>
      </w:tr>
      <w:tr>
        <w:trPr>
          <w:cantSplit/>
        </w:trPr>
        <w:tc>
          <w:tcPr>
            <w:tcW w:type="dxa" w:w="1096"/>
            <w:vAlign w:val="center"/>
          </w:tcPr>
          <w:p>
            <w:r/>
            <w:r>
              <w:rPr>
                <w:rFonts w:ascii="Malgun Gothic" w:hAnsi="Malgun Gothic" w:eastAsia="Malgun Gothic"/>
                <w:b w:val="0"/>
                <w:sz w:val="13"/>
              </w:rPr>
              <w:t>500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results/runtime/resume/resume_status_n1000.json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2,313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ec238ea02ad984ac</w:t>
            </w:r>
          </w:p>
        </w:tc>
      </w:tr>
      <w:tr>
        <w:trPr>
          <w:cantSplit/>
        </w:trPr>
        <w:tc>
          <w:tcPr>
            <w:tcW w:type="dxa" w:w="1096"/>
            <w:vAlign w:val="center"/>
          </w:tcPr>
          <w:p>
            <w:r/>
            <w:r>
              <w:rPr>
                <w:rFonts w:ascii="Malgun Gothic" w:hAnsi="Malgun Gothic" w:eastAsia="Malgun Gothic"/>
                <w:b w:val="0"/>
                <w:sz w:val="13"/>
              </w:rPr>
              <w:t>501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results/runtime/resume/stt_checkpoint_voc_n100_small.json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520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665a50a24f07fb74</w:t>
            </w:r>
          </w:p>
        </w:tc>
      </w:tr>
      <w:tr>
        <w:trPr>
          <w:cantSplit/>
        </w:trPr>
        <w:tc>
          <w:tcPr>
            <w:tcW w:type="dxa" w:w="1096"/>
            <w:vAlign w:val="center"/>
          </w:tcPr>
          <w:p>
            <w:r/>
            <w:r>
              <w:rPr>
                <w:rFonts w:ascii="Malgun Gothic" w:hAnsi="Malgun Gothic" w:eastAsia="Malgun Gothic"/>
                <w:b w:val="0"/>
                <w:sz w:val="13"/>
              </w:rPr>
              <w:t>502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results/runtime/resume/stt_checkpoint_voc_n10_medium.json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564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897ec56bd94e9c15</w:t>
            </w:r>
          </w:p>
        </w:tc>
      </w:tr>
      <w:tr>
        <w:trPr>
          <w:cantSplit/>
        </w:trPr>
        <w:tc>
          <w:tcPr>
            <w:tcW w:type="dxa" w:w="1096"/>
            <w:vAlign w:val="center"/>
          </w:tcPr>
          <w:p>
            <w:r/>
            <w:r>
              <w:rPr>
                <w:rFonts w:ascii="Malgun Gothic" w:hAnsi="Malgun Gothic" w:eastAsia="Malgun Gothic"/>
                <w:b w:val="0"/>
                <w:sz w:val="13"/>
              </w:rPr>
              <w:t>503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results/runtime/resume/stt_checkpoint_voc_n10_small.json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033429e442f7d3a2</w:t>
            </w:r>
          </w:p>
        </w:tc>
      </w:tr>
      <w:tr>
        <w:trPr>
          <w:cantSplit/>
        </w:trPr>
        <w:tc>
          <w:tcPr>
            <w:tcW w:type="dxa" w:w="1096"/>
            <w:vAlign w:val="center"/>
          </w:tcPr>
          <w:p>
            <w:r/>
            <w:r>
              <w:rPr>
                <w:rFonts w:ascii="Malgun Gothic" w:hAnsi="Malgun Gothic" w:eastAsia="Malgun Gothic"/>
                <w:b w:val="0"/>
                <w:sz w:val="13"/>
              </w:rPr>
              <w:t>504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results/runtime/resume/stt_checkpoint_voc_n20_medium.json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565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de22c7a28018d658</w:t>
            </w:r>
          </w:p>
        </w:tc>
      </w:tr>
      <w:tr>
        <w:trPr>
          <w:cantSplit/>
        </w:trPr>
        <w:tc>
          <w:tcPr>
            <w:tcW w:type="dxa" w:w="1096"/>
            <w:vAlign w:val="center"/>
          </w:tcPr>
          <w:p>
            <w:r/>
            <w:r>
              <w:rPr>
                <w:rFonts w:ascii="Malgun Gothic" w:hAnsi="Malgun Gothic" w:eastAsia="Malgun Gothic"/>
                <w:b w:val="0"/>
                <w:sz w:val="13"/>
              </w:rPr>
              <w:t>505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results/runtime/soc_deploy_history.csv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4,028</w:t>
            </w:r>
          </w:p>
        </w:tc>
        <w:tc>
          <w:tcPr>
            <w:tcW w:type="dxa" w:w="1096"/>
            <w:vAlign w:val="center"/>
          </w:tcPr>
          <w:p>
            <w:r/>
            <w:r>
              <w:rPr>
                <w:rFonts w:ascii="Malgun Gothic" w:hAnsi="Malgun Gothic" w:eastAsia="Malgun Gothic"/>
                <w:b w:val="0"/>
                <w:sz w:val="13"/>
              </w:rPr>
              <w:t>25</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74e2528a111afddc</w:t>
            </w:r>
          </w:p>
        </w:tc>
      </w:tr>
      <w:tr>
        <w:trPr>
          <w:cantSplit/>
        </w:trPr>
        <w:tc>
          <w:tcPr>
            <w:tcW w:type="dxa" w:w="1096"/>
            <w:vAlign w:val="center"/>
          </w:tcPr>
          <w:p>
            <w:r/>
            <w:r>
              <w:rPr>
                <w:rFonts w:ascii="Malgun Gothic" w:hAnsi="Malgun Gothic" w:eastAsia="Malgun Gothic"/>
                <w:b w:val="0"/>
                <w:sz w:val="13"/>
              </w:rPr>
              <w:t>506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results/runtime/step_execution_history.csv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53,769</w:t>
            </w:r>
          </w:p>
        </w:tc>
        <w:tc>
          <w:tcPr>
            <w:tcW w:type="dxa" w:w="1096"/>
            <w:vAlign w:val="center"/>
          </w:tcPr>
          <w:p>
            <w:r/>
            <w:r>
              <w:rPr>
                <w:rFonts w:ascii="Malgun Gothic" w:hAnsi="Malgun Gothic" w:eastAsia="Malgun Gothic"/>
                <w:b w:val="0"/>
                <w:sz w:val="13"/>
              </w:rPr>
              <w:t>160</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f1df5a93e5b7620b</w:t>
            </w:r>
          </w:p>
        </w:tc>
      </w:tr>
      <w:tr>
        <w:trPr>
          <w:cantSplit/>
        </w:trPr>
        <w:tc>
          <w:tcPr>
            <w:tcW w:type="dxa" w:w="1096"/>
            <w:vAlign w:val="center"/>
          </w:tcPr>
          <w:p>
            <w:r/>
            <w:r>
              <w:rPr>
                <w:rFonts w:ascii="Malgun Gothic" w:hAnsi="Malgun Gothic" w:eastAsia="Malgun Gothic"/>
                <w:b w:val="0"/>
                <w:sz w:val="13"/>
              </w:rPr>
              <w:t>507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results/runtime/step_status_by_profile.csv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10,690</w:t>
            </w:r>
          </w:p>
        </w:tc>
        <w:tc>
          <w:tcPr>
            <w:tcW w:type="dxa" w:w="1096"/>
            <w:vAlign w:val="center"/>
          </w:tcPr>
          <w:p>
            <w:r/>
            <w:r>
              <w:rPr>
                <w:rFonts w:ascii="Malgun Gothic" w:hAnsi="Malgun Gothic" w:eastAsia="Malgun Gothic"/>
                <w:b w:val="0"/>
                <w:sz w:val="13"/>
              </w:rPr>
              <w:t>122</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46b9c8ebcc538401</w:t>
            </w:r>
          </w:p>
        </w:tc>
      </w:tr>
      <w:tr>
        <w:trPr>
          <w:cantSplit/>
        </w:trPr>
        <w:tc>
          <w:tcPr>
            <w:tcW w:type="dxa" w:w="1096"/>
            <w:vAlign w:val="center"/>
          </w:tcPr>
          <w:p>
            <w:r/>
            <w:r>
              <w:rPr>
                <w:rFonts w:ascii="Malgun Gothic" w:hAnsi="Malgun Gothic" w:eastAsia="Malgun Gothic"/>
                <w:b w:val="0"/>
                <w:sz w:val="13"/>
              </w:rPr>
              <w:t>508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results/runtime/step_subtask_history.csv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1,956</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81b8fcd8620561ef</w:t>
            </w:r>
          </w:p>
        </w:tc>
      </w:tr>
      <w:tr>
        <w:trPr>
          <w:cantSplit/>
        </w:trPr>
        <w:tc>
          <w:tcPr>
            <w:tcW w:type="dxa" w:w="1096"/>
            <w:vAlign w:val="center"/>
          </w:tcPr>
          <w:p>
            <w:r/>
            <w:r>
              <w:rPr>
                <w:rFonts w:ascii="Malgun Gothic" w:hAnsi="Malgun Gothic" w:eastAsia="Malgun Gothic"/>
                <w:b w:val="0"/>
                <w:sz w:val="13"/>
              </w:rPr>
              <w:t>509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results/tables/aiis_branch_overview.csv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292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65361f2c44ce4c65</w:t>
            </w:r>
          </w:p>
        </w:tc>
      </w:tr>
      <w:tr>
        <w:trPr>
          <w:cantSplit/>
        </w:trPr>
        <w:tc>
          <w:tcPr>
            <w:tcW w:type="dxa" w:w="1096"/>
            <w:vAlign w:val="center"/>
          </w:tcPr>
          <w:p>
            <w:r/>
            <w:r>
              <w:rPr>
                <w:rFonts w:ascii="Malgun Gothic" w:hAnsi="Malgun Gothic" w:eastAsia="Malgun Gothic"/>
                <w:b w:val="0"/>
                <w:sz w:val="13"/>
              </w:rPr>
              <w:t>510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results/tables/aiis_final_diff_overview.csv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618</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fa5d0b652f158c58</w:t>
            </w:r>
          </w:p>
        </w:tc>
      </w:tr>
      <w:tr>
        <w:trPr>
          <w:cantSplit/>
        </w:trPr>
        <w:tc>
          <w:tcPr>
            <w:tcW w:type="dxa" w:w="1096"/>
            <w:vAlign w:val="center"/>
          </w:tcPr>
          <w:p>
            <w:r/>
            <w:r>
              <w:rPr>
                <w:rFonts w:ascii="Malgun Gothic" w:hAnsi="Malgun Gothic" w:eastAsia="Malgun Gothic"/>
                <w:b w:val="0"/>
                <w:sz w:val="13"/>
              </w:rPr>
              <w:t>511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results/tables/aiis_snapshot_status.csv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471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08e36d8af77be7c3</w:t>
            </w:r>
          </w:p>
        </w:tc>
      </w:tr>
      <w:tr>
        <w:trPr>
          <w:cantSplit/>
        </w:trPr>
        <w:tc>
          <w:tcPr>
            <w:tcW w:type="dxa" w:w="1096"/>
            <w:vAlign w:val="center"/>
          </w:tcPr>
          <w:p>
            <w:r/>
            <w:r>
              <w:rPr>
                <w:rFonts w:ascii="Malgun Gothic" w:hAnsi="Malgun Gothic" w:eastAsia="Malgun Gothic"/>
                <w:b w:val="0"/>
                <w:sz w:val="13"/>
              </w:rPr>
              <w:t>512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results/tables/asis_tobe/folder_extension_summary.csv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814</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dc54fb35f3535e02</w:t>
            </w:r>
          </w:p>
        </w:tc>
      </w:tr>
      <w:tr>
        <w:trPr>
          <w:cantSplit/>
        </w:trPr>
        <w:tc>
          <w:tcPr>
            <w:tcW w:type="dxa" w:w="1096"/>
            <w:vAlign w:val="center"/>
          </w:tcPr>
          <w:p>
            <w:r/>
            <w:r>
              <w:rPr>
                <w:rFonts w:ascii="Malgun Gothic" w:hAnsi="Malgun Gothic" w:eastAsia="Malgun Gothic"/>
                <w:b w:val="0"/>
                <w:sz w:val="13"/>
              </w:rPr>
              <w:t>513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results/tables/coach/current_status_for_today.csv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541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2ac5843c759ff4ea</w:t>
            </w:r>
          </w:p>
        </w:tc>
      </w:tr>
      <w:tr>
        <w:trPr>
          <w:cantSplit/>
        </w:trPr>
        <w:tc>
          <w:tcPr>
            <w:tcW w:type="dxa" w:w="1096"/>
            <w:vAlign w:val="center"/>
          </w:tcPr>
          <w:p>
            <w:r/>
            <w:r>
              <w:rPr>
                <w:rFonts w:ascii="Malgun Gothic" w:hAnsi="Malgun Gothic" w:eastAsia="Malgun Gothic"/>
                <w:b w:val="0"/>
                <w:sz w:val="13"/>
              </w:rPr>
              <w:t>514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results/tables/data_quality_status.csv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2,095</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e76b5a9aba229eb3</w:t>
            </w:r>
          </w:p>
        </w:tc>
      </w:tr>
      <w:tr>
        <w:trPr>
          <w:cantSplit/>
        </w:trPr>
        <w:tc>
          <w:tcPr>
            <w:tcW w:type="dxa" w:w="1096"/>
            <w:vAlign w:val="center"/>
          </w:tcPr>
          <w:p>
            <w:r/>
            <w:r>
              <w:rPr>
                <w:rFonts w:ascii="Malgun Gothic" w:hAnsi="Malgun Gothic" w:eastAsia="Malgun Gothic"/>
                <w:b w:val="0"/>
                <w:sz w:val="13"/>
              </w:rPr>
              <w:t>515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results/tables/future_analysis/additional_research_status.csv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272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767095d80df3cf32</w:t>
            </w:r>
          </w:p>
        </w:tc>
      </w:tr>
      <w:tr>
        <w:trPr>
          <w:cantSplit/>
        </w:trPr>
        <w:tc>
          <w:tcPr>
            <w:tcW w:type="dxa" w:w="1096"/>
            <w:vAlign w:val="center"/>
          </w:tcPr>
          <w:p>
            <w:r/>
            <w:r>
              <w:rPr>
                <w:rFonts w:ascii="Malgun Gothic" w:hAnsi="Malgun Gothic" w:eastAsia="Malgun Gothic"/>
                <w:b w:val="0"/>
                <w:sz w:val="13"/>
              </w:rPr>
              <w:t>516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results/tables/future_analysis/criterion_validity_status.csv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dc4a9b29e18ce579</w:t>
            </w:r>
          </w:p>
        </w:tc>
      </w:tr>
      <w:tr>
        <w:trPr>
          <w:cantSplit/>
        </w:trPr>
        <w:tc>
          <w:tcPr>
            <w:tcW w:type="dxa" w:w="1096"/>
            <w:vAlign w:val="center"/>
          </w:tcPr>
          <w:p>
            <w:r/>
            <w:r>
              <w:rPr>
                <w:rFonts w:ascii="Malgun Gothic" w:hAnsi="Malgun Gothic" w:eastAsia="Malgun Gothic"/>
                <w:b w:val="0"/>
                <w:sz w:val="13"/>
              </w:rPr>
              <w:t>517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results/tables/future_analysis/multicenter_generalization_status.csv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234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55e090404e2b1827</w:t>
            </w:r>
          </w:p>
        </w:tc>
      </w:tr>
      <w:tr>
        <w:trPr>
          <w:cantSplit/>
        </w:trPr>
        <w:tc>
          <w:tcPr>
            <w:tcW w:type="dxa" w:w="1096"/>
            <w:vAlign w:val="center"/>
          </w:tcPr>
          <w:p>
            <w:r/>
            <w:r>
              <w:rPr>
                <w:rFonts w:ascii="Malgun Gothic" w:hAnsi="Malgun Gothic" w:eastAsia="Malgun Gothic"/>
                <w:b w:val="0"/>
                <w:sz w:val="13"/>
              </w:rPr>
              <w:t>518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results/tables/future_analysis/speaker_normalization_status.csv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870590381d364f78</w:t>
            </w:r>
          </w:p>
        </w:tc>
      </w:tr>
      <w:tr>
        <w:trPr>
          <w:cantSplit/>
        </w:trPr>
        <w:tc>
          <w:tcPr>
            <w:tcW w:type="dxa" w:w="1096"/>
            <w:vAlign w:val="center"/>
          </w:tcPr>
          <w:p>
            <w:r/>
            <w:r>
              <w:rPr>
                <w:rFonts w:ascii="Malgun Gothic" w:hAnsi="Malgun Gothic" w:eastAsia="Malgun Gothic"/>
                <w:b w:val="0"/>
                <w:sz w:val="13"/>
              </w:rPr>
              <w:t>519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results/tables/future_analysis/stt_wpm_reliability_status.csv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857b25f9d5619c12</w:t>
            </w:r>
          </w:p>
        </w:tc>
      </w:tr>
      <w:tr>
        <w:trPr>
          <w:cantSplit/>
        </w:trPr>
        <w:tc>
          <w:tcPr>
            <w:tcW w:type="dxa" w:w="1096"/>
            <w:vAlign w:val="center"/>
          </w:tcPr>
          <w:p>
            <w:r/>
            <w:r>
              <w:rPr>
                <w:rFonts w:ascii="Malgun Gothic" w:hAnsi="Malgun Gothic" w:eastAsia="Malgun Gothic"/>
                <w:b w:val="0"/>
                <w:sz w:val="13"/>
              </w:rPr>
              <w:t>520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results/tables/future_analysis/stt_wpm_reliability_summary.csv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eefd5f68cc1bff7a</w:t>
            </w:r>
          </w:p>
        </w:tc>
      </w:tr>
      <w:tr>
        <w:trPr>
          <w:cantSplit/>
        </w:trPr>
        <w:tc>
          <w:tcPr>
            <w:tcW w:type="dxa" w:w="1096"/>
            <w:vAlign w:val="center"/>
          </w:tcPr>
          <w:p>
            <w:r/>
            <w:r>
              <w:rPr>
                <w:rFonts w:ascii="Malgun Gothic" w:hAnsi="Malgun Gothic" w:eastAsia="Malgun Gothic"/>
                <w:b w:val="0"/>
                <w:sz w:val="13"/>
              </w:rPr>
              <w:t>521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results/tables/history/step_status_n1000.csv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10,690</w:t>
            </w:r>
          </w:p>
        </w:tc>
        <w:tc>
          <w:tcPr>
            <w:tcW w:type="dxa" w:w="1096"/>
            <w:vAlign w:val="center"/>
          </w:tcPr>
          <w:p>
            <w:r/>
            <w:r>
              <w:rPr>
                <w:rFonts w:ascii="Malgun Gothic" w:hAnsi="Malgun Gothic" w:eastAsia="Malgun Gothic"/>
                <w:b w:val="0"/>
                <w:sz w:val="13"/>
              </w:rPr>
              <w:t>122</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46b9c8ebcc538401</w:t>
            </w:r>
          </w:p>
        </w:tc>
      </w:tr>
      <w:tr>
        <w:trPr>
          <w:cantSplit/>
        </w:trPr>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results/tables/monitoring/monitoring_summary_n1000.csv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430</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ccd03b799370f675</w:t>
            </w:r>
          </w:p>
        </w:tc>
      </w:tr>
      <w:tr>
        <w:trPr>
          <w:cantSplit/>
        </w:trPr>
        <w:tc>
          <w:tcPr>
            <w:tcW w:type="dxa" w:w="1096"/>
            <w:vAlign w:val="center"/>
          </w:tcPr>
          <w:p>
            <w:r/>
            <w:r>
              <w:rPr>
                <w:rFonts w:ascii="Malgun Gothic" w:hAnsi="Malgun Gothic" w:eastAsia="Malgun Gothic"/>
                <w:b w:val="0"/>
                <w:sz w:val="13"/>
              </w:rPr>
              <w:t>523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results/tables/repro/sample_match_summary.csv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239</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8b0efb0d651d5c65</w:t>
            </w:r>
          </w:p>
        </w:tc>
      </w:tr>
      <w:tr>
        <w:trPr>
          <w:cantSplit/>
        </w:trPr>
        <w:tc>
          <w:tcPr>
            <w:tcW w:type="dxa" w:w="1096"/>
            <w:vAlign w:val="center"/>
          </w:tcPr>
          <w:p>
            <w:r/>
            <w:r>
              <w:rPr>
                <w:rFonts w:ascii="Malgun Gothic" w:hAnsi="Malgun Gothic" w:eastAsia="Malgun Gothic"/>
                <w:b w:val="0"/>
                <w:sz w:val="13"/>
              </w:rPr>
              <w:t>524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results/tables/validity_structure_summary.csv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bc909b2609ea998c</w:t>
            </w:r>
          </w:p>
        </w:tc>
      </w:tr>
      <w:tr>
        <w:trPr>
          <w:cantSplit/>
        </w:trPr>
        <w:tc>
          <w:tcPr>
            <w:tcW w:type="dxa" w:w="1096"/>
            <w:vAlign w:val="center"/>
          </w:tcPr>
          <w:p>
            <w:r/>
            <w:r>
              <w:rPr>
                <w:rFonts w:ascii="Malgun Gothic" w:hAnsi="Malgun Gothic" w:eastAsia="Malgun Gothic"/>
                <w:b w:val="0"/>
                <w:sz w:val="13"/>
              </w:rPr>
              <w:t>525</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research_continuity/01_asis_0413_original/0413_voc_full_validation_report.html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1,274,984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139f8da7b79caa67</w:t>
            </w:r>
          </w:p>
        </w:tc>
      </w:tr>
      <w:tr>
        <w:trPr>
          <w:cantSplit/>
        </w:trPr>
        <w:tc>
          <w:tcPr>
            <w:tcW w:type="dxa" w:w="1096"/>
            <w:vAlign w:val="center"/>
          </w:tcPr>
          <w:p>
            <w:r/>
            <w:r>
              <w:rPr>
                <w:rFonts w:ascii="Malgun Gothic" w:hAnsi="Malgun Gothic" w:eastAsia="Malgun Gothic"/>
                <w:b w:val="0"/>
                <w:sz w:val="13"/>
              </w:rPr>
              <w:t>526</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research_continuity/01_asis_0413_original/asis_0413_locked_manifest.json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827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d875deffc8ad3202</w:t>
            </w:r>
          </w:p>
        </w:tc>
      </w:tr>
      <w:tr>
        <w:trPr>
          <w:cantSplit/>
        </w:trPr>
        <w:tc>
          <w:tcPr>
            <w:tcW w:type="dxa" w:w="1096"/>
            <w:vAlign w:val="center"/>
          </w:tcPr>
          <w:p>
            <w:r/>
            <w:r>
              <w:rPr>
                <w:rFonts w:ascii="Malgun Gothic" w:hAnsi="Malgun Gothic" w:eastAsia="Malgun Gothic"/>
                <w:b w:val="0"/>
                <w:sz w:val="13"/>
              </w:rPr>
              <w:t>527</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research_continuity/01_asis_0413_original/README.md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7390a082c654350d</w:t>
            </w:r>
          </w:p>
        </w:tc>
      </w:tr>
      <w:tr>
        <w:trPr>
          <w:cantSplit/>
        </w:trPr>
        <w:tc>
          <w:tcPr>
            <w:tcW w:type="dxa" w:w="1096"/>
            <w:vAlign w:val="center"/>
          </w:tcPr>
          <w:p>
            <w:r/>
            <w:r>
              <w:rPr>
                <w:rFonts w:ascii="Malgun Gothic" w:hAnsi="Malgun Gothic" w:eastAsia="Malgun Gothic"/>
                <w:b w:val="0"/>
                <w:sz w:val="13"/>
              </w:rPr>
              <w:t>528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research_continuity/02_asis_same_method_reproduction/actual_same_method_reproduced_stress_index_v150.csv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05d6c56950ce66f1</w:t>
            </w:r>
          </w:p>
        </w:tc>
      </w:tr>
      <w:tr>
        <w:trPr>
          <w:cantSplit/>
        </w:trPr>
        <w:tc>
          <w:tcPr>
            <w:tcW w:type="dxa" w:w="1096"/>
            <w:vAlign w:val="center"/>
          </w:tcPr>
          <w:p>
            <w:r/>
            <w:r>
              <w:rPr>
                <w:rFonts w:ascii="Malgun Gothic" w:hAnsi="Malgun Gothic" w:eastAsia="Malgun Gothic"/>
                <w:b w:val="0"/>
                <w:sz w:val="13"/>
              </w:rPr>
              <w:t>529</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research_continuity/02_asis_same_method_reproduction/latest_actual_same_method_reproduced_stress_index_v153.csv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05d6c56950ce66f1</w:t>
            </w:r>
          </w:p>
        </w:tc>
      </w:tr>
      <w:tr>
        <w:trPr>
          <w:cantSplit/>
        </w:trPr>
        <w:tc>
          <w:tcPr>
            <w:tcW w:type="dxa" w:w="1096"/>
            <w:vAlign w:val="center"/>
          </w:tcPr>
          <w:p>
            <w:r/>
            <w:r>
              <w:rPr>
                <w:rFonts w:ascii="Malgun Gothic" w:hAnsi="Malgun Gothic" w:eastAsia="Malgun Gothic"/>
                <w:b w:val="0"/>
                <w:sz w:val="13"/>
              </w:rPr>
              <w:t>530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research_continuity/02_asis_same_method_reproduction/latest_actual_same_method_reproduced_stress_index_v154.csv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05d6c56950ce66f1</w:t>
            </w:r>
          </w:p>
        </w:tc>
      </w:tr>
      <w:tr>
        <w:trPr>
          <w:cantSplit/>
        </w:trPr>
        <w:tc>
          <w:tcPr>
            <w:tcW w:type="dxa" w:w="1096"/>
            <w:vAlign w:val="center"/>
          </w:tcPr>
          <w:p>
            <w:r/>
            <w:r>
              <w:rPr>
                <w:rFonts w:ascii="Malgun Gothic" w:hAnsi="Malgun Gothic" w:eastAsia="Malgun Gothic"/>
                <w:b w:val="0"/>
                <w:sz w:val="13"/>
              </w:rPr>
              <w:t>531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research_continuity/02_asis_same_method_reproduction/latest_actual_same_method_reproduced_stress_index_v155.csv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24c87a100794834b</w:t>
            </w:r>
          </w:p>
        </w:tc>
      </w:tr>
      <w:tr>
        <w:trPr>
          <w:cantSplit/>
        </w:trPr>
        <w:tc>
          <w:tcPr>
            <w:tcW w:type="dxa" w:w="1096"/>
            <w:vAlign w:val="center"/>
          </w:tcPr>
          <w:p>
            <w:r/>
            <w:r>
              <w:rPr>
                <w:rFonts w:ascii="Malgun Gothic" w:hAnsi="Malgun Gothic" w:eastAsia="Malgun Gothic"/>
                <w:b w:val="0"/>
                <w:sz w:val="13"/>
              </w:rPr>
              <w:t>532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research_continuity/02_asis_same_method_reproduction/latest_actual_same_method_reproduced_stress_index_v156.csv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05d6c56950ce66f1</w:t>
            </w:r>
          </w:p>
        </w:tc>
      </w:tr>
      <w:tr>
        <w:trPr>
          <w:cantSplit/>
        </w:trPr>
        <w:tc>
          <w:tcPr>
            <w:tcW w:type="dxa" w:w="1096"/>
            <w:vAlign w:val="center"/>
          </w:tcPr>
          <w:p>
            <w:r/>
            <w:r>
              <w:rPr>
                <w:rFonts w:ascii="Malgun Gothic" w:hAnsi="Malgun Gothic" w:eastAsia="Malgun Gothic"/>
                <w:b w:val="0"/>
                <w:sz w:val="13"/>
              </w:rPr>
              <w:t>533</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research_continuity/02_asis_same_method_reproduction/runs/20260705_191034/actual_same_method_reproduced_stress_index_v150.csv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635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609fabb176fc7eaf</w:t>
            </w:r>
          </w:p>
        </w:tc>
      </w:tr>
      <w:tr>
        <w:trPr>
          <w:cantSplit/>
        </w:trPr>
        <w:tc>
          <w:tcPr>
            <w:tcW w:type="dxa" w:w="1096"/>
            <w:vAlign w:val="center"/>
          </w:tcPr>
          <w:p>
            <w:r/>
            <w:r>
              <w:rPr>
                <w:rFonts w:ascii="Malgun Gothic" w:hAnsi="Malgun Gothic" w:eastAsia="Malgun Gothic"/>
                <w:b w:val="0"/>
                <w:sz w:val="13"/>
              </w:rPr>
              <w:t>534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research_continuity/02_asis_same_method_reproduction/runs/20260705_191055/actual_same_method_reproduced_stress_index_v150.csv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635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edac1ea7c08c3f6e</w:t>
            </w:r>
          </w:p>
        </w:tc>
      </w:tr>
      <w:tr>
        <w:trPr>
          <w:cantSplit/>
        </w:trPr>
        <w:tc>
          <w:tcPr>
            <w:tcW w:type="dxa" w:w="1096"/>
            <w:vAlign w:val="center"/>
          </w:tcPr>
          <w:p>
            <w:r/>
            <w:r>
              <w:rPr>
                <w:rFonts w:ascii="Malgun Gothic" w:hAnsi="Malgun Gothic" w:eastAsia="Malgun Gothic"/>
                <w:b w:val="0"/>
                <w:sz w:val="13"/>
              </w:rPr>
              <w:t>535</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research_continuity/02_asis_same_method_reproduction/runs/20260705_194459/actual_same_method_reproduced_stress_index_v150.csv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635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049492720c2a90ff</w:t>
            </w:r>
          </w:p>
        </w:tc>
      </w:tr>
      <w:tr>
        <w:trPr>
          <w:cantSplit/>
        </w:trPr>
        <w:tc>
          <w:tcPr>
            <w:tcW w:type="dxa" w:w="1096"/>
            <w:vAlign w:val="center"/>
          </w:tcPr>
          <w:p>
            <w:r/>
            <w:r>
              <w:rPr>
                <w:rFonts w:ascii="Malgun Gothic" w:hAnsi="Malgun Gothic" w:eastAsia="Malgun Gothic"/>
                <w:b w:val="0"/>
                <w:sz w:val="13"/>
              </w:rPr>
              <w:t>536</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research_continuity/02_asis_same_method_reproduction/runs/20260705_203636/actual_same_method_reproduced_stress_index_v150.csv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248,268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04c2b9e35bbad80f</w:t>
            </w:r>
          </w:p>
        </w:tc>
      </w:tr>
      <w:tr>
        <w:trPr>
          <w:cantSplit/>
        </w:trPr>
        <w:tc>
          <w:tcPr>
            <w:tcW w:type="dxa" w:w="1096"/>
            <w:vAlign w:val="center"/>
          </w:tcPr>
          <w:p>
            <w:r/>
            <w:r>
              <w:rPr>
                <w:rFonts w:ascii="Malgun Gothic" w:hAnsi="Malgun Gothic" w:eastAsia="Malgun Gothic"/>
                <w:b w:val="0"/>
                <w:sz w:val="13"/>
              </w:rPr>
              <w:t>537</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research_continuity/02_asis_same_method_reproduction/runs/20260705_213459/actual_same_method_reproduced_stress_index_v153.csv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30bd47bf53ac636b</w:t>
            </w:r>
          </w:p>
        </w:tc>
      </w:tr>
      <w:tr>
        <w:trPr>
          <w:cantSplit/>
        </w:trPr>
        <w:tc>
          <w:tcPr>
            <w:tcW w:type="dxa" w:w="1096"/>
            <w:vAlign w:val="center"/>
          </w:tcPr>
          <w:p>
            <w:r/>
            <w:r>
              <w:rPr>
                <w:rFonts w:ascii="Malgun Gothic" w:hAnsi="Malgun Gothic" w:eastAsia="Malgun Gothic"/>
                <w:b w:val="0"/>
                <w:sz w:val="13"/>
              </w:rPr>
              <w:t>538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research_continuity/02_asis_same_method_reproduction/runs/20260705_221100/actual_same_method_reproduced_stress_index_v153.csv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cfa4e0ccec061434</w:t>
            </w:r>
          </w:p>
        </w:tc>
      </w:tr>
      <w:tr>
        <w:trPr>
          <w:cantSplit/>
        </w:trPr>
        <w:tc>
          <w:tcPr>
            <w:tcW w:type="dxa" w:w="1096"/>
            <w:vAlign w:val="center"/>
          </w:tcPr>
          <w:p>
            <w:r/>
            <w:r>
              <w:rPr>
                <w:rFonts w:ascii="Malgun Gothic" w:hAnsi="Malgun Gothic" w:eastAsia="Malgun Gothic"/>
                <w:b w:val="0"/>
                <w:sz w:val="13"/>
              </w:rPr>
              <w:t>539</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research_continuity/02_asis_same_method_reproduction/runs/20260705_230644/actual_same_method_reproduced_stress_index_v153.csv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24c87a100794834b</w:t>
            </w:r>
          </w:p>
        </w:tc>
      </w:tr>
      <w:tr>
        <w:trPr>
          <w:cantSplit/>
        </w:trPr>
        <w:tc>
          <w:tcPr>
            <w:tcW w:type="dxa" w:w="1096"/>
            <w:vAlign w:val="center"/>
          </w:tcPr>
          <w:p>
            <w:r/>
            <w:r>
              <w:rPr>
                <w:rFonts w:ascii="Malgun Gothic" w:hAnsi="Malgun Gothic" w:eastAsia="Malgun Gothic"/>
                <w:b w:val="0"/>
                <w:sz w:val="13"/>
              </w:rPr>
              <w:t>540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research_continuity/02_asis_same_method_reproduction/runs/20260705_234323/actual_same_method_reproduced_stress_index_v153.csv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0272a5d4e8eef363</w:t>
            </w:r>
          </w:p>
        </w:tc>
      </w:tr>
      <w:tr>
        <w:trPr>
          <w:cantSplit/>
        </w:trPr>
        <w:tc>
          <w:tcPr>
            <w:tcW w:type="dxa" w:w="1096"/>
            <w:vAlign w:val="center"/>
          </w:tcPr>
          <w:p>
            <w:r/>
            <w:r>
              <w:rPr>
                <w:rFonts w:ascii="Malgun Gothic" w:hAnsi="Malgun Gothic" w:eastAsia="Malgun Gothic"/>
                <w:b w:val="0"/>
                <w:sz w:val="13"/>
              </w:rPr>
              <w:t>541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research_continuity/02_asis_same_method_reproduction/runs/20260706_080318/actual_same_method_reproduced_stress_index_v153.csv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70ea5d34921ee454</w:t>
            </w:r>
          </w:p>
        </w:tc>
      </w:tr>
      <w:tr>
        <w:trPr>
          <w:cantSplit/>
        </w:trPr>
        <w:tc>
          <w:tcPr>
            <w:tcW w:type="dxa" w:w="1096"/>
            <w:vAlign w:val="center"/>
          </w:tcPr>
          <w:p>
            <w:r/>
            <w:r>
              <w:rPr>
                <w:rFonts w:ascii="Malgun Gothic" w:hAnsi="Malgun Gothic" w:eastAsia="Malgun Gothic"/>
                <w:b w:val="0"/>
                <w:sz w:val="13"/>
              </w:rPr>
              <w:t>542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research_continuity/02_asis_same_method_reproduction/runs/20260706_092758/actual_same_method_reproduced_stress_index_v153.csv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67613be7b06d6a25</w:t>
            </w:r>
          </w:p>
        </w:tc>
      </w:tr>
      <w:tr>
        <w:trPr>
          <w:cantSplit/>
        </w:trPr>
        <w:tc>
          <w:tcPr>
            <w:tcW w:type="dxa" w:w="1096"/>
            <w:vAlign w:val="center"/>
          </w:tcPr>
          <w:p>
            <w:r/>
            <w:r>
              <w:rPr>
                <w:rFonts w:ascii="Malgun Gothic" w:hAnsi="Malgun Gothic" w:eastAsia="Malgun Gothic"/>
                <w:b w:val="0"/>
                <w:sz w:val="13"/>
              </w:rPr>
              <w:t>543</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research_continuity/02_asis_same_method_reproduction/runs/20260706_095102/actual_same_method_reproduced_stress_index_v153.csv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688a62f6f5a3a1ce</w:t>
            </w:r>
          </w:p>
        </w:tc>
      </w:tr>
      <w:tr>
        <w:trPr>
          <w:cantSplit/>
        </w:trPr>
        <w:tc>
          <w:tcPr>
            <w:tcW w:type="dxa" w:w="1096"/>
            <w:vAlign w:val="center"/>
          </w:tcPr>
          <w:p>
            <w:r/>
            <w:r>
              <w:rPr>
                <w:rFonts w:ascii="Malgun Gothic" w:hAnsi="Malgun Gothic" w:eastAsia="Malgun Gothic"/>
                <w:b w:val="0"/>
                <w:sz w:val="13"/>
              </w:rPr>
              <w:t>544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research_continuity/02_asis_same_method_reproduction/runs/20260706_101427/actual_same_method_reproduced_stress_index_v153.csv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6da75c495019db6d</w:t>
            </w:r>
          </w:p>
        </w:tc>
      </w:tr>
      <w:tr>
        <w:trPr>
          <w:cantSplit/>
        </w:trPr>
        <w:tc>
          <w:tcPr>
            <w:tcW w:type="dxa" w:w="1096"/>
            <w:vAlign w:val="center"/>
          </w:tcPr>
          <w:p>
            <w:r/>
            <w:r>
              <w:rPr>
                <w:rFonts w:ascii="Malgun Gothic" w:hAnsi="Malgun Gothic" w:eastAsia="Malgun Gothic"/>
                <w:b w:val="0"/>
                <w:sz w:val="13"/>
              </w:rPr>
              <w:t>545</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research_continuity/02_asis_same_method_reproduction/runs/20260706_102806/actual_same_method_reproduced_stress_index_v153.csv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5086ed5123eccf10</w:t>
            </w:r>
          </w:p>
        </w:tc>
      </w:tr>
      <w:tr>
        <w:trPr>
          <w:cantSplit/>
        </w:trPr>
        <w:tc>
          <w:tcPr>
            <w:tcW w:type="dxa" w:w="1096"/>
            <w:vAlign w:val="center"/>
          </w:tcPr>
          <w:p>
            <w:r/>
            <w:r>
              <w:rPr>
                <w:rFonts w:ascii="Malgun Gothic" w:hAnsi="Malgun Gothic" w:eastAsia="Malgun Gothic"/>
                <w:b w:val="0"/>
                <w:sz w:val="13"/>
              </w:rPr>
              <w:t>546</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research_continuity/02_asis_same_method_reproduction/runs/20260706_102917/actual_same_method_reproduced_stress_index_v153.csv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38dd44ddf4579d54</w:t>
            </w:r>
          </w:p>
        </w:tc>
      </w:tr>
      <w:tr>
        <w:trPr>
          <w:cantSplit/>
        </w:trPr>
        <w:tc>
          <w:tcPr>
            <w:tcW w:type="dxa" w:w="1096"/>
            <w:vAlign w:val="center"/>
          </w:tcPr>
          <w:p>
            <w:r/>
            <w:r>
              <w:rPr>
                <w:rFonts w:ascii="Malgun Gothic" w:hAnsi="Malgun Gothic" w:eastAsia="Malgun Gothic"/>
                <w:b w:val="0"/>
                <w:sz w:val="13"/>
              </w:rPr>
              <w:t>547</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research_continuity/02_asis_same_method_reproduction/runs/20260706_103003/actual_same_method_reproduced_stress_index_v153.csv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49b2e0cda2b1eef3</w:t>
            </w:r>
          </w:p>
        </w:tc>
      </w:tr>
      <w:tr>
        <w:trPr>
          <w:cantSplit/>
        </w:trPr>
        <w:tc>
          <w:tcPr>
            <w:tcW w:type="dxa" w:w="1096"/>
            <w:vAlign w:val="center"/>
          </w:tcPr>
          <w:p>
            <w:r/>
            <w:r>
              <w:rPr>
                <w:rFonts w:ascii="Malgun Gothic" w:hAnsi="Malgun Gothic" w:eastAsia="Malgun Gothic"/>
                <w:b w:val="0"/>
                <w:sz w:val="13"/>
              </w:rPr>
              <w:t>548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research_continuity/02_asis_same_method_reproduction/runs/20260706_103256/actual_same_method_reproduced_stress_index_v153.csv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f1f9d60351592885</w:t>
            </w:r>
          </w:p>
        </w:tc>
      </w:tr>
      <w:tr>
        <w:trPr>
          <w:cantSplit/>
        </w:trPr>
        <w:tc>
          <w:tcPr>
            <w:tcW w:type="dxa" w:w="1096"/>
            <w:vAlign w:val="center"/>
          </w:tcPr>
          <w:p>
            <w:r/>
            <w:r>
              <w:rPr>
                <w:rFonts w:ascii="Malgun Gothic" w:hAnsi="Malgun Gothic" w:eastAsia="Malgun Gothic"/>
                <w:b w:val="0"/>
                <w:sz w:val="13"/>
              </w:rPr>
              <w:t>549</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research_continuity/02_asis_same_method_reproduction/runs/20260706_120318/actual_same_method_reproduced_stress_index_v153.csv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46d5fbbe716abf00</w:t>
            </w:r>
          </w:p>
        </w:tc>
      </w:tr>
      <w:tr>
        <w:trPr>
          <w:cantSplit/>
        </w:trPr>
        <w:tc>
          <w:tcPr>
            <w:tcW w:type="dxa" w:w="1096"/>
            <w:vAlign w:val="center"/>
          </w:tcPr>
          <w:p>
            <w:r/>
            <w:r>
              <w:rPr>
                <w:rFonts w:ascii="Malgun Gothic" w:hAnsi="Malgun Gothic" w:eastAsia="Malgun Gothic"/>
                <w:b w:val="0"/>
                <w:sz w:val="13"/>
              </w:rPr>
              <w:t>550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research_continuity/02_asis_same_method_reproduction/runs/20260706_133449/actual_same_method_reproduced_stress_index_v153.csv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031a75a84c96b60a</w:t>
            </w:r>
          </w:p>
        </w:tc>
      </w:tr>
      <w:tr>
        <w:trPr>
          <w:cantSplit/>
        </w:trPr>
        <w:tc>
          <w:tcPr>
            <w:tcW w:type="dxa" w:w="1096"/>
            <w:vAlign w:val="center"/>
          </w:tcPr>
          <w:p>
            <w:r/>
            <w:r>
              <w:rPr>
                <w:rFonts w:ascii="Malgun Gothic" w:hAnsi="Malgun Gothic" w:eastAsia="Malgun Gothic"/>
                <w:b w:val="0"/>
                <w:sz w:val="13"/>
              </w:rPr>
              <w:t>551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research_continuity/02_asis_same_method_reproduction/runs/20260706_143700/actual_same_method_reproduced_stress_index_v153.csv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8b04b274a3e33307</w:t>
            </w:r>
          </w:p>
        </w:tc>
      </w:tr>
      <w:tr>
        <w:trPr>
          <w:cantSplit/>
        </w:trPr>
        <w:tc>
          <w:tcPr>
            <w:tcW w:type="dxa" w:w="1096"/>
            <w:vAlign w:val="center"/>
          </w:tcPr>
          <w:p>
            <w:r/>
            <w:r>
              <w:rPr>
                <w:rFonts w:ascii="Malgun Gothic" w:hAnsi="Malgun Gothic" w:eastAsia="Malgun Gothic"/>
                <w:b w:val="0"/>
                <w:sz w:val="13"/>
              </w:rPr>
              <w:t>552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research_continuity/02_asis_same_method_reproduction/runs/20260706_152116/actual_same_method_reproduced_stress_index_v153.csv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33dc0d17c59b6ba9</w:t>
            </w:r>
          </w:p>
        </w:tc>
      </w:tr>
      <w:tr>
        <w:trPr>
          <w:cantSplit/>
        </w:trPr>
        <w:tc>
          <w:tcPr>
            <w:tcW w:type="dxa" w:w="1096"/>
            <w:vAlign w:val="center"/>
          </w:tcPr>
          <w:p>
            <w:r/>
            <w:r>
              <w:rPr>
                <w:rFonts w:ascii="Malgun Gothic" w:hAnsi="Malgun Gothic" w:eastAsia="Malgun Gothic"/>
                <w:b w:val="0"/>
                <w:sz w:val="13"/>
              </w:rPr>
              <w:t>553</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research_continuity/02_asis_same_method_reproduction/runs/20260706_153054/actual_same_method_reproduced_stress_index_v153.csv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511739d5140b4ca0</w:t>
            </w:r>
          </w:p>
        </w:tc>
      </w:tr>
      <w:tr>
        <w:trPr>
          <w:cantSplit/>
        </w:trPr>
        <w:tc>
          <w:tcPr>
            <w:tcW w:type="dxa" w:w="1096"/>
            <w:vAlign w:val="center"/>
          </w:tcPr>
          <w:p>
            <w:r/>
            <w:r>
              <w:rPr>
                <w:rFonts w:ascii="Malgun Gothic" w:hAnsi="Malgun Gothic" w:eastAsia="Malgun Gothic"/>
                <w:b w:val="0"/>
                <w:sz w:val="13"/>
              </w:rPr>
              <w:t>554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research_continuity/02_asis_same_method_reproduction/runs/20260706_155722/actual_same_method_reproduced_stress_index_v153.csv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a0522d8ab095c526</w:t>
            </w:r>
          </w:p>
        </w:tc>
      </w:tr>
      <w:tr>
        <w:trPr>
          <w:cantSplit/>
        </w:trPr>
        <w:tc>
          <w:tcPr>
            <w:tcW w:type="dxa" w:w="1096"/>
            <w:vAlign w:val="center"/>
          </w:tcPr>
          <w:p>
            <w:r/>
            <w:r>
              <w:rPr>
                <w:rFonts w:ascii="Malgun Gothic" w:hAnsi="Malgun Gothic" w:eastAsia="Malgun Gothic"/>
                <w:b w:val="0"/>
                <w:sz w:val="13"/>
              </w:rPr>
              <w:t>555</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research_continuity/02_asis_same_method_reproduction/runs/20260706_171123/actual_same_method_reproduced_stress_index_v153.csv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5eede02cce664c90</w:t>
            </w:r>
          </w:p>
        </w:tc>
      </w:tr>
      <w:tr>
        <w:trPr>
          <w:cantSplit/>
        </w:trPr>
        <w:tc>
          <w:tcPr>
            <w:tcW w:type="dxa" w:w="1096"/>
            <w:vAlign w:val="center"/>
          </w:tcPr>
          <w:p>
            <w:r/>
            <w:r>
              <w:rPr>
                <w:rFonts w:ascii="Malgun Gothic" w:hAnsi="Malgun Gothic" w:eastAsia="Malgun Gothic"/>
                <w:b w:val="0"/>
                <w:sz w:val="13"/>
              </w:rPr>
              <w:t>556</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research_continuity/02_asis_same_method_reproduction/runs/20260706_182111/actual_same_method_reproduced_stress_index_v153.csv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6685ce406c54499f</w:t>
            </w:r>
          </w:p>
        </w:tc>
      </w:tr>
      <w:tr>
        <w:trPr>
          <w:cantSplit/>
        </w:trPr>
        <w:tc>
          <w:tcPr>
            <w:tcW w:type="dxa" w:w="1096"/>
            <w:vAlign w:val="center"/>
          </w:tcPr>
          <w:p>
            <w:r/>
            <w:r>
              <w:rPr>
                <w:rFonts w:ascii="Malgun Gothic" w:hAnsi="Malgun Gothic" w:eastAsia="Malgun Gothic"/>
                <w:b w:val="0"/>
                <w:sz w:val="13"/>
              </w:rPr>
              <w:t>557</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research_continuity/02_asis_same_method_reproduction/runs/20260706_183735/actual_same_method_reproduced_stress_index_v153.csv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5f59a77f92dd04b1</w:t>
            </w:r>
          </w:p>
        </w:tc>
      </w:tr>
      <w:tr>
        <w:trPr>
          <w:cantSplit/>
        </w:trPr>
        <w:tc>
          <w:tcPr>
            <w:tcW w:type="dxa" w:w="1096"/>
            <w:vAlign w:val="center"/>
          </w:tcPr>
          <w:p>
            <w:r/>
            <w:r>
              <w:rPr>
                <w:rFonts w:ascii="Malgun Gothic" w:hAnsi="Malgun Gothic" w:eastAsia="Malgun Gothic"/>
                <w:b w:val="0"/>
                <w:sz w:val="13"/>
              </w:rPr>
              <w:t>558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research_continuity/02_asis_same_method_reproduction/runs/20260706_190020/actual_same_method_reproduced_stress_index_v153.csv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ecf35e910ed6669b</w:t>
            </w:r>
          </w:p>
        </w:tc>
      </w:tr>
      <w:tr>
        <w:trPr>
          <w:cantSplit/>
        </w:trPr>
        <w:tc>
          <w:tcPr>
            <w:tcW w:type="dxa" w:w="1096"/>
            <w:vAlign w:val="center"/>
          </w:tcPr>
          <w:p>
            <w:r/>
            <w:r>
              <w:rPr>
                <w:rFonts w:ascii="Malgun Gothic" w:hAnsi="Malgun Gothic" w:eastAsia="Malgun Gothic"/>
                <w:b w:val="0"/>
                <w:sz w:val="13"/>
              </w:rPr>
              <w:t>559</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research_continuity/02_asis_same_method_reproduction/runs/20260707_020650/actual_same_method_reproduced_stress_index_v153.csv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f34c61bbcd49387d</w:t>
            </w:r>
          </w:p>
        </w:tc>
      </w:tr>
      <w:tr>
        <w:trPr>
          <w:cantSplit/>
        </w:trPr>
        <w:tc>
          <w:tcPr>
            <w:tcW w:type="dxa" w:w="1096"/>
            <w:vAlign w:val="center"/>
          </w:tcPr>
          <w:p>
            <w:r/>
            <w:r>
              <w:rPr>
                <w:rFonts w:ascii="Malgun Gothic" w:hAnsi="Malgun Gothic" w:eastAsia="Malgun Gothic"/>
                <w:b w:val="0"/>
                <w:sz w:val="13"/>
              </w:rPr>
              <w:t>560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research_continuity/02_asis_same_method_reproduction/runs/20260707_052646/actual_same_method_reproduced_stress_index_v153.csv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20a8d0b08c8d8a9e</w:t>
            </w:r>
          </w:p>
        </w:tc>
      </w:tr>
    </w:tbl>
    <w:p/>
    <w:p>
      <w:r>
        <w:rPr>
          <w:b/>
        </w:rPr>
        <w:t>부록 표 A-8.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561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research_continuity/02_asis_same_method_reproduction/runs/20260707_052709/actual_same_method_reproduced_stress_index_v153.csv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73804aceac31f45f</w:t>
            </w:r>
          </w:p>
        </w:tc>
      </w:tr>
      <w:tr>
        <w:trPr>
          <w:cantSplit/>
        </w:trPr>
        <w:tc>
          <w:tcPr>
            <w:tcW w:type="dxa" w:w="1096"/>
            <w:vAlign w:val="center"/>
          </w:tcPr>
          <w:p>
            <w:r/>
            <w:r>
              <w:rPr>
                <w:rFonts w:ascii="Malgun Gothic" w:hAnsi="Malgun Gothic" w:eastAsia="Malgun Gothic"/>
                <w:b w:val="0"/>
                <w:sz w:val="13"/>
              </w:rPr>
              <w:t>562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research_continuity/02_asis_same_method_reproduction/runs/20260707_060129/actual_same_method_reproduced_stress_index_v153.csv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a91a4dac88b87666</w:t>
            </w:r>
          </w:p>
        </w:tc>
      </w:tr>
      <w:tr>
        <w:trPr>
          <w:cantSplit/>
        </w:trPr>
        <w:tc>
          <w:tcPr>
            <w:tcW w:type="dxa" w:w="1096"/>
            <w:vAlign w:val="center"/>
          </w:tcPr>
          <w:p>
            <w:r/>
            <w:r>
              <w:rPr>
                <w:rFonts w:ascii="Malgun Gothic" w:hAnsi="Malgun Gothic" w:eastAsia="Malgun Gothic"/>
                <w:b w:val="0"/>
                <w:sz w:val="13"/>
              </w:rPr>
              <w:t>563</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research_continuity/02_asis_same_method_reproduction/runs/20260707_074844/actual_same_method_reproduced_stress_index_v153.csv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393,549</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05d6c56950ce66f1</w:t>
            </w:r>
          </w:p>
        </w:tc>
      </w:tr>
      <w:tr>
        <w:trPr>
          <w:cantSplit/>
        </w:trPr>
        <w:tc>
          <w:tcPr>
            <w:tcW w:type="dxa" w:w="1096"/>
            <w:vAlign w:val="center"/>
          </w:tcPr>
          <w:p>
            <w:r/>
            <w:r>
              <w:rPr>
                <w:rFonts w:ascii="Malgun Gothic" w:hAnsi="Malgun Gothic" w:eastAsia="Malgun Gothic"/>
                <w:b w:val="0"/>
                <w:sz w:val="13"/>
              </w:rPr>
              <w:t>564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research_continuity/02_asis_same_method_reproduction/runs/20260707_113522/actual_same_method_reproduced_stress_index_v153.csv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394,548</w:t>
            </w:r>
          </w:p>
        </w:tc>
        <w:tc>
          <w:tcPr>
            <w:tcW w:type="dxa" w:w="1096"/>
            <w:vAlign w:val="center"/>
          </w:tcPr>
          <w:p>
            <w:r/>
            <w:r>
              <w:rPr>
                <w:rFonts w:ascii="Malgun Gothic" w:hAnsi="Malgun Gothic" w:eastAsia="Malgun Gothic"/>
                <w:b w:val="0"/>
                <w:sz w:val="13"/>
              </w:rPr>
              <w:t>998</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793e154fd46bc318</w:t>
            </w:r>
          </w:p>
        </w:tc>
      </w:tr>
      <w:tr>
        <w:trPr>
          <w:cantSplit/>
        </w:trPr>
        <w:tc>
          <w:tcPr>
            <w:tcW w:type="dxa" w:w="1096"/>
            <w:vAlign w:val="center"/>
          </w:tcPr>
          <w:p>
            <w:r/>
            <w:r>
              <w:rPr>
                <w:rFonts w:ascii="Malgun Gothic" w:hAnsi="Malgun Gothic" w:eastAsia="Malgun Gothic"/>
                <w:b w:val="0"/>
                <w:sz w:val="13"/>
              </w:rPr>
              <w:t>565</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research_continuity/03_tobe_extension_research/actual_tobe_stress_tmp_synthetic_asis_stress.csv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f75856604381b605</w:t>
            </w:r>
          </w:p>
        </w:tc>
      </w:tr>
      <w:tr>
        <w:trPr>
          <w:cantSplit/>
        </w:trPr>
        <w:tc>
          <w:tcPr>
            <w:tcW w:type="dxa" w:w="1096"/>
            <w:vAlign w:val="center"/>
          </w:tcPr>
          <w:p>
            <w:r/>
            <w:r>
              <w:rPr>
                <w:rFonts w:ascii="Malgun Gothic" w:hAnsi="Malgun Gothic" w:eastAsia="Malgun Gothic"/>
                <w:b w:val="0"/>
                <w:sz w:val="13"/>
              </w:rPr>
              <w:t>566</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results/tables/anova_group_descriptive.csv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801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121872572503d1a6</w:t>
            </w:r>
          </w:p>
        </w:tc>
      </w:tr>
      <w:tr>
        <w:trPr>
          <w:cantSplit/>
        </w:trPr>
        <w:tc>
          <w:tcPr>
            <w:tcW w:type="dxa" w:w="1096"/>
            <w:vAlign w:val="center"/>
          </w:tcPr>
          <w:p>
            <w:r/>
            <w:r>
              <w:rPr>
                <w:rFonts w:ascii="Malgun Gothic" w:hAnsi="Malgun Gothic" w:eastAsia="Malgun Gothic"/>
                <w:b w:val="0"/>
                <w:sz w:val="13"/>
              </w:rPr>
              <w:t>567</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results/tables/anova_profile.csv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353</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026a56d974dc3e3c</w:t>
            </w:r>
          </w:p>
        </w:tc>
      </w:tr>
      <w:tr>
        <w:trPr>
          <w:cantSplit/>
        </w:trPr>
        <w:tc>
          <w:tcPr>
            <w:tcW w:type="dxa" w:w="1096"/>
            <w:vAlign w:val="center"/>
          </w:tcPr>
          <w:p>
            <w:r/>
            <w:r>
              <w:rPr>
                <w:rFonts w:ascii="Malgun Gothic" w:hAnsi="Malgun Gothic" w:eastAsia="Malgun Gothic"/>
                <w:b w:val="0"/>
                <w:sz w:val="13"/>
              </w:rPr>
              <w:t>568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results/tables/asis_tobe/asis_tobe_warn_policy_v167.csv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1,040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74c4892a40635095</w:t>
            </w:r>
          </w:p>
        </w:tc>
      </w:tr>
      <w:tr>
        <w:trPr>
          <w:cantSplit/>
        </w:trPr>
        <w:tc>
          <w:tcPr>
            <w:tcW w:type="dxa" w:w="1096"/>
            <w:vAlign w:val="center"/>
          </w:tcPr>
          <w:p>
            <w:r/>
            <w:r>
              <w:rPr>
                <w:rFonts w:ascii="Malgun Gothic" w:hAnsi="Malgun Gothic" w:eastAsia="Malgun Gothic"/>
                <w:b w:val="0"/>
                <w:sz w:val="13"/>
              </w:rPr>
              <w:t>569</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results/tables/asis_tobe/asis_tobe_warn_source_fix_v169.csv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480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1c99a1e3d8e7b100</w:t>
            </w:r>
          </w:p>
        </w:tc>
      </w:tr>
      <w:tr>
        <w:trPr>
          <w:cantSplit/>
        </w:trPr>
        <w:tc>
          <w:tcPr>
            <w:tcW w:type="dxa" w:w="1096"/>
            <w:vAlign w:val="center"/>
          </w:tcPr>
          <w:p>
            <w:r/>
            <w:r>
              <w:rPr>
                <w:rFonts w:ascii="Malgun Gothic" w:hAnsi="Malgun Gothic" w:eastAsia="Malgun Gothic"/>
                <w:b w:val="0"/>
                <w:sz w:val="13"/>
              </w:rPr>
              <w:t>570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results/tables/asis_tobe/csv_profile_all.csv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34,440</w:t>
            </w:r>
          </w:p>
        </w:tc>
        <w:tc>
          <w:tcPr>
            <w:tcW w:type="dxa" w:w="1096"/>
            <w:vAlign w:val="center"/>
          </w:tcPr>
          <w:p>
            <w:r/>
            <w:r>
              <w:rPr>
                <w:rFonts w:ascii="Malgun Gothic" w:hAnsi="Malgun Gothic" w:eastAsia="Malgun Gothic"/>
                <w:b w:val="0"/>
                <w:sz w:val="13"/>
              </w:rPr>
              <w:t>144</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93760df93f72c339</w:t>
            </w:r>
          </w:p>
        </w:tc>
      </w:tr>
      <w:tr>
        <w:trPr>
          <w:cantSplit/>
        </w:trPr>
        <w:tc>
          <w:tcPr>
            <w:tcW w:type="dxa" w:w="1096"/>
            <w:vAlign w:val="center"/>
          </w:tcPr>
          <w:p>
            <w:r/>
            <w:r>
              <w:rPr>
                <w:rFonts w:ascii="Malgun Gothic" w:hAnsi="Malgun Gothic" w:eastAsia="Malgun Gothic"/>
                <w:b w:val="0"/>
                <w:sz w:val="13"/>
              </w:rPr>
              <w:t>571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results/tables/asis_tobe/file_inventory_all.csv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482,378</w:t>
            </w:r>
          </w:p>
        </w:tc>
        <w:tc>
          <w:tcPr>
            <w:tcW w:type="dxa" w:w="1096"/>
            <w:vAlign w:val="center"/>
          </w:tcPr>
          <w:p>
            <w:r/>
            <w:r>
              <w:rPr>
                <w:rFonts w:ascii="Malgun Gothic" w:hAnsi="Malgun Gothic" w:eastAsia="Malgun Gothic"/>
                <w:b w:val="0"/>
                <w:sz w:val="13"/>
              </w:rPr>
              <w:t>2,427</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524f0b42a7834c24</w:t>
            </w:r>
          </w:p>
        </w:tc>
      </w:tr>
      <w:tr>
        <w:trPr>
          <w:cantSplit/>
        </w:trPr>
        <w:tc>
          <w:tcPr>
            <w:tcW w:type="dxa" w:w="1096"/>
            <w:vAlign w:val="center"/>
          </w:tcPr>
          <w:p>
            <w:r/>
            <w:r>
              <w:rPr>
                <w:rFonts w:ascii="Malgun Gothic" w:hAnsi="Malgun Gothic" w:eastAsia="Malgun Gothic"/>
                <w:b w:val="0"/>
                <w:sz w:val="13"/>
              </w:rPr>
              <w:t>572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results/tables/asis_tobe/key_metrics_all.csv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55,664</w:t>
            </w:r>
          </w:p>
        </w:tc>
        <w:tc>
          <w:tcPr>
            <w:tcW w:type="dxa" w:w="1096"/>
            <w:vAlign w:val="center"/>
          </w:tcPr>
          <w:p>
            <w:r/>
            <w:r>
              <w:rPr>
                <w:rFonts w:ascii="Malgun Gothic" w:hAnsi="Malgun Gothic" w:eastAsia="Malgun Gothic"/>
                <w:b w:val="0"/>
                <w:sz w:val="13"/>
              </w:rPr>
              <w:t>370</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65806b24ef9cc79a</w:t>
            </w:r>
          </w:p>
        </w:tc>
      </w:tr>
      <w:tr>
        <w:trPr>
          <w:cantSplit/>
        </w:trPr>
        <w:tc>
          <w:tcPr>
            <w:tcW w:type="dxa" w:w="1096"/>
            <w:vAlign w:val="center"/>
          </w:tcPr>
          <w:p>
            <w:r/>
            <w:r>
              <w:rPr>
                <w:rFonts w:ascii="Malgun Gothic" w:hAnsi="Malgun Gothic" w:eastAsia="Malgun Gothic"/>
                <w:b w:val="0"/>
                <w:sz w:val="13"/>
              </w:rPr>
              <w:t>573</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results/tables/asis_tobe/kspon_consistency_metrics_v160.csv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473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04829c56e334a4a7</w:t>
            </w:r>
          </w:p>
        </w:tc>
      </w:tr>
      <w:tr>
        <w:trPr>
          <w:cantSplit/>
        </w:trPr>
        <w:tc>
          <w:tcPr>
            <w:tcW w:type="dxa" w:w="1096"/>
            <w:vAlign w:val="center"/>
          </w:tcPr>
          <w:p>
            <w:r/>
            <w:r>
              <w:rPr>
                <w:rFonts w:ascii="Malgun Gothic" w:hAnsi="Malgun Gothic" w:eastAsia="Malgun Gothic"/>
                <w:b w:val="0"/>
                <w:sz w:val="13"/>
              </w:rPr>
              <w:t>574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results/tables/asis_tobe/kspon_consistency_metrics_v162.csv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3aabd497a398d851</w:t>
            </w:r>
          </w:p>
        </w:tc>
      </w:tr>
      <w:tr>
        <w:trPr>
          <w:cantSplit/>
        </w:trPr>
        <w:tc>
          <w:tcPr>
            <w:tcW w:type="dxa" w:w="1096"/>
            <w:vAlign w:val="center"/>
          </w:tcPr>
          <w:p>
            <w:r/>
            <w:r>
              <w:rPr>
                <w:rFonts w:ascii="Malgun Gothic" w:hAnsi="Malgun Gothic" w:eastAsia="Malgun Gothic"/>
                <w:b w:val="0"/>
                <w:sz w:val="13"/>
              </w:rPr>
              <w:t>575</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results/tables/asis_tobe/result_similarity_matrix.csv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72,166</w:t>
            </w:r>
          </w:p>
        </w:tc>
        <w:tc>
          <w:tcPr>
            <w:tcW w:type="dxa" w:w="1096"/>
            <w:vAlign w:val="center"/>
          </w:tcPr>
          <w:p>
            <w:r/>
            <w:r>
              <w:rPr>
                <w:rFonts w:ascii="Malgun Gothic" w:hAnsi="Malgun Gothic" w:eastAsia="Malgun Gothic"/>
                <w:b w:val="0"/>
                <w:sz w:val="13"/>
              </w:rPr>
              <w:t>313</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38958b79247c7db0</w:t>
            </w:r>
          </w:p>
        </w:tc>
      </w:tr>
      <w:tr>
        <w:trPr>
          <w:cantSplit/>
        </w:trPr>
        <w:tc>
          <w:tcPr>
            <w:tcW w:type="dxa" w:w="1096"/>
            <w:vAlign w:val="center"/>
          </w:tcPr>
          <w:p>
            <w:r/>
            <w:r>
              <w:rPr>
                <w:rFonts w:ascii="Malgun Gothic" w:hAnsi="Malgun Gothic" w:eastAsia="Malgun Gothic"/>
                <w:b w:val="0"/>
                <w:sz w:val="13"/>
              </w:rPr>
              <w:t>576</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results/tables/asis_tobe/tobe_metric_source_trace.csv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48,691</w:t>
            </w:r>
          </w:p>
        </w:tc>
        <w:tc>
          <w:tcPr>
            <w:tcW w:type="dxa" w:w="1096"/>
            <w:vAlign w:val="center"/>
          </w:tcPr>
          <w:p>
            <w:r/>
            <w:r>
              <w:rPr>
                <w:rFonts w:ascii="Malgun Gothic" w:hAnsi="Malgun Gothic" w:eastAsia="Malgun Gothic"/>
                <w:b w:val="0"/>
                <w:sz w:val="13"/>
              </w:rPr>
              <w:t>283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ccab7e8d4c7fcb8f</w:t>
            </w:r>
          </w:p>
        </w:tc>
      </w:tr>
      <w:tr>
        <w:trPr>
          <w:cantSplit/>
        </w:trPr>
        <w:tc>
          <w:tcPr>
            <w:tcW w:type="dxa" w:w="1096"/>
            <w:vAlign w:val="center"/>
          </w:tcPr>
          <w:p>
            <w:r/>
            <w:r>
              <w:rPr>
                <w:rFonts w:ascii="Malgun Gothic" w:hAnsi="Malgun Gothic" w:eastAsia="Malgun Gothic"/>
                <w:b w:val="0"/>
                <w:sz w:val="13"/>
              </w:rPr>
              <w:t>577</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results/tables/bootstrap_ci.csv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280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26110c6155dc5001</w:t>
            </w:r>
          </w:p>
        </w:tc>
      </w:tr>
      <w:tr>
        <w:trPr>
          <w:cantSplit/>
        </w:trPr>
        <w:tc>
          <w:tcPr>
            <w:tcW w:type="dxa" w:w="1096"/>
            <w:vAlign w:val="center"/>
          </w:tcPr>
          <w:p>
            <w:r/>
            <w:r>
              <w:rPr>
                <w:rFonts w:ascii="Malgun Gothic" w:hAnsi="Malgun Gothic" w:eastAsia="Malgun Gothic"/>
                <w:b w:val="0"/>
                <w:sz w:val="13"/>
              </w:rPr>
              <w:t>578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results/tables/construct_validity_summary.csv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457</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fcf2e7dfb012315b</w:t>
            </w:r>
          </w:p>
        </w:tc>
      </w:tr>
      <w:tr>
        <w:trPr>
          <w:cantSplit/>
        </w:trPr>
        <w:tc>
          <w:tcPr>
            <w:tcW w:type="dxa" w:w="1096"/>
            <w:vAlign w:val="center"/>
          </w:tcPr>
          <w:p>
            <w:r/>
            <w:r>
              <w:rPr>
                <w:rFonts w:ascii="Malgun Gothic" w:hAnsi="Malgun Gothic" w:eastAsia="Malgun Gothic"/>
                <w:b w:val="0"/>
                <w:sz w:val="13"/>
              </w:rPr>
              <w:t>579</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results/tables/correlation_matrix.csv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445</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3d3ecd62062f7b16</w:t>
            </w:r>
          </w:p>
        </w:tc>
      </w:tr>
      <w:tr>
        <w:trPr>
          <w:cantSplit/>
        </w:trPr>
        <w:tc>
          <w:tcPr>
            <w:tcW w:type="dxa" w:w="1096"/>
            <w:vAlign w:val="center"/>
          </w:tcPr>
          <w:p>
            <w:r/>
            <w:r>
              <w:rPr>
                <w:rFonts w:ascii="Malgun Gothic" w:hAnsi="Malgun Gothic" w:eastAsia="Malgun Gothic"/>
                <w:b w:val="0"/>
                <w:sz w:val="13"/>
              </w:rPr>
              <w:t>580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results/tables/correlation_validity.csv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344</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9f19261af6bba070</w:t>
            </w:r>
          </w:p>
        </w:tc>
      </w:tr>
      <w:tr>
        <w:trPr>
          <w:cantSplit/>
        </w:trPr>
        <w:tc>
          <w:tcPr>
            <w:tcW w:type="dxa" w:w="1096"/>
            <w:vAlign w:val="center"/>
          </w:tcPr>
          <w:p>
            <w:r/>
            <w:r>
              <w:rPr>
                <w:rFonts w:ascii="Malgun Gothic" w:hAnsi="Malgun Gothic" w:eastAsia="Malgun Gothic"/>
                <w:b w:val="0"/>
                <w:sz w:val="13"/>
              </w:rPr>
              <w:t>581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results/tables/multivariate_ols.csv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432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72f0094218ccd5e4</w:t>
            </w:r>
          </w:p>
        </w:tc>
      </w:tr>
      <w:tr>
        <w:trPr>
          <w:cantSplit/>
        </w:trPr>
        <w:tc>
          <w:tcPr>
            <w:tcW w:type="dxa" w:w="1096"/>
            <w:vAlign w:val="center"/>
          </w:tcPr>
          <w:p>
            <w:r/>
            <w:r>
              <w:rPr>
                <w:rFonts w:ascii="Malgun Gothic" w:hAnsi="Malgun Gothic" w:eastAsia="Malgun Gothic"/>
                <w:b w:val="0"/>
                <w:sz w:val="13"/>
              </w:rPr>
              <w:t>582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results/tables/stress_index_feature_quality.csv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289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854cfdd7a0a0c48c</w:t>
            </w:r>
          </w:p>
        </w:tc>
      </w:tr>
      <w:tr>
        <w:trPr>
          <w:cantSplit/>
        </w:trPr>
        <w:tc>
          <w:tcPr>
            <w:tcW w:type="dxa" w:w="1096"/>
            <w:vAlign w:val="center"/>
          </w:tcPr>
          <w:p>
            <w:r/>
            <w:r>
              <w:rPr>
                <w:rFonts w:ascii="Malgun Gothic" w:hAnsi="Malgun Gothic" w:eastAsia="Malgun Gothic"/>
                <w:b w:val="0"/>
                <w:sz w:val="13"/>
              </w:rPr>
              <w:t>583</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results/tables/univariate_ols.csv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516</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4f168b713cef00eb</w:t>
            </w:r>
          </w:p>
        </w:tc>
      </w:tr>
      <w:tr>
        <w:trPr>
          <w:cantSplit/>
        </w:trPr>
        <w:tc>
          <w:tcPr>
            <w:tcW w:type="dxa" w:w="1096"/>
            <w:vAlign w:val="center"/>
          </w:tcPr>
          <w:p>
            <w:r/>
            <w:r>
              <w:rPr>
                <w:rFonts w:ascii="Malgun Gothic" w:hAnsi="Malgun Gothic" w:eastAsia="Malgun Gothic"/>
                <w:b w:val="0"/>
                <w:sz w:val="13"/>
              </w:rPr>
              <w:t>584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research_continuity/02_asis_same_method_reproduction/actual_asis_source_schema_v153.csv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496</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93c0da55716ac480</w:t>
            </w:r>
          </w:p>
        </w:tc>
      </w:tr>
      <w:tr>
        <w:trPr>
          <w:cantSplit/>
        </w:trPr>
        <w:tc>
          <w:tcPr>
            <w:tcW w:type="dxa" w:w="1096"/>
            <w:vAlign w:val="center"/>
          </w:tcPr>
          <w:p>
            <w:r/>
            <w:r>
              <w:rPr>
                <w:rFonts w:ascii="Malgun Gothic" w:hAnsi="Malgun Gothic" w:eastAsia="Malgun Gothic"/>
                <w:b w:val="0"/>
                <w:sz w:val="13"/>
              </w:rPr>
              <w:t>585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research_continuity/02_asis_same_method_reproduction/asis_implementation_inventory_v150.csv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1,009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bb1fe36f258c8bee</w:t>
            </w:r>
          </w:p>
        </w:tc>
      </w:tr>
      <w:tr>
        <w:trPr>
          <w:cantSplit/>
        </w:trPr>
        <w:tc>
          <w:tcPr>
            <w:tcW w:type="dxa" w:w="1096"/>
            <w:vAlign w:val="center"/>
          </w:tcPr>
          <w:p>
            <w:r/>
            <w:r>
              <w:rPr>
                <w:rFonts w:ascii="Malgun Gothic" w:hAnsi="Malgun Gothic" w:eastAsia="Malgun Gothic"/>
                <w:b w:val="0"/>
                <w:sz w:val="13"/>
              </w:rPr>
              <w:t>586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research_continuity/02_asis_same_method_reproduction/asis_implementation_inventory_v152.csv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1,009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bb1fe36f258c8bee</w:t>
            </w:r>
          </w:p>
        </w:tc>
      </w:tr>
      <w:tr>
        <w:trPr>
          <w:cantSplit/>
        </w:trPr>
        <w:tc>
          <w:tcPr>
            <w:tcW w:type="dxa" w:w="1096"/>
            <w:vAlign w:val="center"/>
          </w:tcPr>
          <w:p>
            <w:r/>
            <w:r>
              <w:rPr>
                <w:rFonts w:ascii="Malgun Gothic" w:hAnsi="Malgun Gothic" w:eastAsia="Malgun Gothic"/>
                <w:b w:val="0"/>
                <w:sz w:val="13"/>
              </w:rPr>
              <w:t>587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research_continuity/02_asis_same_method_reproduction/asis_implementation_inventory_v153.csv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1,009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bb1fe36f258c8bee</w:t>
            </w:r>
          </w:p>
        </w:tc>
      </w:tr>
      <w:tr>
        <w:trPr>
          <w:cantSplit/>
        </w:trPr>
        <w:tc>
          <w:tcPr>
            <w:tcW w:type="dxa" w:w="1096"/>
            <w:vAlign w:val="center"/>
          </w:tcPr>
          <w:p>
            <w:r/>
            <w:r>
              <w:rPr>
                <w:rFonts w:ascii="Malgun Gothic" w:hAnsi="Malgun Gothic" w:eastAsia="Malgun Gothic"/>
                <w:b w:val="0"/>
                <w:sz w:val="13"/>
              </w:rPr>
              <w:t>588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research_continuity/02_asis_same_method_reproduction/asis_implementation_inventory_v154.csv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1,009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bb1fe36f258c8bee</w:t>
            </w:r>
          </w:p>
        </w:tc>
      </w:tr>
      <w:tr>
        <w:trPr>
          <w:cantSplit/>
        </w:trPr>
        <w:tc>
          <w:tcPr>
            <w:tcW w:type="dxa" w:w="1096"/>
            <w:vAlign w:val="center"/>
          </w:tcPr>
          <w:p>
            <w:r/>
            <w:r>
              <w:rPr>
                <w:rFonts w:ascii="Malgun Gothic" w:hAnsi="Malgun Gothic" w:eastAsia="Malgun Gothic"/>
                <w:b w:val="0"/>
                <w:sz w:val="13"/>
              </w:rPr>
              <w:t>589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research_continuity/02_asis_same_method_reproduction/asis_same_method_lock.json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1,417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59a4baa05fda1548</w:t>
            </w:r>
          </w:p>
        </w:tc>
      </w:tr>
      <w:tr>
        <w:trPr>
          <w:cantSplit/>
        </w:trPr>
        <w:tc>
          <w:tcPr>
            <w:tcW w:type="dxa" w:w="1096"/>
            <w:vAlign w:val="center"/>
          </w:tcPr>
          <w:p>
            <w:r/>
            <w:r>
              <w:rPr>
                <w:rFonts w:ascii="Malgun Gothic" w:hAnsi="Malgun Gothic" w:eastAsia="Malgun Gothic"/>
                <w:b w:val="0"/>
                <w:sz w:val="13"/>
              </w:rPr>
              <w:t>590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research_continuity/02_asis_same_method_reproduction/available_input_candidates.csv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6,184</w:t>
            </w:r>
          </w:p>
        </w:tc>
        <w:tc>
          <w:tcPr>
            <w:tcW w:type="dxa" w:w="1096"/>
            <w:vAlign w:val="center"/>
          </w:tcPr>
          <w:p>
            <w:r/>
            <w:r>
              <w:rPr>
                <w:rFonts w:ascii="Malgun Gothic" w:hAnsi="Malgun Gothic" w:eastAsia="Malgun Gothic"/>
                <w:b w:val="0"/>
                <w:sz w:val="13"/>
              </w:rPr>
              <w:t>49</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103495cb04b9b443</w:t>
            </w:r>
          </w:p>
        </w:tc>
      </w:tr>
      <w:tr>
        <w:trPr>
          <w:cantSplit/>
        </w:trPr>
        <w:tc>
          <w:tcPr>
            <w:tcW w:type="dxa" w:w="1096"/>
            <w:vAlign w:val="center"/>
          </w:tcPr>
          <w:p>
            <w:r/>
            <w:r>
              <w:rPr>
                <w:rFonts w:ascii="Malgun Gothic" w:hAnsi="Malgun Gothic" w:eastAsia="Malgun Gothic"/>
                <w:b w:val="0"/>
                <w:sz w:val="13"/>
              </w:rPr>
              <w:t>591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research_continuity/02_asis_same_method_reproduction/latest_actual_asis_source_schema_v150.csv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496</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93c0da55716ac480</w:t>
            </w:r>
          </w:p>
        </w:tc>
      </w:tr>
      <w:tr>
        <w:trPr>
          <w:cantSplit/>
        </w:trPr>
        <w:tc>
          <w:tcPr>
            <w:tcW w:type="dxa" w:w="1096"/>
            <w:vAlign w:val="center"/>
          </w:tcPr>
          <w:p>
            <w:r/>
            <w:r>
              <w:rPr>
                <w:rFonts w:ascii="Malgun Gothic" w:hAnsi="Malgun Gothic" w:eastAsia="Malgun Gothic"/>
                <w:b w:val="0"/>
                <w:sz w:val="13"/>
              </w:rPr>
              <w:t>592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research_continuity/02_asis_same_method_reproduction/latest_actual_same_method_normalization_candidate_params_v153.json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90b80f025f2928c6</w:t>
            </w:r>
          </w:p>
        </w:tc>
      </w:tr>
      <w:tr>
        <w:trPr>
          <w:cantSplit/>
        </w:trPr>
        <w:tc>
          <w:tcPr>
            <w:tcW w:type="dxa" w:w="1096"/>
            <w:vAlign w:val="center"/>
          </w:tcPr>
          <w:p>
            <w:r/>
            <w:r>
              <w:rPr>
                <w:rFonts w:ascii="Malgun Gothic" w:hAnsi="Malgun Gothic" w:eastAsia="Malgun Gothic"/>
                <w:b w:val="0"/>
                <w:sz w:val="13"/>
              </w:rPr>
              <w:t>593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research_continuity/02_asis_same_method_reproduction/latest_actual_same_method_reproduction_manifest_v150.json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2,389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ed0579704db43ede</w:t>
            </w:r>
          </w:p>
        </w:tc>
      </w:tr>
      <w:tr>
        <w:trPr>
          <w:cantSplit/>
        </w:trPr>
        <w:tc>
          <w:tcPr>
            <w:tcW w:type="dxa" w:w="1096"/>
            <w:vAlign w:val="center"/>
          </w:tcPr>
          <w:p>
            <w:r/>
            <w:r>
              <w:rPr>
                <w:rFonts w:ascii="Malgun Gothic" w:hAnsi="Malgun Gothic" w:eastAsia="Malgun Gothic"/>
                <w:b w:val="0"/>
                <w:sz w:val="13"/>
              </w:rPr>
              <w:t>594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research_continuity/02_asis_same_method_reproduction/latest_actual_same_method_reproduction_manifest_v152.json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2,127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e9a883954841751f</w:t>
            </w:r>
          </w:p>
        </w:tc>
      </w:tr>
      <w:tr>
        <w:trPr>
          <w:cantSplit/>
        </w:trPr>
        <w:tc>
          <w:tcPr>
            <w:tcW w:type="dxa" w:w="1096"/>
            <w:vAlign w:val="center"/>
          </w:tcPr>
          <w:p>
            <w:r/>
            <w:r>
              <w:rPr>
                <w:rFonts w:ascii="Malgun Gothic" w:hAnsi="Malgun Gothic" w:eastAsia="Malgun Gothic"/>
                <w:b w:val="0"/>
                <w:sz w:val="13"/>
              </w:rPr>
              <w:t>595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research_continuity/02_asis_same_method_reproduction/latest_actual_same_method_reproduction_manifest_v153.json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2,389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ed0579704db43ede</w:t>
            </w:r>
          </w:p>
        </w:tc>
      </w:tr>
      <w:tr>
        <w:trPr>
          <w:cantSplit/>
        </w:trPr>
        <w:tc>
          <w:tcPr>
            <w:tcW w:type="dxa" w:w="1096"/>
            <w:vAlign w:val="center"/>
          </w:tcPr>
          <w:p>
            <w:r/>
            <w:r>
              <w:rPr>
                <w:rFonts w:ascii="Malgun Gothic" w:hAnsi="Malgun Gothic" w:eastAsia="Malgun Gothic"/>
                <w:b w:val="0"/>
                <w:sz w:val="13"/>
              </w:rPr>
              <w:t>596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research_continuity/02_asis_same_method_reproduction/latest_actual_same_method_reproduction_manifest_v154.json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2,805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202c73d213a42f15</w:t>
            </w:r>
          </w:p>
        </w:tc>
      </w:tr>
      <w:tr>
        <w:trPr>
          <w:cantSplit/>
        </w:trPr>
        <w:tc>
          <w:tcPr>
            <w:tcW w:type="dxa" w:w="1096"/>
            <w:vAlign w:val="center"/>
          </w:tcPr>
          <w:p>
            <w:r/>
            <w:r>
              <w:rPr>
                <w:rFonts w:ascii="Malgun Gothic" w:hAnsi="Malgun Gothic" w:eastAsia="Malgun Gothic"/>
                <w:b w:val="0"/>
                <w:sz w:val="13"/>
              </w:rPr>
              <w:t>597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research_continuity/02_asis_same_method_reproduction/latest_actual_same_method_reproduction_manifest_v155.json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5f03b4a77d48bcee</w:t>
            </w:r>
          </w:p>
        </w:tc>
      </w:tr>
      <w:tr>
        <w:trPr>
          <w:cantSplit/>
        </w:trPr>
        <w:tc>
          <w:tcPr>
            <w:tcW w:type="dxa" w:w="1096"/>
            <w:vAlign w:val="center"/>
          </w:tcPr>
          <w:p>
            <w:r/>
            <w:r>
              <w:rPr>
                <w:rFonts w:ascii="Malgun Gothic" w:hAnsi="Malgun Gothic" w:eastAsia="Malgun Gothic"/>
                <w:b w:val="0"/>
                <w:sz w:val="13"/>
              </w:rPr>
              <w:t>598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research_continuity/02_asis_same_method_reproduction/latest_actual_same_method_reproduction_manifest_v156.json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2,805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202c73d213a42f15</w:t>
            </w:r>
          </w:p>
        </w:tc>
      </w:tr>
      <w:tr>
        <w:trPr>
          <w:cantSplit/>
        </w:trPr>
        <w:tc>
          <w:tcPr>
            <w:tcW w:type="dxa" w:w="1096"/>
            <w:vAlign w:val="center"/>
          </w:tcPr>
          <w:p>
            <w:r/>
            <w:r>
              <w:rPr>
                <w:rFonts w:ascii="Malgun Gothic" w:hAnsi="Malgun Gothic" w:eastAsia="Malgun Gothic"/>
                <w:b w:val="0"/>
                <w:sz w:val="13"/>
              </w:rPr>
              <w:t>599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research_continuity/02_asis_same_method_reproduction/NEEDS_ACTUAL_ASIS_INPUTS.md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811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0653b80dc31bd8f2</w:t>
            </w:r>
          </w:p>
        </w:tc>
      </w:tr>
      <w:tr>
        <w:trPr>
          <w:cantSplit/>
        </w:trPr>
        <w:tc>
          <w:tcPr>
            <w:tcW w:type="dxa" w:w="1096"/>
            <w:vAlign w:val="center"/>
          </w:tcPr>
          <w:p>
            <w:r/>
            <w:r>
              <w:rPr>
                <w:rFonts w:ascii="Malgun Gothic" w:hAnsi="Malgun Gothic" w:eastAsia="Malgun Gothic"/>
                <w:b w:val="0"/>
                <w:sz w:val="13"/>
              </w:rPr>
              <w:t>600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research_continuity/02_asis_same_method_reproduction/NEEDS_ACTUAL_ASIS_INPUTS_v149.json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85b1fd5d4dbe06d9</w:t>
            </w:r>
          </w:p>
        </w:tc>
      </w:tr>
      <w:tr>
        <w:trPr>
          <w:cantSplit/>
        </w:trPr>
        <w:tc>
          <w:tcPr>
            <w:tcW w:type="dxa" w:w="1096"/>
            <w:vAlign w:val="center"/>
          </w:tcPr>
          <w:p>
            <w:r/>
            <w:r>
              <w:rPr>
                <w:rFonts w:ascii="Malgun Gothic" w:hAnsi="Malgun Gothic" w:eastAsia="Malgun Gothic"/>
                <w:b w:val="0"/>
                <w:sz w:val="13"/>
              </w:rPr>
              <w:t>601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research_continuity/02_asis_same_method_reproduction/NEEDS_ACTUAL_ASIS_INPUTS_v149.md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346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8f76e1b4c987f632</w:t>
            </w:r>
          </w:p>
        </w:tc>
      </w:tr>
      <w:tr>
        <w:trPr>
          <w:cantSplit/>
        </w:trPr>
        <w:tc>
          <w:tcPr>
            <w:tcW w:type="dxa" w:w="1096"/>
            <w:vAlign w:val="center"/>
          </w:tcPr>
          <w:p>
            <w:r/>
            <w:r>
              <w:rPr>
                <w:rFonts w:ascii="Malgun Gothic" w:hAnsi="Malgun Gothic" w:eastAsia="Malgun Gothic"/>
                <w:b w:val="0"/>
                <w:sz w:val="13"/>
              </w:rPr>
              <w:t>602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research_continuity/02_asis_same_method_reproduction/NEEDS_REAL_ASIS_DATA_v153.md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487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cf72785403af9877</w:t>
            </w:r>
          </w:p>
        </w:tc>
      </w:tr>
      <w:tr>
        <w:trPr>
          <w:cantSplit/>
        </w:trPr>
        <w:tc>
          <w:tcPr>
            <w:tcW w:type="dxa" w:w="1096"/>
            <w:vAlign w:val="center"/>
          </w:tcPr>
          <w:p>
            <w:r/>
            <w:r>
              <w:rPr>
                <w:rFonts w:ascii="Malgun Gothic" w:hAnsi="Malgun Gothic" w:eastAsia="Malgun Gothic"/>
                <w:b w:val="0"/>
                <w:sz w:val="13"/>
              </w:rPr>
              <w:t>603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research_continuity/02_asis_same_method_reproduction/README.md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160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491607770d35874f</w:t>
            </w:r>
          </w:p>
        </w:tc>
      </w:tr>
      <w:tr>
        <w:trPr>
          <w:cantSplit/>
        </w:trPr>
        <w:tc>
          <w:tcPr>
            <w:tcW w:type="dxa" w:w="1096"/>
            <w:vAlign w:val="center"/>
          </w:tcPr>
          <w:p>
            <w:r/>
            <w:r>
              <w:rPr>
                <w:rFonts w:ascii="Malgun Gothic" w:hAnsi="Malgun Gothic" w:eastAsia="Malgun Gothic"/>
                <w:b w:val="0"/>
                <w:sz w:val="13"/>
              </w:rPr>
              <w:t>604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research_continuity/02_asis_same_method_reproduction/runs/20260705_191034/actual_asis_source_schema_v150.csv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235</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79de861b4596f5ad</w:t>
            </w:r>
          </w:p>
        </w:tc>
      </w:tr>
      <w:tr>
        <w:trPr>
          <w:cantSplit/>
        </w:trPr>
        <w:tc>
          <w:tcPr>
            <w:tcW w:type="dxa" w:w="1096"/>
            <w:vAlign w:val="center"/>
          </w:tcPr>
          <w:p>
            <w:r/>
            <w:r>
              <w:rPr>
                <w:rFonts w:ascii="Malgun Gothic" w:hAnsi="Malgun Gothic" w:eastAsia="Malgun Gothic"/>
                <w:b w:val="0"/>
                <w:sz w:val="13"/>
              </w:rPr>
              <w:t>605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research_continuity/02_asis_same_method_reproduction/runs/20260705_191034/actual_same_method_normalization_params_v150.json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9b3b39aa4c18c8d9</w:t>
            </w:r>
          </w:p>
        </w:tc>
      </w:tr>
      <w:tr>
        <w:trPr>
          <w:cantSplit/>
        </w:trPr>
        <w:tc>
          <w:tcPr>
            <w:tcW w:type="dxa" w:w="1096"/>
            <w:vAlign w:val="center"/>
          </w:tcPr>
          <w:p>
            <w:r/>
            <w:r>
              <w:rPr>
                <w:rFonts w:ascii="Malgun Gothic" w:hAnsi="Malgun Gothic" w:eastAsia="Malgun Gothic"/>
                <w:b w:val="0"/>
                <w:sz w:val="13"/>
              </w:rPr>
              <w:t>606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research_continuity/02_asis_same_method_reproduction/runs/20260705_191034/actual_same_method_reproduction_manifest_v150.json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1,701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4f04e0ec6208f8b4</w:t>
            </w:r>
          </w:p>
        </w:tc>
      </w:tr>
      <w:tr>
        <w:trPr>
          <w:cantSplit/>
        </w:trPr>
        <w:tc>
          <w:tcPr>
            <w:tcW w:type="dxa" w:w="1096"/>
            <w:vAlign w:val="center"/>
          </w:tcPr>
          <w:p>
            <w:r/>
            <w:r>
              <w:rPr>
                <w:rFonts w:ascii="Malgun Gothic" w:hAnsi="Malgun Gothic" w:eastAsia="Malgun Gothic"/>
                <w:b w:val="0"/>
                <w:sz w:val="13"/>
              </w:rPr>
              <w:t>607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research_continuity/02_asis_same_method_reproduction/runs/20260705_191055/actual_asis_source_schema_v150.csv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235</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79de861b4596f5ad</w:t>
            </w:r>
          </w:p>
        </w:tc>
      </w:tr>
      <w:tr>
        <w:trPr>
          <w:cantSplit/>
        </w:trPr>
        <w:tc>
          <w:tcPr>
            <w:tcW w:type="dxa" w:w="1096"/>
            <w:vAlign w:val="center"/>
          </w:tcPr>
          <w:p>
            <w:r/>
            <w:r>
              <w:rPr>
                <w:rFonts w:ascii="Malgun Gothic" w:hAnsi="Malgun Gothic" w:eastAsia="Malgun Gothic"/>
                <w:b w:val="0"/>
                <w:sz w:val="13"/>
              </w:rPr>
              <w:t>608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research_continuity/02_asis_same_method_reproduction/runs/20260705_191055/actual_same_method_normalization_params_v150.json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c1241885d7ade7cb</w:t>
            </w:r>
          </w:p>
        </w:tc>
      </w:tr>
      <w:tr>
        <w:trPr>
          <w:cantSplit/>
        </w:trPr>
        <w:tc>
          <w:tcPr>
            <w:tcW w:type="dxa" w:w="1096"/>
            <w:vAlign w:val="center"/>
          </w:tcPr>
          <w:p>
            <w:r/>
            <w:r>
              <w:rPr>
                <w:rFonts w:ascii="Malgun Gothic" w:hAnsi="Malgun Gothic" w:eastAsia="Malgun Gothic"/>
                <w:b w:val="0"/>
                <w:sz w:val="13"/>
              </w:rPr>
              <w:t>609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research_continuity/02_asis_same_method_reproduction/runs/20260705_191055/actual_same_method_reproduction_manifest_v150.json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1,701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40881164a1162bc6</w:t>
            </w:r>
          </w:p>
        </w:tc>
      </w:tr>
      <w:tr>
        <w:trPr>
          <w:cantSplit/>
        </w:trPr>
        <w:tc>
          <w:tcPr>
            <w:tcW w:type="dxa" w:w="1096"/>
            <w:vAlign w:val="center"/>
          </w:tcPr>
          <w:p>
            <w:r/>
            <w:r>
              <w:rPr>
                <w:rFonts w:ascii="Malgun Gothic" w:hAnsi="Malgun Gothic" w:eastAsia="Malgun Gothic"/>
                <w:b w:val="0"/>
                <w:sz w:val="13"/>
              </w:rPr>
              <w:t>610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research_continuity/02_asis_same_method_reproduction/runs/20260705_194459/actual_asis_source_schema_v150.csv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235</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79de861b4596f5ad</w:t>
            </w:r>
          </w:p>
        </w:tc>
      </w:tr>
      <w:tr>
        <w:trPr>
          <w:cantSplit/>
        </w:trPr>
        <w:tc>
          <w:tcPr>
            <w:tcW w:type="dxa" w:w="1096"/>
            <w:vAlign w:val="center"/>
          </w:tcPr>
          <w:p>
            <w:r/>
            <w:r>
              <w:rPr>
                <w:rFonts w:ascii="Malgun Gothic" w:hAnsi="Malgun Gothic" w:eastAsia="Malgun Gothic"/>
                <w:b w:val="0"/>
                <w:sz w:val="13"/>
              </w:rPr>
              <w:t>611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research_continuity/02_asis_same_method_reproduction/runs/20260705_194459/actual_same_method_normalization_params_v150.json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7c7e36a4aa3d8163</w:t>
            </w:r>
          </w:p>
        </w:tc>
      </w:tr>
      <w:tr>
        <w:trPr>
          <w:cantSplit/>
        </w:trPr>
        <w:tc>
          <w:tcPr>
            <w:tcW w:type="dxa" w:w="1096"/>
            <w:vAlign w:val="center"/>
          </w:tcPr>
          <w:p>
            <w:r/>
            <w:r>
              <w:rPr>
                <w:rFonts w:ascii="Malgun Gothic" w:hAnsi="Malgun Gothic" w:eastAsia="Malgun Gothic"/>
                <w:b w:val="0"/>
                <w:sz w:val="13"/>
              </w:rPr>
              <w:t>612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research_continuity/02_asis_same_method_reproduction/runs/20260705_194459/actual_same_method_reproduction_manifest_v150.json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1,701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4058b664eb6c7b4b</w:t>
            </w:r>
          </w:p>
        </w:tc>
      </w:tr>
      <w:tr>
        <w:trPr>
          <w:cantSplit/>
        </w:trPr>
        <w:tc>
          <w:tcPr>
            <w:tcW w:type="dxa" w:w="1096"/>
            <w:vAlign w:val="center"/>
          </w:tcPr>
          <w:p>
            <w:r/>
            <w:r>
              <w:rPr>
                <w:rFonts w:ascii="Malgun Gothic" w:hAnsi="Malgun Gothic" w:eastAsia="Malgun Gothic"/>
                <w:b w:val="0"/>
                <w:sz w:val="13"/>
              </w:rPr>
              <w:t>613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research_continuity/02_asis_same_method_reproduction/runs/20260705_203636/actual_asis_source_schema_v150.csv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496</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93c0da55716ac480</w:t>
            </w:r>
          </w:p>
        </w:tc>
      </w:tr>
      <w:tr>
        <w:trPr>
          <w:cantSplit/>
        </w:trPr>
        <w:tc>
          <w:tcPr>
            <w:tcW w:type="dxa" w:w="1096"/>
            <w:vAlign w:val="center"/>
          </w:tcPr>
          <w:p>
            <w:r/>
            <w:r>
              <w:rPr>
                <w:rFonts w:ascii="Malgun Gothic" w:hAnsi="Malgun Gothic" w:eastAsia="Malgun Gothic"/>
                <w:b w:val="0"/>
                <w:sz w:val="13"/>
              </w:rPr>
              <w:t>614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research_continuity/02_asis_same_method_reproduction/runs/20260705_203636/actual_same_method_normalization_params_v150.json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819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5f008a4384aad3ce</w:t>
            </w:r>
          </w:p>
        </w:tc>
      </w:tr>
      <w:tr>
        <w:trPr>
          <w:cantSplit/>
        </w:trPr>
        <w:tc>
          <w:tcPr>
            <w:tcW w:type="dxa" w:w="1096"/>
            <w:vAlign w:val="center"/>
          </w:tcPr>
          <w:p>
            <w:r/>
            <w:r>
              <w:rPr>
                <w:rFonts w:ascii="Malgun Gothic" w:hAnsi="Malgun Gothic" w:eastAsia="Malgun Gothic"/>
                <w:b w:val="0"/>
                <w:sz w:val="13"/>
              </w:rPr>
              <w:t>615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research_continuity/02_asis_same_method_reproduction/runs/20260705_203636/actual_same_method_reproduction_manifest_v150.json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1,722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f221c73bdef33d5e</w:t>
            </w:r>
          </w:p>
        </w:tc>
      </w:tr>
      <w:tr>
        <w:trPr>
          <w:cantSplit/>
        </w:trPr>
        <w:tc>
          <w:tcPr>
            <w:tcW w:type="dxa" w:w="1096"/>
            <w:vAlign w:val="center"/>
          </w:tcPr>
          <w:p>
            <w:r/>
            <w:r>
              <w:rPr>
                <w:rFonts w:ascii="Malgun Gothic" w:hAnsi="Malgun Gothic" w:eastAsia="Malgun Gothic"/>
                <w:b w:val="0"/>
                <w:sz w:val="13"/>
              </w:rPr>
              <w:t>616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research_continuity/02_asis_same_method_reproduction/runs/20260705_213459/actual_same_method_normalization_candidate_params_v153.json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9c6e53d3a9924eb7</w:t>
            </w:r>
          </w:p>
        </w:tc>
      </w:tr>
      <w:tr>
        <w:trPr>
          <w:cantSplit/>
        </w:trPr>
        <w:tc>
          <w:tcPr>
            <w:tcW w:type="dxa" w:w="1096"/>
            <w:vAlign w:val="center"/>
          </w:tcPr>
          <w:p>
            <w:r/>
            <w:r>
              <w:rPr>
                <w:rFonts w:ascii="Malgun Gothic" w:hAnsi="Malgun Gothic" w:eastAsia="Malgun Gothic"/>
                <w:b w:val="0"/>
                <w:sz w:val="13"/>
              </w:rPr>
              <w:t>617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research_continuity/02_asis_same_method_reproduction/runs/20260705_213459/actual_same_method_reproduction_manifest_v153.json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b7a0d525221ea6e5</w:t>
            </w:r>
          </w:p>
        </w:tc>
      </w:tr>
      <w:tr>
        <w:trPr>
          <w:cantSplit/>
        </w:trPr>
        <w:tc>
          <w:tcPr>
            <w:tcW w:type="dxa" w:w="1096"/>
            <w:vAlign w:val="center"/>
          </w:tcPr>
          <w:p>
            <w:r/>
            <w:r>
              <w:rPr>
                <w:rFonts w:ascii="Malgun Gothic" w:hAnsi="Malgun Gothic" w:eastAsia="Malgun Gothic"/>
                <w:b w:val="0"/>
                <w:sz w:val="13"/>
              </w:rPr>
              <w:t>618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research_continuity/02_asis_same_method_reproduction/runs/20260705_221100/actual_same_method_normalization_candidate_params_v153.json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31ea7e130df37f2e</w:t>
            </w:r>
          </w:p>
        </w:tc>
      </w:tr>
      <w:tr>
        <w:trPr>
          <w:cantSplit/>
        </w:trPr>
        <w:tc>
          <w:tcPr>
            <w:tcW w:type="dxa" w:w="1096"/>
            <w:vAlign w:val="center"/>
          </w:tcPr>
          <w:p>
            <w:r/>
            <w:r>
              <w:rPr>
                <w:rFonts w:ascii="Malgun Gothic" w:hAnsi="Malgun Gothic" w:eastAsia="Malgun Gothic"/>
                <w:b w:val="0"/>
                <w:sz w:val="13"/>
              </w:rPr>
              <w:t>619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research_continuity/02_asis_same_method_reproduction/runs/20260705_221100/actual_same_method_reproduction_manifest_v153.json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333fba1529f3d261</w:t>
            </w:r>
          </w:p>
        </w:tc>
      </w:tr>
      <w:tr>
        <w:trPr>
          <w:cantSplit/>
        </w:trPr>
        <w:tc>
          <w:tcPr>
            <w:tcW w:type="dxa" w:w="1096"/>
            <w:vAlign w:val="center"/>
          </w:tcPr>
          <w:p>
            <w:r/>
            <w:r>
              <w:rPr>
                <w:rFonts w:ascii="Malgun Gothic" w:hAnsi="Malgun Gothic" w:eastAsia="Malgun Gothic"/>
                <w:b w:val="0"/>
                <w:sz w:val="13"/>
              </w:rPr>
              <w:t>620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research_continuity/02_asis_same_method_reproduction/runs/20260705_230644/actual_same_method_normalization_candidate_params_v153.json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f096cee02263b753</w:t>
            </w:r>
          </w:p>
        </w:tc>
      </w:tr>
      <w:tr>
        <w:trPr>
          <w:cantSplit/>
        </w:trPr>
        <w:tc>
          <w:tcPr>
            <w:tcW w:type="dxa" w:w="1096"/>
            <w:vAlign w:val="center"/>
          </w:tcPr>
          <w:p>
            <w:r/>
            <w:r>
              <w:rPr>
                <w:rFonts w:ascii="Malgun Gothic" w:hAnsi="Malgun Gothic" w:eastAsia="Malgun Gothic"/>
                <w:b w:val="0"/>
                <w:sz w:val="13"/>
              </w:rPr>
              <w:t>621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research_continuity/02_asis_same_method_reproduction/runs/20260705_230644/actual_same_method_reproduction_manifest_v153.json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59badcecb508e5ff</w:t>
            </w:r>
          </w:p>
        </w:tc>
      </w:tr>
      <w:tr>
        <w:trPr>
          <w:cantSplit/>
        </w:trPr>
        <w:tc>
          <w:tcPr>
            <w:tcW w:type="dxa" w:w="1096"/>
            <w:vAlign w:val="center"/>
          </w:tcPr>
          <w:p>
            <w:r/>
            <w:r>
              <w:rPr>
                <w:rFonts w:ascii="Malgun Gothic" w:hAnsi="Malgun Gothic" w:eastAsia="Malgun Gothic"/>
                <w:b w:val="0"/>
                <w:sz w:val="13"/>
              </w:rPr>
              <w:t>622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research_continuity/02_asis_same_method_reproduction/runs/20260705_234323/actual_same_method_normalization_candidate_params_v153.json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d074c6d9993186ae</w:t>
            </w:r>
          </w:p>
        </w:tc>
      </w:tr>
      <w:tr>
        <w:trPr>
          <w:cantSplit/>
        </w:trPr>
        <w:tc>
          <w:tcPr>
            <w:tcW w:type="dxa" w:w="1096"/>
            <w:vAlign w:val="center"/>
          </w:tcPr>
          <w:p>
            <w:r/>
            <w:r>
              <w:rPr>
                <w:rFonts w:ascii="Malgun Gothic" w:hAnsi="Malgun Gothic" w:eastAsia="Malgun Gothic"/>
                <w:b w:val="0"/>
                <w:sz w:val="13"/>
              </w:rPr>
              <w:t>623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research_continuity/02_asis_same_method_reproduction/runs/20260705_234323/actual_same_method_reproduction_manifest_v153.json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d9f23186cb7b47ca</w:t>
            </w:r>
          </w:p>
        </w:tc>
      </w:tr>
      <w:tr>
        <w:trPr>
          <w:cantSplit/>
        </w:trPr>
        <w:tc>
          <w:tcPr>
            <w:tcW w:type="dxa" w:w="1096"/>
            <w:vAlign w:val="center"/>
          </w:tcPr>
          <w:p>
            <w:r/>
            <w:r>
              <w:rPr>
                <w:rFonts w:ascii="Malgun Gothic" w:hAnsi="Malgun Gothic" w:eastAsia="Malgun Gothic"/>
                <w:b w:val="0"/>
                <w:sz w:val="13"/>
              </w:rPr>
              <w:t>624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research_continuity/02_asis_same_method_reproduction/runs/20260706_080318/actual_same_method_normalization_candidate_params_v153.json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ae5b206959557e07</w:t>
            </w:r>
          </w:p>
        </w:tc>
      </w:tr>
      <w:tr>
        <w:trPr>
          <w:cantSplit/>
        </w:trPr>
        <w:tc>
          <w:tcPr>
            <w:tcW w:type="dxa" w:w="1096"/>
            <w:vAlign w:val="center"/>
          </w:tcPr>
          <w:p>
            <w:r/>
            <w:r>
              <w:rPr>
                <w:rFonts w:ascii="Malgun Gothic" w:hAnsi="Malgun Gothic" w:eastAsia="Malgun Gothic"/>
                <w:b w:val="0"/>
                <w:sz w:val="13"/>
              </w:rPr>
              <w:t>625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research_continuity/02_asis_same_method_reproduction/runs/20260706_080318/actual_same_method_reproduction_manifest_v153.json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2,389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50ba61033405d57e</w:t>
            </w:r>
          </w:p>
        </w:tc>
      </w:tr>
      <w:tr>
        <w:trPr>
          <w:cantSplit/>
        </w:trPr>
        <w:tc>
          <w:tcPr>
            <w:tcW w:type="dxa" w:w="1096"/>
            <w:vAlign w:val="center"/>
          </w:tcPr>
          <w:p>
            <w:r/>
            <w:r>
              <w:rPr>
                <w:rFonts w:ascii="Malgun Gothic" w:hAnsi="Malgun Gothic" w:eastAsia="Malgun Gothic"/>
                <w:b w:val="0"/>
                <w:sz w:val="13"/>
              </w:rPr>
              <w:t>626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research_continuity/02_asis_same_method_reproduction/runs/20260706_092758/actual_same_method_normalization_candidate_params_v153.json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555483a414e6cb46</w:t>
            </w:r>
          </w:p>
        </w:tc>
      </w:tr>
      <w:tr>
        <w:trPr>
          <w:cantSplit/>
        </w:trPr>
        <w:tc>
          <w:tcPr>
            <w:tcW w:type="dxa" w:w="1096"/>
            <w:vAlign w:val="center"/>
          </w:tcPr>
          <w:p>
            <w:r/>
            <w:r>
              <w:rPr>
                <w:rFonts w:ascii="Malgun Gothic" w:hAnsi="Malgun Gothic" w:eastAsia="Malgun Gothic"/>
                <w:b w:val="0"/>
                <w:sz w:val="13"/>
              </w:rPr>
              <w:t>627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research_continuity/02_asis_same_method_reproduction/runs/20260706_092758/actual_same_method_reproduction_manifest_v153.json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b2d5d00033f9bf84</w:t>
            </w:r>
          </w:p>
        </w:tc>
      </w:tr>
      <w:tr>
        <w:trPr>
          <w:cantSplit/>
        </w:trPr>
        <w:tc>
          <w:tcPr>
            <w:tcW w:type="dxa" w:w="1096"/>
            <w:vAlign w:val="center"/>
          </w:tcPr>
          <w:p>
            <w:r/>
            <w:r>
              <w:rPr>
                <w:rFonts w:ascii="Malgun Gothic" w:hAnsi="Malgun Gothic" w:eastAsia="Malgun Gothic"/>
                <w:b w:val="0"/>
                <w:sz w:val="13"/>
              </w:rPr>
              <w:t>628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research_continuity/02_asis_same_method_reproduction/runs/20260706_095102/actual_same_method_normalization_candidate_params_v153.json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0257c35866a81c02</w:t>
            </w:r>
          </w:p>
        </w:tc>
      </w:tr>
      <w:tr>
        <w:trPr>
          <w:cantSplit/>
        </w:trPr>
        <w:tc>
          <w:tcPr>
            <w:tcW w:type="dxa" w:w="1096"/>
            <w:vAlign w:val="center"/>
          </w:tcPr>
          <w:p>
            <w:r/>
            <w:r>
              <w:rPr>
                <w:rFonts w:ascii="Malgun Gothic" w:hAnsi="Malgun Gothic" w:eastAsia="Malgun Gothic"/>
                <w:b w:val="0"/>
                <w:sz w:val="13"/>
              </w:rPr>
              <w:t>629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research_continuity/02_asis_same_method_reproduction/runs/20260706_095102/actual_same_method_reproduction_manifest_v153.json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ebe6b3d21aae12bf</w:t>
            </w:r>
          </w:p>
        </w:tc>
      </w:tr>
      <w:tr>
        <w:trPr>
          <w:cantSplit/>
        </w:trPr>
        <w:tc>
          <w:tcPr>
            <w:tcW w:type="dxa" w:w="1096"/>
            <w:vAlign w:val="center"/>
          </w:tcPr>
          <w:p>
            <w:r/>
            <w:r>
              <w:rPr>
                <w:rFonts w:ascii="Malgun Gothic" w:hAnsi="Malgun Gothic" w:eastAsia="Malgun Gothic"/>
                <w:b w:val="0"/>
                <w:sz w:val="13"/>
              </w:rPr>
              <w:t>630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research_continuity/02_asis_same_method_reproduction/runs/20260706_101427/actual_same_method_normalization_candidate_params_v153.json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1e6bb392bfa526c6</w:t>
            </w:r>
          </w:p>
        </w:tc>
      </w:tr>
      <w:tr>
        <w:trPr>
          <w:cantSplit/>
        </w:trPr>
        <w:tc>
          <w:tcPr>
            <w:tcW w:type="dxa" w:w="1096"/>
            <w:vAlign w:val="center"/>
          </w:tcPr>
          <w:p>
            <w:r/>
            <w:r>
              <w:rPr>
                <w:rFonts w:ascii="Malgun Gothic" w:hAnsi="Malgun Gothic" w:eastAsia="Malgun Gothic"/>
                <w:b w:val="0"/>
                <w:sz w:val="13"/>
              </w:rPr>
              <w:t>631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research_continuity/02_asis_same_method_reproduction/runs/20260706_101427/actual_same_method_reproduction_manifest_v153.json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1e3316c47c190e03</w:t>
            </w:r>
          </w:p>
        </w:tc>
      </w:tr>
      <w:tr>
        <w:trPr>
          <w:cantSplit/>
        </w:trPr>
        <w:tc>
          <w:tcPr>
            <w:tcW w:type="dxa" w:w="1096"/>
            <w:vAlign w:val="center"/>
          </w:tcPr>
          <w:p>
            <w:r/>
            <w:r>
              <w:rPr>
                <w:rFonts w:ascii="Malgun Gothic" w:hAnsi="Malgun Gothic" w:eastAsia="Malgun Gothic"/>
                <w:b w:val="0"/>
                <w:sz w:val="13"/>
              </w:rPr>
              <w:t>632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research_continuity/02_asis_same_method_reproduction/runs/20260706_102806/actual_same_method_normalization_candidate_params_v153.json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ab69f74840871e15</w:t>
            </w:r>
          </w:p>
        </w:tc>
      </w:tr>
      <w:tr>
        <w:trPr>
          <w:cantSplit/>
        </w:trPr>
        <w:tc>
          <w:tcPr>
            <w:tcW w:type="dxa" w:w="1096"/>
            <w:vAlign w:val="center"/>
          </w:tcPr>
          <w:p>
            <w:r/>
            <w:r>
              <w:rPr>
                <w:rFonts w:ascii="Malgun Gothic" w:hAnsi="Malgun Gothic" w:eastAsia="Malgun Gothic"/>
                <w:b w:val="0"/>
                <w:sz w:val="13"/>
              </w:rPr>
              <w:t>633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research_continuity/02_asis_same_method_reproduction/runs/20260706_102806/actual_same_method_reproduction_manifest_v153.json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0ec7af7e8d1f3011</w:t>
            </w:r>
          </w:p>
        </w:tc>
      </w:tr>
      <w:tr>
        <w:trPr>
          <w:cantSplit/>
        </w:trPr>
        <w:tc>
          <w:tcPr>
            <w:tcW w:type="dxa" w:w="1096"/>
            <w:vAlign w:val="center"/>
          </w:tcPr>
          <w:p>
            <w:r/>
            <w:r>
              <w:rPr>
                <w:rFonts w:ascii="Malgun Gothic" w:hAnsi="Malgun Gothic" w:eastAsia="Malgun Gothic"/>
                <w:b w:val="0"/>
                <w:sz w:val="13"/>
              </w:rPr>
              <w:t>634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research_continuity/02_asis_same_method_reproduction/runs/20260706_102917/actual_same_method_normalization_candidate_params_v153.json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366143d56f6c9b8b</w:t>
            </w:r>
          </w:p>
        </w:tc>
      </w:tr>
      <w:tr>
        <w:trPr>
          <w:cantSplit/>
        </w:trPr>
        <w:tc>
          <w:tcPr>
            <w:tcW w:type="dxa" w:w="1096"/>
            <w:vAlign w:val="center"/>
          </w:tcPr>
          <w:p>
            <w:r/>
            <w:r>
              <w:rPr>
                <w:rFonts w:ascii="Malgun Gothic" w:hAnsi="Malgun Gothic" w:eastAsia="Malgun Gothic"/>
                <w:b w:val="0"/>
                <w:sz w:val="13"/>
              </w:rPr>
              <w:t>635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research_continuity/02_asis_same_method_reproduction/runs/20260706_102917/actual_same_method_reproduction_manifest_v153.json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d3ff7d4828ab5572</w:t>
            </w:r>
          </w:p>
        </w:tc>
      </w:tr>
      <w:tr>
        <w:trPr>
          <w:cantSplit/>
        </w:trPr>
        <w:tc>
          <w:tcPr>
            <w:tcW w:type="dxa" w:w="1096"/>
            <w:vAlign w:val="center"/>
          </w:tcPr>
          <w:p>
            <w:r/>
            <w:r>
              <w:rPr>
                <w:rFonts w:ascii="Malgun Gothic" w:hAnsi="Malgun Gothic" w:eastAsia="Malgun Gothic"/>
                <w:b w:val="0"/>
                <w:sz w:val="13"/>
              </w:rPr>
              <w:t>636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research_continuity/02_asis_same_method_reproduction/runs/20260706_103003/actual_same_method_normalization_candidate_params_v153.json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e42892e33209a26a</w:t>
            </w:r>
          </w:p>
        </w:tc>
      </w:tr>
      <w:tr>
        <w:trPr>
          <w:cantSplit/>
        </w:trPr>
        <w:tc>
          <w:tcPr>
            <w:tcW w:type="dxa" w:w="1096"/>
            <w:vAlign w:val="center"/>
          </w:tcPr>
          <w:p>
            <w:r/>
            <w:r>
              <w:rPr>
                <w:rFonts w:ascii="Malgun Gothic" w:hAnsi="Malgun Gothic" w:eastAsia="Malgun Gothic"/>
                <w:b w:val="0"/>
                <w:sz w:val="13"/>
              </w:rPr>
              <w:t>637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research_continuity/02_asis_same_method_reproduction/runs/20260706_103003/actual_same_method_reproduction_manifest_v153.json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31416dffa135aefe</w:t>
            </w:r>
          </w:p>
        </w:tc>
      </w:tr>
      <w:tr>
        <w:trPr>
          <w:cantSplit/>
        </w:trPr>
        <w:tc>
          <w:tcPr>
            <w:tcW w:type="dxa" w:w="1096"/>
            <w:vAlign w:val="center"/>
          </w:tcPr>
          <w:p>
            <w:r/>
            <w:r>
              <w:rPr>
                <w:rFonts w:ascii="Malgun Gothic" w:hAnsi="Malgun Gothic" w:eastAsia="Malgun Gothic"/>
                <w:b w:val="0"/>
                <w:sz w:val="13"/>
              </w:rPr>
              <w:t>638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research_continuity/02_asis_same_method_reproduction/runs/20260706_103256/actual_same_method_normalization_candidate_params_v153.json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684f72e900f20734</w:t>
            </w:r>
          </w:p>
        </w:tc>
      </w:tr>
      <w:tr>
        <w:trPr>
          <w:cantSplit/>
        </w:trPr>
        <w:tc>
          <w:tcPr>
            <w:tcW w:type="dxa" w:w="1096"/>
            <w:vAlign w:val="center"/>
          </w:tcPr>
          <w:p>
            <w:r/>
            <w:r>
              <w:rPr>
                <w:rFonts w:ascii="Malgun Gothic" w:hAnsi="Malgun Gothic" w:eastAsia="Malgun Gothic"/>
                <w:b w:val="0"/>
                <w:sz w:val="13"/>
              </w:rPr>
              <w:t>639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research_continuity/02_asis_same_method_reproduction/runs/20260706_103256/actual_same_method_reproduction_manifest_v153.json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89c34204da69bf7f</w:t>
            </w:r>
          </w:p>
        </w:tc>
      </w:tr>
      <w:tr>
        <w:trPr>
          <w:cantSplit/>
        </w:trPr>
        <w:tc>
          <w:tcPr>
            <w:tcW w:type="dxa" w:w="1096"/>
            <w:vAlign w:val="center"/>
          </w:tcPr>
          <w:p>
            <w:r/>
            <w:r>
              <w:rPr>
                <w:rFonts w:ascii="Malgun Gothic" w:hAnsi="Malgun Gothic" w:eastAsia="Malgun Gothic"/>
                <w:b w:val="0"/>
                <w:sz w:val="13"/>
              </w:rPr>
              <w:t>640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research_continuity/02_asis_same_method_reproduction/runs/20260706_120318/actual_same_method_normalization_candidate_params_v153.json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a616900bed038f2c</w:t>
            </w:r>
          </w:p>
        </w:tc>
      </w:tr>
    </w:tbl>
    <w:p/>
    <w:p>
      <w:r>
        <w:rPr>
          <w:b/>
        </w:rPr>
        <w:t>부록 표 A-9.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641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research_continuity/02_asis_same_method_reproduction/runs/20260706_120318/actual_same_method_reproduction_manifest_v153.json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d08250d626cd4237</w:t>
            </w:r>
          </w:p>
        </w:tc>
      </w:tr>
      <w:tr>
        <w:trPr>
          <w:cantSplit/>
        </w:trPr>
        <w:tc>
          <w:tcPr>
            <w:tcW w:type="dxa" w:w="1096"/>
            <w:vAlign w:val="center"/>
          </w:tcPr>
          <w:p>
            <w:r/>
            <w:r>
              <w:rPr>
                <w:rFonts w:ascii="Malgun Gothic" w:hAnsi="Malgun Gothic" w:eastAsia="Malgun Gothic"/>
                <w:b w:val="0"/>
                <w:sz w:val="13"/>
              </w:rPr>
              <w:t>642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research_continuity/02_asis_same_method_reproduction/runs/20260706_133449/actual_same_method_normalization_candidate_params_v153.json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ef06d6c8e0114b4b</w:t>
            </w:r>
          </w:p>
        </w:tc>
      </w:tr>
      <w:tr>
        <w:trPr>
          <w:cantSplit/>
        </w:trPr>
        <w:tc>
          <w:tcPr>
            <w:tcW w:type="dxa" w:w="1096"/>
            <w:vAlign w:val="center"/>
          </w:tcPr>
          <w:p>
            <w:r/>
            <w:r>
              <w:rPr>
                <w:rFonts w:ascii="Malgun Gothic" w:hAnsi="Malgun Gothic" w:eastAsia="Malgun Gothic"/>
                <w:b w:val="0"/>
                <w:sz w:val="13"/>
              </w:rPr>
              <w:t>643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research_continuity/02_asis_same_method_reproduction/runs/20260706_133449/actual_same_method_reproduction_manifest_v153.json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852d4abd69a7f263</w:t>
            </w:r>
          </w:p>
        </w:tc>
      </w:tr>
      <w:tr>
        <w:trPr>
          <w:cantSplit/>
        </w:trPr>
        <w:tc>
          <w:tcPr>
            <w:tcW w:type="dxa" w:w="1096"/>
            <w:vAlign w:val="center"/>
          </w:tcPr>
          <w:p>
            <w:r/>
            <w:r>
              <w:rPr>
                <w:rFonts w:ascii="Malgun Gothic" w:hAnsi="Malgun Gothic" w:eastAsia="Malgun Gothic"/>
                <w:b w:val="0"/>
                <w:sz w:val="13"/>
              </w:rPr>
              <w:t>644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research_continuity/02_asis_same_method_reproduction/runs/20260706_143700/actual_same_method_normalization_candidate_params_v153.json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1bd2cb480b3d008f</w:t>
            </w:r>
          </w:p>
        </w:tc>
      </w:tr>
      <w:tr>
        <w:trPr>
          <w:cantSplit/>
        </w:trPr>
        <w:tc>
          <w:tcPr>
            <w:tcW w:type="dxa" w:w="1096"/>
            <w:vAlign w:val="center"/>
          </w:tcPr>
          <w:p>
            <w:r/>
            <w:r>
              <w:rPr>
                <w:rFonts w:ascii="Malgun Gothic" w:hAnsi="Malgun Gothic" w:eastAsia="Malgun Gothic"/>
                <w:b w:val="0"/>
                <w:sz w:val="13"/>
              </w:rPr>
              <w:t>645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research_continuity/02_asis_same_method_reproduction/runs/20260706_143700/actual_same_method_reproduction_manifest_v153.json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551fc4f463a895b2</w:t>
            </w:r>
          </w:p>
        </w:tc>
      </w:tr>
      <w:tr>
        <w:trPr>
          <w:cantSplit/>
        </w:trPr>
        <w:tc>
          <w:tcPr>
            <w:tcW w:type="dxa" w:w="1096"/>
            <w:vAlign w:val="center"/>
          </w:tcPr>
          <w:p>
            <w:r/>
            <w:r>
              <w:rPr>
                <w:rFonts w:ascii="Malgun Gothic" w:hAnsi="Malgun Gothic" w:eastAsia="Malgun Gothic"/>
                <w:b w:val="0"/>
                <w:sz w:val="13"/>
              </w:rPr>
              <w:t>646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research_continuity/02_asis_same_method_reproduction/runs/20260706_152116/actual_same_method_normalization_candidate_params_v153.json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a2c897ef57a3f75a</w:t>
            </w:r>
          </w:p>
        </w:tc>
      </w:tr>
      <w:tr>
        <w:trPr>
          <w:cantSplit/>
        </w:trPr>
        <w:tc>
          <w:tcPr>
            <w:tcW w:type="dxa" w:w="1096"/>
            <w:vAlign w:val="center"/>
          </w:tcPr>
          <w:p>
            <w:r/>
            <w:r>
              <w:rPr>
                <w:rFonts w:ascii="Malgun Gothic" w:hAnsi="Malgun Gothic" w:eastAsia="Malgun Gothic"/>
                <w:b w:val="0"/>
                <w:sz w:val="13"/>
              </w:rPr>
              <w:t>647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research_continuity/02_asis_same_method_reproduction/runs/20260706_152116/actual_same_method_reproduction_manifest_v153.json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0747a06b578827e5</w:t>
            </w:r>
          </w:p>
        </w:tc>
      </w:tr>
      <w:tr>
        <w:trPr>
          <w:cantSplit/>
        </w:trPr>
        <w:tc>
          <w:tcPr>
            <w:tcW w:type="dxa" w:w="1096"/>
            <w:vAlign w:val="center"/>
          </w:tcPr>
          <w:p>
            <w:r/>
            <w:r>
              <w:rPr>
                <w:rFonts w:ascii="Malgun Gothic" w:hAnsi="Malgun Gothic" w:eastAsia="Malgun Gothic"/>
                <w:b w:val="0"/>
                <w:sz w:val="13"/>
              </w:rPr>
              <w:t>648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research_continuity/02_asis_same_method_reproduction/runs/20260706_153054/actual_same_method_normalization_candidate_params_v153.json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42b1d19f376d3a84</w:t>
            </w:r>
          </w:p>
        </w:tc>
      </w:tr>
      <w:tr>
        <w:trPr>
          <w:cantSplit/>
        </w:trPr>
        <w:tc>
          <w:tcPr>
            <w:tcW w:type="dxa" w:w="1096"/>
            <w:vAlign w:val="center"/>
          </w:tcPr>
          <w:p>
            <w:r/>
            <w:r>
              <w:rPr>
                <w:rFonts w:ascii="Malgun Gothic" w:hAnsi="Malgun Gothic" w:eastAsia="Malgun Gothic"/>
                <w:b w:val="0"/>
                <w:sz w:val="13"/>
              </w:rPr>
              <w:t>649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research_continuity/02_asis_same_method_reproduction/runs/20260706_153054/actual_same_method_reproduction_manifest_v153.json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57eb0e1bebdba444</w:t>
            </w:r>
          </w:p>
        </w:tc>
      </w:tr>
      <w:tr>
        <w:trPr>
          <w:cantSplit/>
        </w:trPr>
        <w:tc>
          <w:tcPr>
            <w:tcW w:type="dxa" w:w="1096"/>
            <w:vAlign w:val="center"/>
          </w:tcPr>
          <w:p>
            <w:r/>
            <w:r>
              <w:rPr>
                <w:rFonts w:ascii="Malgun Gothic" w:hAnsi="Malgun Gothic" w:eastAsia="Malgun Gothic"/>
                <w:b w:val="0"/>
                <w:sz w:val="13"/>
              </w:rPr>
              <w:t>650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research_continuity/02_asis_same_method_reproduction/runs/20260706_155722/actual_same_method_normalization_candidate_params_v153.json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382ca5d80bb52305</w:t>
            </w:r>
          </w:p>
        </w:tc>
      </w:tr>
      <w:tr>
        <w:trPr>
          <w:cantSplit/>
        </w:trPr>
        <w:tc>
          <w:tcPr>
            <w:tcW w:type="dxa" w:w="1096"/>
            <w:vAlign w:val="center"/>
          </w:tcPr>
          <w:p>
            <w:r/>
            <w:r>
              <w:rPr>
                <w:rFonts w:ascii="Malgun Gothic" w:hAnsi="Malgun Gothic" w:eastAsia="Malgun Gothic"/>
                <w:b w:val="0"/>
                <w:sz w:val="13"/>
              </w:rPr>
              <w:t>651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research_continuity/02_asis_same_method_reproduction/runs/20260706_155722/actual_same_method_reproduction_manifest_v153.json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20b8eeb11179f2bd</w:t>
            </w:r>
          </w:p>
        </w:tc>
      </w:tr>
      <w:tr>
        <w:trPr>
          <w:cantSplit/>
        </w:trPr>
        <w:tc>
          <w:tcPr>
            <w:tcW w:type="dxa" w:w="1096"/>
            <w:vAlign w:val="center"/>
          </w:tcPr>
          <w:p>
            <w:r/>
            <w:r>
              <w:rPr>
                <w:rFonts w:ascii="Malgun Gothic" w:hAnsi="Malgun Gothic" w:eastAsia="Malgun Gothic"/>
                <w:b w:val="0"/>
                <w:sz w:val="13"/>
              </w:rPr>
              <w:t>652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research_continuity/02_asis_same_method_reproduction/runs/20260706_171123/actual_same_method_normalization_candidate_params_v153.json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b6f9366247b0b098</w:t>
            </w:r>
          </w:p>
        </w:tc>
      </w:tr>
      <w:tr>
        <w:trPr>
          <w:cantSplit/>
        </w:trPr>
        <w:tc>
          <w:tcPr>
            <w:tcW w:type="dxa" w:w="1096"/>
            <w:vAlign w:val="center"/>
          </w:tcPr>
          <w:p>
            <w:r/>
            <w:r>
              <w:rPr>
                <w:rFonts w:ascii="Malgun Gothic" w:hAnsi="Malgun Gothic" w:eastAsia="Malgun Gothic"/>
                <w:b w:val="0"/>
                <w:sz w:val="13"/>
              </w:rPr>
              <w:t>653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research_continuity/02_asis_same_method_reproduction/runs/20260706_171123/actual_same_method_reproduction_manifest_v153.json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b6ee9e3acdec1969</w:t>
            </w:r>
          </w:p>
        </w:tc>
      </w:tr>
      <w:tr>
        <w:trPr>
          <w:cantSplit/>
        </w:trPr>
        <w:tc>
          <w:tcPr>
            <w:tcW w:type="dxa" w:w="1096"/>
            <w:vAlign w:val="center"/>
          </w:tcPr>
          <w:p>
            <w:r/>
            <w:r>
              <w:rPr>
                <w:rFonts w:ascii="Malgun Gothic" w:hAnsi="Malgun Gothic" w:eastAsia="Malgun Gothic"/>
                <w:b w:val="0"/>
                <w:sz w:val="13"/>
              </w:rPr>
              <w:t>654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research_continuity/02_asis_same_method_reproduction/runs/20260706_182111/actual_same_method_normalization_candidate_params_v153.json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b9122df786b52657</w:t>
            </w:r>
          </w:p>
        </w:tc>
      </w:tr>
      <w:tr>
        <w:trPr>
          <w:cantSplit/>
        </w:trPr>
        <w:tc>
          <w:tcPr>
            <w:tcW w:type="dxa" w:w="1096"/>
            <w:vAlign w:val="center"/>
          </w:tcPr>
          <w:p>
            <w:r/>
            <w:r>
              <w:rPr>
                <w:rFonts w:ascii="Malgun Gothic" w:hAnsi="Malgun Gothic" w:eastAsia="Malgun Gothic"/>
                <w:b w:val="0"/>
                <w:sz w:val="13"/>
              </w:rPr>
              <w:t>655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research_continuity/02_asis_same_method_reproduction/runs/20260706_182111/actual_same_method_reproduction_manifest_v153.json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6e2342739d5d6c30</w:t>
            </w:r>
          </w:p>
        </w:tc>
      </w:tr>
      <w:tr>
        <w:trPr>
          <w:cantSplit/>
        </w:trPr>
        <w:tc>
          <w:tcPr>
            <w:tcW w:type="dxa" w:w="1096"/>
            <w:vAlign w:val="center"/>
          </w:tcPr>
          <w:p>
            <w:r/>
            <w:r>
              <w:rPr>
                <w:rFonts w:ascii="Malgun Gothic" w:hAnsi="Malgun Gothic" w:eastAsia="Malgun Gothic"/>
                <w:b w:val="0"/>
                <w:sz w:val="13"/>
              </w:rPr>
              <w:t>656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research_continuity/02_asis_same_method_reproduction/runs/20260706_183735/actual_same_method_normalization_candidate_params_v153.json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2ce6225fccc5513e</w:t>
            </w:r>
          </w:p>
        </w:tc>
      </w:tr>
      <w:tr>
        <w:trPr>
          <w:cantSplit/>
        </w:trPr>
        <w:tc>
          <w:tcPr>
            <w:tcW w:type="dxa" w:w="1096"/>
            <w:vAlign w:val="center"/>
          </w:tcPr>
          <w:p>
            <w:r/>
            <w:r>
              <w:rPr>
                <w:rFonts w:ascii="Malgun Gothic" w:hAnsi="Malgun Gothic" w:eastAsia="Malgun Gothic"/>
                <w:b w:val="0"/>
                <w:sz w:val="13"/>
              </w:rPr>
              <w:t>657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research_continuity/02_asis_same_method_reproduction/runs/20260706_183735/actual_same_method_reproduction_manifest_v153.json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fa4d9744cb151518</w:t>
            </w:r>
          </w:p>
        </w:tc>
      </w:tr>
      <w:tr>
        <w:trPr>
          <w:cantSplit/>
        </w:trPr>
        <w:tc>
          <w:tcPr>
            <w:tcW w:type="dxa" w:w="1096"/>
            <w:vAlign w:val="center"/>
          </w:tcPr>
          <w:p>
            <w:r/>
            <w:r>
              <w:rPr>
                <w:rFonts w:ascii="Malgun Gothic" w:hAnsi="Malgun Gothic" w:eastAsia="Malgun Gothic"/>
                <w:b w:val="0"/>
                <w:sz w:val="13"/>
              </w:rPr>
              <w:t>658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research_continuity/02_asis_same_method_reproduction/runs/20260706_190020/actual_same_method_normalization_candidate_params_v153.json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2e74c4603b4f7b28</w:t>
            </w:r>
          </w:p>
        </w:tc>
      </w:tr>
      <w:tr>
        <w:trPr>
          <w:cantSplit/>
        </w:trPr>
        <w:tc>
          <w:tcPr>
            <w:tcW w:type="dxa" w:w="1096"/>
            <w:vAlign w:val="center"/>
          </w:tcPr>
          <w:p>
            <w:r/>
            <w:r>
              <w:rPr>
                <w:rFonts w:ascii="Malgun Gothic" w:hAnsi="Malgun Gothic" w:eastAsia="Malgun Gothic"/>
                <w:b w:val="0"/>
                <w:sz w:val="13"/>
              </w:rPr>
              <w:t>659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research_continuity/02_asis_same_method_reproduction/runs/20260706_190020/actual_same_method_reproduction_manifest_v153.json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851254295f6b7106</w:t>
            </w:r>
          </w:p>
        </w:tc>
      </w:tr>
      <w:tr>
        <w:trPr>
          <w:cantSplit/>
        </w:trPr>
        <w:tc>
          <w:tcPr>
            <w:tcW w:type="dxa" w:w="1096"/>
            <w:vAlign w:val="center"/>
          </w:tcPr>
          <w:p>
            <w:r/>
            <w:r>
              <w:rPr>
                <w:rFonts w:ascii="Malgun Gothic" w:hAnsi="Malgun Gothic" w:eastAsia="Malgun Gothic"/>
                <w:b w:val="0"/>
                <w:sz w:val="13"/>
              </w:rPr>
              <w:t>660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research_continuity/02_asis_same_method_reproduction/runs/20260707_020650/actual_same_method_normalization_candidate_params_v153.json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869ffab46498b935</w:t>
            </w:r>
          </w:p>
        </w:tc>
      </w:tr>
      <w:tr>
        <w:trPr>
          <w:cantSplit/>
        </w:trPr>
        <w:tc>
          <w:tcPr>
            <w:tcW w:type="dxa" w:w="1096"/>
            <w:vAlign w:val="center"/>
          </w:tcPr>
          <w:p>
            <w:r/>
            <w:r>
              <w:rPr>
                <w:rFonts w:ascii="Malgun Gothic" w:hAnsi="Malgun Gothic" w:eastAsia="Malgun Gothic"/>
                <w:b w:val="0"/>
                <w:sz w:val="13"/>
              </w:rPr>
              <w:t>661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research_continuity/02_asis_same_method_reproduction/runs/20260707_020650/actual_same_method_reproduction_manifest_v153.json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2,413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5473878775073352</w:t>
            </w:r>
          </w:p>
        </w:tc>
      </w:tr>
      <w:tr>
        <w:trPr>
          <w:cantSplit/>
        </w:trPr>
        <w:tc>
          <w:tcPr>
            <w:tcW w:type="dxa" w:w="1096"/>
            <w:vAlign w:val="center"/>
          </w:tcPr>
          <w:p>
            <w:r/>
            <w:r>
              <w:rPr>
                <w:rFonts w:ascii="Malgun Gothic" w:hAnsi="Malgun Gothic" w:eastAsia="Malgun Gothic"/>
                <w:b w:val="0"/>
                <w:sz w:val="13"/>
              </w:rPr>
              <w:t>662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research_continuity/02_asis_same_method_reproduction/runs/20260707_052646/actual_same_method_normalization_candidate_params_v153.json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646603600c432079</w:t>
            </w:r>
          </w:p>
        </w:tc>
      </w:tr>
      <w:tr>
        <w:trPr>
          <w:cantSplit/>
        </w:trPr>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research_continuity/02_asis_same_method_reproduction/runs/20260707_052646/actual_same_method_reproduction_manifest_v153.json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e9fafd6496c1ac5a</w:t>
            </w:r>
          </w:p>
        </w:tc>
      </w:tr>
      <w:tr>
        <w:trPr>
          <w:cantSplit/>
        </w:trPr>
        <w:tc>
          <w:tcPr>
            <w:tcW w:type="dxa" w:w="1096"/>
            <w:vAlign w:val="center"/>
          </w:tcPr>
          <w:p>
            <w:r/>
            <w:r>
              <w:rPr>
                <w:rFonts w:ascii="Malgun Gothic" w:hAnsi="Malgun Gothic" w:eastAsia="Malgun Gothic"/>
                <w:b w:val="0"/>
                <w:sz w:val="13"/>
              </w:rPr>
              <w:t>664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research_continuity/02_asis_same_method_reproduction/runs/20260707_052709/actual_same_method_normalization_candidate_params_v153.json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cf078bdf969d0e40</w:t>
            </w:r>
          </w:p>
        </w:tc>
      </w:tr>
      <w:tr>
        <w:trPr>
          <w:cantSplit/>
        </w:trPr>
        <w:tc>
          <w:tcPr>
            <w:tcW w:type="dxa" w:w="1096"/>
            <w:vAlign w:val="center"/>
          </w:tcPr>
          <w:p>
            <w:r/>
            <w:r>
              <w:rPr>
                <w:rFonts w:ascii="Malgun Gothic" w:hAnsi="Malgun Gothic" w:eastAsia="Malgun Gothic"/>
                <w:b w:val="0"/>
                <w:sz w:val="13"/>
              </w:rPr>
              <w:t>665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research_continuity/02_asis_same_method_reproduction/runs/20260707_052709/actual_same_method_reproduction_manifest_v153.json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c582500d2d6cb55e</w:t>
            </w:r>
          </w:p>
        </w:tc>
      </w:tr>
      <w:tr>
        <w:trPr>
          <w:cantSplit/>
        </w:trPr>
        <w:tc>
          <w:tcPr>
            <w:tcW w:type="dxa" w:w="1096"/>
            <w:vAlign w:val="center"/>
          </w:tcPr>
          <w:p>
            <w:r/>
            <w:r>
              <w:rPr>
                <w:rFonts w:ascii="Malgun Gothic" w:hAnsi="Malgun Gothic" w:eastAsia="Malgun Gothic"/>
                <w:b w:val="0"/>
                <w:sz w:val="13"/>
              </w:rPr>
              <w:t>666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research_continuity/02_asis_same_method_reproduction/runs/20260707_060129/actual_same_method_normalization_candidate_params_v153.json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2f97f3f13d1529c0</w:t>
            </w:r>
          </w:p>
        </w:tc>
      </w:tr>
      <w:tr>
        <w:trPr>
          <w:cantSplit/>
        </w:trPr>
        <w:tc>
          <w:tcPr>
            <w:tcW w:type="dxa" w:w="1096"/>
            <w:vAlign w:val="center"/>
          </w:tcPr>
          <w:p>
            <w:r/>
            <w:r>
              <w:rPr>
                <w:rFonts w:ascii="Malgun Gothic" w:hAnsi="Malgun Gothic" w:eastAsia="Malgun Gothic"/>
                <w:b w:val="0"/>
                <w:sz w:val="13"/>
              </w:rPr>
              <w:t>667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research_continuity/02_asis_same_method_reproduction/runs/20260707_060129/actual_same_method_reproduction_manifest_v153.json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b5d07e129895768d</w:t>
            </w:r>
          </w:p>
        </w:tc>
      </w:tr>
      <w:tr>
        <w:trPr>
          <w:cantSplit/>
        </w:trPr>
        <w:tc>
          <w:tcPr>
            <w:tcW w:type="dxa" w:w="1096"/>
            <w:vAlign w:val="center"/>
          </w:tcPr>
          <w:p>
            <w:r/>
            <w:r>
              <w:rPr>
                <w:rFonts w:ascii="Malgun Gothic" w:hAnsi="Malgun Gothic" w:eastAsia="Malgun Gothic"/>
                <w:b w:val="0"/>
                <w:sz w:val="13"/>
              </w:rPr>
              <w:t>668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research_continuity/02_asis_same_method_reproduction/runs/20260707_074844/actual_same_method_normalization_candidate_params_v153.json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90b80f025f2928c6</w:t>
            </w:r>
          </w:p>
        </w:tc>
      </w:tr>
      <w:tr>
        <w:trPr>
          <w:cantSplit/>
        </w:trPr>
        <w:tc>
          <w:tcPr>
            <w:tcW w:type="dxa" w:w="1096"/>
            <w:vAlign w:val="center"/>
          </w:tcPr>
          <w:p>
            <w:r/>
            <w:r>
              <w:rPr>
                <w:rFonts w:ascii="Malgun Gothic" w:hAnsi="Malgun Gothic" w:eastAsia="Malgun Gothic"/>
                <w:b w:val="0"/>
                <w:sz w:val="13"/>
              </w:rPr>
              <w:t>669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research_continuity/02_asis_same_method_reproduction/runs/20260707_074844/actual_same_method_reproduction_manifest_v153.json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2,389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ed0579704db43ede</w:t>
            </w:r>
          </w:p>
        </w:tc>
      </w:tr>
      <w:tr>
        <w:trPr>
          <w:cantSplit/>
        </w:trPr>
        <w:tc>
          <w:tcPr>
            <w:tcW w:type="dxa" w:w="1096"/>
            <w:vAlign w:val="center"/>
          </w:tcPr>
          <w:p>
            <w:r/>
            <w:r>
              <w:rPr>
                <w:rFonts w:ascii="Malgun Gothic" w:hAnsi="Malgun Gothic" w:eastAsia="Malgun Gothic"/>
                <w:b w:val="0"/>
                <w:sz w:val="13"/>
              </w:rPr>
              <w:t>670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research_continuity/02_asis_same_method_reproduction/runs/20260707_113522/actual_same_method_normalization_candidate_params_v153.json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effd0311aa7eac07</w:t>
            </w:r>
          </w:p>
        </w:tc>
      </w:tr>
      <w:tr>
        <w:trPr>
          <w:cantSplit/>
        </w:trPr>
        <w:tc>
          <w:tcPr>
            <w:tcW w:type="dxa" w:w="1096"/>
            <w:vAlign w:val="center"/>
          </w:tcPr>
          <w:p>
            <w:r/>
            <w:r>
              <w:rPr>
                <w:rFonts w:ascii="Malgun Gothic" w:hAnsi="Malgun Gothic" w:eastAsia="Malgun Gothic"/>
                <w:b w:val="0"/>
                <w:sz w:val="13"/>
              </w:rPr>
              <w:t>671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research_continuity/02_asis_same_method_reproduction/runs/20260707_113522/actual_same_method_reproduction_manifest_v153.json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2,463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090be202a48bf452</w:t>
            </w:r>
          </w:p>
        </w:tc>
      </w:tr>
      <w:tr>
        <w:trPr>
          <w:cantSplit/>
        </w:trPr>
        <w:tc>
          <w:tcPr>
            <w:tcW w:type="dxa" w:w="1096"/>
            <w:vAlign w:val="center"/>
          </w:tcPr>
          <w:p>
            <w:r/>
            <w:r>
              <w:rPr>
                <w:rFonts w:ascii="Malgun Gothic" w:hAnsi="Malgun Gothic" w:eastAsia="Malgun Gothic"/>
                <w:b w:val="0"/>
                <w:sz w:val="13"/>
              </w:rPr>
              <w:t>672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research_continuity/02_asis_same_method_reproduction/same_method_lock_checklist_v149.csv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5b65ba94bb627354</w:t>
            </w:r>
          </w:p>
        </w:tc>
      </w:tr>
      <w:tr>
        <w:trPr>
          <w:cantSplit/>
        </w:trPr>
        <w:tc>
          <w:tcPr>
            <w:tcW w:type="dxa" w:w="1096"/>
            <w:vAlign w:val="center"/>
          </w:tcPr>
          <w:p>
            <w:r/>
            <w:r>
              <w:rPr>
                <w:rFonts w:ascii="Malgun Gothic" w:hAnsi="Malgun Gothic" w:eastAsia="Malgun Gothic"/>
                <w:b w:val="0"/>
                <w:sz w:val="13"/>
              </w:rPr>
              <w:t>673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research_continuity/02_asis_same_method_reproduction/same_method_lock_checklist_v150.csv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1,062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5b65ba94bb627354</w:t>
            </w:r>
          </w:p>
        </w:tc>
      </w:tr>
      <w:tr>
        <w:trPr>
          <w:cantSplit/>
        </w:trPr>
        <w:tc>
          <w:tcPr>
            <w:tcW w:type="dxa" w:w="1096"/>
            <w:vAlign w:val="center"/>
          </w:tcPr>
          <w:p>
            <w:r/>
            <w:r>
              <w:rPr>
                <w:rFonts w:ascii="Malgun Gothic" w:hAnsi="Malgun Gothic" w:eastAsia="Malgun Gothic"/>
                <w:b w:val="0"/>
                <w:sz w:val="13"/>
              </w:rPr>
              <w:t>674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research_continuity/02_asis_same_method_reproduction/same_method_lock_checklist_v152.csv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370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bcd6b47764acce48</w:t>
            </w:r>
          </w:p>
        </w:tc>
      </w:tr>
      <w:tr>
        <w:trPr>
          <w:cantSplit/>
        </w:trPr>
        <w:tc>
          <w:tcPr>
            <w:tcW w:type="dxa" w:w="1096"/>
            <w:vAlign w:val="center"/>
          </w:tcPr>
          <w:p>
            <w:r/>
            <w:r>
              <w:rPr>
                <w:rFonts w:ascii="Malgun Gothic" w:hAnsi="Malgun Gothic" w:eastAsia="Malgun Gothic"/>
                <w:b w:val="0"/>
                <w:sz w:val="13"/>
              </w:rPr>
              <w:t>675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research_continuity/02_asis_same_method_reproduction/same_method_lock_checklist_v153.csv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799</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cb39c653522248d7</w:t>
            </w:r>
          </w:p>
        </w:tc>
      </w:tr>
      <w:tr>
        <w:trPr>
          <w:cantSplit/>
        </w:trPr>
        <w:tc>
          <w:tcPr>
            <w:tcW w:type="dxa" w:w="1096"/>
            <w:vAlign w:val="center"/>
          </w:tcPr>
          <w:p>
            <w:r/>
            <w:r>
              <w:rPr>
                <w:rFonts w:ascii="Malgun Gothic" w:hAnsi="Malgun Gothic" w:eastAsia="Malgun Gothic"/>
                <w:b w:val="0"/>
                <w:sz w:val="13"/>
              </w:rPr>
              <w:t>676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research_continuity/02_asis_same_method_reproduction/same_method_lock_checklist_v154.csv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1,015</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6befe86adaaea561</w:t>
            </w:r>
          </w:p>
        </w:tc>
      </w:tr>
      <w:tr>
        <w:trPr>
          <w:cantSplit/>
        </w:trPr>
        <w:tc>
          <w:tcPr>
            <w:tcW w:type="dxa" w:w="1096"/>
            <w:vAlign w:val="center"/>
          </w:tcPr>
          <w:p>
            <w:r/>
            <w:r>
              <w:rPr>
                <w:rFonts w:ascii="Malgun Gothic" w:hAnsi="Malgun Gothic" w:eastAsia="Malgun Gothic"/>
                <w:b w:val="0"/>
                <w:sz w:val="13"/>
              </w:rPr>
              <w:t>677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research_continuity/02_asis_same_method_reproduction/same_method_lock_v149.json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1,229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dea76db7d2ffccaf</w:t>
            </w:r>
          </w:p>
        </w:tc>
      </w:tr>
      <w:tr>
        <w:trPr>
          <w:cantSplit/>
        </w:trPr>
        <w:tc>
          <w:tcPr>
            <w:tcW w:type="dxa" w:w="1096"/>
            <w:vAlign w:val="center"/>
          </w:tcPr>
          <w:p>
            <w:r/>
            <w:r>
              <w:rPr>
                <w:rFonts w:ascii="Malgun Gothic" w:hAnsi="Malgun Gothic" w:eastAsia="Malgun Gothic"/>
                <w:b w:val="0"/>
                <w:sz w:val="13"/>
              </w:rPr>
              <w:t>678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1,210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c7c9699d0f809bb7</w:t>
            </w:r>
          </w:p>
        </w:tc>
      </w:tr>
      <w:tr>
        <w:trPr>
          <w:cantSplit/>
        </w:trPr>
        <w:tc>
          <w:tcPr>
            <w:tcW w:type="dxa" w:w="1096"/>
            <w:vAlign w:val="center"/>
          </w:tcPr>
          <w:p>
            <w:r/>
            <w:r>
              <w:rPr>
                <w:rFonts w:ascii="Malgun Gothic" w:hAnsi="Malgun Gothic" w:eastAsia="Malgun Gothic"/>
                <w:b w:val="0"/>
                <w:sz w:val="13"/>
              </w:rPr>
              <w:t>679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1,710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8204d591003173ce</w:t>
            </w:r>
          </w:p>
        </w:tc>
      </w:tr>
      <w:tr>
        <w:trPr>
          <w:cantSplit/>
        </w:trPr>
        <w:tc>
          <w:tcPr>
            <w:tcW w:type="dxa" w:w="1096"/>
            <w:vAlign w:val="center"/>
          </w:tcPr>
          <w:p>
            <w:r/>
            <w:r>
              <w:rPr>
                <w:rFonts w:ascii="Malgun Gothic" w:hAnsi="Malgun Gothic" w:eastAsia="Malgun Gothic"/>
                <w:b w:val="0"/>
                <w:sz w:val="13"/>
              </w:rPr>
              <w:t>680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2,088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34e734ab1e1947a3</w:t>
            </w:r>
          </w:p>
        </w:tc>
      </w:tr>
      <w:tr>
        <w:trPr>
          <w:cantSplit/>
        </w:trPr>
        <w:tc>
          <w:tcPr>
            <w:tcW w:type="dxa" w:w="1096"/>
            <w:vAlign w:val="center"/>
          </w:tcPr>
          <w:p>
            <w:r/>
            <w:r>
              <w:rPr>
                <w:rFonts w:ascii="Malgun Gothic" w:hAnsi="Malgun Gothic" w:eastAsia="Malgun Gothic"/>
                <w:b w:val="0"/>
                <w:sz w:val="13"/>
              </w:rPr>
              <w:t>681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990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b0a6469a40305ee2</w:t>
            </w:r>
          </w:p>
        </w:tc>
      </w:tr>
      <w:tr>
        <w:trPr>
          <w:cantSplit/>
        </w:trPr>
        <w:tc>
          <w:tcPr>
            <w:tcW w:type="dxa" w:w="1096"/>
            <w:vAlign w:val="center"/>
          </w:tcPr>
          <w:p>
            <w:r/>
            <w:r>
              <w:rPr>
                <w:rFonts w:ascii="Malgun Gothic" w:hAnsi="Malgun Gothic" w:eastAsia="Malgun Gothic"/>
                <w:b w:val="0"/>
                <w:sz w:val="13"/>
              </w:rPr>
              <w:t>682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804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fedc49907ec65e64</w:t>
            </w:r>
          </w:p>
        </w:tc>
      </w:tr>
      <w:tr>
        <w:trPr>
          <w:cantSplit/>
        </w:trPr>
        <w:tc>
          <w:tcPr>
            <w:tcW w:type="dxa" w:w="1096"/>
            <w:vAlign w:val="center"/>
          </w:tcPr>
          <w:p>
            <w:r/>
            <w:r>
              <w:rPr>
                <w:rFonts w:ascii="Malgun Gothic" w:hAnsi="Malgun Gothic" w:eastAsia="Malgun Gothic"/>
                <w:b w:val="0"/>
                <w:sz w:val="13"/>
              </w:rPr>
              <w:t>683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research_continuity/02_asis_same_method_reproduction/same_method_lock_v156.json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836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8f7225b18183d8fc</w:t>
            </w:r>
          </w:p>
        </w:tc>
      </w:tr>
      <w:tr>
        <w:trPr>
          <w:cantSplit/>
        </w:trPr>
        <w:tc>
          <w:tcPr>
            <w:tcW w:type="dxa" w:w="1096"/>
            <w:vAlign w:val="center"/>
          </w:tcPr>
          <w:p>
            <w:r/>
            <w:r>
              <w:rPr>
                <w:rFonts w:ascii="Malgun Gothic" w:hAnsi="Malgun Gothic" w:eastAsia="Malgun Gothic"/>
                <w:b w:val="0"/>
                <w:sz w:val="13"/>
              </w:rPr>
              <w:t>684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research_continuity/02_asis_same_method_reproduction/same_method_reproduction_checklist.csv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1,935</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bd6289c9897c20a9</w:t>
            </w:r>
          </w:p>
        </w:tc>
      </w:tr>
      <w:tr>
        <w:trPr>
          <w:cantSplit/>
        </w:trPr>
        <w:tc>
          <w:tcPr>
            <w:tcW w:type="dxa" w:w="1096"/>
            <w:vAlign w:val="center"/>
          </w:tcPr>
          <w:p>
            <w:r/>
            <w:r>
              <w:rPr>
                <w:rFonts w:ascii="Malgun Gothic" w:hAnsi="Malgun Gothic" w:eastAsia="Malgun Gothic"/>
                <w:b w:val="0"/>
                <w:sz w:val="13"/>
              </w:rPr>
              <w:t>685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research_continuity/02_asis_same_method_reproduction/same_method_reproduction_recipe.csv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478</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b58edb6d411fe446</w:t>
            </w:r>
          </w:p>
        </w:tc>
      </w:tr>
      <w:tr>
        <w:trPr>
          <w:cantSplit/>
        </w:trPr>
        <w:tc>
          <w:tcPr>
            <w:tcW w:type="dxa" w:w="1096"/>
            <w:vAlign w:val="center"/>
          </w:tcPr>
          <w:p>
            <w:r/>
            <w:r>
              <w:rPr>
                <w:rFonts w:ascii="Malgun Gothic" w:hAnsi="Malgun Gothic" w:eastAsia="Malgun Gothic"/>
                <w:b w:val="0"/>
                <w:sz w:val="13"/>
              </w:rPr>
              <w:t>686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research_continuity/04_three_stage_comparison/asis_vs_actual_reproduction_matched_preview_v153.csv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120,332</w:t>
            </w:r>
          </w:p>
        </w:tc>
        <w:tc>
          <w:tcPr>
            <w:tcW w:type="dxa" w:w="1096"/>
            <w:vAlign w:val="center"/>
          </w:tcPr>
          <w:p>
            <w:r/>
            <w:r>
              <w:rPr>
                <w:rFonts w:ascii="Malgun Gothic" w:hAnsi="Malgun Gothic" w:eastAsia="Malgun Gothic"/>
                <w:b w:val="0"/>
                <w:sz w:val="13"/>
              </w:rPr>
              <w:t>200</w:t>
            </w:r>
          </w:p>
        </w:tc>
        <w:tc>
          <w:tcPr>
            <w:tcW w:type="dxa" w:w="1096"/>
            <w:vAlign w:val="center"/>
          </w:tcPr>
          <w:p>
            <w:r/>
            <w:r>
              <w:rPr>
                <w:rFonts w:ascii="Malgun Gothic" w:hAnsi="Malgun Gothic" w:eastAsia="Malgun Gothic"/>
                <w:b w:val="0"/>
                <w:sz w:val="13"/>
              </w:rPr>
              <w:t>33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6d630b0052e8fe01</w:t>
            </w:r>
          </w:p>
        </w:tc>
      </w:tr>
      <w:tr>
        <w:trPr>
          <w:cantSplit/>
        </w:trPr>
        <w:tc>
          <w:tcPr>
            <w:tcW w:type="dxa" w:w="1096"/>
            <w:vAlign w:val="center"/>
          </w:tcPr>
          <w:p>
            <w:r/>
            <w:r>
              <w:rPr>
                <w:rFonts w:ascii="Malgun Gothic" w:hAnsi="Malgun Gothic" w:eastAsia="Malgun Gothic"/>
                <w:b w:val="0"/>
                <w:sz w:val="13"/>
              </w:rPr>
              <w:t>687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research_continuity/04_three_stage_comparison/asis_vs_actual_reproduction_matched_preview_v154.csv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120,332</w:t>
            </w:r>
          </w:p>
        </w:tc>
        <w:tc>
          <w:tcPr>
            <w:tcW w:type="dxa" w:w="1096"/>
            <w:vAlign w:val="center"/>
          </w:tcPr>
          <w:p>
            <w:r/>
            <w:r>
              <w:rPr>
                <w:rFonts w:ascii="Malgun Gothic" w:hAnsi="Malgun Gothic" w:eastAsia="Malgun Gothic"/>
                <w:b w:val="0"/>
                <w:sz w:val="13"/>
              </w:rPr>
              <w:t>200</w:t>
            </w:r>
          </w:p>
        </w:tc>
        <w:tc>
          <w:tcPr>
            <w:tcW w:type="dxa" w:w="1096"/>
            <w:vAlign w:val="center"/>
          </w:tcPr>
          <w:p>
            <w:r/>
            <w:r>
              <w:rPr>
                <w:rFonts w:ascii="Malgun Gothic" w:hAnsi="Malgun Gothic" w:eastAsia="Malgun Gothic"/>
                <w:b w:val="0"/>
                <w:sz w:val="13"/>
              </w:rPr>
              <w:t>33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6d630b0052e8fe01</w:t>
            </w:r>
          </w:p>
        </w:tc>
      </w:tr>
      <w:tr>
        <w:trPr>
          <w:cantSplit/>
        </w:trPr>
        <w:tc>
          <w:tcPr>
            <w:tcW w:type="dxa" w:w="1096"/>
            <w:vAlign w:val="center"/>
          </w:tcPr>
          <w:p>
            <w:r/>
            <w:r>
              <w:rPr>
                <w:rFonts w:ascii="Malgun Gothic" w:hAnsi="Malgun Gothic" w:eastAsia="Malgun Gothic"/>
                <w:b w:val="0"/>
                <w:sz w:val="13"/>
              </w:rPr>
              <w:t>688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research_continuity/04_three_stage_comparison/asis_vs_actual_reproduction_matched_preview_v155.csv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120,533</w:t>
            </w:r>
          </w:p>
        </w:tc>
        <w:tc>
          <w:tcPr>
            <w:tcW w:type="dxa" w:w="1096"/>
            <w:vAlign w:val="center"/>
          </w:tcPr>
          <w:p>
            <w:r/>
            <w:r>
              <w:rPr>
                <w:rFonts w:ascii="Malgun Gothic" w:hAnsi="Malgun Gothic" w:eastAsia="Malgun Gothic"/>
                <w:b w:val="0"/>
                <w:sz w:val="13"/>
              </w:rPr>
              <w:t>200</w:t>
            </w:r>
          </w:p>
        </w:tc>
        <w:tc>
          <w:tcPr>
            <w:tcW w:type="dxa" w:w="1096"/>
            <w:vAlign w:val="center"/>
          </w:tcPr>
          <w:p>
            <w:r/>
            <w:r>
              <w:rPr>
                <w:rFonts w:ascii="Malgun Gothic" w:hAnsi="Malgun Gothic" w:eastAsia="Malgun Gothic"/>
                <w:b w:val="0"/>
                <w:sz w:val="13"/>
              </w:rPr>
              <w:t>33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8bc24a104f826eec</w:t>
            </w:r>
          </w:p>
        </w:tc>
      </w:tr>
      <w:tr>
        <w:trPr>
          <w:cantSplit/>
        </w:trPr>
        <w:tc>
          <w:tcPr>
            <w:tcW w:type="dxa" w:w="1096"/>
            <w:vAlign w:val="center"/>
          </w:tcPr>
          <w:p>
            <w:r/>
            <w:r>
              <w:rPr>
                <w:rFonts w:ascii="Malgun Gothic" w:hAnsi="Malgun Gothic" w:eastAsia="Malgun Gothic"/>
                <w:b w:val="0"/>
                <w:sz w:val="13"/>
              </w:rPr>
              <w:t>689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research_continuity/04_three_stage_comparison/asis_vs_actual_reproduction_matched_preview_v156.csv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120,332</w:t>
            </w:r>
          </w:p>
        </w:tc>
        <w:tc>
          <w:tcPr>
            <w:tcW w:type="dxa" w:w="1096"/>
            <w:vAlign w:val="center"/>
          </w:tcPr>
          <w:p>
            <w:r/>
            <w:r>
              <w:rPr>
                <w:rFonts w:ascii="Malgun Gothic" w:hAnsi="Malgun Gothic" w:eastAsia="Malgun Gothic"/>
                <w:b w:val="0"/>
                <w:sz w:val="13"/>
              </w:rPr>
              <w:t>200</w:t>
            </w:r>
          </w:p>
        </w:tc>
        <w:tc>
          <w:tcPr>
            <w:tcW w:type="dxa" w:w="1096"/>
            <w:vAlign w:val="center"/>
          </w:tcPr>
          <w:p>
            <w:r/>
            <w:r>
              <w:rPr>
                <w:rFonts w:ascii="Malgun Gothic" w:hAnsi="Malgun Gothic" w:eastAsia="Malgun Gothic"/>
                <w:b w:val="0"/>
                <w:sz w:val="13"/>
              </w:rPr>
              <w:t>33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6d630b0052e8fe01</w:t>
            </w:r>
          </w:p>
        </w:tc>
      </w:tr>
      <w:tr>
        <w:trPr>
          <w:cantSplit/>
        </w:trPr>
        <w:tc>
          <w:tcPr>
            <w:tcW w:type="dxa" w:w="1096"/>
            <w:vAlign w:val="center"/>
          </w:tcPr>
          <w:p>
            <w:r/>
            <w:r>
              <w:rPr>
                <w:rFonts w:ascii="Malgun Gothic" w:hAnsi="Malgun Gothic" w:eastAsia="Malgun Gothic"/>
                <w:b w:val="0"/>
                <w:sz w:val="13"/>
              </w:rPr>
              <w:t>690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research_continuity/04_three_stage_comparison/asis_vs_actual_reproduction_validation_v153.csv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1,150</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136befce3164806a</w:t>
            </w:r>
          </w:p>
        </w:tc>
      </w:tr>
      <w:tr>
        <w:trPr>
          <w:cantSplit/>
        </w:trPr>
        <w:tc>
          <w:tcPr>
            <w:tcW w:type="dxa" w:w="1096"/>
            <w:vAlign w:val="center"/>
          </w:tcPr>
          <w:p>
            <w:r/>
            <w:r>
              <w:rPr>
                <w:rFonts w:ascii="Malgun Gothic" w:hAnsi="Malgun Gothic" w:eastAsia="Malgun Gothic"/>
                <w:b w:val="0"/>
                <w:sz w:val="13"/>
              </w:rPr>
              <w:t>691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research_continuity/04_three_stage_comparison/asis_vs_actual_reproduction_validation_v154.csv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1,150</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136befce3164806a</w:t>
            </w:r>
          </w:p>
        </w:tc>
      </w:tr>
      <w:tr>
        <w:trPr>
          <w:cantSplit/>
        </w:trPr>
        <w:tc>
          <w:tcPr>
            <w:tcW w:type="dxa" w:w="1096"/>
            <w:vAlign w:val="center"/>
          </w:tcPr>
          <w:p>
            <w:r/>
            <w:r>
              <w:rPr>
                <w:rFonts w:ascii="Malgun Gothic" w:hAnsi="Malgun Gothic" w:eastAsia="Malgun Gothic"/>
                <w:b w:val="0"/>
                <w:sz w:val="13"/>
              </w:rPr>
              <w:t>692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research_continuity/04_three_stage_comparison/asis_vs_actual_reproduction_validation_v155.csv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1,150</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83df2a59851c9c6b</w:t>
            </w:r>
          </w:p>
        </w:tc>
      </w:tr>
      <w:tr>
        <w:trPr>
          <w:cantSplit/>
        </w:trPr>
        <w:tc>
          <w:tcPr>
            <w:tcW w:type="dxa" w:w="1096"/>
            <w:vAlign w:val="center"/>
          </w:tcPr>
          <w:p>
            <w:r/>
            <w:r>
              <w:rPr>
                <w:rFonts w:ascii="Malgun Gothic" w:hAnsi="Malgun Gothic" w:eastAsia="Malgun Gothic"/>
                <w:b w:val="0"/>
                <w:sz w:val="13"/>
              </w:rPr>
              <w:t>693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research_continuity/04_three_stage_comparison/asis_vs_actual_reproduction_validation_v156.csv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1,150</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136befce3164806a</w:t>
            </w:r>
          </w:p>
        </w:tc>
      </w:tr>
      <w:tr>
        <w:trPr>
          <w:cantSplit/>
        </w:trPr>
        <w:tc>
          <w:tcPr>
            <w:tcW w:type="dxa" w:w="1096"/>
            <w:vAlign w:val="center"/>
          </w:tcPr>
          <w:p>
            <w:r/>
            <w:r>
              <w:rPr>
                <w:rFonts w:ascii="Malgun Gothic" w:hAnsi="Malgun Gothic" w:eastAsia="Malgun Gothic"/>
                <w:b w:val="0"/>
                <w:sz w:val="13"/>
              </w:rPr>
              <w:t>694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research_continuity/04_three_stage_comparison/asis_vs_reproduction_needs_reproduction_v149.json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145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2522d0735e2628e5</w:t>
            </w:r>
          </w:p>
        </w:tc>
      </w:tr>
      <w:tr>
        <w:trPr>
          <w:cantSplit/>
        </w:trPr>
        <w:tc>
          <w:tcPr>
            <w:tcW w:type="dxa" w:w="1096"/>
            <w:vAlign w:val="center"/>
          </w:tcPr>
          <w:p>
            <w:r/>
            <w:r>
              <w:rPr>
                <w:rFonts w:ascii="Malgun Gothic" w:hAnsi="Malgun Gothic" w:eastAsia="Malgun Gothic"/>
                <w:b w:val="0"/>
                <w:sz w:val="13"/>
              </w:rPr>
              <w:t>695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research_continuity/04_three_stage_comparison/latest_asis_vs_actual_reproduction_matched_preview_v150.csv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90,595</w:t>
            </w:r>
          </w:p>
        </w:tc>
        <w:tc>
          <w:tcPr>
            <w:tcW w:type="dxa" w:w="1096"/>
            <w:vAlign w:val="center"/>
          </w:tcPr>
          <w:p>
            <w:r/>
            <w:r>
              <w:rPr>
                <w:rFonts w:ascii="Malgun Gothic" w:hAnsi="Malgun Gothic" w:eastAsia="Malgun Gothic"/>
                <w:b w:val="0"/>
                <w:sz w:val="13"/>
              </w:rPr>
              <w:t>200</w:t>
            </w:r>
          </w:p>
        </w:tc>
        <w:tc>
          <w:tcPr>
            <w:tcW w:type="dxa" w:w="1096"/>
            <w:vAlign w:val="center"/>
          </w:tcPr>
          <w:p>
            <w:r/>
            <w:r>
              <w:rPr>
                <w:rFonts w:ascii="Malgun Gothic" w:hAnsi="Malgun Gothic" w:eastAsia="Malgun Gothic"/>
                <w:b w:val="0"/>
                <w:sz w:val="13"/>
              </w:rPr>
              <w:t>26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3771485559e73a74</w:t>
            </w:r>
          </w:p>
        </w:tc>
      </w:tr>
      <w:tr>
        <w:trPr>
          <w:cantSplit/>
        </w:trPr>
        <w:tc>
          <w:tcPr>
            <w:tcW w:type="dxa" w:w="1096"/>
            <w:vAlign w:val="center"/>
          </w:tcPr>
          <w:p>
            <w:r/>
            <w:r>
              <w:rPr>
                <w:rFonts w:ascii="Malgun Gothic" w:hAnsi="Malgun Gothic" w:eastAsia="Malgun Gothic"/>
                <w:b w:val="0"/>
                <w:sz w:val="13"/>
              </w:rPr>
              <w:t>696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research_continuity/04_three_stage_comparison/latest_asis_vs_actual_reproduction_validation_manifest_v150.json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1,125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88c438b59b6e178a</w:t>
            </w:r>
          </w:p>
        </w:tc>
      </w:tr>
      <w:tr>
        <w:trPr>
          <w:cantSplit/>
        </w:trPr>
        <w:tc>
          <w:tcPr>
            <w:tcW w:type="dxa" w:w="1096"/>
            <w:vAlign w:val="center"/>
          </w:tcPr>
          <w:p>
            <w:r/>
            <w:r>
              <w:rPr>
                <w:rFonts w:ascii="Malgun Gothic" w:hAnsi="Malgun Gothic" w:eastAsia="Malgun Gothic"/>
                <w:b w:val="0"/>
                <w:sz w:val="13"/>
              </w:rPr>
              <w:t>697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research_continuity/04_three_stage_comparison/latest_asis_vs_actual_reproduction_validation_manifest_v152.json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1,077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c7db3b59914d4813</w:t>
            </w:r>
          </w:p>
        </w:tc>
      </w:tr>
      <w:tr>
        <w:trPr>
          <w:cantSplit/>
        </w:trPr>
        <w:tc>
          <w:tcPr>
            <w:tcW w:type="dxa" w:w="1096"/>
            <w:vAlign w:val="center"/>
          </w:tcPr>
          <w:p>
            <w:r/>
            <w:r>
              <w:rPr>
                <w:rFonts w:ascii="Malgun Gothic" w:hAnsi="Malgun Gothic" w:eastAsia="Malgun Gothic"/>
                <w:b w:val="0"/>
                <w:sz w:val="13"/>
              </w:rPr>
              <w:t>698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research_continuity/04_three_stage_comparison/latest_asis_vs_actual_reproduction_validation_manifest_v153.json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1,125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88c438b59b6e178a</w:t>
            </w:r>
          </w:p>
        </w:tc>
      </w:tr>
      <w:tr>
        <w:trPr>
          <w:cantSplit/>
        </w:trPr>
        <w:tc>
          <w:tcPr>
            <w:tcW w:type="dxa" w:w="1096"/>
            <w:vAlign w:val="center"/>
          </w:tcPr>
          <w:p>
            <w:r/>
            <w:r>
              <w:rPr>
                <w:rFonts w:ascii="Malgun Gothic" w:hAnsi="Malgun Gothic" w:eastAsia="Malgun Gothic"/>
                <w:b w:val="0"/>
                <w:sz w:val="13"/>
              </w:rPr>
              <w:t>699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research_continuity/04_three_stage_comparison/latest_asis_vs_actual_reproduction_validation_manifest_v154.json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1,260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bb60673a63deb827</w:t>
            </w:r>
          </w:p>
        </w:tc>
      </w:tr>
      <w:tr>
        <w:trPr>
          <w:cantSplit/>
        </w:trPr>
        <w:tc>
          <w:tcPr>
            <w:tcW w:type="dxa" w:w="1096"/>
            <w:vAlign w:val="center"/>
          </w:tcPr>
          <w:p>
            <w:r/>
            <w:r>
              <w:rPr>
                <w:rFonts w:ascii="Malgun Gothic" w:hAnsi="Malgun Gothic" w:eastAsia="Malgun Gothic"/>
                <w:b w:val="0"/>
                <w:sz w:val="13"/>
              </w:rPr>
              <w:t>700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research_continuity/04_three_stage_comparison/latest_asis_vs_actual_reproduction_validation_manifest_v155.json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1,283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88dcc0e0918cecfa</w:t>
            </w:r>
          </w:p>
        </w:tc>
      </w:tr>
      <w:tr>
        <w:trPr>
          <w:cantSplit/>
        </w:trPr>
        <w:tc>
          <w:tcPr>
            <w:tcW w:type="dxa" w:w="1096"/>
            <w:vAlign w:val="center"/>
          </w:tcPr>
          <w:p>
            <w:r/>
            <w:r>
              <w:rPr>
                <w:rFonts w:ascii="Malgun Gothic" w:hAnsi="Malgun Gothic" w:eastAsia="Malgun Gothic"/>
                <w:b w:val="0"/>
                <w:sz w:val="13"/>
              </w:rPr>
              <w:t>701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research_continuity/04_three_stage_comparison/latest_asis_vs_actual_reproduction_validation_manifest_v156.json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1,260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bb60673a63deb827</w:t>
            </w:r>
          </w:p>
        </w:tc>
      </w:tr>
      <w:tr>
        <w:trPr>
          <w:cantSplit/>
        </w:trPr>
        <w:tc>
          <w:tcPr>
            <w:tcW w:type="dxa" w:w="1096"/>
            <w:vAlign w:val="center"/>
          </w:tcPr>
          <w:p>
            <w:r/>
            <w:r>
              <w:rPr>
                <w:rFonts w:ascii="Malgun Gothic" w:hAnsi="Malgun Gothic" w:eastAsia="Malgun Gothic"/>
                <w:b w:val="0"/>
                <w:sz w:val="13"/>
              </w:rPr>
              <w:t>702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research_continuity/04_three_stage_comparison/latest_asis_vs_actual_reproduction_validation_v150.csv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1,150</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136befce3164806a</w:t>
            </w:r>
          </w:p>
        </w:tc>
      </w:tr>
      <w:tr>
        <w:trPr>
          <w:cantSplit/>
        </w:trPr>
        <w:tc>
          <w:tcPr>
            <w:tcW w:type="dxa" w:w="1096"/>
            <w:vAlign w:val="center"/>
          </w:tcPr>
          <w:p>
            <w:r/>
            <w:r>
              <w:rPr>
                <w:rFonts w:ascii="Malgun Gothic" w:hAnsi="Malgun Gothic" w:eastAsia="Malgun Gothic"/>
                <w:b w:val="0"/>
                <w:sz w:val="13"/>
              </w:rPr>
              <w:t>703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research_continuity/04_three_stage_comparison/professor_actual_reproduction_report_v149.md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5,604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55c95c3fb1ad667f</w:t>
            </w:r>
          </w:p>
        </w:tc>
      </w:tr>
      <w:tr>
        <w:trPr>
          <w:cantSplit/>
        </w:trPr>
        <w:tc>
          <w:tcPr>
            <w:tcW w:type="dxa" w:w="1096"/>
            <w:vAlign w:val="center"/>
          </w:tcPr>
          <w:p>
            <w:r/>
            <w:r>
              <w:rPr>
                <w:rFonts w:ascii="Malgun Gothic" w:hAnsi="Malgun Gothic" w:eastAsia="Malgun Gothic"/>
                <w:b w:val="0"/>
                <w:sz w:val="13"/>
              </w:rPr>
              <w:t>704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research_continuity/04_three_stage_comparison/professor_actual_reproduction_report_v150.md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7,525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3f4a73b81174caae</w:t>
            </w:r>
          </w:p>
        </w:tc>
      </w:tr>
      <w:tr>
        <w:trPr>
          <w:cantSplit/>
        </w:trPr>
        <w:tc>
          <w:tcPr>
            <w:tcW w:type="dxa" w:w="1096"/>
            <w:vAlign w:val="center"/>
          </w:tcPr>
          <w:p>
            <w:r/>
            <w:r>
              <w:rPr>
                <w:rFonts w:ascii="Malgun Gothic" w:hAnsi="Malgun Gothic" w:eastAsia="Malgun Gothic"/>
                <w:b w:val="0"/>
                <w:sz w:val="13"/>
              </w:rPr>
              <w:t>705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research_continuity/04_three_stage_comparison/professor_actual_reproduction_report_v152.md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5,851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a4886465a4814dc8</w:t>
            </w:r>
          </w:p>
        </w:tc>
      </w:tr>
      <w:tr>
        <w:trPr>
          <w:cantSplit/>
        </w:trPr>
        <w:tc>
          <w:tcPr>
            <w:tcW w:type="dxa" w:w="1096"/>
            <w:vAlign w:val="center"/>
          </w:tcPr>
          <w:p>
            <w:r/>
            <w:r>
              <w:rPr>
                <w:rFonts w:ascii="Malgun Gothic" w:hAnsi="Malgun Gothic" w:eastAsia="Malgun Gothic"/>
                <w:b w:val="0"/>
                <w:sz w:val="13"/>
              </w:rPr>
              <w:t>706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research_continuity/04_three_stage_comparison/professor_actual_reproduction_report_v153.md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7,525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3f4a73b81174caae</w:t>
            </w:r>
          </w:p>
        </w:tc>
      </w:tr>
      <w:tr>
        <w:trPr>
          <w:cantSplit/>
        </w:trPr>
        <w:tc>
          <w:tcPr>
            <w:tcW w:type="dxa" w:w="1096"/>
            <w:vAlign w:val="center"/>
          </w:tcPr>
          <w:p>
            <w:r/>
            <w:r>
              <w:rPr>
                <w:rFonts w:ascii="Malgun Gothic" w:hAnsi="Malgun Gothic" w:eastAsia="Malgun Gothic"/>
                <w:b w:val="0"/>
                <w:sz w:val="13"/>
              </w:rPr>
              <w:t>707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research_continuity/04_three_stage_comparison/professor_actual_reproduction_report_v154.md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1,520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85ce282de1447d9d</w:t>
            </w:r>
          </w:p>
        </w:tc>
      </w:tr>
      <w:tr>
        <w:trPr>
          <w:cantSplit/>
        </w:trPr>
        <w:tc>
          <w:tcPr>
            <w:tcW w:type="dxa" w:w="1096"/>
            <w:vAlign w:val="center"/>
          </w:tcPr>
          <w:p>
            <w:r/>
            <w:r>
              <w:rPr>
                <w:rFonts w:ascii="Malgun Gothic" w:hAnsi="Malgun Gothic" w:eastAsia="Malgun Gothic"/>
                <w:b w:val="0"/>
                <w:sz w:val="13"/>
              </w:rPr>
              <w:t>708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research_continuity/04_three_stage_comparison/professor_actual_reproduction_report_v155.md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1,177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cfa93caa0c332339</w:t>
            </w:r>
          </w:p>
        </w:tc>
      </w:tr>
      <w:tr>
        <w:trPr>
          <w:cantSplit/>
        </w:trPr>
        <w:tc>
          <w:tcPr>
            <w:tcW w:type="dxa" w:w="1096"/>
            <w:vAlign w:val="center"/>
          </w:tcPr>
          <w:p>
            <w:r/>
            <w:r>
              <w:rPr>
                <w:rFonts w:ascii="Malgun Gothic" w:hAnsi="Malgun Gothic" w:eastAsia="Malgun Gothic"/>
                <w:b w:val="0"/>
                <w:sz w:val="13"/>
              </w:rPr>
              <w:t>709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research_continuity/04_three_stage_comparison/professor_actual_reproduction_report_v156.md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1,150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61f25570ee31e42b</w:t>
            </w:r>
          </w:p>
        </w:tc>
      </w:tr>
      <w:tr>
        <w:trPr>
          <w:cantSplit/>
        </w:trPr>
        <w:tc>
          <w:tcPr>
            <w:tcW w:type="dxa" w:w="1096"/>
            <w:vAlign w:val="center"/>
          </w:tcPr>
          <w:p>
            <w:r/>
            <w:r>
              <w:rPr>
                <w:rFonts w:ascii="Malgun Gothic" w:hAnsi="Malgun Gothic" w:eastAsia="Malgun Gothic"/>
                <w:b w:val="0"/>
                <w:sz w:val="13"/>
              </w:rPr>
              <w:t>710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research_continuity/04_three_stage_comparison/runs/20260705_191034/asis_vs_actual_reproduction_matched_preview_v150.csv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794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227f5ca91ed2e12f</w:t>
            </w:r>
          </w:p>
        </w:tc>
      </w:tr>
      <w:tr>
        <w:trPr>
          <w:cantSplit/>
        </w:trPr>
        <w:tc>
          <w:tcPr>
            <w:tcW w:type="dxa" w:w="1096"/>
            <w:vAlign w:val="center"/>
          </w:tcPr>
          <w:p>
            <w:r/>
            <w:r>
              <w:rPr>
                <w:rFonts w:ascii="Malgun Gothic" w:hAnsi="Malgun Gothic" w:eastAsia="Malgun Gothic"/>
                <w:b w:val="0"/>
                <w:sz w:val="13"/>
              </w:rPr>
              <w:t>711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research_continuity/04_three_stage_comparison/runs/20260705_191034/asis_vs_actual_reproduction_validation_manifest_v150.json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953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53f3d0e88d0e7c1d</w:t>
            </w:r>
          </w:p>
        </w:tc>
      </w:tr>
      <w:tr>
        <w:trPr>
          <w:cantSplit/>
        </w:trPr>
        <w:tc>
          <w:tcPr>
            <w:tcW w:type="dxa" w:w="1096"/>
            <w:vAlign w:val="center"/>
          </w:tcPr>
          <w:p>
            <w:r/>
            <w:r>
              <w:rPr>
                <w:rFonts w:ascii="Malgun Gothic" w:hAnsi="Malgun Gothic" w:eastAsia="Malgun Gothic"/>
                <w:b w:val="0"/>
                <w:sz w:val="13"/>
              </w:rPr>
              <w:t>712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research_continuity/04_three_stage_comparison/runs/20260705_191034/asis_vs_actual_reproduction_validation_v150.csv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458</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377670f7a6ee79bf</w:t>
            </w:r>
          </w:p>
        </w:tc>
      </w:tr>
      <w:tr>
        <w:trPr>
          <w:cantSplit/>
        </w:trPr>
        <w:tc>
          <w:tcPr>
            <w:tcW w:type="dxa" w:w="1096"/>
            <w:vAlign w:val="center"/>
          </w:tcPr>
          <w:p>
            <w:r/>
            <w:r>
              <w:rPr>
                <w:rFonts w:ascii="Malgun Gothic" w:hAnsi="Malgun Gothic" w:eastAsia="Malgun Gothic"/>
                <w:b w:val="0"/>
                <w:sz w:val="13"/>
              </w:rPr>
              <w:t>713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research_continuity/04_three_stage_comparison/runs/20260705_191056/asis_vs_actual_reproduction_matched_preview_v150.csv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794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c93f1c831df82dc8</w:t>
            </w:r>
          </w:p>
        </w:tc>
      </w:tr>
      <w:tr>
        <w:trPr>
          <w:cantSplit/>
        </w:trPr>
        <w:tc>
          <w:tcPr>
            <w:tcW w:type="dxa" w:w="1096"/>
            <w:vAlign w:val="center"/>
          </w:tcPr>
          <w:p>
            <w:r/>
            <w:r>
              <w:rPr>
                <w:rFonts w:ascii="Malgun Gothic" w:hAnsi="Malgun Gothic" w:eastAsia="Malgun Gothic"/>
                <w:b w:val="0"/>
                <w:sz w:val="13"/>
              </w:rPr>
              <w:t>714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research_continuity/04_three_stage_comparison/runs/20260705_191056/asis_vs_actual_reproduction_validation_manifest_v150.json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953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37f76f3e544ffd91</w:t>
            </w:r>
          </w:p>
        </w:tc>
      </w:tr>
      <w:tr>
        <w:trPr>
          <w:cantSplit/>
        </w:trPr>
        <w:tc>
          <w:tcPr>
            <w:tcW w:type="dxa" w:w="1096"/>
            <w:vAlign w:val="center"/>
          </w:tcPr>
          <w:p>
            <w:r/>
            <w:r>
              <w:rPr>
                <w:rFonts w:ascii="Malgun Gothic" w:hAnsi="Malgun Gothic" w:eastAsia="Malgun Gothic"/>
                <w:b w:val="0"/>
                <w:sz w:val="13"/>
              </w:rPr>
              <w:t>715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research_continuity/04_three_stage_comparison/runs/20260705_191056/asis_vs_actual_reproduction_validation_v150.csv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458</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377670f7a6ee79bf</w:t>
            </w:r>
          </w:p>
        </w:tc>
      </w:tr>
      <w:tr>
        <w:trPr>
          <w:cantSplit/>
        </w:trPr>
        <w:tc>
          <w:tcPr>
            <w:tcW w:type="dxa" w:w="1096"/>
            <w:vAlign w:val="center"/>
          </w:tcPr>
          <w:p>
            <w:r/>
            <w:r>
              <w:rPr>
                <w:rFonts w:ascii="Malgun Gothic" w:hAnsi="Malgun Gothic" w:eastAsia="Malgun Gothic"/>
                <w:b w:val="0"/>
                <w:sz w:val="13"/>
              </w:rPr>
              <w:t>716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research_continuity/04_three_stage_comparison/runs/20260705_194459/asis_vs_actual_reproduction_matched_preview_v150.csv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794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5f332b8adbc35d11</w:t>
            </w:r>
          </w:p>
        </w:tc>
      </w:tr>
      <w:tr>
        <w:trPr>
          <w:cantSplit/>
        </w:trPr>
        <w:tc>
          <w:tcPr>
            <w:tcW w:type="dxa" w:w="1096"/>
            <w:vAlign w:val="center"/>
          </w:tcPr>
          <w:p>
            <w:r/>
            <w:r>
              <w:rPr>
                <w:rFonts w:ascii="Malgun Gothic" w:hAnsi="Malgun Gothic" w:eastAsia="Malgun Gothic"/>
                <w:b w:val="0"/>
                <w:sz w:val="13"/>
              </w:rPr>
              <w:t>717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research_continuity/04_three_stage_comparison/runs/20260705_194459/asis_vs_actual_reproduction_validation_manifest_v150.json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953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41bc3d72cc0c7834</w:t>
            </w:r>
          </w:p>
        </w:tc>
      </w:tr>
      <w:tr>
        <w:trPr>
          <w:cantSplit/>
        </w:trPr>
        <w:tc>
          <w:tcPr>
            <w:tcW w:type="dxa" w:w="1096"/>
            <w:vAlign w:val="center"/>
          </w:tcPr>
          <w:p>
            <w:r/>
            <w:r>
              <w:rPr>
                <w:rFonts w:ascii="Malgun Gothic" w:hAnsi="Malgun Gothic" w:eastAsia="Malgun Gothic"/>
                <w:b w:val="0"/>
                <w:sz w:val="13"/>
              </w:rPr>
              <w:t>718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research_continuity/04_three_stage_comparison/runs/20260705_194459/asis_vs_actual_reproduction_validation_v150.csv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458</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377670f7a6ee79bf</w:t>
            </w:r>
          </w:p>
        </w:tc>
      </w:tr>
      <w:tr>
        <w:trPr>
          <w:cantSplit/>
        </w:trPr>
        <w:tc>
          <w:tcPr>
            <w:tcW w:type="dxa" w:w="1096"/>
            <w:vAlign w:val="center"/>
          </w:tcPr>
          <w:p>
            <w:r/>
            <w:r>
              <w:rPr>
                <w:rFonts w:ascii="Malgun Gothic" w:hAnsi="Malgun Gothic" w:eastAsia="Malgun Gothic"/>
                <w:b w:val="0"/>
                <w:sz w:val="13"/>
              </w:rPr>
              <w:t>719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research_continuity/04_three_stage_comparison/runs/20260705_203636/asis_vs_actual_reproduction_matched_preview_v150.csv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90,595</w:t>
            </w:r>
          </w:p>
        </w:tc>
        <w:tc>
          <w:tcPr>
            <w:tcW w:type="dxa" w:w="1096"/>
            <w:vAlign w:val="center"/>
          </w:tcPr>
          <w:p>
            <w:r/>
            <w:r>
              <w:rPr>
                <w:rFonts w:ascii="Malgun Gothic" w:hAnsi="Malgun Gothic" w:eastAsia="Malgun Gothic"/>
                <w:b w:val="0"/>
                <w:sz w:val="13"/>
              </w:rPr>
              <w:t>200</w:t>
            </w:r>
          </w:p>
        </w:tc>
        <w:tc>
          <w:tcPr>
            <w:tcW w:type="dxa" w:w="1096"/>
            <w:vAlign w:val="center"/>
          </w:tcPr>
          <w:p>
            <w:r/>
            <w:r>
              <w:rPr>
                <w:rFonts w:ascii="Malgun Gothic" w:hAnsi="Malgun Gothic" w:eastAsia="Malgun Gothic"/>
                <w:b w:val="0"/>
                <w:sz w:val="13"/>
              </w:rPr>
              <w:t>26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3771485559e73a74</w:t>
            </w:r>
          </w:p>
        </w:tc>
      </w:tr>
      <w:tr>
        <w:trPr>
          <w:cantSplit/>
        </w:trPr>
        <w:tc>
          <w:tcPr>
            <w:tcW w:type="dxa" w:w="1096"/>
            <w:vAlign w:val="center"/>
          </w:tcPr>
          <w:p>
            <w:r/>
            <w:r>
              <w:rPr>
                <w:rFonts w:ascii="Malgun Gothic" w:hAnsi="Malgun Gothic" w:eastAsia="Malgun Gothic"/>
                <w:b w:val="0"/>
                <w:sz w:val="13"/>
              </w:rPr>
              <w:t>720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research_continuity/04_three_stage_comparison/runs/20260705_203636/asis_vs_actual_reproduction_validation_manifest_v150.json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1,011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913ed9565bdb320b</w:t>
            </w:r>
          </w:p>
        </w:tc>
      </w:tr>
    </w:tbl>
    <w:p/>
    <w:p>
      <w:r>
        <w:rPr>
          <w:b/>
        </w:rPr>
        <w:t>부록 표 A-10.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721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research_continuity/04_three_stage_comparison/runs/20260705_203636/asis_vs_actual_reproduction_validation_v150.csv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809</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59b4d693dfad0bb4</w:t>
            </w:r>
          </w:p>
        </w:tc>
      </w:tr>
      <w:tr>
        <w:trPr>
          <w:cantSplit/>
        </w:trPr>
        <w:tc>
          <w:tcPr>
            <w:tcW w:type="dxa" w:w="1096"/>
            <w:vAlign w:val="center"/>
          </w:tcPr>
          <w:p>
            <w:r/>
            <w:r>
              <w:rPr>
                <w:rFonts w:ascii="Malgun Gothic" w:hAnsi="Malgun Gothic" w:eastAsia="Malgun Gothic"/>
                <w:b w:val="0"/>
                <w:sz w:val="13"/>
              </w:rPr>
              <w:t>722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results/manuscript_text/aiis_final_diff_analysis_ko.md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2,588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f502dd80ccaf812d</w:t>
            </w:r>
          </w:p>
        </w:tc>
      </w:tr>
      <w:tr>
        <w:trPr>
          <w:cantSplit/>
        </w:trPr>
        <w:tc>
          <w:tcPr>
            <w:tcW w:type="dxa" w:w="1096"/>
            <w:vAlign w:val="center"/>
          </w:tcPr>
          <w:p>
            <w:r/>
            <w:r>
              <w:rPr>
                <w:rFonts w:ascii="Malgun Gothic" w:hAnsi="Malgun Gothic" w:eastAsia="Malgun Gothic"/>
                <w:b w:val="0"/>
                <w:sz w:val="13"/>
              </w:rPr>
              <w:t>723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results/manuscript_text/monitoring/monitoring_dashboard_n1000_ko.md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469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9906a577a2283c26</w:t>
            </w:r>
          </w:p>
        </w:tc>
      </w:tr>
      <w:tr>
        <w:trPr>
          <w:cantSplit/>
        </w:trPr>
        <w:tc>
          <w:tcPr>
            <w:tcW w:type="dxa" w:w="1096"/>
            <w:vAlign w:val="center"/>
          </w:tcPr>
          <w:p>
            <w:r/>
            <w:r>
              <w:rPr>
                <w:rFonts w:ascii="Malgun Gothic" w:hAnsi="Malgun Gothic" w:eastAsia="Malgun Gothic"/>
                <w:b w:val="0"/>
                <w:sz w:val="13"/>
              </w:rPr>
              <w:t>724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results/manuscript_text/repro/artifact_lineage_ko.md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1,350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2afba80d11677842</w:t>
            </w:r>
          </w:p>
        </w:tc>
      </w:tr>
      <w:tr>
        <w:trPr>
          <w:cantSplit/>
        </w:trPr>
        <w:tc>
          <w:tcPr>
            <w:tcW w:type="dxa" w:w="1096"/>
            <w:vAlign w:val="center"/>
          </w:tcPr>
          <w:p>
            <w:r/>
            <w:r>
              <w:rPr>
                <w:rFonts w:ascii="Malgun Gothic" w:hAnsi="Malgun Gothic" w:eastAsia="Malgun Gothic"/>
                <w:b w:val="0"/>
                <w:sz w:val="13"/>
              </w:rPr>
              <w:t>725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results/manuscript_text/repro/auto_execution_plan_ko.md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261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84bcf4eca4cccc65</w:t>
            </w:r>
          </w:p>
        </w:tc>
      </w:tr>
      <w:tr>
        <w:trPr>
          <w:cantSplit/>
        </w:trPr>
        <w:tc>
          <w:tcPr>
            <w:tcW w:type="dxa" w:w="1096"/>
            <w:vAlign w:val="center"/>
          </w:tcPr>
          <w:p>
            <w:r/>
            <w:r>
              <w:rPr>
                <w:rFonts w:ascii="Malgun Gothic" w:hAnsi="Malgun Gothic" w:eastAsia="Malgun Gothic"/>
                <w:b w:val="0"/>
                <w:sz w:val="13"/>
              </w:rPr>
              <w:t>726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results/manuscript_text/repro/final_submission_board_ko.md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547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69e5536a68601e52</w:t>
            </w:r>
          </w:p>
        </w:tc>
      </w:tr>
      <w:tr>
        <w:trPr>
          <w:cantSplit/>
        </w:trPr>
        <w:tc>
          <w:tcPr>
            <w:tcW w:type="dxa" w:w="1096"/>
            <w:vAlign w:val="center"/>
          </w:tcPr>
          <w:p>
            <w:r/>
            <w:r>
              <w:rPr>
                <w:rFonts w:ascii="Malgun Gothic" w:hAnsi="Malgun Gothic" w:eastAsia="Malgun Gothic"/>
                <w:b w:val="0"/>
                <w:sz w:val="13"/>
              </w:rPr>
              <w:t>727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results/runtime/monitoring_dashboard_n1000.json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972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dff754103c088706</w:t>
            </w:r>
          </w:p>
        </w:tc>
      </w:tr>
      <w:tr>
        <w:trPr>
          <w:cantSplit/>
        </w:trPr>
        <w:tc>
          <w:tcPr>
            <w:tcW w:type="dxa" w:w="1096"/>
            <w:vAlign w:val="center"/>
          </w:tcPr>
          <w:p>
            <w:r/>
            <w:r>
              <w:rPr>
                <w:rFonts w:ascii="Malgun Gothic" w:hAnsi="Malgun Gothic" w:eastAsia="Malgun Gothic"/>
                <w:b w:val="0"/>
                <w:sz w:val="13"/>
              </w:rPr>
              <w:t>728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results/runtime/resume/stt_checkpoint_voc_n1000_medium.json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573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2940f6b87fbf63b7</w:t>
            </w:r>
          </w:p>
        </w:tc>
      </w:tr>
      <w:tr>
        <w:trPr>
          <w:cantSplit/>
        </w:trPr>
        <w:tc>
          <w:tcPr>
            <w:tcW w:type="dxa" w:w="1096"/>
            <w:vAlign w:val="center"/>
          </w:tcPr>
          <w:p>
            <w:r/>
            <w:r>
              <w:rPr>
                <w:rFonts w:ascii="Malgun Gothic" w:hAnsi="Malgun Gothic" w:eastAsia="Malgun Gothic"/>
                <w:b w:val="0"/>
                <w:sz w:val="13"/>
              </w:rPr>
              <w:t>729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results/runtime/resume/stt_checkpoint_voc_n1000_small.json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525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938622d907c74f89</w:t>
            </w:r>
          </w:p>
        </w:tc>
      </w:tr>
      <w:tr>
        <w:trPr>
          <w:cantSplit/>
        </w:trPr>
        <w:tc>
          <w:tcPr>
            <w:tcW w:type="dxa" w:w="1096"/>
            <w:vAlign w:val="center"/>
          </w:tcPr>
          <w:p>
            <w:r/>
            <w:r>
              <w:rPr>
                <w:rFonts w:ascii="Malgun Gothic" w:hAnsi="Malgun Gothic" w:eastAsia="Malgun Gothic"/>
                <w:b w:val="0"/>
                <w:sz w:val="13"/>
              </w:rPr>
              <w:t>730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results/tables/aiis_final_diff_actions.csv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328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16e2a8b81d65b3f4</w:t>
            </w:r>
          </w:p>
        </w:tc>
      </w:tr>
      <w:tr>
        <w:trPr>
          <w:cantSplit/>
        </w:trPr>
        <w:tc>
          <w:tcPr>
            <w:tcW w:type="dxa" w:w="1096"/>
            <w:vAlign w:val="center"/>
          </w:tcPr>
          <w:p>
            <w:r/>
            <w:r>
              <w:rPr>
                <w:rFonts w:ascii="Malgun Gothic" w:hAnsi="Malgun Gothic" w:eastAsia="Malgun Gothic"/>
                <w:b w:val="0"/>
                <w:sz w:val="13"/>
              </w:rPr>
              <w:t>731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results/tables/aiis_final_diff_metrics.csv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1,400</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c63e246f82069a04</w:t>
            </w:r>
          </w:p>
        </w:tc>
      </w:tr>
      <w:tr>
        <w:trPr>
          <w:cantSplit/>
        </w:trPr>
        <w:tc>
          <w:tcPr>
            <w:tcW w:type="dxa" w:w="1096"/>
            <w:vAlign w:val="center"/>
          </w:tcPr>
          <w:p>
            <w:r/>
            <w:r>
              <w:rPr>
                <w:rFonts w:ascii="Malgun Gothic" w:hAnsi="Malgun Gothic" w:eastAsia="Malgun Gothic"/>
                <w:b w:val="0"/>
                <w:sz w:val="13"/>
              </w:rPr>
              <w:t>732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results/tables/aiis_final_diff_root_causes.csv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1,432</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235923c0d6d9a397</w:t>
            </w:r>
          </w:p>
        </w:tc>
      </w:tr>
      <w:tr>
        <w:trPr>
          <w:cantSplit/>
        </w:trPr>
        <w:tc>
          <w:tcPr>
            <w:tcW w:type="dxa" w:w="1096"/>
            <w:vAlign w:val="center"/>
          </w:tcPr>
          <w:p>
            <w:r/>
            <w:r>
              <w:rPr>
                <w:rFonts w:ascii="Malgun Gothic" w:hAnsi="Malgun Gothic" w:eastAsia="Malgun Gothic"/>
                <w:b w:val="0"/>
                <w:sz w:val="13"/>
              </w:rPr>
              <w:t>733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results/tables/aiis_key_metric_compare.csv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1,239</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8b0e21aa8898a48a</w:t>
            </w:r>
          </w:p>
        </w:tc>
      </w:tr>
      <w:tr>
        <w:trPr>
          <w:cantSplit/>
        </w:trPr>
        <w:tc>
          <w:tcPr>
            <w:tcW w:type="dxa" w:w="1096"/>
            <w:vAlign w:val="center"/>
          </w:tcPr>
          <w:p>
            <w:r/>
            <w:r>
              <w:rPr>
                <w:rFonts w:ascii="Malgun Gothic" w:hAnsi="Malgun Gothic" w:eastAsia="Malgun Gothic"/>
                <w:b w:val="0"/>
                <w:sz w:val="13"/>
              </w:rPr>
              <w:t>734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results/tables/aiis_recommended_actions.csv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7da73640d0b8732b</w:t>
            </w:r>
          </w:p>
        </w:tc>
      </w:tr>
      <w:tr>
        <w:trPr>
          <w:cantSplit/>
        </w:trPr>
        <w:tc>
          <w:tcPr>
            <w:tcW w:type="dxa" w:w="1096"/>
            <w:vAlign w:val="center"/>
          </w:tcPr>
          <w:p>
            <w:r/>
            <w:r>
              <w:rPr>
                <w:rFonts w:ascii="Malgun Gothic" w:hAnsi="Malgun Gothic" w:eastAsia="Malgun Gothic"/>
                <w:b w:val="0"/>
                <w:sz w:val="13"/>
              </w:rPr>
              <w:t>735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results/tables/aiis_root_causes.csv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516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17abe2b01318d8cb</w:t>
            </w:r>
          </w:p>
        </w:tc>
      </w:tr>
      <w:tr>
        <w:trPr>
          <w:cantSplit/>
        </w:trPr>
        <w:tc>
          <w:tcPr>
            <w:tcW w:type="dxa" w:w="1096"/>
            <w:vAlign w:val="center"/>
          </w:tcPr>
          <w:p>
            <w:r/>
            <w:r>
              <w:rPr>
                <w:rFonts w:ascii="Malgun Gothic" w:hAnsi="Malgun Gothic" w:eastAsia="Malgun Gothic"/>
                <w:b w:val="0"/>
                <w:sz w:val="13"/>
              </w:rPr>
              <w:t>736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results/tables/aiis_tracking_metrics.csv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576</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a45632bcabcb49cc</w:t>
            </w:r>
          </w:p>
        </w:tc>
      </w:tr>
      <w:tr>
        <w:trPr>
          <w:cantSplit/>
        </w:trPr>
        <w:tc>
          <w:tcPr>
            <w:tcW w:type="dxa" w:w="1096"/>
            <w:vAlign w:val="center"/>
          </w:tcPr>
          <w:p>
            <w:r/>
            <w:r>
              <w:rPr>
                <w:rFonts w:ascii="Malgun Gothic" w:hAnsi="Malgun Gothic" w:eastAsia="Malgun Gothic"/>
                <w:b w:val="0"/>
                <w:sz w:val="13"/>
              </w:rPr>
              <w:t>737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results/tables/repro/artifact_lineage.csv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1,686</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d6227e978a02878a</w:t>
            </w:r>
          </w:p>
        </w:tc>
      </w:tr>
      <w:tr>
        <w:trPr>
          <w:cantSplit/>
        </w:trPr>
        <w:tc>
          <w:tcPr>
            <w:tcW w:type="dxa" w:w="1096"/>
            <w:vAlign w:val="center"/>
          </w:tcPr>
          <w:p>
            <w:r/>
            <w:r>
              <w:rPr>
                <w:rFonts w:ascii="Malgun Gothic" w:hAnsi="Malgun Gothic" w:eastAsia="Malgun Gothic"/>
                <w:b w:val="0"/>
                <w:sz w:val="13"/>
              </w:rPr>
              <w:t>738</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results/tables/repro/auto_execution_plan.csv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530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31af72d7ca2a273c</w:t>
            </w:r>
          </w:p>
        </w:tc>
      </w:tr>
      <w:tr>
        <w:trPr>
          <w:cantSplit/>
        </w:trPr>
        <w:tc>
          <w:tcPr>
            <w:tcW w:type="dxa" w:w="1096"/>
            <w:vAlign w:val="center"/>
          </w:tcPr>
          <w:p>
            <w:r/>
            <w:r>
              <w:rPr>
                <w:rFonts w:ascii="Malgun Gothic" w:hAnsi="Malgun Gothic" w:eastAsia="Malgun Gothic"/>
                <w:b w:val="0"/>
                <w:sz w:val="13"/>
              </w:rPr>
              <w:t>739</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results/tables/repro/diagnosis.csv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741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725294fceb3ab31c</w:t>
            </w:r>
          </w:p>
        </w:tc>
      </w:tr>
      <w:tr>
        <w:trPr>
          <w:cantSplit/>
        </w:trPr>
        <w:tc>
          <w:tcPr>
            <w:tcW w:type="dxa" w:w="1096"/>
            <w:vAlign w:val="center"/>
          </w:tcPr>
          <w:p>
            <w:r/>
            <w:r>
              <w:rPr>
                <w:rFonts w:ascii="Malgun Gothic" w:hAnsi="Malgun Gothic" w:eastAsia="Malgun Gothic"/>
                <w:b w:val="0"/>
                <w:sz w:val="13"/>
              </w:rPr>
              <w:t>740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results/tables/repro/next_action_plan.csv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532</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50ef5f11c1b97db5</w:t>
            </w:r>
          </w:p>
        </w:tc>
      </w:tr>
      <w:tr>
        <w:trPr>
          <w:cantSplit/>
        </w:trPr>
        <w:tc>
          <w:tcPr>
            <w:tcW w:type="dxa" w:w="1096"/>
            <w:vAlign w:val="center"/>
          </w:tcPr>
          <w:p>
            <w:r/>
            <w:r>
              <w:rPr>
                <w:rFonts w:ascii="Malgun Gothic" w:hAnsi="Malgun Gothic" w:eastAsia="Malgun Gothic"/>
                <w:b w:val="0"/>
                <w:sz w:val="13"/>
              </w:rPr>
              <w:t>741</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results/tables/repro/sample_match_details.csv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97,021</w:t>
            </w:r>
          </w:p>
        </w:tc>
        <w:tc>
          <w:tcPr>
            <w:tcW w:type="dxa" w:w="1096"/>
            <w:vAlign w:val="center"/>
          </w:tcPr>
          <w:p>
            <w:r/>
            <w:r>
              <w:rPr>
                <w:rFonts w:ascii="Malgun Gothic" w:hAnsi="Malgun Gothic" w:eastAsia="Malgun Gothic"/>
                <w:b w:val="0"/>
                <w:sz w:val="13"/>
              </w:rPr>
              <w:t>3,000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e60fc6bc072545d1</w:t>
            </w:r>
          </w:p>
        </w:tc>
      </w:tr>
      <w:tr>
        <w:trPr>
          <w:cantSplit/>
        </w:trPr>
        <w:tc>
          <w:tcPr>
            <w:tcW w:type="dxa" w:w="1096"/>
            <w:vAlign w:val="center"/>
          </w:tcPr>
          <w:p>
            <w:r/>
            <w:r>
              <w:rPr>
                <w:rFonts w:ascii="Malgun Gothic" w:hAnsi="Malgun Gothic" w:eastAsia="Malgun Gothic"/>
                <w:b w:val="0"/>
                <w:sz w:val="13"/>
              </w:rPr>
              <w:t>742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results/tables/repro/submitted_doc_numeric_contexts.csv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4,138</w:t>
            </w:r>
          </w:p>
        </w:tc>
        <w:tc>
          <w:tcPr>
            <w:tcW w:type="dxa" w:w="1096"/>
            <w:vAlign w:val="center"/>
          </w:tcPr>
          <w:p>
            <w:r/>
            <w:r>
              <w:rPr>
                <w:rFonts w:ascii="Malgun Gothic" w:hAnsi="Malgun Gothic" w:eastAsia="Malgun Gothic"/>
                <w:b w:val="0"/>
                <w:sz w:val="13"/>
              </w:rPr>
              <w:t>29</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3c75ae45d97484b6</w:t>
            </w:r>
          </w:p>
        </w:tc>
      </w:tr>
      <w:tr>
        <w:trPr>
          <w:cantSplit/>
        </w:trPr>
        <w:tc>
          <w:tcPr>
            <w:tcW w:type="dxa" w:w="1096"/>
            <w:vAlign w:val="center"/>
          </w:tcPr>
          <w:p>
            <w:r/>
            <w:r>
              <w:rPr>
                <w:rFonts w:ascii="Malgun Gothic" w:hAnsi="Malgun Gothic" w:eastAsia="Malgun Gothic"/>
                <w:b w:val="0"/>
                <w:sz w:val="13"/>
              </w:rPr>
              <w:t>743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results/tables/repro/three_way_compare.csv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6,639</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b62880b354ccb774</w:t>
            </w:r>
          </w:p>
        </w:tc>
      </w:tr>
      <w:tr>
        <w:trPr>
          <w:cantSplit/>
        </w:trPr>
        <w:tc>
          <w:tcPr>
            <w:tcW w:type="dxa" w:w="1096"/>
            <w:vAlign w:val="center"/>
          </w:tcPr>
          <w:p>
            <w:r/>
            <w:r>
              <w:rPr>
                <w:rFonts w:ascii="Malgun Gothic" w:hAnsi="Malgun Gothic" w:eastAsia="Malgun Gothic"/>
                <w:b w:val="0"/>
                <w:sz w:val="13"/>
              </w:rPr>
              <w:t>744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results/tables/repro/v61_repro_manifest.json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1,190</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ee50d4ad2d08143c</w:t>
            </w:r>
          </w:p>
        </w:tc>
      </w:tr>
      <w:tr>
        <w:trPr>
          <w:cantSplit/>
        </w:trPr>
        <w:tc>
          <w:tcPr>
            <w:tcW w:type="dxa" w:w="1096"/>
            <w:vAlign w:val="center"/>
          </w:tcPr>
          <w:p>
            <w:r/>
            <w:r>
              <w:rPr>
                <w:rFonts w:ascii="Malgun Gothic" w:hAnsi="Malgun Gothic" w:eastAsia="Malgun Gothic"/>
                <w:b w:val="0"/>
                <w:sz w:val="13"/>
              </w:rPr>
              <w:t>745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results/tables/resume/resume_steps_n1000.csv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668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21dbd431091d5b82</w:t>
            </w:r>
          </w:p>
        </w:tc>
      </w:tr>
      <w:tr>
        <w:trPr>
          <w:cantSplit/>
        </w:trPr>
        <w:tc>
          <w:tcPr>
            <w:tcW w:type="dxa" w:w="1096"/>
            <w:vAlign w:val="center"/>
          </w:tcPr>
          <w:p>
            <w:r/>
            <w:r>
              <w:rPr>
                <w:rFonts w:ascii="Malgun Gothic" w:hAnsi="Malgun Gothic" w:eastAsia="Malgun Gothic"/>
                <w:b w:val="0"/>
                <w:sz w:val="13"/>
              </w:rPr>
              <w:t>746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results/tables/scie_submission/scie_reproducibility_checklist.csv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856</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71e3f095a47bbecd</w:t>
            </w:r>
          </w:p>
        </w:tc>
      </w:tr>
      <w:tr>
        <w:trPr>
          <w:cantSplit/>
        </w:trPr>
        <w:tc>
          <w:tcPr>
            <w:tcW w:type="dxa" w:w="1096"/>
            <w:vAlign w:val="center"/>
          </w:tcPr>
          <w:p>
            <w:r/>
            <w:r>
              <w:rPr>
                <w:rFonts w:ascii="Malgun Gothic" w:hAnsi="Malgun Gothic" w:eastAsia="Malgun Gothic"/>
                <w:b w:val="0"/>
                <w:sz w:val="13"/>
              </w:rPr>
              <w:t>747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research_continuity/24_speaker_actual_diarization_v181/speaker_actual_file_diagnostics_v189.csv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59,602</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fab022711b777fe9</w:t>
            </w:r>
          </w:p>
        </w:tc>
      </w:tr>
      <w:tr>
        <w:trPr>
          <w:cantSplit/>
        </w:trPr>
        <w:tc>
          <w:tcPr>
            <w:tcW w:type="dxa" w:w="1096"/>
            <w:vAlign w:val="center"/>
          </w:tcPr>
          <w:p>
            <w:r/>
            <w:r>
              <w:rPr>
                <w:rFonts w:ascii="Malgun Gothic" w:hAnsi="Malgun Gothic" w:eastAsia="Malgun Gothic"/>
                <w:b w:val="0"/>
                <w:sz w:val="13"/>
              </w:rPr>
              <w:t>748</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research_continuity/24_speaker_actual_diarization_v181/speaker_actual_file_diagnostics_v199.csv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95,722</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ac0981cba514b48f</w:t>
            </w:r>
          </w:p>
        </w:tc>
      </w:tr>
      <w:tr>
        <w:trPr>
          <w:cantSplit/>
        </w:trPr>
        <w:tc>
          <w:tcPr>
            <w:tcW w:type="dxa" w:w="1096"/>
            <w:vAlign w:val="center"/>
          </w:tcPr>
          <w:p>
            <w:r/>
            <w:r>
              <w:rPr>
                <w:rFonts w:ascii="Malgun Gothic" w:hAnsi="Malgun Gothic" w:eastAsia="Malgun Gothic"/>
                <w:b w:val="0"/>
                <w:sz w:val="13"/>
              </w:rPr>
              <w:t>749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research_continuity/24_speaker_actual_diarization_v181/speaker_actual_file_diagnostics_v200.csv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59,602</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fab022711b777fe9</w:t>
            </w:r>
          </w:p>
        </w:tc>
      </w:tr>
      <w:tr>
        <w:trPr>
          <w:cantSplit/>
        </w:trPr>
        <w:tc>
          <w:tcPr>
            <w:tcW w:type="dxa" w:w="1096"/>
            <w:vAlign w:val="center"/>
          </w:tcPr>
          <w:p>
            <w:r/>
            <w:r>
              <w:rPr>
                <w:rFonts w:ascii="Malgun Gothic" w:hAnsi="Malgun Gothic" w:eastAsia="Malgun Gothic"/>
                <w:b w:val="0"/>
                <w:sz w:val="13"/>
              </w:rPr>
              <w:t>750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results/manuscript_text/data_quality_action_log_ko.md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1,284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16fdb0aba52e0014</w:t>
            </w:r>
          </w:p>
        </w:tc>
      </w:tr>
      <w:tr>
        <w:trPr>
          <w:cantSplit/>
        </w:trPr>
        <w:tc>
          <w:tcPr>
            <w:tcW w:type="dxa" w:w="1096"/>
            <w:vAlign w:val="center"/>
          </w:tcPr>
          <w:p>
            <w:r/>
            <w:r>
              <w:rPr>
                <w:rFonts w:ascii="Malgun Gothic" w:hAnsi="Malgun Gothic" w:eastAsia="Malgun Gothic"/>
                <w:b w:val="0"/>
                <w:sz w:val="13"/>
              </w:rPr>
              <w:t>751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results/manuscript_text/data_quality_warning_ko.md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1,923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5b21488748b1bdf3</w:t>
            </w:r>
          </w:p>
        </w:tc>
      </w:tr>
      <w:tr>
        <w:trPr>
          <w:cantSplit/>
        </w:trPr>
        <w:tc>
          <w:tcPr>
            <w:tcW w:type="dxa" w:w="1096"/>
            <w:vAlign w:val="center"/>
          </w:tcPr>
          <w:p>
            <w:r/>
            <w:r>
              <w:rPr>
                <w:rFonts w:ascii="Malgun Gothic" w:hAnsi="Malgun Gothic" w:eastAsia="Malgun Gothic"/>
                <w:b w:val="0"/>
                <w:sz w:val="13"/>
              </w:rPr>
              <w:t>752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results/manuscript_text/deploy_result_integrity_ko.md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885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05f2cef7cbb9ec1d</w:t>
            </w:r>
          </w:p>
        </w:tc>
      </w:tr>
      <w:tr>
        <w:trPr>
          <w:cantSplit/>
        </w:trPr>
        <w:tc>
          <w:tcPr>
            <w:tcW w:type="dxa" w:w="1096"/>
            <w:vAlign w:val="center"/>
          </w:tcPr>
          <w:p>
            <w:r/>
            <w:r>
              <w:rPr>
                <w:rFonts w:ascii="Malgun Gothic" w:hAnsi="Malgun Gothic" w:eastAsia="Malgun Gothic"/>
                <w:b w:val="0"/>
                <w:sz w:val="13"/>
              </w:rPr>
              <w:t>753</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results/tables/data_quality_action_plan.csv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1,067</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5b192d4a0d21e1a4</w:t>
            </w:r>
          </w:p>
        </w:tc>
      </w:tr>
      <w:tr>
        <w:trPr>
          <w:cantSplit/>
        </w:trPr>
        <w:tc>
          <w:tcPr>
            <w:tcW w:type="dxa" w:w="1096"/>
            <w:vAlign w:val="center"/>
          </w:tcPr>
          <w:p>
            <w:r/>
            <w:r>
              <w:rPr>
                <w:rFonts w:ascii="Malgun Gothic" w:hAnsi="Malgun Gothic" w:eastAsia="Malgun Gothic"/>
                <w:b w:val="0"/>
                <w:sz w:val="13"/>
              </w:rPr>
              <w:t>754</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results/tables/deploy_result_integrity.csv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3,039</w:t>
            </w:r>
          </w:p>
        </w:tc>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8e5b16f9d6b6d3c5</w:t>
            </w:r>
          </w:p>
        </w:tc>
      </w:tr>
      <w:tr>
        <w:trPr>
          <w:cantSplit/>
        </w:trPr>
        <w:tc>
          <w:tcPr>
            <w:tcW w:type="dxa" w:w="1096"/>
            <w:vAlign w:val="center"/>
          </w:tcPr>
          <w:p>
            <w:r/>
            <w:r>
              <w:rPr>
                <w:rFonts w:ascii="Malgun Gothic" w:hAnsi="Malgun Gothic" w:eastAsia="Malgun Gothic"/>
                <w:b w:val="0"/>
                <w:sz w:val="13"/>
              </w:rPr>
              <w:t>755</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results/tables/final_paper_quality_check.csv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15,653</w:t>
            </w:r>
          </w:p>
        </w:tc>
        <w:tc>
          <w:tcPr>
            <w:tcW w:type="dxa" w:w="1096"/>
            <w:vAlign w:val="center"/>
          </w:tcPr>
          <w:p>
            <w:r/>
            <w:r>
              <w:rPr>
                <w:rFonts w:ascii="Malgun Gothic" w:hAnsi="Malgun Gothic" w:eastAsia="Malgun Gothic"/>
                <w:b w:val="0"/>
                <w:sz w:val="13"/>
              </w:rPr>
              <w:t>53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40ef31e8e9363e7f</w:t>
            </w:r>
          </w:p>
        </w:tc>
      </w:tr>
      <w:tr>
        <w:trPr>
          <w:cantSplit/>
        </w:trPr>
        <w:tc>
          <w:tcPr>
            <w:tcW w:type="dxa" w:w="1096"/>
            <w:vAlign w:val="center"/>
          </w:tcPr>
          <w:p>
            <w:r/>
            <w:r>
              <w:rPr>
                <w:rFonts w:ascii="Malgun Gothic" w:hAnsi="Malgun Gothic" w:eastAsia="Malgun Gothic"/>
                <w:b w:val="0"/>
                <w:sz w:val="13"/>
              </w:rPr>
              <w:t>756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reports/figures/deploy_visuals/asis_tobe_comparison_visual.png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56,568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1813x1145</w:t>
            </w:r>
          </w:p>
        </w:tc>
        <w:tc>
          <w:tcPr>
            <w:tcW w:type="dxa" w:w="1096"/>
            <w:vAlign w:val="center"/>
          </w:tcPr>
          <w:p>
            <w:r/>
            <w:r>
              <w:rPr>
                <w:rFonts w:ascii="Malgun Gothic" w:hAnsi="Malgun Gothic" w:eastAsia="Malgun Gothic"/>
                <w:b w:val="0"/>
                <w:sz w:val="13"/>
              </w:rPr>
              <w:t>37606ed9426eda06</w:t>
            </w:r>
          </w:p>
        </w:tc>
      </w:tr>
      <w:tr>
        <w:trPr>
          <w:cantSplit/>
        </w:trPr>
        <w:tc>
          <w:tcPr>
            <w:tcW w:type="dxa" w:w="1096"/>
            <w:vAlign w:val="center"/>
          </w:tcPr>
          <w:p>
            <w:r/>
            <w:r>
              <w:rPr>
                <w:rFonts w:ascii="Malgun Gothic" w:hAnsi="Malgun Gothic" w:eastAsia="Malgun Gothic"/>
                <w:b w:val="0"/>
                <w:sz w:val="13"/>
              </w:rPr>
              <w:t>757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research_continuity/03_tobe_extension_research/asis_tobe_comparison_visual.png</w:t>
            </w:r>
          </w:p>
        </w:tc>
        <w:tc>
          <w:tcPr>
            <w:tcW w:type="dxa" w:w="1096"/>
            <w:vAlign w:val="center"/>
          </w:tcPr>
          <w:p>
            <w:r/>
            <w:r>
              <w:rPr>
                <w:rFonts w:ascii="Malgun Gothic" w:hAnsi="Malgun Gothic" w:eastAsia="Malgun Gothic"/>
                <w:b w:val="0"/>
                <w:sz w:val="13"/>
              </w:rPr>
              <w:t>png</w:t>
            </w:r>
          </w:p>
        </w:tc>
        <w:tc>
          <w:tcPr>
            <w:tcW w:type="dxa" w:w="1096"/>
            <w:vAlign w:val="center"/>
          </w:tcPr>
          <w:p>
            <w:r/>
            <w:r>
              <w:rPr>
                <w:rFonts w:ascii="Malgun Gothic" w:hAnsi="Malgun Gothic" w:eastAsia="Malgun Gothic"/>
                <w:b w:val="0"/>
                <w:sz w:val="13"/>
              </w:rPr>
              <w:t>72,449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1838x1145</w:t>
            </w:r>
          </w:p>
        </w:tc>
        <w:tc>
          <w:tcPr>
            <w:tcW w:type="dxa" w:w="1096"/>
            <w:vAlign w:val="center"/>
          </w:tcPr>
          <w:p>
            <w:r/>
            <w:r>
              <w:rPr>
                <w:rFonts w:ascii="Malgun Gothic" w:hAnsi="Malgun Gothic" w:eastAsia="Malgun Gothic"/>
                <w:b w:val="0"/>
                <w:sz w:val="13"/>
              </w:rPr>
              <w:t>5bcc37e13c5ac0f9</w:t>
            </w:r>
          </w:p>
        </w:tc>
      </w:tr>
      <w:tr>
        <w:trPr>
          <w:cantSplit/>
        </w:trPr>
        <w:tc>
          <w:tcPr>
            <w:tcW w:type="dxa" w:w="1096"/>
            <w:vAlign w:val="center"/>
          </w:tcPr>
          <w:p>
            <w:r/>
            <w:r>
              <w:rPr>
                <w:rFonts w:ascii="Malgun Gothic" w:hAnsi="Malgun Gothic" w:eastAsia="Malgun Gothic"/>
                <w:b w:val="0"/>
                <w:sz w:val="13"/>
              </w:rPr>
              <w:t>758</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research_continuity/11_asis_tobe_gap_v163/asis_tobe_gap_causes_v163.csv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2,071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60a71abca0f8acd0</w:t>
            </w:r>
          </w:p>
        </w:tc>
      </w:tr>
      <w:tr>
        <w:trPr>
          <w:cantSplit/>
        </w:trPr>
        <w:tc>
          <w:tcPr>
            <w:tcW w:type="dxa" w:w="1096"/>
            <w:vAlign w:val="center"/>
          </w:tcPr>
          <w:p>
            <w:r/>
            <w:r>
              <w:rPr>
                <w:rFonts w:ascii="Malgun Gothic" w:hAnsi="Malgun Gothic" w:eastAsia="Malgun Gothic"/>
                <w:b w:val="0"/>
                <w:sz w:val="13"/>
              </w:rPr>
              <w:t>759</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research_continuity/11_asis_tobe_gap_v163/asis_tobe_gap_diagnosis_v163.html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4,741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e81f4666b5f38915</w:t>
            </w:r>
          </w:p>
        </w:tc>
      </w:tr>
      <w:tr>
        <w:trPr>
          <w:cantSplit/>
        </w:trPr>
        <w:tc>
          <w:tcPr>
            <w:tcW w:type="dxa" w:w="1096"/>
            <w:vAlign w:val="center"/>
          </w:tcPr>
          <w:p>
            <w:r/>
            <w:r>
              <w:rPr>
                <w:rFonts w:ascii="Malgun Gothic" w:hAnsi="Malgun Gothic" w:eastAsia="Malgun Gothic"/>
                <w:b w:val="0"/>
                <w:sz w:val="13"/>
              </w:rPr>
              <w:t>760</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research_continuity/11_asis_tobe_gap_v163/asis_tobe_gap_diagnosis_v163.json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5,901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3410e4993c33a453</w:t>
            </w:r>
          </w:p>
        </w:tc>
      </w:tr>
      <w:tr>
        <w:trPr>
          <w:cantSplit/>
        </w:trPr>
        <w:tc>
          <w:tcPr>
            <w:tcW w:type="dxa" w:w="1096"/>
            <w:vAlign w:val="center"/>
          </w:tcPr>
          <w:p>
            <w:r/>
            <w:r>
              <w:rPr>
                <w:rFonts w:ascii="Malgun Gothic" w:hAnsi="Malgun Gothic" w:eastAsia="Malgun Gothic"/>
                <w:b w:val="0"/>
                <w:sz w:val="13"/>
              </w:rPr>
              <w:t>761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research_continuity/11_asis_tobe_gap_v163/asis_tobe_gap_diagnosis_v163.md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512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6bbf728c65ce6fe5</w:t>
            </w:r>
          </w:p>
        </w:tc>
      </w:tr>
      <w:tr>
        <w:trPr>
          <w:cantSplit/>
        </w:trPr>
        <w:tc>
          <w:tcPr>
            <w:tcW w:type="dxa" w:w="1096"/>
            <w:vAlign w:val="center"/>
          </w:tcPr>
          <w:p>
            <w:r/>
            <w:r>
              <w:rPr>
                <w:rFonts w:ascii="Malgun Gothic" w:hAnsi="Malgun Gothic" w:eastAsia="Malgun Gothic"/>
                <w:b w:val="0"/>
                <w:sz w:val="13"/>
              </w:rPr>
              <w:t>762</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research_continuity/15_asis_tobe_warn_source_fix_v169/csv_schema_compare_resolved_v169.csv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42,475</w:t>
            </w:r>
          </w:p>
        </w:tc>
        <w:tc>
          <w:tcPr>
            <w:tcW w:type="dxa" w:w="1096"/>
            <w:vAlign w:val="center"/>
          </w:tcPr>
          <w:p>
            <w:r/>
            <w:r>
              <w:rPr>
                <w:rFonts w:ascii="Malgun Gothic" w:hAnsi="Malgun Gothic" w:eastAsia="Malgun Gothic"/>
                <w:b w:val="0"/>
                <w:sz w:val="13"/>
              </w:rPr>
              <w:t>138</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33342f954fc9b304</w:t>
            </w:r>
          </w:p>
        </w:tc>
      </w:tr>
      <w:tr>
        <w:trPr>
          <w:cantSplit/>
        </w:trPr>
        <w:tc>
          <w:tcPr>
            <w:tcW w:type="dxa" w:w="1096"/>
            <w:vAlign w:val="center"/>
          </w:tcPr>
          <w:p>
            <w:r/>
            <w:r>
              <w:rPr>
                <w:rFonts w:ascii="Malgun Gothic" w:hAnsi="Malgun Gothic" w:eastAsia="Malgun Gothic"/>
                <w:b w:val="0"/>
                <w:sz w:val="13"/>
              </w:rPr>
              <w:t>763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research_continuity/15_asis_tobe_warn_source_fix_v169/key_metric_compare_resolved_v169.csv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70,604</w:t>
            </w:r>
          </w:p>
        </w:tc>
        <w:tc>
          <w:tcPr>
            <w:tcW w:type="dxa" w:w="1096"/>
            <w:vAlign w:val="center"/>
          </w:tcPr>
          <w:p>
            <w:r/>
            <w:r>
              <w:rPr>
                <w:rFonts w:ascii="Malgun Gothic" w:hAnsi="Malgun Gothic" w:eastAsia="Malgun Gothic"/>
                <w:b w:val="0"/>
                <w:sz w:val="13"/>
              </w:rPr>
              <w:t>313</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f00a5a566e71b2a5</w:t>
            </w:r>
          </w:p>
        </w:tc>
      </w:tr>
      <w:tr>
        <w:trPr>
          <w:cantSplit/>
        </w:trPr>
        <w:tc>
          <w:tcPr>
            <w:tcW w:type="dxa" w:w="1096"/>
            <w:vAlign w:val="center"/>
          </w:tcPr>
          <w:p>
            <w:r/>
            <w:r>
              <w:rPr>
                <w:rFonts w:ascii="Malgun Gothic" w:hAnsi="Malgun Gothic" w:eastAsia="Malgun Gothic"/>
                <w:b w:val="0"/>
                <w:sz w:val="13"/>
              </w:rPr>
              <w:t>764</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research_continuity/15_asis_tobe_warn_source_fix_v169/strict_original_csv_schema_compare_v169.csv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42,475</w:t>
            </w:r>
          </w:p>
        </w:tc>
        <w:tc>
          <w:tcPr>
            <w:tcW w:type="dxa" w:w="1096"/>
            <w:vAlign w:val="center"/>
          </w:tcPr>
          <w:p>
            <w:r/>
            <w:r>
              <w:rPr>
                <w:rFonts w:ascii="Malgun Gothic" w:hAnsi="Malgun Gothic" w:eastAsia="Malgun Gothic"/>
                <w:b w:val="0"/>
                <w:sz w:val="13"/>
              </w:rPr>
              <w:t>138</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33342f954fc9b304</w:t>
            </w:r>
          </w:p>
        </w:tc>
      </w:tr>
      <w:tr>
        <w:trPr>
          <w:cantSplit/>
        </w:trPr>
        <w:tc>
          <w:tcPr>
            <w:tcW w:type="dxa" w:w="1096"/>
            <w:vAlign w:val="center"/>
          </w:tcPr>
          <w:p>
            <w:r/>
            <w:r>
              <w:rPr>
                <w:rFonts w:ascii="Malgun Gothic" w:hAnsi="Malgun Gothic" w:eastAsia="Malgun Gothic"/>
                <w:b w:val="0"/>
                <w:sz w:val="13"/>
              </w:rPr>
              <w:t>765</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research_continuity/15_asis_tobe_warn_source_fix_v169/strict_original_key_metric_compare_v169.csv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70,604</w:t>
            </w:r>
          </w:p>
        </w:tc>
        <w:tc>
          <w:tcPr>
            <w:tcW w:type="dxa" w:w="1096"/>
            <w:vAlign w:val="center"/>
          </w:tcPr>
          <w:p>
            <w:r/>
            <w:r>
              <w:rPr>
                <w:rFonts w:ascii="Malgun Gothic" w:hAnsi="Malgun Gothic" w:eastAsia="Malgun Gothic"/>
                <w:b w:val="0"/>
                <w:sz w:val="13"/>
              </w:rPr>
              <w:t>313</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f00a5a566e71b2a5</w:t>
            </w:r>
          </w:p>
        </w:tc>
      </w:tr>
      <w:tr>
        <w:trPr>
          <w:cantSplit/>
        </w:trPr>
        <w:tc>
          <w:tcPr>
            <w:tcW w:type="dxa" w:w="1096"/>
            <w:vAlign w:val="center"/>
          </w:tcPr>
          <w:p>
            <w:r/>
            <w:r>
              <w:rPr>
                <w:rFonts w:ascii="Malgun Gothic" w:hAnsi="Malgun Gothic" w:eastAsia="Malgun Gothic"/>
                <w:b w:val="0"/>
                <w:sz w:val="13"/>
              </w:rPr>
              <w:t>766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results/manuscript_text/asis_tobe/asis_tobe_comparison_summary_ko.md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2,554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8f47f0b77532f136</w:t>
            </w:r>
          </w:p>
        </w:tc>
      </w:tr>
      <w:tr>
        <w:trPr>
          <w:cantSplit/>
        </w:trPr>
        <w:tc>
          <w:tcPr>
            <w:tcW w:type="dxa" w:w="1096"/>
            <w:vAlign w:val="center"/>
          </w:tcPr>
          <w:p>
            <w:r/>
            <w:r>
              <w:rPr>
                <w:rFonts w:ascii="Malgun Gothic" w:hAnsi="Malgun Gothic" w:eastAsia="Malgun Gothic"/>
                <w:b w:val="0"/>
                <w:sz w:val="13"/>
              </w:rPr>
              <w:t>767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results/manuscript_text/future_analysis/additional_research_manuscript_ko.md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2,080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3ab18fdfa9739115</w:t>
            </w:r>
          </w:p>
        </w:tc>
      </w:tr>
      <w:tr>
        <w:trPr>
          <w:cantSplit/>
        </w:trPr>
        <w:tc>
          <w:tcPr>
            <w:tcW w:type="dxa" w:w="1096"/>
            <w:vAlign w:val="center"/>
          </w:tcPr>
          <w:p>
            <w:r/>
            <w:r>
              <w:rPr>
                <w:rFonts w:ascii="Malgun Gothic" w:hAnsi="Malgun Gothic" w:eastAsia="Malgun Gothic"/>
                <w:b w:val="0"/>
                <w:sz w:val="13"/>
              </w:rPr>
              <w:t>768</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results/tables/asis_tobe/asis_tobe_compare_manifest.json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2,091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76660ba96844b1e6</w:t>
            </w:r>
          </w:p>
        </w:tc>
      </w:tr>
      <w:tr>
        <w:trPr>
          <w:cantSplit/>
        </w:trPr>
        <w:tc>
          <w:tcPr>
            <w:tcW w:type="dxa" w:w="1096"/>
            <w:vAlign w:val="center"/>
          </w:tcPr>
          <w:p>
            <w:r/>
            <w:r>
              <w:rPr>
                <w:rFonts w:ascii="Malgun Gothic" w:hAnsi="Malgun Gothic" w:eastAsia="Malgun Gothic"/>
                <w:b w:val="0"/>
                <w:sz w:val="13"/>
              </w:rPr>
              <w:t>769</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results/tables/asis_tobe/csv_schema_compare.csv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42,475</w:t>
            </w:r>
          </w:p>
        </w:tc>
        <w:tc>
          <w:tcPr>
            <w:tcW w:type="dxa" w:w="1096"/>
            <w:vAlign w:val="center"/>
          </w:tcPr>
          <w:p>
            <w:r/>
            <w:r>
              <w:rPr>
                <w:rFonts w:ascii="Malgun Gothic" w:hAnsi="Malgun Gothic" w:eastAsia="Malgun Gothic"/>
                <w:b w:val="0"/>
                <w:sz w:val="13"/>
              </w:rPr>
              <w:t>138</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33342f954fc9b304</w:t>
            </w:r>
          </w:p>
        </w:tc>
      </w:tr>
      <w:tr>
        <w:trPr>
          <w:cantSplit/>
        </w:trPr>
        <w:tc>
          <w:tcPr>
            <w:tcW w:type="dxa" w:w="1096"/>
            <w:vAlign w:val="center"/>
          </w:tcPr>
          <w:p>
            <w:r/>
            <w:r>
              <w:rPr>
                <w:rFonts w:ascii="Malgun Gothic" w:hAnsi="Malgun Gothic" w:eastAsia="Malgun Gothic"/>
                <w:b w:val="0"/>
                <w:sz w:val="13"/>
              </w:rPr>
              <w:t>770</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results/tables/asis_tobe/csv_schema_compare_resolved_v169.csv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42,475</w:t>
            </w:r>
          </w:p>
        </w:tc>
        <w:tc>
          <w:tcPr>
            <w:tcW w:type="dxa" w:w="1096"/>
            <w:vAlign w:val="center"/>
          </w:tcPr>
          <w:p>
            <w:r/>
            <w:r>
              <w:rPr>
                <w:rFonts w:ascii="Malgun Gothic" w:hAnsi="Malgun Gothic" w:eastAsia="Malgun Gothic"/>
                <w:b w:val="0"/>
                <w:sz w:val="13"/>
              </w:rPr>
              <w:t>138</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33342f954fc9b304</w:t>
            </w:r>
          </w:p>
        </w:tc>
      </w:tr>
      <w:tr>
        <w:trPr>
          <w:cantSplit/>
        </w:trPr>
        <w:tc>
          <w:tcPr>
            <w:tcW w:type="dxa" w:w="1096"/>
            <w:vAlign w:val="center"/>
          </w:tcPr>
          <w:p>
            <w:r/>
            <w:r>
              <w:rPr>
                <w:rFonts w:ascii="Malgun Gothic" w:hAnsi="Malgun Gothic" w:eastAsia="Malgun Gothic"/>
                <w:b w:val="0"/>
                <w:sz w:val="13"/>
              </w:rPr>
              <w:t>771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results/tables/asis_tobe/difference_action_plan.csv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810</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0d8307d31a739b66</w:t>
            </w:r>
          </w:p>
        </w:tc>
      </w:tr>
      <w:tr>
        <w:trPr>
          <w:cantSplit/>
        </w:trPr>
        <w:tc>
          <w:tcPr>
            <w:tcW w:type="dxa" w:w="1096"/>
            <w:vAlign w:val="center"/>
          </w:tcPr>
          <w:p>
            <w:r/>
            <w:r>
              <w:rPr>
                <w:rFonts w:ascii="Malgun Gothic" w:hAnsi="Malgun Gothic" w:eastAsia="Malgun Gothic"/>
                <w:b w:val="0"/>
                <w:sz w:val="13"/>
              </w:rPr>
              <w:t>772</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results/tables/asis_tobe/difference_problem_trace.csv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2,470</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2dc4963c74e560e7</w:t>
            </w:r>
          </w:p>
        </w:tc>
      </w:tr>
      <w:tr>
        <w:trPr>
          <w:cantSplit/>
        </w:trPr>
        <w:tc>
          <w:tcPr>
            <w:tcW w:type="dxa" w:w="1096"/>
            <w:vAlign w:val="center"/>
          </w:tcPr>
          <w:p>
            <w:r/>
            <w:r>
              <w:rPr>
                <w:rFonts w:ascii="Malgun Gothic" w:hAnsi="Malgun Gothic" w:eastAsia="Malgun Gothic"/>
                <w:b w:val="0"/>
                <w:sz w:val="13"/>
              </w:rPr>
              <w:t>773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results/tables/asis_tobe/difference_root_cause_analysis.csv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1,174</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45cfbaebe156751b</w:t>
            </w:r>
          </w:p>
        </w:tc>
      </w:tr>
      <w:tr>
        <w:trPr>
          <w:cantSplit/>
        </w:trPr>
        <w:tc>
          <w:tcPr>
            <w:tcW w:type="dxa" w:w="1096"/>
            <w:vAlign w:val="center"/>
          </w:tcPr>
          <w:p>
            <w:r/>
            <w:r>
              <w:rPr>
                <w:rFonts w:ascii="Malgun Gothic" w:hAnsi="Malgun Gothic" w:eastAsia="Malgun Gothic"/>
                <w:b w:val="0"/>
                <w:sz w:val="13"/>
              </w:rPr>
              <w:t>774</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results/tables/asis_tobe/file_inventory_compare.csv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315,374</w:t>
            </w:r>
          </w:p>
        </w:tc>
        <w:tc>
          <w:tcPr>
            <w:tcW w:type="dxa" w:w="1096"/>
            <w:vAlign w:val="center"/>
          </w:tcPr>
          <w:p>
            <w:r/>
            <w:r>
              <w:rPr>
                <w:rFonts w:ascii="Malgun Gothic" w:hAnsi="Malgun Gothic" w:eastAsia="Malgun Gothic"/>
                <w:b w:val="0"/>
                <w:sz w:val="13"/>
              </w:rPr>
              <w:t>2,421</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21683b9b18ae6e18</w:t>
            </w:r>
          </w:p>
        </w:tc>
      </w:tr>
      <w:tr>
        <w:trPr>
          <w:cantSplit/>
        </w:trPr>
        <w:tc>
          <w:tcPr>
            <w:tcW w:type="dxa" w:w="1096"/>
            <w:vAlign w:val="center"/>
          </w:tcPr>
          <w:p>
            <w:r/>
            <w:r>
              <w:rPr>
                <w:rFonts w:ascii="Malgun Gothic" w:hAnsi="Malgun Gothic" w:eastAsia="Malgun Gothic"/>
                <w:b w:val="0"/>
                <w:sz w:val="13"/>
              </w:rPr>
              <w:t>775</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results/tables/asis_tobe/key_metric_compare.csv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70,604</w:t>
            </w:r>
          </w:p>
        </w:tc>
        <w:tc>
          <w:tcPr>
            <w:tcW w:type="dxa" w:w="1096"/>
            <w:vAlign w:val="center"/>
          </w:tcPr>
          <w:p>
            <w:r/>
            <w:r>
              <w:rPr>
                <w:rFonts w:ascii="Malgun Gothic" w:hAnsi="Malgun Gothic" w:eastAsia="Malgun Gothic"/>
                <w:b w:val="0"/>
                <w:sz w:val="13"/>
              </w:rPr>
              <w:t>313</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f00a5a566e71b2a5</w:t>
            </w:r>
          </w:p>
        </w:tc>
      </w:tr>
      <w:tr>
        <w:trPr>
          <w:cantSplit/>
        </w:trPr>
        <w:tc>
          <w:tcPr>
            <w:tcW w:type="dxa" w:w="1096"/>
            <w:vAlign w:val="center"/>
          </w:tcPr>
          <w:p>
            <w:r/>
            <w:r>
              <w:rPr>
                <w:rFonts w:ascii="Malgun Gothic" w:hAnsi="Malgun Gothic" w:eastAsia="Malgun Gothic"/>
                <w:b w:val="0"/>
                <w:sz w:val="13"/>
              </w:rPr>
              <w:t>776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results/tables/asis_tobe/key_metric_compare_resolved_v169.csv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70,604</w:t>
            </w:r>
          </w:p>
        </w:tc>
        <w:tc>
          <w:tcPr>
            <w:tcW w:type="dxa" w:w="1096"/>
            <w:vAlign w:val="center"/>
          </w:tcPr>
          <w:p>
            <w:r/>
            <w:r>
              <w:rPr>
                <w:rFonts w:ascii="Malgun Gothic" w:hAnsi="Malgun Gothic" w:eastAsia="Malgun Gothic"/>
                <w:b w:val="0"/>
                <w:sz w:val="13"/>
              </w:rPr>
              <w:t>313</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f00a5a566e71b2a5</w:t>
            </w:r>
          </w:p>
        </w:tc>
      </w:tr>
      <w:tr>
        <w:trPr>
          <w:cantSplit/>
        </w:trPr>
        <w:tc>
          <w:tcPr>
            <w:tcW w:type="dxa" w:w="1096"/>
            <w:vAlign w:val="center"/>
          </w:tcPr>
          <w:p>
            <w:r/>
            <w:r>
              <w:rPr>
                <w:rFonts w:ascii="Malgun Gothic" w:hAnsi="Malgun Gothic" w:eastAsia="Malgun Gothic"/>
                <w:b w:val="0"/>
                <w:sz w:val="13"/>
              </w:rPr>
              <w:t>777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results/tables/asis_tobe/strict_original_csv_schema_compare_v169.csv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42,475</w:t>
            </w:r>
          </w:p>
        </w:tc>
        <w:tc>
          <w:tcPr>
            <w:tcW w:type="dxa" w:w="1096"/>
            <w:vAlign w:val="center"/>
          </w:tcPr>
          <w:p>
            <w:r/>
            <w:r>
              <w:rPr>
                <w:rFonts w:ascii="Malgun Gothic" w:hAnsi="Malgun Gothic" w:eastAsia="Malgun Gothic"/>
                <w:b w:val="0"/>
                <w:sz w:val="13"/>
              </w:rPr>
              <w:t>138</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33342f954fc9b304</w:t>
            </w:r>
          </w:p>
        </w:tc>
      </w:tr>
      <w:tr>
        <w:trPr>
          <w:cantSplit/>
        </w:trPr>
        <w:tc>
          <w:tcPr>
            <w:tcW w:type="dxa" w:w="1096"/>
            <w:vAlign w:val="center"/>
          </w:tcPr>
          <w:p>
            <w:r/>
            <w:r>
              <w:rPr>
                <w:rFonts w:ascii="Malgun Gothic" w:hAnsi="Malgun Gothic" w:eastAsia="Malgun Gothic"/>
                <w:b w:val="0"/>
                <w:sz w:val="13"/>
              </w:rPr>
              <w:t>778</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results/tables/asis_tobe/strict_original_key_metric_compare_v169.csv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70,604</w:t>
            </w:r>
          </w:p>
        </w:tc>
        <w:tc>
          <w:tcPr>
            <w:tcW w:type="dxa" w:w="1096"/>
            <w:vAlign w:val="center"/>
          </w:tcPr>
          <w:p>
            <w:r/>
            <w:r>
              <w:rPr>
                <w:rFonts w:ascii="Malgun Gothic" w:hAnsi="Malgun Gothic" w:eastAsia="Malgun Gothic"/>
                <w:b w:val="0"/>
                <w:sz w:val="13"/>
              </w:rPr>
              <w:t>313</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f00a5a566e71b2a5</w:t>
            </w:r>
          </w:p>
        </w:tc>
      </w:tr>
      <w:tr>
        <w:trPr>
          <w:cantSplit/>
        </w:trPr>
        <w:tc>
          <w:tcPr>
            <w:tcW w:type="dxa" w:w="1096"/>
            <w:vAlign w:val="center"/>
          </w:tcPr>
          <w:p>
            <w:r/>
            <w:r>
              <w:rPr>
                <w:rFonts w:ascii="Malgun Gothic" w:hAnsi="Malgun Gothic" w:eastAsia="Malgun Gothic"/>
                <w:b w:val="0"/>
                <w:sz w:val="13"/>
              </w:rPr>
              <w:t>779</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results/tables/future_analysis/additional_research_execution_order.csv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784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e2c8d391acd7cba4</w:t>
            </w:r>
          </w:p>
        </w:tc>
      </w:tr>
      <w:tr>
        <w:trPr>
          <w:cantSplit/>
        </w:trPr>
        <w:tc>
          <w:tcPr>
            <w:tcW w:type="dxa" w:w="1096"/>
            <w:vAlign w:val="center"/>
          </w:tcPr>
          <w:p>
            <w:r/>
            <w:r>
              <w:rPr>
                <w:rFonts w:ascii="Malgun Gothic" w:hAnsi="Malgun Gothic" w:eastAsia="Malgun Gothic"/>
                <w:b w:val="0"/>
                <w:sz w:val="13"/>
              </w:rPr>
              <w:t>780</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results/tables/future_analysis/additional_research_plan.csv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2,828</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68e7dc18471f8ff1</w:t>
            </w:r>
          </w:p>
        </w:tc>
      </w:tr>
      <w:tr>
        <w:trPr>
          <w:cantSplit/>
        </w:trPr>
        <w:tc>
          <w:tcPr>
            <w:tcW w:type="dxa" w:w="1096"/>
            <w:vAlign w:val="center"/>
          </w:tcPr>
          <w:p>
            <w:r/>
            <w:r>
              <w:rPr>
                <w:rFonts w:ascii="Malgun Gothic" w:hAnsi="Malgun Gothic" w:eastAsia="Malgun Gothic"/>
                <w:b w:val="0"/>
                <w:sz w:val="13"/>
              </w:rPr>
              <w:t>781</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results/tables/future_analysis/additional_research_required_data.csv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925</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9199379eaa053c8a</w:t>
            </w:r>
          </w:p>
        </w:tc>
      </w:tr>
      <w:tr>
        <w:trPr>
          <w:cantSplit/>
        </w:trPr>
        <w:tc>
          <w:tcPr>
            <w:tcW w:type="dxa" w:w="1096"/>
            <w:vAlign w:val="center"/>
          </w:tcPr>
          <w:p>
            <w:r/>
            <w:r>
              <w:rPr>
                <w:rFonts w:ascii="Malgun Gothic" w:hAnsi="Malgun Gothic" w:eastAsia="Malgun Gothic"/>
                <w:b w:val="0"/>
                <w:sz w:val="13"/>
              </w:rPr>
              <w:t>782</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results/tables/key_metric_compare.csv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1,239</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8b0e21aa8898a48a</w:t>
            </w:r>
          </w:p>
        </w:tc>
      </w:tr>
      <w:tr>
        <w:trPr>
          <w:cantSplit/>
        </w:trPr>
        <w:tc>
          <w:tcPr>
            <w:tcW w:type="dxa" w:w="1096"/>
            <w:vAlign w:val="center"/>
          </w:tcPr>
          <w:p>
            <w:r/>
            <w:r>
              <w:rPr>
                <w:rFonts w:ascii="Malgun Gothic" w:hAnsi="Malgun Gothic" w:eastAsia="Malgun Gothic"/>
                <w:b w:val="0"/>
                <w:sz w:val="13"/>
              </w:rPr>
              <w:t>783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results/manuscript_text/meeting_0627/meeting_0627_professor_report_n1000_ko.md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3,653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8e2ed0b3fa4cf3b7</w:t>
            </w:r>
          </w:p>
        </w:tc>
      </w:tr>
      <w:tr>
        <w:trPr>
          <w:cantSplit/>
        </w:trPr>
        <w:tc>
          <w:tcPr>
            <w:tcW w:type="dxa" w:w="1096"/>
            <w:vAlign w:val="center"/>
          </w:tcPr>
          <w:p>
            <w:r/>
            <w:r>
              <w:rPr>
                <w:rFonts w:ascii="Malgun Gothic" w:hAnsi="Malgun Gothic" w:eastAsia="Malgun Gothic"/>
                <w:b w:val="0"/>
                <w:sz w:val="13"/>
              </w:rPr>
              <w:t>784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results/manuscript_text/scie_submission/english_manuscript_outline.md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1,569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972aca33ad5138a4</w:t>
            </w:r>
          </w:p>
        </w:tc>
      </w:tr>
      <w:tr>
        <w:trPr>
          <w:cantSplit/>
        </w:trPr>
        <w:tc>
          <w:tcPr>
            <w:tcW w:type="dxa" w:w="1096"/>
            <w:vAlign w:val="center"/>
          </w:tcPr>
          <w:p>
            <w:r/>
            <w:r>
              <w:rPr>
                <w:rFonts w:ascii="Malgun Gothic" w:hAnsi="Malgun Gothic" w:eastAsia="Malgun Gothic"/>
                <w:b w:val="0"/>
                <w:sz w:val="13"/>
              </w:rPr>
              <w:t>785</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results/manuscript_text/scie_submission/scie_action_plan_ko.md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1,409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b4cd7e7a1d716e94</w:t>
            </w:r>
          </w:p>
        </w:tc>
      </w:tr>
      <w:tr>
        <w:trPr>
          <w:cantSplit/>
        </w:trPr>
        <w:tc>
          <w:tcPr>
            <w:tcW w:type="dxa" w:w="1096"/>
            <w:vAlign w:val="center"/>
          </w:tcPr>
          <w:p>
            <w:r/>
            <w:r>
              <w:rPr>
                <w:rFonts w:ascii="Malgun Gothic" w:hAnsi="Malgun Gothic" w:eastAsia="Malgun Gothic"/>
                <w:b w:val="0"/>
                <w:sz w:val="13"/>
              </w:rPr>
              <w:t>786</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results/runtime/scie_submission_readiness_status.json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775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138b1c9de7fd1328</w:t>
            </w:r>
          </w:p>
        </w:tc>
      </w:tr>
      <w:tr>
        <w:trPr>
          <w:cantSplit/>
        </w:trPr>
        <w:tc>
          <w:tcPr>
            <w:tcW w:type="dxa" w:w="1096"/>
            <w:vAlign w:val="center"/>
          </w:tcPr>
          <w:p>
            <w:r/>
            <w:r>
              <w:rPr>
                <w:rFonts w:ascii="Malgun Gothic" w:hAnsi="Malgun Gothic" w:eastAsia="Malgun Gothic"/>
                <w:b w:val="0"/>
                <w:sz w:val="13"/>
              </w:rPr>
              <w:t>787</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results/tables/meeting_0627/additional_research_why_method_direction.csv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2,970</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ad0261aa41ad1a32</w:t>
            </w:r>
          </w:p>
        </w:tc>
      </w:tr>
      <w:tr>
        <w:trPr>
          <w:cantSplit/>
        </w:trPr>
        <w:tc>
          <w:tcPr>
            <w:tcW w:type="dxa" w:w="1096"/>
            <w:vAlign w:val="center"/>
          </w:tcPr>
          <w:p>
            <w:r/>
            <w:r>
              <w:rPr>
                <w:rFonts w:ascii="Malgun Gothic" w:hAnsi="Malgun Gothic" w:eastAsia="Malgun Gothic"/>
                <w:b w:val="0"/>
                <w:sz w:val="13"/>
              </w:rPr>
              <w:t>788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results/tables/meeting_0627/meeting_0627_current_status.csv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235</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48db72e2d12b4620</w:t>
            </w:r>
          </w:p>
        </w:tc>
      </w:tr>
      <w:tr>
        <w:trPr>
          <w:cantSplit/>
        </w:trPr>
        <w:tc>
          <w:tcPr>
            <w:tcW w:type="dxa" w:w="1096"/>
            <w:vAlign w:val="center"/>
          </w:tcPr>
          <w:p>
            <w:r/>
            <w:r>
              <w:rPr>
                <w:rFonts w:ascii="Malgun Gothic" w:hAnsi="Malgun Gothic" w:eastAsia="Malgun Gothic"/>
                <w:b w:val="0"/>
                <w:sz w:val="13"/>
              </w:rPr>
              <w:t>789</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results/tables/meeting_0627/professor_questions_0627.csv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1,176</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1a81fa8f36504bd5</w:t>
            </w:r>
          </w:p>
        </w:tc>
      </w:tr>
      <w:tr>
        <w:trPr>
          <w:cantSplit/>
        </w:trPr>
        <w:tc>
          <w:tcPr>
            <w:tcW w:type="dxa" w:w="1096"/>
            <w:vAlign w:val="center"/>
          </w:tcPr>
          <w:p>
            <w:r/>
            <w:r>
              <w:rPr>
                <w:rFonts w:ascii="Malgun Gothic" w:hAnsi="Malgun Gothic" w:eastAsia="Malgun Gothic"/>
                <w:b w:val="0"/>
                <w:sz w:val="13"/>
              </w:rPr>
              <w:t>790</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results/tables/meeting_0627/why_why_why_structure.csv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1,682</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ca9ee485fd9598e9</w:t>
            </w:r>
          </w:p>
        </w:tc>
      </w:tr>
      <w:tr>
        <w:trPr>
          <w:cantSplit/>
        </w:trPr>
        <w:tc>
          <w:tcPr>
            <w:tcW w:type="dxa" w:w="1096"/>
            <w:vAlign w:val="center"/>
          </w:tcPr>
          <w:p>
            <w:r/>
            <w:r>
              <w:rPr>
                <w:rFonts w:ascii="Malgun Gothic" w:hAnsi="Malgun Gothic" w:eastAsia="Malgun Gothic"/>
                <w:b w:val="0"/>
                <w:sz w:val="13"/>
              </w:rPr>
              <w:t>791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results/tables/scie_submission/scie_readiness_gates.csv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1,237</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0e78db26e84c1229</w:t>
            </w:r>
          </w:p>
        </w:tc>
      </w:tr>
      <w:tr>
        <w:trPr>
          <w:cantSplit/>
        </w:trPr>
        <w:tc>
          <w:tcPr>
            <w:tcW w:type="dxa" w:w="1096"/>
            <w:vAlign w:val="center"/>
          </w:tcPr>
          <w:p>
            <w:r/>
            <w:r>
              <w:rPr>
                <w:rFonts w:ascii="Malgun Gothic" w:hAnsi="Malgun Gothic" w:eastAsia="Malgun Gothic"/>
                <w:b w:val="0"/>
                <w:sz w:val="13"/>
              </w:rPr>
              <w:t>792</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results/tables/submission_readiness_check.csv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2,080</w:t>
            </w:r>
          </w:p>
        </w:tc>
        <w:tc>
          <w:tcPr>
            <w:tcW w:type="dxa" w:w="1096"/>
            <w:vAlign w:val="center"/>
          </w:tcPr>
          <w:p>
            <w:r/>
            <w:r>
              <w:rPr>
                <w:rFonts w:ascii="Malgun Gothic" w:hAnsi="Malgun Gothic" w:eastAsia="Malgun Gothic"/>
                <w:b w:val="0"/>
                <w:sz w:val="13"/>
              </w:rPr>
              <w:t>19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ef7d00b5968e8588</w:t>
            </w:r>
          </w:p>
        </w:tc>
      </w:tr>
      <w:tr>
        <w:trPr>
          <w:cantSplit/>
        </w:trPr>
        <w:tc>
          <w:tcPr>
            <w:tcW w:type="dxa" w:w="1096"/>
            <w:vAlign w:val="center"/>
          </w:tcPr>
          <w:p>
            <w:r/>
            <w:r>
              <w:rPr>
                <w:rFonts w:ascii="Malgun Gothic" w:hAnsi="Malgun Gothic" w:eastAsia="Malgun Gothic"/>
                <w:b w:val="0"/>
                <w:sz w:val="13"/>
              </w:rPr>
              <w:t>793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results/tables/submission_readiness_checklist.csv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2,780</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047e1178763d63e3</w:t>
            </w:r>
          </w:p>
        </w:tc>
      </w:tr>
      <w:tr>
        <w:trPr>
          <w:cantSplit/>
        </w:trPr>
        <w:tc>
          <w:tcPr>
            <w:tcW w:type="dxa" w:w="1096"/>
            <w:vAlign w:val="center"/>
          </w:tcPr>
          <w:p>
            <w:r/>
            <w:r>
              <w:rPr>
                <w:rFonts w:ascii="Malgun Gothic" w:hAnsi="Malgun Gothic" w:eastAsia="Malgun Gothic"/>
                <w:b w:val="0"/>
                <w:sz w:val="13"/>
              </w:rPr>
              <w:t>794</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reports/research_console/speaker_actual_diarization_v181.html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356,039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978565c134d47a5a</w:t>
            </w:r>
          </w:p>
        </w:tc>
      </w:tr>
      <w:tr>
        <w:trPr>
          <w:cantSplit/>
        </w:trPr>
        <w:tc>
          <w:tcPr>
            <w:tcW w:type="dxa" w:w="1096"/>
            <w:vAlign w:val="center"/>
          </w:tcPr>
          <w:p>
            <w:r/>
            <w:r>
              <w:rPr>
                <w:rFonts w:ascii="Malgun Gothic" w:hAnsi="Malgun Gothic" w:eastAsia="Malgun Gothic"/>
                <w:b w:val="0"/>
                <w:sz w:val="13"/>
              </w:rPr>
              <w:t>795</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research_continuity/17_speaker_diarization_v171/speaker_diarization_segments_v171.csv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f6429ba14ddbe1c5</w:t>
            </w:r>
          </w:p>
        </w:tc>
      </w:tr>
      <w:tr>
        <w:trPr>
          <w:cantSplit/>
        </w:trPr>
        <w:tc>
          <w:tcPr>
            <w:tcW w:type="dxa" w:w="1096"/>
            <w:vAlign w:val="center"/>
          </w:tcPr>
          <w:p>
            <w:r/>
            <w:r>
              <w:rPr>
                <w:rFonts w:ascii="Malgun Gothic" w:hAnsi="Malgun Gothic" w:eastAsia="Malgun Gothic"/>
                <w:b w:val="0"/>
                <w:sz w:val="13"/>
              </w:rPr>
              <w:t>796</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research_continuity/20_speaker_oneclick_addon_v173/speaker_diarization_segments_v173_from_v171.csv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f6429ba14ddbe1c5</w:t>
            </w:r>
          </w:p>
        </w:tc>
      </w:tr>
      <w:tr>
        <w:trPr>
          <w:cantSplit/>
        </w:trPr>
        <w:tc>
          <w:tcPr>
            <w:tcW w:type="dxa" w:w="1096"/>
            <w:vAlign w:val="center"/>
          </w:tcPr>
          <w:p>
            <w:r/>
            <w:r>
              <w:rPr>
                <w:rFonts w:ascii="Malgun Gothic" w:hAnsi="Malgun Gothic" w:eastAsia="Malgun Gothic"/>
                <w:b w:val="0"/>
                <w:sz w:val="13"/>
              </w:rPr>
              <w:t>797</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research_continuity/24_speaker_actual_diarization_v176/speaker_acoustic_feature_candidates_v176.csv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25ee7ae3986cda5c</w:t>
            </w:r>
          </w:p>
        </w:tc>
      </w:tr>
      <w:tr>
        <w:trPr>
          <w:cantSplit/>
        </w:trPr>
        <w:tc>
          <w:tcPr>
            <w:tcW w:type="dxa" w:w="1096"/>
            <w:vAlign w:val="center"/>
          </w:tcPr>
          <w:p>
            <w:r/>
            <w:r>
              <w:rPr>
                <w:rFonts w:ascii="Malgun Gothic" w:hAnsi="Malgun Gothic" w:eastAsia="Malgun Gothic"/>
                <w:b w:val="0"/>
                <w:sz w:val="13"/>
              </w:rPr>
              <w:t>798</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research_continuity/24_speaker_actual_diarization_v176/speaker_actual_diarization_flow_v176.html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11,035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38f069ee0b92d06d</w:t>
            </w:r>
          </w:p>
        </w:tc>
      </w:tr>
      <w:tr>
        <w:trPr>
          <w:cantSplit/>
        </w:trPr>
        <w:tc>
          <w:tcPr>
            <w:tcW w:type="dxa" w:w="1096"/>
            <w:vAlign w:val="center"/>
          </w:tcPr>
          <w:p>
            <w:r/>
            <w:r>
              <w:rPr>
                <w:rFonts w:ascii="Malgun Gothic" w:hAnsi="Malgun Gothic" w:eastAsia="Malgun Gothic"/>
                <w:b w:val="0"/>
                <w:sz w:val="13"/>
              </w:rPr>
              <w:t>799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research_continuity/24_speaker_actual_diarization_v176/speaker_actual_diarization_report_v176.md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1,250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b4a4f1370221a0fd</w:t>
            </w:r>
          </w:p>
        </w:tc>
      </w:tr>
      <w:tr>
        <w:trPr>
          <w:cantSplit/>
        </w:trPr>
        <w:tc>
          <w:tcPr>
            <w:tcW w:type="dxa" w:w="1096"/>
            <w:vAlign w:val="center"/>
          </w:tcPr>
          <w:p>
            <w:r/>
            <w:r>
              <w:rPr>
                <w:rFonts w:ascii="Malgun Gothic" w:hAnsi="Malgun Gothic" w:eastAsia="Malgun Gothic"/>
                <w:b w:val="0"/>
                <w:sz w:val="13"/>
              </w:rPr>
              <w:t>800</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research_continuity/24_speaker_actual_diarization_v176/speaker_actual_segments_v176.csv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4eaad9139575fb74</w:t>
            </w:r>
          </w:p>
        </w:tc>
      </w:tr>
    </w:tbl>
    <w:p/>
    <w:p>
      <w:r>
        <w:rPr>
          <w:b/>
        </w:rPr>
        <w:t>부록 표 A-11.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801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research_continuity/24_speaker_actual_diarization_v176/speaker_interaction_categories_v176.csv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1,004</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13ee5d9d6d21707f</w:t>
            </w:r>
          </w:p>
        </w:tc>
      </w:tr>
      <w:tr>
        <w:trPr>
          <w:cantSplit/>
        </w:trPr>
        <w:tc>
          <w:tcPr>
            <w:tcW w:type="dxa" w:w="1096"/>
            <w:vAlign w:val="center"/>
          </w:tcPr>
          <w:p>
            <w:r/>
            <w:r>
              <w:rPr>
                <w:rFonts w:ascii="Malgun Gothic" w:hAnsi="Malgun Gothic" w:eastAsia="Malgun Gothic"/>
                <w:b w:val="0"/>
                <w:sz w:val="13"/>
              </w:rPr>
              <w:t>802</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research_continuity/24_speaker_actual_diarization_v176/speaker_interaction_metrics_v176.csv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25ee7ae3986cda5c</w:t>
            </w:r>
          </w:p>
        </w:tc>
      </w:tr>
      <w:tr>
        <w:trPr>
          <w:cantSplit/>
        </w:trPr>
        <w:tc>
          <w:tcPr>
            <w:tcW w:type="dxa" w:w="1096"/>
            <w:vAlign w:val="center"/>
          </w:tcPr>
          <w:p>
            <w:r/>
            <w:r>
              <w:rPr>
                <w:rFonts w:ascii="Malgun Gothic" w:hAnsi="Malgun Gothic" w:eastAsia="Malgun Gothic"/>
                <w:b w:val="0"/>
                <w:sz w:val="13"/>
              </w:rPr>
              <w:t>803</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research_continuity/24_speaker_actual_diarization_v176/speaker_interaction_readiness_v176.csv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25ee7ae3986cda5c</w:t>
            </w:r>
          </w:p>
        </w:tc>
      </w:tr>
      <w:tr>
        <w:trPr>
          <w:cantSplit/>
        </w:trPr>
        <w:tc>
          <w:tcPr>
            <w:tcW w:type="dxa" w:w="1096"/>
            <w:vAlign w:val="center"/>
          </w:tcPr>
          <w:p>
            <w:r/>
            <w:r>
              <w:rPr>
                <w:rFonts w:ascii="Malgun Gothic" w:hAnsi="Malgun Gothic" w:eastAsia="Malgun Gothic"/>
                <w:b w:val="0"/>
                <w:sz w:val="13"/>
              </w:rPr>
              <w:t>804</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research_continuity/24_speaker_actual_diarization_v176/speaker_role_mapping_template_v176.csv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28ff32d8f1d05316</w:t>
            </w:r>
          </w:p>
        </w:tc>
      </w:tr>
      <w:tr>
        <w:trPr>
          <w:cantSplit/>
        </w:trPr>
        <w:tc>
          <w:tcPr>
            <w:tcW w:type="dxa" w:w="1096"/>
            <w:vAlign w:val="center"/>
          </w:tcPr>
          <w:p>
            <w:r/>
            <w:r>
              <w:rPr>
                <w:rFonts w:ascii="Malgun Gothic" w:hAnsi="Malgun Gothic" w:eastAsia="Malgun Gothic"/>
                <w:b w:val="0"/>
                <w:sz w:val="13"/>
              </w:rPr>
              <w:t>805</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research_continuity/24_speaker_actual_diarization_v176/speaker_split_audio_manifest_v176.csv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10cae8b142a32be1</w:t>
            </w:r>
          </w:p>
        </w:tc>
      </w:tr>
      <w:tr>
        <w:trPr>
          <w:cantSplit/>
        </w:trPr>
        <w:tc>
          <w:tcPr>
            <w:tcW w:type="dxa" w:w="1096"/>
            <w:vAlign w:val="center"/>
          </w:tcPr>
          <w:p>
            <w:r/>
            <w:r>
              <w:rPr>
                <w:rFonts w:ascii="Malgun Gothic" w:hAnsi="Malgun Gothic" w:eastAsia="Malgun Gothic"/>
                <w:b w:val="0"/>
                <w:sz w:val="13"/>
              </w:rPr>
              <w:t>806</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research_continuity/24_speaker_actual_diarization_v176/speaker_tobe_audio_discovery_v179.csv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4,746</w:t>
            </w:r>
          </w:p>
        </w:tc>
        <w:tc>
          <w:tcPr>
            <w:tcW w:type="dxa" w:w="1096"/>
            <w:vAlign w:val="center"/>
          </w:tcPr>
          <w:p>
            <w:r/>
            <w:r>
              <w:rPr>
                <w:rFonts w:ascii="Malgun Gothic" w:hAnsi="Malgun Gothic" w:eastAsia="Malgun Gothic"/>
                <w:b w:val="0"/>
                <w:sz w:val="13"/>
              </w:rPr>
              <w:t>44</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e7d43aa77bf9feb3</w:t>
            </w:r>
          </w:p>
        </w:tc>
      </w:tr>
      <w:tr>
        <w:trPr>
          <w:cantSplit/>
        </w:trPr>
        <w:tc>
          <w:tcPr>
            <w:tcW w:type="dxa" w:w="1096"/>
            <w:vAlign w:val="center"/>
          </w:tcPr>
          <w:p>
            <w:r/>
            <w:r>
              <w:rPr>
                <w:rFonts w:ascii="Malgun Gothic" w:hAnsi="Malgun Gothic" w:eastAsia="Malgun Gothic"/>
                <w:b w:val="0"/>
                <w:sz w:val="13"/>
              </w:rPr>
              <w:t>807</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research_continuity/24_speaker_actual_diarization_v176/speaker_tobe_audio_files_v179.csv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8ca658469ef93572</w:t>
            </w:r>
          </w:p>
        </w:tc>
      </w:tr>
      <w:tr>
        <w:trPr>
          <w:cantSplit/>
        </w:trPr>
        <w:tc>
          <w:tcPr>
            <w:tcW w:type="dxa" w:w="1096"/>
            <w:vAlign w:val="center"/>
          </w:tcPr>
          <w:p>
            <w:r/>
            <w:r>
              <w:rPr>
                <w:rFonts w:ascii="Malgun Gothic" w:hAnsi="Malgun Gothic" w:eastAsia="Malgun Gothic"/>
                <w:b w:val="0"/>
                <w:sz w:val="13"/>
              </w:rPr>
              <w:t>808</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research_continuity/24_speaker_actual_diarization_v181/speaker_actual_diarization_progress_v187.json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287</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aafb841564153491</w:t>
            </w:r>
          </w:p>
        </w:tc>
      </w:tr>
      <w:tr>
        <w:trPr>
          <w:cantSplit/>
        </w:trPr>
        <w:tc>
          <w:tcPr>
            <w:tcW w:type="dxa" w:w="1096"/>
            <w:vAlign w:val="center"/>
          </w:tcPr>
          <w:p>
            <w:r/>
            <w:r>
              <w:rPr>
                <w:rFonts w:ascii="Malgun Gothic" w:hAnsi="Malgun Gothic" w:eastAsia="Malgun Gothic"/>
                <w:b w:val="0"/>
                <w:sz w:val="13"/>
              </w:rPr>
              <w:t>809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research_continuity/24_speaker_actual_diarization_v181/speaker_actual_diarization_truth_v191.json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5,233</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35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3b575308c04de576</w:t>
            </w:r>
          </w:p>
        </w:tc>
      </w:tr>
      <w:tr>
        <w:trPr>
          <w:cantSplit/>
        </w:trPr>
        <w:tc>
          <w:tcPr>
            <w:tcW w:type="dxa" w:w="1096"/>
            <w:vAlign w:val="center"/>
          </w:tcPr>
          <w:p>
            <w:r/>
            <w:r>
              <w:rPr>
                <w:rFonts w:ascii="Malgun Gothic" w:hAnsi="Malgun Gothic" w:eastAsia="Malgun Gothic"/>
                <w:b w:val="0"/>
                <w:sz w:val="13"/>
              </w:rPr>
              <w:t>810</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research_continuity/24_speaker_actual_diarization_v181/speaker_actual_segments_partial_v187.csv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6,238,870</w:t>
            </w:r>
          </w:p>
        </w:tc>
        <w:tc>
          <w:tcPr>
            <w:tcW w:type="dxa" w:w="1096"/>
            <w:vAlign w:val="center"/>
          </w:tcPr>
          <w:p>
            <w:r/>
            <w:r>
              <w:rPr>
                <w:rFonts w:ascii="Malgun Gothic" w:hAnsi="Malgun Gothic" w:eastAsia="Malgun Gothic"/>
                <w:b w:val="0"/>
                <w:sz w:val="13"/>
              </w:rPr>
              <w:t>57,619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b69544cefd54282d</w:t>
            </w:r>
          </w:p>
        </w:tc>
      </w:tr>
      <w:tr>
        <w:trPr>
          <w:cantSplit/>
        </w:trPr>
        <w:tc>
          <w:tcPr>
            <w:tcW w:type="dxa" w:w="1096"/>
            <w:vAlign w:val="center"/>
          </w:tcPr>
          <w:p>
            <w:r/>
            <w:r>
              <w:rPr>
                <w:rFonts w:ascii="Malgun Gothic" w:hAnsi="Malgun Gothic" w:eastAsia="Malgun Gothic"/>
                <w:b w:val="0"/>
                <w:sz w:val="13"/>
              </w:rPr>
              <w:t>811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research_continuity/24_speaker_actual_diarization_v181/speaker_actual_segments_v181.csv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6,238,870</w:t>
            </w:r>
          </w:p>
        </w:tc>
        <w:tc>
          <w:tcPr>
            <w:tcW w:type="dxa" w:w="1096"/>
            <w:vAlign w:val="center"/>
          </w:tcPr>
          <w:p>
            <w:r/>
            <w:r>
              <w:rPr>
                <w:rFonts w:ascii="Malgun Gothic" w:hAnsi="Malgun Gothic" w:eastAsia="Malgun Gothic"/>
                <w:b w:val="0"/>
                <w:sz w:val="13"/>
              </w:rPr>
              <w:t>57,619</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b69544cefd54282d</w:t>
            </w:r>
          </w:p>
        </w:tc>
      </w:tr>
      <w:tr>
        <w:trPr>
          <w:cantSplit/>
        </w:trPr>
        <w:tc>
          <w:tcPr>
            <w:tcW w:type="dxa" w:w="1096"/>
            <w:vAlign w:val="center"/>
          </w:tcPr>
          <w:p>
            <w:r/>
            <w:r>
              <w:rPr>
                <w:rFonts w:ascii="Malgun Gothic" w:hAnsi="Malgun Gothic" w:eastAsia="Malgun Gothic"/>
                <w:b w:val="0"/>
                <w:sz w:val="13"/>
              </w:rPr>
              <w:t>812</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research_continuity/24_speaker_actual_diarization_v181/speaker_tobe_audio_discovery_v181.csv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ed01d4785a9934a6</w:t>
            </w:r>
          </w:p>
        </w:tc>
      </w:tr>
      <w:tr>
        <w:trPr>
          <w:cantSplit/>
        </w:trPr>
        <w:tc>
          <w:tcPr>
            <w:tcW w:type="dxa" w:w="1096"/>
            <w:vAlign w:val="center"/>
          </w:tcPr>
          <w:p>
            <w:r/>
            <w:r>
              <w:rPr>
                <w:rFonts w:ascii="Malgun Gothic" w:hAnsi="Malgun Gothic" w:eastAsia="Malgun Gothic"/>
                <w:b w:val="0"/>
                <w:sz w:val="13"/>
              </w:rPr>
              <w:t>813</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research_continuity/24_speaker_actual_diarization_v181/speaker_tobe_audio_files_display_v199.csv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59,603</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1f9c59907c7628e2</w:t>
            </w:r>
          </w:p>
        </w:tc>
      </w:tr>
      <w:tr>
        <w:trPr>
          <w:cantSplit/>
        </w:trPr>
        <w:tc>
          <w:tcPr>
            <w:tcW w:type="dxa" w:w="1096"/>
            <w:vAlign w:val="center"/>
          </w:tcPr>
          <w:p>
            <w:r/>
            <w:r>
              <w:rPr>
                <w:rFonts w:ascii="Malgun Gothic" w:hAnsi="Malgun Gothic" w:eastAsia="Malgun Gothic"/>
                <w:b w:val="0"/>
                <w:sz w:val="13"/>
              </w:rPr>
              <w:t>814</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research_continuity/24_speaker_actual_diarization_v181/speaker_tobe_audio_files_v181.csv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81,938</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935d8ad0ef787089</w:t>
            </w:r>
          </w:p>
        </w:tc>
      </w:tr>
      <w:tr>
        <w:trPr>
          <w:cantSplit/>
        </w:trPr>
        <w:tc>
          <w:tcPr>
            <w:tcW w:type="dxa" w:w="1096"/>
            <w:vAlign w:val="center"/>
          </w:tcPr>
          <w:p>
            <w:r/>
            <w:r>
              <w:rPr>
                <w:rFonts w:ascii="Malgun Gothic" w:hAnsi="Malgun Gothic" w:eastAsia="Malgun Gothic"/>
                <w:b w:val="0"/>
                <w:sz w:val="13"/>
              </w:rPr>
              <w:t>815</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reports/research_console/customer_agent_interaction_v182.html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154,054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f61cfa3fc29911fb</w:t>
            </w:r>
          </w:p>
        </w:tc>
      </w:tr>
      <w:tr>
        <w:trPr>
          <w:cantSplit/>
        </w:trPr>
        <w:tc>
          <w:tcPr>
            <w:tcW w:type="dxa" w:w="1096"/>
            <w:vAlign w:val="center"/>
          </w:tcPr>
          <w:p>
            <w:r/>
            <w:r>
              <w:rPr>
                <w:rFonts w:ascii="Malgun Gothic" w:hAnsi="Malgun Gothic" w:eastAsia="Malgun Gothic"/>
                <w:b w:val="0"/>
                <w:sz w:val="13"/>
              </w:rPr>
              <w:t>816</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research_continuity/25_customer_agent_interaction_v182/agent_candidate_segments_v182.csv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3,398,444</w:t>
            </w:r>
          </w:p>
        </w:tc>
        <w:tc>
          <w:tcPr>
            <w:tcW w:type="dxa" w:w="1096"/>
            <w:vAlign w:val="center"/>
          </w:tcPr>
          <w:p>
            <w:r/>
            <w:r>
              <w:rPr>
                <w:rFonts w:ascii="Malgun Gothic" w:hAnsi="Malgun Gothic" w:eastAsia="Malgun Gothic"/>
                <w:b w:val="0"/>
                <w:sz w:val="13"/>
              </w:rPr>
              <w:t>28,233</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febc257e556eaa40</w:t>
            </w:r>
          </w:p>
        </w:tc>
      </w:tr>
      <w:tr>
        <w:trPr>
          <w:cantSplit/>
        </w:trPr>
        <w:tc>
          <w:tcPr>
            <w:tcW w:type="dxa" w:w="1096"/>
            <w:vAlign w:val="center"/>
          </w:tcPr>
          <w:p>
            <w:r/>
            <w:r>
              <w:rPr>
                <w:rFonts w:ascii="Malgun Gothic" w:hAnsi="Malgun Gothic" w:eastAsia="Malgun Gothic"/>
                <w:b w:val="0"/>
                <w:sz w:val="13"/>
              </w:rPr>
              <w:t>817</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research_continuity/25_customer_agent_interaction_v182/customer_candidate_segments_v182.csv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3,626,715</w:t>
            </w:r>
          </w:p>
        </w:tc>
        <w:tc>
          <w:tcPr>
            <w:tcW w:type="dxa" w:w="1096"/>
            <w:vAlign w:val="center"/>
          </w:tcPr>
          <w:p>
            <w:r/>
            <w:r>
              <w:rPr>
                <w:rFonts w:ascii="Malgun Gothic" w:hAnsi="Malgun Gothic" w:eastAsia="Malgun Gothic"/>
                <w:b w:val="0"/>
                <w:sz w:val="13"/>
              </w:rPr>
              <w:t>29,386</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f6144132510cae08</w:t>
            </w:r>
          </w:p>
        </w:tc>
      </w:tr>
      <w:tr>
        <w:trPr>
          <w:cantSplit/>
        </w:trPr>
        <w:tc>
          <w:tcPr>
            <w:tcW w:type="dxa" w:w="1096"/>
            <w:vAlign w:val="center"/>
          </w:tcPr>
          <w:p>
            <w:r/>
            <w:r>
              <w:rPr>
                <w:rFonts w:ascii="Malgun Gothic" w:hAnsi="Malgun Gothic" w:eastAsia="Malgun Gothic"/>
                <w:b w:val="0"/>
                <w:sz w:val="13"/>
              </w:rPr>
              <w:t>818</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research_continuity/25_customer_agent_interaction_v182/other_speaker_segments_v182.csv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f01a374e9c81e3db</w:t>
            </w:r>
          </w:p>
        </w:tc>
      </w:tr>
      <w:tr>
        <w:trPr>
          <w:cantSplit/>
        </w:trPr>
        <w:tc>
          <w:tcPr>
            <w:tcW w:type="dxa" w:w="1096"/>
            <w:vAlign w:val="center"/>
          </w:tcPr>
          <w:p>
            <w:r/>
            <w:r>
              <w:rPr>
                <w:rFonts w:ascii="Malgun Gothic" w:hAnsi="Malgun Gothic" w:eastAsia="Malgun Gothic"/>
                <w:b w:val="0"/>
                <w:sz w:val="13"/>
              </w:rPr>
              <w:t>819</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research_continuity/25_customer_agent_interaction_v182/speaker0_customer_candidate_call_records_1000_v194.csv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240,558</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c3095fd5ede9b08d</w:t>
            </w:r>
          </w:p>
        </w:tc>
      </w:tr>
      <w:tr>
        <w:trPr>
          <w:cantSplit/>
        </w:trPr>
        <w:tc>
          <w:tcPr>
            <w:tcW w:type="dxa" w:w="1096"/>
            <w:vAlign w:val="center"/>
          </w:tcPr>
          <w:p>
            <w:r/>
            <w:r>
              <w:rPr>
                <w:rFonts w:ascii="Malgun Gothic" w:hAnsi="Malgun Gothic" w:eastAsia="Malgun Gothic"/>
                <w:b w:val="0"/>
                <w:sz w:val="13"/>
              </w:rPr>
              <w:t>820</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research_continuity/25_customer_agent_interaction_v182/speaker0_to_speaker1_response_pairs_v182.csv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3,701,887</w:t>
            </w:r>
          </w:p>
        </w:tc>
        <w:tc>
          <w:tcPr>
            <w:tcW w:type="dxa" w:w="1096"/>
            <w:vAlign w:val="center"/>
          </w:tcPr>
          <w:p>
            <w:r/>
            <w:r>
              <w:rPr>
                <w:rFonts w:ascii="Malgun Gothic" w:hAnsi="Malgun Gothic" w:eastAsia="Malgun Gothic"/>
                <w:b w:val="0"/>
                <w:sz w:val="13"/>
              </w:rPr>
              <w:t>28,149</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9408b98bda75e95b</w:t>
            </w:r>
          </w:p>
        </w:tc>
      </w:tr>
      <w:tr>
        <w:trPr>
          <w:cantSplit/>
        </w:trPr>
        <w:tc>
          <w:tcPr>
            <w:tcW w:type="dxa" w:w="1096"/>
            <w:vAlign w:val="center"/>
          </w:tcPr>
          <w:p>
            <w:r/>
            <w:r>
              <w:rPr>
                <w:rFonts w:ascii="Malgun Gothic" w:hAnsi="Malgun Gothic" w:eastAsia="Malgun Gothic"/>
                <w:b w:val="0"/>
                <w:sz w:val="13"/>
              </w:rPr>
              <w:t>821</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research_continuity/25_customer_agent_interaction_v182/speaker1_agent_candidate_call_records_1000_v194.csv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240,825</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2749f2841947e40f</w:t>
            </w:r>
          </w:p>
        </w:tc>
      </w:tr>
      <w:tr>
        <w:trPr>
          <w:cantSplit/>
        </w:trPr>
        <w:tc>
          <w:tcPr>
            <w:tcW w:type="dxa" w:w="1096"/>
            <w:vAlign w:val="center"/>
          </w:tcPr>
          <w:p>
            <w:r/>
            <w:r>
              <w:rPr>
                <w:rFonts w:ascii="Malgun Gothic" w:hAnsi="Malgun Gothic" w:eastAsia="Malgun Gothic"/>
                <w:b w:val="0"/>
                <w:sz w:val="13"/>
              </w:rPr>
              <w:t>822</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research_continuity/25_customer_agent_interaction_v182/speaker_customer_agent_call_wide_v182.csv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100,827</w:t>
            </w:r>
          </w:p>
        </w:tc>
        <w:tc>
          <w:tcPr>
            <w:tcW w:type="dxa" w:w="1096"/>
            <w:vAlign w:val="center"/>
          </w:tcPr>
          <w:p>
            <w:r/>
            <w:r>
              <w:rPr>
                <w:rFonts w:ascii="Malgun Gothic" w:hAnsi="Malgun Gothic" w:eastAsia="Malgun Gothic"/>
                <w:b w:val="0"/>
                <w:sz w:val="13"/>
              </w:rPr>
              <w:t>1,000</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983af00daab17b8a</w:t>
            </w:r>
          </w:p>
        </w:tc>
      </w:tr>
      <w:tr>
        <w:trPr>
          <w:cantSplit/>
        </w:trPr>
        <w:tc>
          <w:tcPr>
            <w:tcW w:type="dxa" w:w="1096"/>
            <w:vAlign w:val="center"/>
          </w:tcPr>
          <w:p>
            <w:r/>
            <w:r>
              <w:rPr>
                <w:rFonts w:ascii="Malgun Gothic" w:hAnsi="Malgun Gothic" w:eastAsia="Malgun Gothic"/>
                <w:b w:val="0"/>
                <w:sz w:val="13"/>
              </w:rPr>
              <w:t>823</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research_continuity/25_customer_agent_interaction_v182/speaker_role_mapping_template_v182.csv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378,078</w:t>
            </w:r>
          </w:p>
        </w:tc>
        <w:tc>
          <w:tcPr>
            <w:tcW w:type="dxa" w:w="1096"/>
            <w:vAlign w:val="center"/>
          </w:tcPr>
          <w:p>
            <w:r/>
            <w:r>
              <w:rPr>
                <w:rFonts w:ascii="Malgun Gothic" w:hAnsi="Malgun Gothic" w:eastAsia="Malgun Gothic"/>
                <w:b w:val="0"/>
                <w:sz w:val="13"/>
              </w:rPr>
              <w:t>2,000</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2e93b0c2c4d5abf7</w:t>
            </w:r>
          </w:p>
        </w:tc>
      </w:tr>
      <w:tr>
        <w:trPr>
          <w:cantSplit/>
        </w:trPr>
        <w:tc>
          <w:tcPr>
            <w:tcW w:type="dxa" w:w="1096"/>
            <w:vAlign w:val="center"/>
          </w:tcPr>
          <w:p>
            <w:r/>
            <w:r>
              <w:rPr>
                <w:rFonts w:ascii="Malgun Gothic" w:hAnsi="Malgun Gothic" w:eastAsia="Malgun Gothic"/>
                <w:b w:val="0"/>
                <w:sz w:val="13"/>
              </w:rPr>
              <w:t>824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research_continuity/25_customer_agent_interaction_v182/speaker_side_candidate_records_2000_v194.csv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481,116</w:t>
            </w:r>
          </w:p>
        </w:tc>
        <w:tc>
          <w:tcPr>
            <w:tcW w:type="dxa" w:w="1096"/>
            <w:vAlign w:val="center"/>
          </w:tcPr>
          <w:p>
            <w:r/>
            <w:r>
              <w:rPr>
                <w:rFonts w:ascii="Malgun Gothic" w:hAnsi="Malgun Gothic" w:eastAsia="Malgun Gothic"/>
                <w:b w:val="0"/>
                <w:sz w:val="13"/>
              </w:rPr>
              <w:t>2,000</w:t>
            </w:r>
          </w:p>
        </w:tc>
        <w:tc>
          <w:tcPr>
            <w:tcW w:type="dxa" w:w="1096"/>
            <w:vAlign w:val="center"/>
          </w:tcPr>
          <w:p>
            <w:r/>
            <w:r>
              <w:rPr>
                <w:rFonts w:ascii="Malgun Gothic" w:hAnsi="Malgun Gothic" w:eastAsia="Malgun Gothic"/>
                <w:b w:val="0"/>
                <w:sz w:val="13"/>
              </w:rPr>
              <w:t>17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64880690ea33c6d1</w:t>
            </w:r>
          </w:p>
        </w:tc>
      </w:tr>
      <w:tr>
        <w:trPr>
          <w:cantSplit/>
        </w:trPr>
        <w:tc>
          <w:tcPr>
            <w:tcW w:type="dxa" w:w="1096"/>
            <w:vAlign w:val="center"/>
          </w:tcPr>
          <w:p>
            <w:r/>
            <w:r>
              <w:rPr>
                <w:rFonts w:ascii="Malgun Gothic" w:hAnsi="Malgun Gothic" w:eastAsia="Malgun Gothic"/>
                <w:b w:val="0"/>
                <w:sz w:val="13"/>
              </w:rPr>
              <w:t>825</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research_continuity/26_speaker_level_stress_interaction_v201/speaker_interaction_types_v201.csv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88,831</w:t>
            </w:r>
          </w:p>
        </w:tc>
        <w:tc>
          <w:tcPr>
            <w:tcW w:type="dxa" w:w="1096"/>
            <w:vAlign w:val="center"/>
          </w:tcPr>
          <w:p>
            <w:r/>
            <w:r>
              <w:rPr>
                <w:rFonts w:ascii="Malgun Gothic" w:hAnsi="Malgun Gothic" w:eastAsia="Malgun Gothic"/>
                <w:b w:val="0"/>
                <w:sz w:val="13"/>
              </w:rPr>
              <w:t>1,004</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dade3a6dfbaa603f</w:t>
            </w:r>
          </w:p>
        </w:tc>
      </w:tr>
      <w:tr>
        <w:trPr>
          <w:cantSplit/>
        </w:trPr>
        <w:tc>
          <w:tcPr>
            <w:tcW w:type="dxa" w:w="1096"/>
            <w:vAlign w:val="center"/>
          </w:tcPr>
          <w:p>
            <w:r/>
            <w:r>
              <w:rPr>
                <w:rFonts w:ascii="Malgun Gothic" w:hAnsi="Malgun Gothic" w:eastAsia="Malgun Gothic"/>
                <w:b w:val="0"/>
                <w:sz w:val="13"/>
              </w:rPr>
              <w:t>826</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t>research_continuity/26_speaker_level_stress_interaction_v201/speaker_sequential_association_v201.csv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1,314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5dc11aa99d6e798f</w:t>
            </w:r>
          </w:p>
        </w:tc>
      </w:tr>
      <w:tr>
        <w:trPr>
          <w:cantSplit/>
        </w:trPr>
        <w:tc>
          <w:tcPr>
            <w:tcW w:type="dxa" w:w="1096"/>
            <w:vAlign w:val="center"/>
          </w:tcPr>
          <w:p>
            <w:r/>
            <w:r>
              <w:rPr>
                <w:rFonts w:ascii="Malgun Gothic" w:hAnsi="Malgun Gothic" w:eastAsia="Malgun Gothic"/>
                <w:b w:val="0"/>
                <w:sz w:val="13"/>
              </w:rPr>
              <w:t>827</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reports/research_console/tiis_extension_tables_v201.html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11,465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f7332839d30d2e76</w:t>
            </w:r>
          </w:p>
        </w:tc>
      </w:tr>
      <w:tr>
        <w:trPr>
          <w:cantSplit/>
        </w:trPr>
        <w:tc>
          <w:tcPr>
            <w:tcW w:type="dxa" w:w="1096"/>
            <w:vAlign w:val="center"/>
          </w:tcPr>
          <w:p>
            <w:r/>
            <w:r>
              <w:rPr>
                <w:rFonts w:ascii="Malgun Gothic" w:hAnsi="Malgun Gothic" w:eastAsia="Malgun Gothic"/>
                <w:b w:val="0"/>
                <w:sz w:val="13"/>
              </w:rPr>
              <w:t>828</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research_continuity/27_tiis_extension_tables_v201/table3_speaker_level_descriptive_statistics_v201.csv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768</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507ac27b3df0f263</w:t>
            </w:r>
          </w:p>
        </w:tc>
      </w:tr>
      <w:tr>
        <w:trPr>
          <w:cantSplit/>
        </w:trPr>
        <w:tc>
          <w:tcPr>
            <w:tcW w:type="dxa" w:w="1096"/>
            <w:vAlign w:val="center"/>
          </w:tcPr>
          <w:p>
            <w:r/>
            <w:r>
              <w:rPr>
                <w:rFonts w:ascii="Malgun Gothic" w:hAnsi="Malgun Gothic" w:eastAsia="Malgun Gothic"/>
                <w:b w:val="0"/>
                <w:sz w:val="13"/>
              </w:rPr>
              <w:t>829</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research_continuity/27_tiis_extension_tables_v201/table4_sequential_association_results_v201.csv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1,314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5dc11aa99d6e798f</w:t>
            </w:r>
          </w:p>
        </w:tc>
      </w:tr>
      <w:tr>
        <w:trPr>
          <w:cantSplit/>
        </w:trPr>
        <w:tc>
          <w:tcPr>
            <w:tcW w:type="dxa" w:w="1096"/>
            <w:vAlign w:val="center"/>
          </w:tcPr>
          <w:p>
            <w:r/>
            <w:r>
              <w:rPr>
                <w:rFonts w:ascii="Malgun Gothic" w:hAnsi="Malgun Gothic" w:eastAsia="Malgun Gothic"/>
                <w:b w:val="0"/>
                <w:sz w:val="13"/>
              </w:rPr>
              <w:t>830</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research_continuity/27_tiis_extension_tables_v201/table5_high_stress_segment_analysis_v201.csv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359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556b83db53938c07</w:t>
            </w:r>
          </w:p>
        </w:tc>
      </w:tr>
      <w:tr>
        <w:trPr>
          <w:cantSplit/>
        </w:trPr>
        <w:tc>
          <w:tcPr>
            <w:tcW w:type="dxa" w:w="1096"/>
            <w:vAlign w:val="center"/>
          </w:tcPr>
          <w:p>
            <w:r/>
            <w:r>
              <w:rPr>
                <w:rFonts w:ascii="Malgun Gothic" w:hAnsi="Malgun Gothic" w:eastAsia="Malgun Gothic"/>
                <w:b w:val="0"/>
                <w:sz w:val="13"/>
              </w:rPr>
              <w:t>831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research_continuity/27_tiis_extension_tables_v201/table6_paper_use_policy_v201.csv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501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d8d110196831f3f2</w:t>
            </w:r>
          </w:p>
        </w:tc>
      </w:tr>
      <w:tr>
        <w:trPr>
          <w:cantSplit/>
        </w:trPr>
        <w:tc>
          <w:tcPr>
            <w:tcW w:type="dxa" w:w="1096"/>
            <w:vAlign w:val="center"/>
          </w:tcPr>
          <w:p>
            <w:r/>
            <w:r>
              <w:rPr>
                <w:rFonts w:ascii="Malgun Gothic" w:hAnsi="Malgun Gothic" w:eastAsia="Malgun Gothic"/>
                <w:b w:val="0"/>
                <w:sz w:val="13"/>
              </w:rPr>
              <w:t>832</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research_continuity/27_tiis_extension_tables_v201/tiis_extension_tables_v201.md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4,819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0a75a0bb61e81511</w:t>
            </w:r>
          </w:p>
        </w:tc>
      </w:tr>
      <w:tr>
        <w:trPr>
          <w:cantSplit/>
        </w:trPr>
        <w:tc>
          <w:tcPr>
            <w:tcW w:type="dxa" w:w="1096"/>
            <w:vAlign w:val="center"/>
          </w:tcPr>
          <w:p>
            <w:r/>
            <w:r>
              <w:rPr>
                <w:rFonts w:ascii="Malgun Gothic" w:hAnsi="Malgun Gothic" w:eastAsia="Malgun Gothic"/>
                <w:b w:val="0"/>
                <w:sz w:val="13"/>
              </w:rPr>
              <w:t>833</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results/tables/applied_sciences_required_sections.csv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1,092</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30a143c33072b18c</w:t>
            </w:r>
          </w:p>
        </w:tc>
      </w:tr>
      <w:tr>
        <w:trPr>
          <w:cantSplit/>
        </w:trPr>
        <w:tc>
          <w:tcPr>
            <w:tcW w:type="dxa" w:w="1096"/>
            <w:vAlign w:val="center"/>
          </w:tcPr>
          <w:p>
            <w:r/>
            <w:r>
              <w:rPr>
                <w:rFonts w:ascii="Malgun Gothic" w:hAnsi="Malgun Gothic" w:eastAsia="Malgun Gothic"/>
                <w:b w:val="0"/>
                <w:sz w:val="13"/>
              </w:rPr>
              <w:t>834</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results/tables/coach/today_task_plan.csv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677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7115974f7e92c546</w:t>
            </w:r>
          </w:p>
        </w:tc>
      </w:tr>
      <w:tr>
        <w:trPr>
          <w:cantSplit/>
        </w:trPr>
        <w:tc>
          <w:tcPr>
            <w:tcW w:type="dxa" w:w="1096"/>
            <w:vAlign w:val="center"/>
          </w:tcPr>
          <w:p>
            <w:r/>
            <w:r>
              <w:rPr>
                <w:rFonts w:ascii="Malgun Gothic" w:hAnsi="Malgun Gothic" w:eastAsia="Malgun Gothic"/>
                <w:b w:val="0"/>
                <w:sz w:val="13"/>
              </w:rPr>
              <w:t>835</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results/tables/complete_report_checklist.csv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3,823</w:t>
            </w:r>
          </w:p>
        </w:tc>
        <w:tc>
          <w:tcPr>
            <w:tcW w:type="dxa" w:w="1096"/>
            <w:vAlign w:val="center"/>
          </w:tcPr>
          <w:p>
            <w:r/>
            <w:r>
              <w:rPr>
                <w:rFonts w:ascii="Malgun Gothic" w:hAnsi="Malgun Gothic" w:eastAsia="Malgun Gothic"/>
                <w:b w:val="0"/>
                <w:sz w:val="13"/>
              </w:rPr>
              <w:t>34</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a2c805a3ad593cb5</w:t>
            </w:r>
          </w:p>
        </w:tc>
      </w:tr>
      <w:tr>
        <w:trPr>
          <w:cantSplit/>
        </w:trPr>
        <w:tc>
          <w:tcPr>
            <w:tcW w:type="dxa" w:w="1096"/>
            <w:vAlign w:val="center"/>
          </w:tcPr>
          <w:p>
            <w:r/>
            <w:r>
              <w:rPr>
                <w:rFonts w:ascii="Malgun Gothic" w:hAnsi="Malgun Gothic" w:eastAsia="Malgun Gothic"/>
                <w:b w:val="0"/>
                <w:sz w:val="13"/>
              </w:rPr>
              <w:t>836</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results/tables/descriptive_statistics.csv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693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a61c275cfc90cd91</w:t>
            </w:r>
          </w:p>
        </w:tc>
      </w:tr>
      <w:tr>
        <w:trPr>
          <w:cantSplit/>
        </w:trPr>
        <w:tc>
          <w:tcPr>
            <w:tcW w:type="dxa" w:w="1096"/>
            <w:vAlign w:val="center"/>
          </w:tcPr>
          <w:p>
            <w:r/>
            <w:r>
              <w:rPr>
                <w:rFonts w:ascii="Malgun Gothic" w:hAnsi="Malgun Gothic" w:eastAsia="Malgun Gothic"/>
                <w:b w:val="0"/>
                <w:sz w:val="13"/>
              </w:rPr>
              <w:t>837</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results/tables/discriminant_details.csv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139</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28074ded732def7e</w:t>
            </w:r>
          </w:p>
        </w:tc>
      </w:tr>
      <w:tr>
        <w:trPr>
          <w:cantSplit/>
        </w:trPr>
        <w:tc>
          <w:tcPr>
            <w:tcW w:type="dxa" w:w="1096"/>
            <w:vAlign w:val="center"/>
          </w:tcPr>
          <w:p>
            <w:r/>
            <w:r>
              <w:rPr>
                <w:rFonts w:ascii="Malgun Gothic" w:hAnsi="Malgun Gothic" w:eastAsia="Malgun Gothic"/>
                <w:b w:val="0"/>
                <w:sz w:val="13"/>
              </w:rPr>
              <w:t>838</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results/tables/feature_descriptive_statistics.csv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571</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9a809a9b03377471</w:t>
            </w:r>
          </w:p>
        </w:tc>
      </w:tr>
      <w:tr>
        <w:trPr>
          <w:cantSplit/>
        </w:trPr>
        <w:tc>
          <w:tcPr>
            <w:tcW w:type="dxa" w:w="1096"/>
            <w:vAlign w:val="center"/>
          </w:tcPr>
          <w:p>
            <w:r/>
            <w:r>
              <w:rPr>
                <w:rFonts w:ascii="Malgun Gothic" w:hAnsi="Malgun Gothic" w:eastAsia="Malgun Gothic"/>
                <w:b w:val="0"/>
                <w:sz w:val="13"/>
              </w:rPr>
              <w:t>839</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results/tables/finalization/journal_recommendations.csv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5,128</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0747549bb5c45adc</w:t>
            </w:r>
          </w:p>
        </w:tc>
      </w:tr>
      <w:tr>
        <w:trPr>
          <w:cantSplit/>
        </w:trPr>
        <w:tc>
          <w:tcPr>
            <w:tcW w:type="dxa" w:w="1096"/>
            <w:vAlign w:val="center"/>
          </w:tcPr>
          <w:p>
            <w:r/>
            <w:r>
              <w:rPr>
                <w:rFonts w:ascii="Malgun Gothic" w:hAnsi="Malgun Gothic" w:eastAsia="Malgun Gothic"/>
                <w:b w:val="0"/>
                <w:sz w:val="13"/>
              </w:rPr>
              <w:t>840</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results/tables/future_analysis/stt_wpm_reliability_sources.csv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295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029d715df85807ac</w:t>
            </w:r>
          </w:p>
        </w:tc>
      </w:tr>
      <w:tr>
        <w:trPr>
          <w:cantSplit/>
        </w:trPr>
        <w:tc>
          <w:tcPr>
            <w:tcW w:type="dxa" w:w="1096"/>
            <w:vAlign w:val="center"/>
          </w:tcPr>
          <w:p>
            <w:r/>
            <w:r>
              <w:rPr>
                <w:rFonts w:ascii="Malgun Gothic" w:hAnsi="Malgun Gothic" w:eastAsia="Malgun Gothic"/>
                <w:b w:val="0"/>
                <w:sz w:val="13"/>
              </w:rPr>
              <w:t>841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results/tables/future_research_action_plan.csv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1,188</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7653d1f865ac9380</w:t>
            </w:r>
          </w:p>
        </w:tc>
      </w:tr>
      <w:tr>
        <w:trPr>
          <w:cantSplit/>
        </w:trPr>
        <w:tc>
          <w:tcPr>
            <w:tcW w:type="dxa" w:w="1096"/>
            <w:vAlign w:val="center"/>
          </w:tcPr>
          <w:p>
            <w:r/>
            <w:r>
              <w:rPr>
                <w:rFonts w:ascii="Malgun Gothic" w:hAnsi="Malgun Gothic" w:eastAsia="Malgun Gothic"/>
                <w:b w:val="0"/>
                <w:sz w:val="13"/>
              </w:rPr>
              <w:t>842</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results/tables/future_research_limitations.csv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2,835</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5e6c2c01492d6082</w:t>
            </w:r>
          </w:p>
        </w:tc>
      </w:tr>
      <w:tr>
        <w:trPr>
          <w:cantSplit/>
        </w:trPr>
        <w:tc>
          <w:tcPr>
            <w:tcW w:type="dxa" w:w="1096"/>
            <w:vAlign w:val="center"/>
          </w:tcPr>
          <w:p>
            <w:r/>
            <w:r>
              <w:rPr>
                <w:rFonts w:ascii="Malgun Gothic" w:hAnsi="Malgun Gothic" w:eastAsia="Malgun Gothic"/>
                <w:b w:val="0"/>
                <w:sz w:val="13"/>
              </w:rPr>
              <w:t>843</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results/tables/learning/deepseek_learning_feedback.csv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624</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94436190b519ccd3</w:t>
            </w:r>
          </w:p>
        </w:tc>
      </w:tr>
      <w:tr>
        <w:trPr>
          <w:cantSplit/>
        </w:trPr>
        <w:tc>
          <w:tcPr>
            <w:tcW w:type="dxa" w:w="1096"/>
            <w:vAlign w:val="center"/>
          </w:tcPr>
          <w:p>
            <w:r/>
            <w:r>
              <w:rPr>
                <w:rFonts w:ascii="Malgun Gothic" w:hAnsi="Malgun Gothic" w:eastAsia="Malgun Gothic"/>
                <w:b w:val="0"/>
                <w:sz w:val="13"/>
              </w:rPr>
              <w:t>844</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results/tables/learning/learning_dashboard.csv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334</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e0d19338b787bf5c</w:t>
            </w:r>
          </w:p>
        </w:tc>
      </w:tr>
      <w:tr>
        <w:trPr>
          <w:cantSplit/>
        </w:trPr>
        <w:tc>
          <w:tcPr>
            <w:tcW w:type="dxa" w:w="1096"/>
            <w:vAlign w:val="center"/>
          </w:tcPr>
          <w:p>
            <w:r/>
            <w:r>
              <w:rPr>
                <w:rFonts w:ascii="Malgun Gothic" w:hAnsi="Malgun Gothic" w:eastAsia="Malgun Gothic"/>
                <w:b w:val="0"/>
                <w:sz w:val="13"/>
              </w:rPr>
              <w:t>845</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results/tables/learning/learning_progress_score.csv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546</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e3c5da762f318117</w:t>
            </w:r>
          </w:p>
        </w:tc>
      </w:tr>
      <w:tr>
        <w:trPr>
          <w:cantSplit/>
        </w:trPr>
        <w:tc>
          <w:tcPr>
            <w:tcW w:type="dxa" w:w="1096"/>
            <w:vAlign w:val="center"/>
          </w:tcPr>
          <w:p>
            <w:r/>
            <w:r>
              <w:rPr>
                <w:rFonts w:ascii="Malgun Gothic" w:hAnsi="Malgun Gothic" w:eastAsia="Malgun Gothic"/>
                <w:b w:val="0"/>
                <w:sz w:val="13"/>
              </w:rPr>
              <w:t>846</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results/tables/learning/research_improvement_cases_dataset_manifest.csv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281</w:t>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7b072010cc8b9b15</w:t>
            </w:r>
          </w:p>
        </w:tc>
      </w:tr>
      <w:tr>
        <w:trPr>
          <w:cantSplit/>
        </w:trPr>
        <w:tc>
          <w:tcPr>
            <w:tcW w:type="dxa" w:w="1096"/>
            <w:vAlign w:val="center"/>
          </w:tcPr>
          <w:p>
            <w:r/>
            <w:r>
              <w:rPr>
                <w:rFonts w:ascii="Malgun Gothic" w:hAnsi="Malgun Gothic" w:eastAsia="Malgun Gothic"/>
                <w:b w:val="0"/>
                <w:sz w:val="13"/>
              </w:rPr>
              <w:t>847</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results/tables/learning/reviewer_qa_dataset_manifest.csv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b42f2099187886de</w:t>
            </w:r>
          </w:p>
        </w:tc>
      </w:tr>
      <w:tr>
        <w:trPr>
          <w:cantSplit/>
        </w:trPr>
        <w:tc>
          <w:tcPr>
            <w:tcW w:type="dxa" w:w="1096"/>
            <w:vAlign w:val="center"/>
          </w:tcPr>
          <w:p>
            <w:r/>
            <w:r>
              <w:rPr>
                <w:rFonts w:ascii="Malgun Gothic" w:hAnsi="Malgun Gothic" w:eastAsia="Malgun Gothic"/>
                <w:b w:val="0"/>
                <w:sz w:val="13"/>
              </w:rPr>
              <w:t>848</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results/tables/learning/training_examples_by_task.csv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e30557265032ae01</w:t>
            </w:r>
          </w:p>
        </w:tc>
      </w:tr>
      <w:tr>
        <w:trPr>
          <w:cantSplit/>
        </w:trPr>
        <w:tc>
          <w:tcPr>
            <w:tcW w:type="dxa" w:w="1096"/>
            <w:vAlign w:val="center"/>
          </w:tcPr>
          <w:p>
            <w:r/>
            <w:r>
              <w:rPr>
                <w:rFonts w:ascii="Malgun Gothic" w:hAnsi="Malgun Gothic" w:eastAsia="Malgun Gothic"/>
                <w:b w:val="0"/>
                <w:sz w:val="13"/>
              </w:rPr>
              <w:t>849</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results/tables/learning/training_examples_manifest.csv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b42f2099187886de</w:t>
            </w:r>
          </w:p>
        </w:tc>
      </w:tr>
      <w:tr>
        <w:trPr>
          <w:cantSplit/>
        </w:trPr>
        <w:tc>
          <w:tcPr>
            <w:tcW w:type="dxa" w:w="1096"/>
            <w:vAlign w:val="center"/>
          </w:tcPr>
          <w:p>
            <w:r/>
            <w:r>
              <w:rPr>
                <w:rFonts w:ascii="Malgun Gothic" w:hAnsi="Malgun Gothic" w:eastAsia="Malgun Gothic"/>
                <w:b w:val="0"/>
                <w:sz w:val="13"/>
              </w:rPr>
              <w:t>850</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results/tables/loo_stability.csv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547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182ad861ebbb0760</w:t>
            </w:r>
          </w:p>
        </w:tc>
      </w:tr>
      <w:tr>
        <w:trPr>
          <w:cantSplit/>
        </w:trPr>
        <w:tc>
          <w:tcPr>
            <w:tcW w:type="dxa" w:w="1096"/>
            <w:vAlign w:val="center"/>
          </w:tcPr>
          <w:p>
            <w:r/>
            <w:r>
              <w:rPr>
                <w:rFonts w:ascii="Malgun Gothic" w:hAnsi="Malgun Gothic" w:eastAsia="Malgun Gothic"/>
                <w:b w:val="0"/>
                <w:sz w:val="13"/>
              </w:rPr>
              <w:t>851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results/tables/ops/claim_strength_check.csv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904</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a2bbf76fab953f1d</w:t>
            </w:r>
          </w:p>
        </w:tc>
      </w:tr>
      <w:tr>
        <w:trPr>
          <w:cantSplit/>
        </w:trPr>
        <w:tc>
          <w:tcPr>
            <w:tcW w:type="dxa" w:w="1096"/>
            <w:vAlign w:val="center"/>
          </w:tcPr>
          <w:p>
            <w:r/>
            <w:r>
              <w:rPr>
                <w:rFonts w:ascii="Malgun Gothic" w:hAnsi="Malgun Gothic" w:eastAsia="Malgun Gothic"/>
                <w:b w:val="0"/>
                <w:sz w:val="13"/>
              </w:rPr>
              <w:t>852</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results/tables/ops/failed_file_inventory.csv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158,366</w:t>
            </w:r>
          </w:p>
        </w:tc>
        <w:tc>
          <w:tcPr>
            <w:tcW w:type="dxa" w:w="1096"/>
            <w:vAlign w:val="center"/>
          </w:tcPr>
          <w:p>
            <w:r/>
            <w:r>
              <w:rPr>
                <w:rFonts w:ascii="Malgun Gothic" w:hAnsi="Malgun Gothic" w:eastAsia="Malgun Gothic"/>
                <w:b w:val="0"/>
                <w:sz w:val="13"/>
              </w:rPr>
              <w:t>600</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0740a56546aae2b0</w:t>
            </w:r>
          </w:p>
        </w:tc>
      </w:tr>
      <w:tr>
        <w:trPr>
          <w:cantSplit/>
        </w:trPr>
        <w:tc>
          <w:tcPr>
            <w:tcW w:type="dxa" w:w="1096"/>
            <w:vAlign w:val="center"/>
          </w:tcPr>
          <w:p>
            <w:r/>
            <w:r>
              <w:rPr>
                <w:rFonts w:ascii="Malgun Gothic" w:hAnsi="Malgun Gothic" w:eastAsia="Malgun Gothic"/>
                <w:b w:val="0"/>
                <w:sz w:val="13"/>
              </w:rPr>
              <w:t>853</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results/tables/outlier_robustness.csv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525</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f77d95b05d177567</w:t>
            </w:r>
          </w:p>
        </w:tc>
      </w:tr>
      <w:tr>
        <w:trPr>
          <w:cantSplit/>
        </w:trPr>
        <w:tc>
          <w:tcPr>
            <w:tcW w:type="dxa" w:w="1096"/>
            <w:vAlign w:val="center"/>
          </w:tcPr>
          <w:p>
            <w:r/>
            <w:r>
              <w:rPr>
                <w:rFonts w:ascii="Malgun Gothic" w:hAnsi="Malgun Gothic" w:eastAsia="Malgun Gothic"/>
                <w:b w:val="0"/>
                <w:sz w:val="13"/>
              </w:rPr>
              <w:t>854</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results/tables/pvalue_interpretation_policy.md</w:t>
            </w:r>
          </w:p>
        </w:tc>
        <w:tc>
          <w:tcPr>
            <w:tcW w:type="dxa" w:w="1096"/>
            <w:vAlign w:val="center"/>
          </w:tcPr>
          <w:p>
            <w:r/>
            <w:r>
              <w:rPr>
                <w:rFonts w:ascii="Malgun Gothic" w:hAnsi="Malgun Gothic" w:eastAsia="Malgun Gothic"/>
                <w:b w:val="0"/>
                <w:sz w:val="13"/>
              </w:rPr>
              <w:t>md</w:t>
            </w:r>
          </w:p>
        </w:tc>
        <w:tc>
          <w:tcPr>
            <w:tcW w:type="dxa" w:w="1096"/>
            <w:vAlign w:val="center"/>
          </w:tcPr>
          <w:p>
            <w:r/>
            <w:r>
              <w:rPr>
                <w:rFonts w:ascii="Malgun Gothic" w:hAnsi="Malgun Gothic" w:eastAsia="Malgun Gothic"/>
                <w:b w:val="0"/>
                <w:sz w:val="13"/>
              </w:rPr>
              <w:t>685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2e485fa42fb67309</w:t>
            </w:r>
          </w:p>
        </w:tc>
      </w:tr>
      <w:tr>
        <w:trPr>
          <w:cantSplit/>
        </w:trPr>
        <w:tc>
          <w:tcPr>
            <w:tcW w:type="dxa" w:w="1096"/>
            <w:vAlign w:val="center"/>
          </w:tcPr>
          <w:p>
            <w:r/>
            <w:r>
              <w:rPr>
                <w:rFonts w:ascii="Malgun Gothic" w:hAnsi="Malgun Gothic" w:eastAsia="Malgun Gothic"/>
                <w:b w:val="0"/>
                <w:sz w:val="13"/>
              </w:rPr>
              <w:t>855</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results/tables/reference_papers_manifest.csv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f01a374e9c81e3db</w:t>
            </w:r>
          </w:p>
        </w:tc>
      </w:tr>
      <w:tr>
        <w:trPr>
          <w:cantSplit/>
        </w:trPr>
        <w:tc>
          <w:tcPr>
            <w:tcW w:type="dxa" w:w="1096"/>
            <w:vAlign w:val="center"/>
          </w:tcPr>
          <w:p>
            <w:r/>
            <w:r>
              <w:rPr>
                <w:rFonts w:ascii="Malgun Gothic" w:hAnsi="Malgun Gothic" w:eastAsia="Malgun Gothic"/>
                <w:b w:val="0"/>
                <w:sz w:val="13"/>
              </w:rPr>
              <w:t>856</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results/tables/references.csv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5,595</w:t>
            </w:r>
          </w:p>
        </w:tc>
        <w:tc>
          <w:tcPr>
            <w:tcW w:type="dxa" w:w="1096"/>
            <w:vAlign w:val="center"/>
          </w:tcPr>
          <w:p>
            <w:r/>
            <w:r>
              <w:rPr>
                <w:rFonts w:ascii="Malgun Gothic" w:hAnsi="Malgun Gothic" w:eastAsia="Malgun Gothic"/>
                <w:b w:val="0"/>
                <w:sz w:val="13"/>
              </w:rPr>
              <w:t>30</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6d233589875f23db</w:t>
            </w:r>
          </w:p>
        </w:tc>
      </w:tr>
      <w:tr>
        <w:trPr>
          <w:cantSplit/>
        </w:trPr>
        <w:tc>
          <w:tcPr>
            <w:tcW w:type="dxa" w:w="1096"/>
            <w:vAlign w:val="center"/>
          </w:tcPr>
          <w:p>
            <w:r/>
            <w:r>
              <w:rPr>
                <w:rFonts w:ascii="Malgun Gothic" w:hAnsi="Malgun Gothic" w:eastAsia="Malgun Gothic"/>
                <w:b w:val="0"/>
                <w:sz w:val="13"/>
              </w:rPr>
              <w:t>857</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results/tables/repro/final_submission_board.csv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443</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45c36913fcf2ea0d</w:t>
            </w:r>
          </w:p>
        </w:tc>
      </w:tr>
      <w:tr>
        <w:trPr>
          <w:cantSplit/>
        </w:trPr>
        <w:tc>
          <w:tcPr>
            <w:tcW w:type="dxa" w:w="1096"/>
            <w:vAlign w:val="center"/>
          </w:tcPr>
          <w:p>
            <w:r/>
            <w:r>
              <w:rPr>
                <w:rFonts w:ascii="Malgun Gothic" w:hAnsi="Malgun Gothic" w:eastAsia="Malgun Gothic"/>
                <w:b w:val="0"/>
                <w:sz w:val="13"/>
              </w:rPr>
              <w:t>858</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results/tables/scie_submission/final_dataset_decision_matrix.csv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955</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953fae3b5d35bbd7</w:t>
            </w:r>
          </w:p>
        </w:tc>
      </w:tr>
      <w:tr>
        <w:trPr>
          <w:cantSplit/>
        </w:trPr>
        <w:tc>
          <w:tcPr>
            <w:tcW w:type="dxa" w:w="1096"/>
            <w:vAlign w:val="center"/>
          </w:tcPr>
          <w:p>
            <w:r/>
            <w:r>
              <w:rPr>
                <w:rFonts w:ascii="Malgun Gothic" w:hAnsi="Malgun Gothic" w:eastAsia="Malgun Gothic"/>
                <w:b w:val="0"/>
                <w:sz w:val="13"/>
              </w:rPr>
              <w:t>859</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results/tables/scie_submission/journal_target_strategy.csv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753</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bfbbc370f6321bb3</w:t>
            </w:r>
          </w:p>
        </w:tc>
      </w:tr>
      <w:tr>
        <w:trPr>
          <w:cantSplit/>
        </w:trPr>
        <w:tc>
          <w:tcPr>
            <w:tcW w:type="dxa" w:w="1096"/>
            <w:vAlign w:val="center"/>
          </w:tcPr>
          <w:p>
            <w:r/>
            <w:r>
              <w:rPr>
                <w:rFonts w:ascii="Malgun Gothic" w:hAnsi="Malgun Gothic" w:eastAsia="Malgun Gothic"/>
                <w:b w:val="0"/>
                <w:sz w:val="13"/>
              </w:rPr>
              <w:t>860</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results/tables/scie_submission/kspon_validation_plan.csv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610</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t>5</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eb94237d6e6d17c0</w:t>
            </w:r>
          </w:p>
        </w:tc>
      </w:tr>
      <w:tr>
        <w:trPr>
          <w:cantSplit/>
        </w:trPr>
        <w:tc>
          <w:tcPr>
            <w:tcW w:type="dxa" w:w="1096"/>
            <w:vAlign w:val="center"/>
          </w:tcPr>
          <w:p>
            <w:r/>
            <w:r>
              <w:rPr>
                <w:rFonts w:ascii="Malgun Gothic" w:hAnsi="Malgun Gothic" w:eastAsia="Malgun Gothic"/>
                <w:b w:val="0"/>
                <w:sz w:val="13"/>
              </w:rPr>
              <w:t>861</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results/tables/scie_submission/scie_current_metric_snapshot.csv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451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f01e0a5ed218b7fd</w:t>
            </w:r>
          </w:p>
        </w:tc>
      </w:tr>
      <w:tr>
        <w:trPr>
          <w:cantSplit/>
        </w:trPr>
        <w:tc>
          <w:tcPr>
            <w:tcW w:type="dxa" w:w="1096"/>
            <w:vAlign w:val="center"/>
          </w:tcPr>
          <w:p>
            <w:r/>
            <w:r>
              <w:rPr>
                <w:rFonts w:ascii="Malgun Gothic" w:hAnsi="Malgun Gothic" w:eastAsia="Malgun Gothic"/>
                <w:b w:val="0"/>
                <w:sz w:val="13"/>
              </w:rPr>
              <w:t>862</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results/tables/scie_submission/statistical_validation_checklist.csv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554</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0c8af4308ff32c88</w:t>
            </w:r>
          </w:p>
        </w:tc>
      </w:tr>
      <w:tr>
        <w:trPr>
          <w:cantSplit/>
        </w:trPr>
        <w:tc>
          <w:tcPr>
            <w:tcW w:type="dxa" w:w="1096"/>
            <w:vAlign w:val="center"/>
          </w:tcPr>
          <w:p>
            <w:r/>
            <w:r>
              <w:rPr>
                <w:rFonts w:ascii="Malgun Gothic" w:hAnsi="Malgun Gothic" w:eastAsia="Malgun Gothic"/>
                <w:b w:val="0"/>
                <w:sz w:val="13"/>
              </w:rPr>
              <w:t>863</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results/tables/stt_error_sensitivity.csv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1,214</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8</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1524f8b33a995cff</w:t>
            </w:r>
          </w:p>
        </w:tc>
      </w:tr>
      <w:tr>
        <w:trPr>
          <w:cantSplit/>
        </w:trPr>
        <w:tc>
          <w:tcPr>
            <w:tcW w:type="dxa" w:w="1096"/>
            <w:vAlign w:val="center"/>
          </w:tcPr>
          <w:p>
            <w:r/>
            <w:r>
              <w:rPr>
                <w:rFonts w:ascii="Malgun Gothic" w:hAnsi="Malgun Gothic" w:eastAsia="Malgun Gothic"/>
                <w:b w:val="0"/>
                <w:sz w:val="13"/>
              </w:rPr>
              <w:t>864</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results/tables/stt_reliability.csv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522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13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3aabd497a398d851</w:t>
            </w:r>
          </w:p>
        </w:tc>
      </w:tr>
      <w:tr>
        <w:trPr>
          <w:cantSplit/>
        </w:trPr>
        <w:tc>
          <w:tcPr>
            <w:tcW w:type="dxa" w:w="1096"/>
            <w:vAlign w:val="center"/>
          </w:tcPr>
          <w:p>
            <w:r/>
            <w:r>
              <w:rPr>
                <w:rFonts w:ascii="Malgun Gothic" w:hAnsi="Malgun Gothic" w:eastAsia="Malgun Gothic"/>
                <w:b w:val="0"/>
                <w:sz w:val="13"/>
              </w:rPr>
              <w:t>865</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results/tables/tukey_hsd.csv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715</w:t>
            </w:r>
          </w:p>
        </w:tc>
        <w:tc>
          <w:tcPr>
            <w:tcW w:type="dxa" w:w="1096"/>
            <w:vAlign w:val="center"/>
          </w:tcPr>
          <w:p>
            <w:r/>
            <w:r>
              <w:rPr>
                <w:rFonts w:ascii="Malgun Gothic" w:hAnsi="Malgun Gothic" w:eastAsia="Malgun Gothic"/>
                <w:b w:val="0"/>
                <w:sz w:val="13"/>
              </w:rPr>
              <w:t>12</w:t>
            </w:r>
          </w:p>
        </w:tc>
        <w:tc>
          <w:tcPr>
            <w:tcW w:type="dxa" w:w="1096"/>
            <w:vAlign w:val="center"/>
          </w:tcPr>
          <w:p>
            <w:r/>
            <w:r>
              <w:rPr>
                <w:rFonts w:ascii="Malgun Gothic" w:hAnsi="Malgun Gothic" w:eastAsia="Malgun Gothic"/>
                <w:b w:val="0"/>
                <w:sz w:val="13"/>
              </w:rPr>
              <w:t>9</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1d956723c91c879a</w:t>
            </w:r>
          </w:p>
        </w:tc>
      </w:tr>
      <w:tr>
        <w:trPr>
          <w:cantSplit/>
        </w:trPr>
        <w:tc>
          <w:tcPr>
            <w:tcW w:type="dxa" w:w="1096"/>
            <w:vAlign w:val="center"/>
          </w:tcPr>
          <w:p>
            <w:r/>
            <w:r>
              <w:rPr>
                <w:rFonts w:ascii="Malgun Gothic" w:hAnsi="Malgun Gothic" w:eastAsia="Malgun Gothic"/>
                <w:b w:val="0"/>
                <w:sz w:val="13"/>
              </w:rPr>
              <w:t>866</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results/tables/vif.csv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143</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3</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7e4bf5cda67883df</w:t>
            </w:r>
          </w:p>
        </w:tc>
      </w:tr>
      <w:tr>
        <w:trPr>
          <w:cantSplit/>
        </w:trPr>
        <w:tc>
          <w:tcPr>
            <w:tcW w:type="dxa" w:w="1096"/>
            <w:vAlign w:val="center"/>
          </w:tcPr>
          <w:p>
            <w:r/>
            <w:r>
              <w:rPr>
                <w:rFonts w:ascii="Malgun Gothic" w:hAnsi="Malgun Gothic" w:eastAsia="Malgun Gothic"/>
                <w:b w:val="0"/>
                <w:sz w:val="13"/>
              </w:rPr>
              <w:t>867</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results/tables/voc_stt_completeness.csv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102</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96fa5832df2f98e2</w:t>
            </w:r>
          </w:p>
        </w:tc>
      </w:tr>
      <w:tr>
        <w:trPr>
          <w:cantSplit/>
        </w:trPr>
        <w:tc>
          <w:tcPr>
            <w:tcW w:type="dxa" w:w="1096"/>
            <w:vAlign w:val="center"/>
          </w:tcPr>
          <w:p>
            <w:r/>
            <w:r>
              <w:rPr>
                <w:rFonts w:ascii="Malgun Gothic" w:hAnsi="Malgun Gothic" w:eastAsia="Malgun Gothic"/>
                <w:b w:val="0"/>
                <w:sz w:val="13"/>
              </w:rPr>
              <w:t>868</w:t>
            </w:r>
          </w:p>
        </w:tc>
        <w:tc>
          <w:tcPr>
            <w:tcW w:type="dxa" w:w="1096"/>
            <w:vAlign w:val="center"/>
          </w:tcPr>
          <w:p>
            <w:r/>
            <w:r>
              <w:rPr>
                <w:rFonts w:ascii="Malgun Gothic" w:hAnsi="Malgun Gothic" w:eastAsia="Malgun Gothic"/>
                <w:b w:val="0"/>
                <w:sz w:val="13"/>
              </w:rPr>
              <w:t>10</w:t>
            </w:r>
          </w:p>
        </w:tc>
        <w:tc>
          <w:tcPr>
            <w:tcW w:type="dxa" w:w="1096"/>
            <w:vAlign w:val="center"/>
          </w:tcPr>
          <w:p>
            <w:r/>
            <w:r>
              <w:rPr>
                <w:rFonts w:ascii="Malgun Gothic" w:hAnsi="Malgun Gothic" w:eastAsia="Malgun Gothic"/>
                <w:b w:val="0"/>
                <w:sz w:val="13"/>
              </w:rPr>
              <w:t>results/tables/weight_sensitivity.csv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725</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38150a938ee40170</w:t>
            </w:r>
          </w:p>
        </w:tc>
      </w:tr>
      <w:tr>
        <w:trPr>
          <w:cantSplit/>
        </w:trPr>
        <w:tc>
          <w:tcPr>
            <w:tcW w:type="dxa" w:w="1096"/>
            <w:vAlign w:val="center"/>
          </w:tcPr>
          <w:p>
            <w:r/>
            <w:r>
              <w:rPr>
                <w:rFonts w:ascii="Malgun Gothic" w:hAnsi="Malgun Gothic" w:eastAsia="Malgun Gothic"/>
                <w:b w:val="0"/>
                <w:sz w:val="13"/>
              </w:rPr>
              <w:t>869</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reports/research_console/segment_feature_stress_merge_status_v203.json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3,924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f10f9be7406ff6fb</w:t>
            </w:r>
          </w:p>
        </w:tc>
      </w:tr>
      <w:tr>
        <w:trPr>
          <w:cantSplit/>
        </w:trPr>
        <w:tc>
          <w:tcPr>
            <w:tcW w:type="dxa" w:w="1096"/>
            <w:vAlign w:val="center"/>
          </w:tcPr>
          <w:p>
            <w:r/>
            <w:r>
              <w:rPr>
                <w:rFonts w:ascii="Malgun Gothic" w:hAnsi="Malgun Gothic" w:eastAsia="Malgun Gothic"/>
                <w:b w:val="0"/>
                <w:sz w:val="13"/>
              </w:rPr>
              <w:t>870</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reports/research_console/segment_feature_stress_merge_status_v205.json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3,431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5f87c97d4f81ccca</w:t>
            </w:r>
          </w:p>
        </w:tc>
      </w:tr>
      <w:tr>
        <w:trPr>
          <w:cantSplit/>
        </w:trPr>
        <w:tc>
          <w:tcPr>
            <w:tcW w:type="dxa" w:w="1096"/>
            <w:vAlign w:val="center"/>
          </w:tcPr>
          <w:p>
            <w:r/>
            <w:r>
              <w:rPr>
                <w:rFonts w:ascii="Malgun Gothic" w:hAnsi="Malgun Gothic" w:eastAsia="Malgun Gothic"/>
                <w:b w:val="0"/>
                <w:sz w:val="13"/>
              </w:rPr>
              <w:t>871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reports/research_console/segment_level_feature_stress_merge_v203.html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87,372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133270f85c36b18f</w:t>
            </w:r>
          </w:p>
        </w:tc>
      </w:tr>
      <w:tr>
        <w:trPr>
          <w:cantSplit/>
        </w:trPr>
        <w:tc>
          <w:tcPr>
            <w:tcW w:type="dxa" w:w="1096"/>
            <w:vAlign w:val="center"/>
          </w:tcPr>
          <w:p>
            <w:r/>
            <w:r>
              <w:rPr>
                <w:rFonts w:ascii="Malgun Gothic" w:hAnsi="Malgun Gothic" w:eastAsia="Malgun Gothic"/>
                <w:b w:val="0"/>
                <w:sz w:val="13"/>
              </w:rPr>
              <w:t>872</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reports/research_console/segment_level_feature_stress_merge_v205.html</w:t>
            </w:r>
          </w:p>
        </w:tc>
        <w:tc>
          <w:tcPr>
            <w:tcW w:type="dxa" w:w="1096"/>
            <w:vAlign w:val="center"/>
          </w:tcPr>
          <w:p>
            <w:r/>
            <w:r>
              <w:rPr>
                <w:rFonts w:ascii="Malgun Gothic" w:hAnsi="Malgun Gothic" w:eastAsia="Malgun Gothic"/>
                <w:b w:val="0"/>
                <w:sz w:val="13"/>
              </w:rPr>
              <w:t>html</w:t>
            </w:r>
          </w:p>
        </w:tc>
        <w:tc>
          <w:tcPr>
            <w:tcW w:type="dxa" w:w="1096"/>
            <w:vAlign w:val="center"/>
          </w:tcPr>
          <w:p>
            <w:r/>
            <w:r>
              <w:rPr>
                <w:rFonts w:ascii="Malgun Gothic" w:hAnsi="Malgun Gothic" w:eastAsia="Malgun Gothic"/>
                <w:b w:val="0"/>
                <w:sz w:val="13"/>
              </w:rPr>
              <w:t>87,372</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133270f85c36b18f</w:t>
            </w:r>
          </w:p>
        </w:tc>
      </w:tr>
      <w:tr>
        <w:trPr>
          <w:cantSplit/>
        </w:trPr>
        <w:tc>
          <w:tcPr>
            <w:tcW w:type="dxa" w:w="1096"/>
            <w:vAlign w:val="center"/>
          </w:tcPr>
          <w:p>
            <w:r/>
            <w:r>
              <w:rPr>
                <w:rFonts w:ascii="Malgun Gothic" w:hAnsi="Malgun Gothic" w:eastAsia="Malgun Gothic"/>
                <w:b w:val="0"/>
                <w:sz w:val="13"/>
              </w:rPr>
              <w:t>873</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research_continuity/27_segment_feature_stress_merge_v203/high_stress_segment_ready_v203.csv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258</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7</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7a64002f98293fea</w:t>
            </w:r>
          </w:p>
        </w:tc>
      </w:tr>
      <w:tr>
        <w:trPr>
          <w:cantSplit/>
        </w:trPr>
        <w:tc>
          <w:tcPr>
            <w:tcW w:type="dxa" w:w="1096"/>
            <w:vAlign w:val="center"/>
          </w:tcPr>
          <w:p>
            <w:r/>
            <w:r>
              <w:rPr>
                <w:rFonts w:ascii="Malgun Gothic" w:hAnsi="Malgun Gothic" w:eastAsia="Malgun Gothic"/>
                <w:b w:val="0"/>
                <w:sz w:val="13"/>
              </w:rPr>
              <w:t>874</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research_continuity/27_segment_feature_stress_merge_v203/s0_s1_pair_stress_ready_v203.csv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179</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5c78b41a58245f97</w:t>
            </w:r>
          </w:p>
        </w:tc>
      </w:tr>
      <w:tr>
        <w:trPr>
          <w:cantSplit/>
        </w:trPr>
        <w:tc>
          <w:tcPr>
            <w:tcW w:type="dxa" w:w="1096"/>
            <w:vAlign w:val="center"/>
          </w:tcPr>
          <w:p>
            <w:r/>
            <w:r>
              <w:rPr>
                <w:rFonts w:ascii="Malgun Gothic" w:hAnsi="Malgun Gothic" w:eastAsia="Malgun Gothic"/>
                <w:b w:val="0"/>
                <w:sz w:val="13"/>
              </w:rPr>
              <w:t>875</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research_continuity/27_segment_feature_stress_merge_v203/segment_feature_stress_builder_status_v205.json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3,924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f10f9be7406ff6fb</w:t>
            </w:r>
          </w:p>
        </w:tc>
      </w:tr>
      <w:tr>
        <w:trPr>
          <w:cantSplit/>
        </w:trPr>
        <w:tc>
          <w:tcPr>
            <w:tcW w:type="dxa" w:w="1096"/>
            <w:vAlign w:val="center"/>
          </w:tcPr>
          <w:p>
            <w:r/>
            <w:r>
              <w:rPr>
                <w:rFonts w:ascii="Malgun Gothic" w:hAnsi="Malgun Gothic" w:eastAsia="Malgun Gothic"/>
                <w:b w:val="0"/>
                <w:sz w:val="13"/>
              </w:rPr>
              <w:t>876</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research_continuity/27_segment_feature_stress_merge_v203/segment_feature_stress_merge_status_v203.json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3,924</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26</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f10f9be7406ff6fb</w:t>
            </w:r>
          </w:p>
        </w:tc>
      </w:tr>
      <w:tr>
        <w:trPr>
          <w:cantSplit/>
        </w:trPr>
        <w:tc>
          <w:tcPr>
            <w:tcW w:type="dxa" w:w="1096"/>
            <w:vAlign w:val="center"/>
          </w:tcPr>
          <w:p>
            <w:r/>
            <w:r>
              <w:rPr>
                <w:rFonts w:ascii="Malgun Gothic" w:hAnsi="Malgun Gothic" w:eastAsia="Malgun Gothic"/>
                <w:b w:val="0"/>
                <w:sz w:val="13"/>
              </w:rPr>
              <w:t>877</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research_continuity/27_segment_feature_stress_merge_v203/segment_feature_stress_merge_status_v205.json</w:t>
            </w:r>
          </w:p>
        </w:tc>
        <w:tc>
          <w:tcPr>
            <w:tcW w:type="dxa" w:w="1096"/>
            <w:vAlign w:val="center"/>
          </w:tcPr>
          <w:p>
            <w:r/>
            <w:r>
              <w:rPr>
                <w:rFonts w:ascii="Malgun Gothic" w:hAnsi="Malgun Gothic" w:eastAsia="Malgun Gothic"/>
                <w:b w:val="0"/>
                <w:sz w:val="13"/>
              </w:rPr>
              <w:t>json</w:t>
            </w:r>
          </w:p>
        </w:tc>
        <w:tc>
          <w:tcPr>
            <w:tcW w:type="dxa" w:w="1096"/>
            <w:vAlign w:val="center"/>
          </w:tcPr>
          <w:p>
            <w:r/>
            <w:r>
              <w:rPr>
                <w:rFonts w:ascii="Malgun Gothic" w:hAnsi="Malgun Gothic" w:eastAsia="Malgun Gothic"/>
                <w:b w:val="0"/>
                <w:sz w:val="13"/>
              </w:rPr>
              <w:t>3,431</w:t>
            </w:r>
          </w:p>
        </w:tc>
        <w:tc>
          <w:tcPr>
            <w:tcW w:type="dxa" w:w="1096"/>
            <w:vAlign w:val="center"/>
          </w:tcPr>
          <w:p>
            <w:r/>
            <w:r>
              <w:rPr>
                <w:rFonts w:ascii="Malgun Gothic" w:hAnsi="Malgun Gothic" w:eastAsia="Malgun Gothic"/>
                <w:b w:val="0"/>
                <w:sz w:val="13"/>
              </w:rPr>
              <w:t>1</w:t>
            </w:r>
          </w:p>
        </w:tc>
        <w:tc>
          <w:tcPr>
            <w:tcW w:type="dxa" w:w="1096"/>
            <w:vAlign w:val="center"/>
          </w:tcPr>
          <w:p>
            <w:r/>
            <w:r>
              <w:rPr>
                <w:rFonts w:ascii="Malgun Gothic" w:hAnsi="Malgun Gothic" w:eastAsia="Malgun Gothic"/>
                <w:b w:val="0"/>
                <w:sz w:val="13"/>
              </w:rPr>
              <w:t>24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5f87c97d4f81ccca</w:t>
            </w:r>
          </w:p>
        </w:tc>
      </w:tr>
      <w:tr>
        <w:trPr>
          <w:cantSplit/>
        </w:trPr>
        <w:tc>
          <w:tcPr>
            <w:tcW w:type="dxa" w:w="1096"/>
            <w:vAlign w:val="center"/>
          </w:tcPr>
          <w:p>
            <w:r/>
            <w:r>
              <w:rPr>
                <w:rFonts w:ascii="Malgun Gothic" w:hAnsi="Malgun Gothic" w:eastAsia="Malgun Gothic"/>
                <w:b w:val="0"/>
                <w:sz w:val="13"/>
              </w:rPr>
              <w:t>878</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research_continuity/27_segment_feature_stress_merge_v203/segment_level_features_input_template_v203.csv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129,629</w:t>
            </w:r>
          </w:p>
        </w:tc>
        <w:tc>
          <w:tcPr>
            <w:tcW w:type="dxa" w:w="1096"/>
            <w:vAlign w:val="center"/>
          </w:tcPr>
          <w:p>
            <w:r/>
            <w:r>
              <w:rPr>
                <w:rFonts w:ascii="Malgun Gothic" w:hAnsi="Malgun Gothic" w:eastAsia="Malgun Gothic"/>
                <w:b w:val="0"/>
                <w:sz w:val="13"/>
              </w:rPr>
              <w:t>500</w:t>
            </w:r>
          </w:p>
        </w:tc>
        <w:tc>
          <w:tcPr>
            <w:tcW w:type="dxa" w:w="1096"/>
            <w:vAlign w:val="center"/>
          </w:tcPr>
          <w:p>
            <w:r/>
            <w:r>
              <w:rPr>
                <w:rFonts w:ascii="Malgun Gothic" w:hAnsi="Malgun Gothic" w:eastAsia="Malgun Gothic"/>
                <w:b w:val="0"/>
                <w:sz w:val="13"/>
              </w:rPr>
              <w:t>14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dea498c814dc3a3c</w:t>
            </w:r>
          </w:p>
        </w:tc>
      </w:tr>
      <w:tr>
        <w:trPr>
          <w:cantSplit/>
        </w:trPr>
        <w:tc>
          <w:tcPr>
            <w:tcW w:type="dxa" w:w="1096"/>
            <w:vAlign w:val="center"/>
          </w:tcPr>
          <w:p>
            <w:r/>
            <w:r>
              <w:rPr>
                <w:rFonts w:ascii="Malgun Gothic" w:hAnsi="Malgun Gothic" w:eastAsia="Malgun Gothic"/>
                <w:b w:val="0"/>
                <w:sz w:val="13"/>
              </w:rPr>
              <w:t>879</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research_continuity/27_segment_feature_stress_merge_v203/segment_level_features_input_v203.csv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19,876,650</w:t>
            </w:r>
          </w:p>
        </w:tc>
        <w:tc>
          <w:tcPr>
            <w:tcW w:type="dxa" w:w="1096"/>
            <w:vAlign w:val="center"/>
          </w:tcPr>
          <w:p>
            <w:r/>
            <w:r>
              <w:rPr>
                <w:rFonts w:ascii="Malgun Gothic" w:hAnsi="Malgun Gothic" w:eastAsia="Malgun Gothic"/>
                <w:b w:val="0"/>
                <w:sz w:val="13"/>
              </w:rPr>
              <w:t>57,619</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4e26342f15487c71</w:t>
            </w:r>
          </w:p>
        </w:tc>
      </w:tr>
      <w:tr>
        <w:trPr>
          <w:cantSplit/>
        </w:trPr>
        <w:tc>
          <w:tcPr>
            <w:tcW w:type="dxa" w:w="1096"/>
            <w:vAlign w:val="center"/>
          </w:tcPr>
          <w:p>
            <w:r/>
            <w:r>
              <w:rPr>
                <w:rFonts w:ascii="Malgun Gothic" w:hAnsi="Malgun Gothic" w:eastAsia="Malgun Gothic"/>
                <w:b w:val="0"/>
                <w:sz w:val="13"/>
              </w:rPr>
              <w:t>880</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research_continuity/27_segment_feature_stress_merge_v203/segment_level_features_input_v205.csv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19,876,650</w:t>
            </w:r>
          </w:p>
        </w:tc>
        <w:tc>
          <w:tcPr>
            <w:tcW w:type="dxa" w:w="1096"/>
            <w:vAlign w:val="center"/>
          </w:tcPr>
          <w:p>
            <w:r/>
            <w:r>
              <w:rPr>
                <w:rFonts w:ascii="Malgun Gothic" w:hAnsi="Malgun Gothic" w:eastAsia="Malgun Gothic"/>
                <w:b w:val="0"/>
                <w:sz w:val="13"/>
              </w:rPr>
              <w:t>57,619</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4e26342f15487c71</w:t>
            </w:r>
          </w:p>
        </w:tc>
      </w:tr>
    </w:tbl>
    <w:p/>
    <w:p>
      <w:r>
        <w:rPr>
          <w:b/>
        </w:rPr>
        <w:t>부록 표 A-12. 산출물 파일 목록</w:t>
      </w:r>
    </w:p>
    <w:tbl>
      <w:tblPr>
        <w:tblStyle w:val="TableGrid"/>
        <w:tblW w:type="auto" w:w="0"/>
        <w:jc w:val="center"/>
        <w:tblLook w:firstColumn="1" w:firstRow="1" w:lastColumn="0" w:lastRow="0" w:noHBand="0" w:noVBand="1" w:val="04A0"/>
      </w:tblPr>
      <w:tblGrid>
        <w:gridCol w:w="1096"/>
        <w:gridCol w:w="1096"/>
        <w:gridCol w:w="1096"/>
        <w:gridCol w:w="1096"/>
        <w:gridCol w:w="1096"/>
        <w:gridCol w:w="1096"/>
        <w:gridCol w:w="1096"/>
        <w:gridCol w:w="1096"/>
        <w:gridCol w:w="1096"/>
      </w:tblGrid>
      <w:tr>
        <w:trPr>
          <w:tblHeader w:val="true"/>
          <w:cantSplit/>
        </w:trPr>
        <w:tc>
          <w:tcPr>
            <w:tcW w:type="dxa" w:w="1096"/>
          </w:tcPr>
          <w:p>
            <w:r/>
            <w:r>
              <w:rPr>
                <w:rFonts w:ascii="Malgun Gothic" w:hAnsi="Malgun Gothic" w:eastAsia="Malgun Gothic"/>
                <w:b/>
                <w:sz w:val="13"/>
              </w:rPr>
              <w:t>번호</w:t>
            </w:r>
          </w:p>
        </w:tc>
        <w:tc>
          <w:tcPr>
            <w:tcW w:type="dxa" w:w="1096"/>
          </w:tcPr>
          <w:p>
            <w:r/>
            <w:r>
              <w:rPr>
                <w:rFonts w:ascii="Malgun Gothic" w:hAnsi="Malgun Gothic" w:eastAsia="Malgun Gothic"/>
                <w:b/>
                <w:sz w:val="13"/>
              </w:rPr>
              <w:t>장</w:t>
            </w:r>
          </w:p>
        </w:tc>
        <w:tc>
          <w:tcPr>
            <w:tcW w:type="dxa" w:w="1096"/>
          </w:tcPr>
          <w:p>
            <w:r/>
            <w:r>
              <w:rPr>
                <w:rFonts w:ascii="Malgun Gothic" w:hAnsi="Malgun Gothic" w:eastAsia="Malgun Gothic"/>
                <w:b/>
                <w:sz w:val="13"/>
              </w:rPr>
              <w:t>파일</w:t>
            </w:r>
          </w:p>
        </w:tc>
        <w:tc>
          <w:tcPr>
            <w:tcW w:type="dxa" w:w="1096"/>
          </w:tcPr>
          <w:p>
            <w:r/>
            <w:r>
              <w:rPr>
                <w:rFonts w:ascii="Malgun Gothic" w:hAnsi="Malgun Gothic" w:eastAsia="Malgun Gothic"/>
                <w:b/>
                <w:sz w:val="13"/>
              </w:rPr>
              <w:t>형식</w:t>
            </w:r>
          </w:p>
        </w:tc>
        <w:tc>
          <w:tcPr>
            <w:tcW w:type="dxa" w:w="1096"/>
          </w:tcPr>
          <w:p>
            <w:r/>
            <w:r>
              <w:rPr>
                <w:rFonts w:ascii="Malgun Gothic" w:hAnsi="Malgun Gothic" w:eastAsia="Malgun Gothic"/>
                <w:b/>
                <w:sz w:val="13"/>
              </w:rPr>
              <w:t>크기(bytes)</w:t>
            </w:r>
          </w:p>
        </w:tc>
        <w:tc>
          <w:tcPr>
            <w:tcW w:type="dxa" w:w="1096"/>
          </w:tcPr>
          <w:p>
            <w:r/>
            <w:r>
              <w:rPr>
                <w:rFonts w:ascii="Malgun Gothic" w:hAnsi="Malgun Gothic" w:eastAsia="Malgun Gothic"/>
                <w:b/>
                <w:sz w:val="13"/>
              </w:rPr>
              <w:t>행</w:t>
            </w:r>
          </w:p>
        </w:tc>
        <w:tc>
          <w:tcPr>
            <w:tcW w:type="dxa" w:w="1096"/>
          </w:tcPr>
          <w:p>
            <w:r/>
            <w:r>
              <w:rPr>
                <w:rFonts w:ascii="Malgun Gothic" w:hAnsi="Malgun Gothic" w:eastAsia="Malgun Gothic"/>
                <w:b/>
                <w:sz w:val="13"/>
              </w:rPr>
              <w:t>열/키</w:t>
            </w:r>
          </w:p>
        </w:tc>
        <w:tc>
          <w:tcPr>
            <w:tcW w:type="dxa" w:w="1096"/>
          </w:tcPr>
          <w:p>
            <w:r/>
            <w:r>
              <w:rPr>
                <w:rFonts w:ascii="Malgun Gothic" w:hAnsi="Malgun Gothic" w:eastAsia="Malgun Gothic"/>
                <w:b/>
                <w:sz w:val="13"/>
              </w:rPr>
              <w:t>이미지크기</w:t>
            </w:r>
          </w:p>
        </w:tc>
        <w:tc>
          <w:tcPr>
            <w:tcW w:type="dxa" w:w="1096"/>
          </w:tcPr>
          <w:p>
            <w:r/>
            <w:r>
              <w:rPr>
                <w:rFonts w:ascii="Malgun Gothic" w:hAnsi="Malgun Gothic" w:eastAsia="Malgun Gothic"/>
                <w:b/>
                <w:sz w:val="13"/>
              </w:rPr>
              <w:t>SHA256(앞16)</w:t>
            </w:r>
          </w:p>
        </w:tc>
      </w:tr>
      <w:tr>
        <w:trPr>
          <w:cantSplit/>
        </w:trPr>
        <w:tc>
          <w:tcPr>
            <w:tcW w:type="dxa" w:w="1096"/>
            <w:vAlign w:val="center"/>
          </w:tcPr>
          <w:p>
            <w:r/>
            <w:r>
              <w:rPr>
                <w:rFonts w:ascii="Malgun Gothic" w:hAnsi="Malgun Gothic" w:eastAsia="Malgun Gothic"/>
                <w:b w:val="0"/>
                <w:sz w:val="13"/>
              </w:rPr>
              <w:t>881</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research_continuity/27_segment_feature_stress_merge_v203/segment_level_features_stress_merged_v203.csv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19,876,650</w:t>
            </w:r>
          </w:p>
        </w:tc>
        <w:tc>
          <w:tcPr>
            <w:tcW w:type="dxa" w:w="1096"/>
            <w:vAlign w:val="center"/>
          </w:tcPr>
          <w:p>
            <w:r/>
            <w:r>
              <w:rPr>
                <w:rFonts w:ascii="Malgun Gothic" w:hAnsi="Malgun Gothic" w:eastAsia="Malgun Gothic"/>
                <w:b w:val="0"/>
                <w:sz w:val="13"/>
              </w:rPr>
              <w:t>57,619</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4e26342f15487c71</w:t>
            </w:r>
          </w:p>
        </w:tc>
      </w:tr>
      <w:tr>
        <w:trPr>
          <w:cantSplit/>
        </w:trPr>
        <w:tc>
          <w:tcPr>
            <w:tcW w:type="dxa" w:w="1096"/>
            <w:vAlign w:val="center"/>
          </w:tcPr>
          <w:p>
            <w:r/>
            <w:r>
              <w:rPr>
                <w:rFonts w:ascii="Malgun Gothic" w:hAnsi="Malgun Gothic" w:eastAsia="Malgun Gothic"/>
                <w:b w:val="0"/>
                <w:sz w:val="13"/>
              </w:rPr>
              <w:t>882</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research_continuity/27_segment_feature_stress_merge_v203/segment_level_features_stress_merged_v205.csv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19,876,650</w:t>
            </w:r>
          </w:p>
        </w:tc>
        <w:tc>
          <w:tcPr>
            <w:tcW w:type="dxa" w:w="1096"/>
            <w:vAlign w:val="center"/>
          </w:tcPr>
          <w:p>
            <w:r/>
            <w:r>
              <w:rPr>
                <w:rFonts w:ascii="Malgun Gothic" w:hAnsi="Malgun Gothic" w:eastAsia="Malgun Gothic"/>
                <w:b w:val="0"/>
                <w:sz w:val="13"/>
              </w:rPr>
              <w:t>57,619</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4e26342f15487c71</w:t>
            </w:r>
          </w:p>
        </w:tc>
      </w:tr>
      <w:tr>
        <w:trPr>
          <w:cantSplit/>
        </w:trPr>
        <w:tc>
          <w:tcPr>
            <w:tcW w:type="dxa" w:w="1096"/>
            <w:vAlign w:val="center"/>
          </w:tcPr>
          <w:p>
            <w:r/>
            <w:r>
              <w:rPr>
                <w:rFonts w:ascii="Malgun Gothic" w:hAnsi="Malgun Gothic" w:eastAsia="Malgun Gothic"/>
                <w:b w:val="0"/>
                <w:sz w:val="13"/>
              </w:rPr>
              <w:t>883</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research_continuity/27_segment_feature_stress_merge_v203/segment_level_merge_policy_v203.csv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542</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t>4</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af6bcb83f0d04975</w:t>
            </w:r>
          </w:p>
        </w:tc>
      </w:tr>
      <w:tr>
        <w:trPr>
          <w:cantSplit/>
        </w:trPr>
        <w:tc>
          <w:tcPr>
            <w:tcW w:type="dxa" w:w="1096"/>
            <w:vAlign w:val="center"/>
          </w:tcPr>
          <w:p>
            <w:r/>
            <w:r>
              <w:rPr>
                <w:rFonts w:ascii="Malgun Gothic" w:hAnsi="Malgun Gothic" w:eastAsia="Malgun Gothic"/>
                <w:b w:val="0"/>
                <w:sz w:val="13"/>
              </w:rPr>
              <w:t>884</w:t>
            </w:r>
          </w:p>
        </w:tc>
        <w:tc>
          <w:tcPr>
            <w:tcW w:type="dxa" w:w="1096"/>
            <w:vAlign w:val="center"/>
          </w:tcPr>
          <w:p>
            <w:r/>
            <w:r>
              <w:rPr>
                <w:rFonts w:ascii="Malgun Gothic" w:hAnsi="Malgun Gothic" w:eastAsia="Malgun Gothic"/>
                <w:b w:val="0"/>
                <w:sz w:val="13"/>
              </w:rPr>
              <w:t>11</w:t>
            </w:r>
          </w:p>
        </w:tc>
        <w:tc>
          <w:tcPr>
            <w:tcW w:type="dxa" w:w="1096"/>
            <w:vAlign w:val="center"/>
          </w:tcPr>
          <w:p>
            <w:r/>
            <w:r>
              <w:rPr>
                <w:rFonts w:ascii="Malgun Gothic" w:hAnsi="Malgun Gothic" w:eastAsia="Malgun Gothic"/>
                <w:b w:val="0"/>
                <w:sz w:val="13"/>
              </w:rPr>
              <w:t>research_continuity/27_segment_feature_stress_merge_v203/segment_level_merge_skeleton_v203.csv</w:t>
            </w:r>
          </w:p>
        </w:tc>
        <w:tc>
          <w:tcPr>
            <w:tcW w:type="dxa" w:w="1096"/>
            <w:vAlign w:val="center"/>
          </w:tcPr>
          <w:p>
            <w:r/>
            <w:r>
              <w:rPr>
                <w:rFonts w:ascii="Malgun Gothic" w:hAnsi="Malgun Gothic" w:eastAsia="Malgun Gothic"/>
                <w:b w:val="0"/>
                <w:sz w:val="13"/>
              </w:rPr>
              <w:t>csv</w:t>
            </w:r>
          </w:p>
        </w:tc>
        <w:tc>
          <w:tcPr>
            <w:tcW w:type="dxa" w:w="1096"/>
            <w:vAlign w:val="center"/>
          </w:tcPr>
          <w:p>
            <w:r/>
            <w:r>
              <w:rPr>
                <w:rFonts w:ascii="Malgun Gothic" w:hAnsi="Malgun Gothic" w:eastAsia="Malgun Gothic"/>
                <w:b w:val="0"/>
                <w:sz w:val="13"/>
              </w:rPr>
              <w:t>19,876,650</w:t>
            </w:r>
          </w:p>
        </w:tc>
        <w:tc>
          <w:tcPr>
            <w:tcW w:type="dxa" w:w="1096"/>
            <w:vAlign w:val="center"/>
          </w:tcPr>
          <w:p>
            <w:r/>
            <w:r>
              <w:rPr>
                <w:rFonts w:ascii="Malgun Gothic" w:hAnsi="Malgun Gothic" w:eastAsia="Malgun Gothic"/>
                <w:b w:val="0"/>
                <w:sz w:val="13"/>
              </w:rPr>
              <w:t>57,619</w:t>
            </w:r>
          </w:p>
        </w:tc>
        <w:tc>
          <w:tcPr>
            <w:tcW w:type="dxa" w:w="1096"/>
            <w:vAlign w:val="center"/>
          </w:tcPr>
          <w:p>
            <w:r/>
            <w:r>
              <w:rPr>
                <w:rFonts w:ascii="Malgun Gothic" w:hAnsi="Malgun Gothic" w:eastAsia="Malgun Gothic"/>
                <w:b w:val="0"/>
                <w:sz w:val="13"/>
              </w:rPr>
              <w:t>20</w:t>
            </w:r>
          </w:p>
        </w:tc>
        <w:tc>
          <w:tcPr>
            <w:tcW w:type="dxa" w:w="1096"/>
            <w:vAlign w:val="center"/>
          </w:tcPr>
          <w:p>
            <w:r/>
            <w:r>
              <w:rPr>
                <w:rFonts w:ascii="Malgun Gothic" w:hAnsi="Malgun Gothic" w:eastAsia="Malgun Gothic"/>
                <w:b w:val="0"/>
                <w:sz w:val="13"/>
              </w:rPr>
            </w:r>
          </w:p>
        </w:tc>
        <w:tc>
          <w:tcPr>
            <w:tcW w:type="dxa" w:w="1096"/>
            <w:vAlign w:val="center"/>
          </w:tcPr>
          <w:p>
            <w:r/>
            <w:r>
              <w:rPr>
                <w:rFonts w:ascii="Malgun Gothic" w:hAnsi="Malgun Gothic" w:eastAsia="Malgun Gothic"/>
                <w:b w:val="0"/>
                <w:sz w:val="13"/>
              </w:rPr>
              <w:t>4e26342f15487c71</w:t>
            </w:r>
          </w:p>
        </w:tc>
      </w:tr>
    </w:tbl>
    <w:p/>
    <w:p>
      <w:r>
        <w:br w:type="page"/>
      </w:r>
    </w:p>
    <w:p>
      <w:pPr>
        <w:pStyle w:val="Heading1"/>
      </w:pPr>
      <w:r>
        <w:t>부록 B. 유현동VOC_datasets0402_분석리포트_v3</w:t>
      </w:r>
    </w:p>
    <w:p>
      <w:r>
        <w:t>원본 참조문서: 유현동VOC_datasets0402_분석리포트_v3.docx</w:t>
      </w:r>
    </w:p>
    <w:p>
      <w:r>
        <w:t>VOC 음성 데이터 기반 스트레스 지수 설계와</w:t>
      </w:r>
    </w:p>
    <w:p>
      <w:r>
        <w:t>음성 특징 간 구성 타당도 검증</w:t>
      </w:r>
    </w:p>
    <w:p>
      <w:r>
        <w:t>— datasets0402 분석 리포트 —</w:t>
      </w:r>
    </w:p>
    <w:p>
      <w:r>
        <w:t>생성: 2026-04-03  |  n=99개  |  VOC_sample1000_2</w:t>
      </w:r>
    </w:p>
    <w:p>
      <w:r>
        <w:t>전역 기준 (n=998) 적용 — z-score μ·σ 고정</w:t>
      </w:r>
    </w:p>
    <w:p>
      <w:pPr>
        <w:pStyle w:val="Heading1"/>
      </w:pPr>
      <w:r>
        <w:t>3. 연구 방법</w:t>
      </w:r>
    </w:p>
    <w:p>
      <w:pPr>
        <w:pStyle w:val="Heading2"/>
      </w:pPr>
      <w:r>
        <w:t>3.1. 연구 데이터</w:t>
      </w:r>
    </w:p>
    <w:p>
      <w:pPr>
        <w:pStyle w:val="Heading3"/>
      </w:pPr>
      <w:r>
        <w:t>3.1.1. VOC 음성 데이터</w:t>
      </w:r>
    </w:p>
    <w:p>
      <w:r>
        <w:t>본 연구는 국내 콜센터 고객 상담 과정에서 수집된 VOC 음성 데이터를 분석 대상으로 사용하였다. 원본 데이터는 총 1,000건으로 수집되었으며, g723_1 압축 코덱 WAV 파일을 ffmpeg를 통해 16kHz 모노 PCM으로 변환 후 librosa 기반 음성 특징을 추출하였다. STT 텍스트는 기존 pilot100_clean.csv의 Whisper STT 결과를 wav_id 기준으로 매칭하여 재사용하였으며, 최종 유효 분석 건수는 99건이다.</w:t>
      </w:r>
    </w:p>
    <w:p>
      <w:pPr>
        <w:pStyle w:val="Heading3"/>
      </w:pPr>
      <w:r>
        <w:t>3.1.2. 데이터 전처리</w:t>
      </w:r>
    </w:p>
    <w:p>
      <w:r>
        <w:t>전처리 과정은 4단계로 구성된다.</w:t>
      </w:r>
    </w:p>
    <w:p>
      <w:r>
        <w:t>음성 변환: g723_1 코덱 WAV → ffmpeg로 16kHz 모노 PCM WAV 변환(step1: build_datasets0402.py).</w:t>
      </w:r>
    </w:p>
    <w:p>
      <w:r>
        <w:t>음성 특징 추출: librosa.feature.rms()로 energy_mean, librosa.pyin()으로 pitch_mean 추출, soundfile로 duration_sec 측정(step2).</w:t>
      </w:r>
    </w:p>
    <w:p>
      <w:r>
        <w:t>STT 매칭 및 wpm 재계산: wav_id 기준 pilot100_clean.csv 텍스트 매칭, 새 duration_sec 기준으로 wpm = word_cnt × 60 / duration_sec 재산출(step3).</w:t>
      </w:r>
    </w:p>
    <w:p>
      <w:r>
        <w:t>전역 기준 stress_score 산출: 전체 n=998 μ·σ 고정 후 z-score 계산, 전역 min/max 기준 min-max 정규화(step4).</w:t>
      </w:r>
    </w:p>
    <w:p>
      <w:pPr>
        <w:pStyle w:val="Heading2"/>
      </w:pPr>
      <w:r>
        <w:t>3.2. 음성 특징 변수 정의</w:t>
      </w:r>
    </w:p>
    <w:p>
      <w:r>
        <w:t>스트레스 지수를 구성하는 4개 음향 특징 변수는 librosa 및 soundfile 라이브러리를 통해 추출하였다(Python 3.x 환경).</w:t>
      </w:r>
    </w:p>
    <w:p>
      <w:pPr>
        <w:pStyle w:val="Heading3"/>
      </w:pPr>
      <w:r>
        <w:t>3.2.1. 음성 에너지 (energy_mean) — 강도</w:t>
      </w:r>
    </w:p>
    <w:p>
      <w:r>
        <w:t>발화 신호의 강도를 나타내는 지표로, 프레임별 RMS 에너지의 평균값이다. librosa.feature.rms()를 사용하였으며, 파라미터는 frame_length=2048, hop_length=512로 설정하였다.</w:t>
      </w:r>
    </w:p>
    <w:p>
      <w:r>
        <w:t>E = (1/N) Σ x(n)²</w:t>
      </w:r>
    </w:p>
    <w:p>
      <w:pPr>
        <w:pStyle w:val="Heading3"/>
      </w:pPr>
      <w:r>
        <w:t>3.2.2. 기본 주파수 (pitch_mean) — 높이</w:t>
      </w:r>
    </w:p>
    <w:p>
      <w:r>
        <w:t>성대 진동의 기본 주파수(F0)로 음성의 높낮이를 나타낸다. librosa.pyin() 알고리즘을 사용하여 voiced 구간의 F0를 추정하고 NaN(unvoiced) 제외 후 평균을 산출하였다. 추출 파라미터: fmin=C2(~65Hz), fmax=C7(~2,093Hz), sr=16000, frame_length=2048, hop_length=512.</w:t>
      </w:r>
    </w:p>
    <w:p>
      <w:r>
        <w:t>F0 = 1 / T₀  (T₀: 기본 주기)</w:t>
      </w:r>
    </w:p>
    <w:p>
      <w:pPr>
        <w:pStyle w:val="Heading3"/>
      </w:pPr>
      <w:r>
        <w:t>3.2.3. 발화 속도 (wpm) — 속도</w:t>
      </w:r>
    </w:p>
    <w:p>
      <w:r>
        <w:t>단위 시간당 발화 단어 수로, STT 결과 텍스트에서 정규표현식 기반 토큰 수를 duration_sec(분)으로 나누어 계산하였다.</w:t>
      </w:r>
    </w:p>
    <w:p>
      <w:r>
        <w:t>WPM = word_cnt × 60 / duration_sec</w:t>
      </w:r>
    </w:p>
    <w:p>
      <w:pPr>
        <w:pStyle w:val="Heading3"/>
      </w:pPr>
      <w:r>
        <w:t>3.2.4. 발화 길이 (duration_sec) — 길이</w:t>
      </w:r>
    </w:p>
    <w:p>
      <w:r>
        <w:t>발화 구간의 총 지속 시간(초)으로 soundfile.info().frames / samplerate로 산출하였다. duration_sec는 스트레스 지수에서 음(-) 방향으로 반영한다.</w:t>
      </w:r>
    </w:p>
    <w:p>
      <w:pPr>
        <w:pStyle w:val="Heading2"/>
      </w:pPr>
      <w:r>
        <w:t>3.3. 스트레스 지수 설계</w:t>
      </w:r>
    </w:p>
    <w:p>
      <w:pPr>
        <w:pStyle w:val="Heading3"/>
      </w:pPr>
      <w:r>
        <w:t>3.3.1. 설계 철학 및 이론적 근거</w:t>
      </w:r>
    </w:p>
    <w:p>
      <w:r>
        <w:t>본 연구의 스트레스 지수는 외부 라벨이 없는 실제 상담 환경에서 적용 가능한 비지도(unsupervised) 방식으로 설계하였다. 각 음성 특징의 방향성은 선행연구에 기반하여 결정하였다. energy_mean과 pitch_mean은 스트레스 증가 시 상승하는 방향(+)으로, duration_sec는 단발성 고스트레스 발화 가설에 따라 감소 방향(-)으로 설정하였다(Hansen &amp; Patil, 2007; Scherer, 2003). wpm은 양(+) 방향으로 포함하되, 개인차가 크므로 균등 가중치로 설정하였다.</w:t>
      </w:r>
    </w:p>
    <w:p>
      <w:pPr>
        <w:pStyle w:val="Heading3"/>
      </w:pPr>
      <w:r>
        <w:t>3.3.2. 지수 생성 수식</w:t>
      </w:r>
    </w:p>
    <w:p>
      <w:r>
        <w:t>각 변수는 서로 다른 단위를 가지므로 z-score 표준화를 수행한 후 결합하였다. 본 연구(datasets0402)에서는 전체 n=998 데이터의 μ·σ를 고정 기준으로 사용하여 파일럿 내부 기준의 편향을 제거하였다.</w:t>
      </w:r>
    </w:p>
    <w:p>
      <w:r>
        <w:t>z_i = (x_i − μ_global) / σ_global</w:t>
      </w:r>
    </w:p>
    <w:p>
      <w:r>
        <w:t>stress_raw = (z_energy + z_pitch + z_wpm − z_duration) / 4</w:t>
      </w:r>
    </w:p>
    <w:p>
      <w:r>
        <w:t>stress_score = (stress_raw − min_global) / (max_global − min_global)</w:t>
      </w:r>
    </w:p>
    <w:p>
      <w:pPr>
        <w:pStyle w:val="Heading3"/>
      </w:pPr>
      <w:r>
        <w:t>3.3.3. 균등 가중치 및 전역 기준 선택 근거</w:t>
      </w:r>
    </w:p>
    <w:p>
      <w:r>
        <w:t>가중치를 균등(0.25)으로 설정한 이유는 다음과 같다.</w:t>
      </w:r>
    </w:p>
    <w:p>
      <w:r>
        <w:t>실제 상담 환경에서 어느 특징이 스트레스를 더 잘 반영하는지에 대한 사전 검증 데이터가 없으므로 임의적 가중치 부여는 편향을 초래할 수 있다.</w:t>
      </w:r>
    </w:p>
    <w:p>
      <w:r>
        <w:t>균등 가중치는 가장 단순하고 해석 가능한 방식으로, 지수 설계의 투명성을 확보한다(Nunnally &amp; Bernstein, 1994).</w:t>
      </w:r>
    </w:p>
    <w:p>
      <w:r>
        <w:t>전역 기준(n=998 μ·σ) 고정으로 파일럿 서브셋의 내부 편향을 제거하고 전체 데이터와 직접 비교 가능한 절대 위치값을 확보하였다.</w:t>
      </w:r>
    </w:p>
    <w:p>
      <w:pPr>
        <w:pStyle w:val="Heading2"/>
      </w:pPr>
      <w:r>
        <w:t>3.4. 구성 타당도 검증 방법</w:t>
      </w:r>
    </w:p>
    <w:p>
      <w:pPr>
        <w:pStyle w:val="Heading3"/>
      </w:pPr>
      <w:r>
        <w:t>3.4.1. 수렴 타당도 (Convergent Validity)</w:t>
      </w:r>
    </w:p>
    <w:p>
      <w:r>
        <w:t>스트레스와 이론적으로 높은 관련성을 가지는 변수(energy_mean, pitch_mean)가 stress_score와 실증적으로도 높은 상관(|r| ≥ 0.5)을 보이는지 검증하였다. Pearson 상관계수와 Bootstrap 2,000회 반복에 의한 95% 신뢰구간을 함께 산출하였다.</w:t>
      </w:r>
    </w:p>
    <w:p>
      <w:pPr>
        <w:pStyle w:val="Heading3"/>
      </w:pPr>
      <w:r>
        <w:t>3.4.2. 판별 타당도 (Discriminant Validity)</w:t>
      </w:r>
    </w:p>
    <w:p>
      <w:r>
        <w:t>스트레스와 이론적으로 약한 관련성을 가지는 변수(wpm, duration_sec)가 stress_score와 수렴 타당도 변수보다 낮은 상관을 보이는지 검증하였다.</w:t>
      </w:r>
    </w:p>
    <w:p>
      <w:pPr>
        <w:pStyle w:val="Heading3"/>
      </w:pPr>
      <w:r>
        <w:t>3.4.3. 가중치 민감도 분석</w:t>
      </w:r>
    </w:p>
    <w:p>
      <w:r>
        <w:t>균등 가중치 외에 5가지 추가 시나리오(Pitch 중심, Energy 중심, Pitch+Energy 동등강조, WPM 제외, Duration 제외)에서 생성된 지수를 기본 지수와 비교하여 상관계수 및 분포 안정성을 확인하였다.</w:t>
      </w:r>
    </w:p>
    <w:p>
      <w:pPr>
        <w:pStyle w:val="Heading3"/>
      </w:pPr>
      <w:r>
        <w:t>3.4.4. 변수 제거 안정성 분석 (Leave-One-Out)</w:t>
      </w:r>
    </w:p>
    <w:p>
      <w:r>
        <w:t>각 변수를 하나씩 제거한 후 생성된 지수와 원본 지수의 상관계수를 계산하여 특정 변수에 대한 과도한 의존성 여부를 검증하였다. r ≥ 0.95를 안정, r ≥ 0.85를 보통, r &lt; 0.85를 불안정으로 판정하였다.</w:t>
      </w:r>
    </w:p>
    <w:p>
      <w:pPr>
        <w:pStyle w:val="Heading3"/>
      </w:pPr>
      <w:r>
        <w:t>3.4.5. 구간 프로파일 분석 (ANOVA)</w:t>
      </w:r>
    </w:p>
    <w:p>
      <w:r>
        <w:t>stress_score의 하위 33.3%ile(저스트레스), 33.3~66.7%ile(중스트레스), 상위 33.3%ile(고스트레스)의 3구간으로 분류하고, 각 구간에서 음성 특징의 평균 차이를 일원배치 분산분석(One-Way ANOVA)으로 검정하였다. 효과 크기는 η²(Eta-squared)로 산출하였으며, 사후검정은 Tukey HSD를 사용하였다.</w:t>
      </w:r>
    </w:p>
    <w:p>
      <w:pPr>
        <w:pStyle w:val="Heading2"/>
      </w:pPr>
      <w:r>
        <w:t>3.5. 분석 도구 및 환경</w:t>
      </w:r>
    </w:p>
    <w:p>
      <w:r>
        <w:t>분석에 사용된 소프트웨어 환경은 다음과 같다. Python 3.x 환경에서 pandas, numpy, scipy, statsmodels, librosa, soundfile, matplotlib을 사용하였다. 다변량 OLS는 statsmodels.formula.api의 smf.ols()로 수행하였다. Bootstrap 신뢰구간은 numpy.random.default_rng(seed=42) 기반 2,000회 반복으로 산출하였다.</w:t>
      </w:r>
    </w:p>
    <w:p>
      <w:pPr>
        <w:pStyle w:val="Heading1"/>
      </w:pPr>
      <w:r>
        <w:t>4. 실험 결과</w:t>
      </w:r>
    </w:p>
    <w:p>
      <w:r>
        <w:t>본 장에서는 스트레스 지수 구성 타당도 검증 결과를 제시한다. pitch 이상값 진단, 기술통계 확인 후, 수렴/판별 타당도, 회귀분석, 가중치 민감도 분석, 구간 프로파일 분석, LOO 안정성 순으로 기술한다.</w:t>
      </w:r>
    </w:p>
    <w:p>
      <w:pPr>
        <w:pStyle w:val="Heading2"/>
      </w:pPr>
      <w:r>
        <w:t>4.1. pitch 이상값 진단</w:t>
      </w:r>
    </w:p>
    <w:p>
      <w:r>
        <w:t>표 4-1. pitch_mean 분포 및 이상값 진단 (n=99)</w:t>
      </w:r>
    </w:p>
    <w:p>
      <w:r>
        <w:rPr>
          <w:b/>
        </w:rPr>
        <w:t>원본 참조표 1</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5"/>
              </w:rPr>
              <w:t>구분</w:t>
            </w:r>
          </w:p>
        </w:tc>
        <w:tc>
          <w:tcPr>
            <w:tcW w:type="dxa" w:w="1233"/>
          </w:tcPr>
          <w:p>
            <w:r/>
            <w:r>
              <w:rPr>
                <w:rFonts w:ascii="Malgun Gothic" w:hAnsi="Malgun Gothic" w:eastAsia="Malgun Gothic"/>
                <w:b/>
                <w:sz w:val="15"/>
              </w:rPr>
              <w:t>n</w:t>
            </w:r>
          </w:p>
        </w:tc>
        <w:tc>
          <w:tcPr>
            <w:tcW w:type="dxa" w:w="1233"/>
          </w:tcPr>
          <w:p>
            <w:r/>
            <w:r>
              <w:rPr>
                <w:rFonts w:ascii="Malgun Gothic" w:hAnsi="Malgun Gothic" w:eastAsia="Malgun Gothic"/>
                <w:b/>
                <w:sz w:val="15"/>
              </w:rPr>
              <w:t>평균(Hz)</w:t>
            </w:r>
          </w:p>
        </w:tc>
        <w:tc>
          <w:tcPr>
            <w:tcW w:type="dxa" w:w="1233"/>
          </w:tcPr>
          <w:p>
            <w:r/>
            <w:r>
              <w:rPr>
                <w:rFonts w:ascii="Malgun Gothic" w:hAnsi="Malgun Gothic" w:eastAsia="Malgun Gothic"/>
                <w:b/>
                <w:sz w:val="15"/>
              </w:rPr>
              <w:t>SD</w:t>
            </w:r>
          </w:p>
        </w:tc>
        <w:tc>
          <w:tcPr>
            <w:tcW w:type="dxa" w:w="1233"/>
          </w:tcPr>
          <w:p>
            <w:r/>
            <w:r>
              <w:rPr>
                <w:rFonts w:ascii="Malgun Gothic" w:hAnsi="Malgun Gothic" w:eastAsia="Malgun Gothic"/>
                <w:b/>
                <w:sz w:val="15"/>
              </w:rPr>
              <w:t>최솟값</w:t>
            </w:r>
          </w:p>
        </w:tc>
        <w:tc>
          <w:tcPr>
            <w:tcW w:type="dxa" w:w="1233"/>
          </w:tcPr>
          <w:p>
            <w:r/>
            <w:r>
              <w:rPr>
                <w:rFonts w:ascii="Malgun Gothic" w:hAnsi="Malgun Gothic" w:eastAsia="Malgun Gothic"/>
                <w:b/>
                <w:sz w:val="15"/>
              </w:rPr>
              <w:t>중앙값</w:t>
            </w:r>
          </w:p>
        </w:tc>
        <w:tc>
          <w:tcPr>
            <w:tcW w:type="dxa" w:w="1233"/>
          </w:tcPr>
          <w:p>
            <w:r/>
            <w:r>
              <w:rPr>
                <w:rFonts w:ascii="Malgun Gothic" w:hAnsi="Malgun Gothic" w:eastAsia="Malgun Gothic"/>
                <w:b/>
                <w:sz w:val="15"/>
              </w:rPr>
              <w:t>최댓값</w:t>
            </w:r>
          </w:p>
        </w:tc>
        <w:tc>
          <w:tcPr>
            <w:tcW w:type="dxa" w:w="1233"/>
          </w:tcPr>
          <w:p>
            <w:r/>
            <w:r>
              <w:rPr>
                <w:rFonts w:ascii="Malgun Gothic" w:hAnsi="Malgun Gothic" w:eastAsia="Malgun Gothic"/>
                <w:b/>
                <w:sz w:val="15"/>
              </w:rPr>
              <w:t>&gt;350Hz 건수</w:t>
            </w:r>
          </w:p>
        </w:tc>
      </w:tr>
      <w:tr>
        <w:trPr>
          <w:cantSplit/>
        </w:trPr>
        <w:tc>
          <w:tcPr>
            <w:tcW w:type="dxa" w:w="1233"/>
            <w:vAlign w:val="center"/>
          </w:tcPr>
          <w:p>
            <w:r/>
            <w:r>
              <w:rPr>
                <w:rFonts w:ascii="Malgun Gothic" w:hAnsi="Malgun Gothic" w:eastAsia="Malgun Gothic"/>
                <w:b w:val="0"/>
                <w:sz w:val="15"/>
              </w:rPr>
              <w:t>datasets0402 (n=99)</w:t>
            </w:r>
          </w:p>
        </w:tc>
        <w:tc>
          <w:tcPr>
            <w:tcW w:type="dxa" w:w="1233"/>
            <w:vAlign w:val="center"/>
          </w:tcPr>
          <w:p>
            <w:r/>
            <w:r>
              <w:rPr>
                <w:rFonts w:ascii="Malgun Gothic" w:hAnsi="Malgun Gothic" w:eastAsia="Malgun Gothic"/>
                <w:b w:val="0"/>
                <w:sz w:val="15"/>
              </w:rPr>
              <w:t>99</w:t>
            </w:r>
          </w:p>
        </w:tc>
        <w:tc>
          <w:tcPr>
            <w:tcW w:type="dxa" w:w="1233"/>
            <w:vAlign w:val="center"/>
          </w:tcPr>
          <w:p>
            <w:r/>
            <w:r>
              <w:rPr>
                <w:rFonts w:ascii="Malgun Gothic" w:hAnsi="Malgun Gothic" w:eastAsia="Malgun Gothic"/>
                <w:b w:val="0"/>
                <w:sz w:val="15"/>
              </w:rPr>
              <w:t>235.9</w:t>
            </w:r>
          </w:p>
        </w:tc>
        <w:tc>
          <w:tcPr>
            <w:tcW w:type="dxa" w:w="1233"/>
            <w:vAlign w:val="center"/>
          </w:tcPr>
          <w:p>
            <w:r/>
            <w:r>
              <w:rPr>
                <w:rFonts w:ascii="Malgun Gothic" w:hAnsi="Malgun Gothic" w:eastAsia="Malgun Gothic"/>
                <w:b w:val="0"/>
                <w:sz w:val="15"/>
              </w:rPr>
              <w:t>47.7</w:t>
            </w:r>
          </w:p>
        </w:tc>
        <w:tc>
          <w:tcPr>
            <w:tcW w:type="dxa" w:w="1233"/>
            <w:vAlign w:val="center"/>
          </w:tcPr>
          <w:p>
            <w:r/>
            <w:r>
              <w:rPr>
                <w:rFonts w:ascii="Malgun Gothic" w:hAnsi="Malgun Gothic" w:eastAsia="Malgun Gothic"/>
                <w:b w:val="0"/>
                <w:sz w:val="15"/>
              </w:rPr>
              <w:t>75.98</w:t>
            </w:r>
          </w:p>
        </w:tc>
        <w:tc>
          <w:tcPr>
            <w:tcW w:type="dxa" w:w="1233"/>
            <w:vAlign w:val="center"/>
          </w:tcPr>
          <w:p>
            <w:r/>
            <w:r>
              <w:rPr>
                <w:rFonts w:ascii="Malgun Gothic" w:hAnsi="Malgun Gothic" w:eastAsia="Malgun Gothic"/>
                <w:b w:val="0"/>
                <w:sz w:val="15"/>
              </w:rPr>
              <w:t>234.6</w:t>
            </w:r>
          </w:p>
        </w:tc>
        <w:tc>
          <w:tcPr>
            <w:tcW w:type="dxa" w:w="1233"/>
            <w:vAlign w:val="center"/>
          </w:tcPr>
          <w:p>
            <w:r/>
            <w:r>
              <w:rPr>
                <w:rFonts w:ascii="Malgun Gothic" w:hAnsi="Malgun Gothic" w:eastAsia="Malgun Gothic"/>
                <w:b w:val="0"/>
                <w:sz w:val="15"/>
              </w:rPr>
              <w:t>568.2</w:t>
            </w:r>
          </w:p>
        </w:tc>
        <w:tc>
          <w:tcPr>
            <w:tcW w:type="dxa" w:w="1233"/>
            <w:vAlign w:val="center"/>
          </w:tcPr>
          <w:p>
            <w:r/>
            <w:r>
              <w:rPr>
                <w:rFonts w:ascii="Malgun Gothic" w:hAnsi="Malgun Gothic" w:eastAsia="Malgun Gothic"/>
                <w:b w:val="0"/>
                <w:sz w:val="15"/>
              </w:rPr>
              <w:t>1 (1.0%)</w:t>
            </w:r>
          </w:p>
        </w:tc>
      </w:tr>
    </w:tbl>
    <w:p/>
    <w:p>
      <w:r>
        <w:t>주. &gt;350Hz 이상값 1건은 duration=3.24s의 극단 단시간 파일로 pitch 추정이 불안정한 케이스임.</w:t>
      </w:r>
    </w:p>
    <w:p>
      <w:pPr>
        <w:jc w:val="center"/>
      </w:pPr>
      <w:r>
        <w:drawing>
          <wp:inline xmlns:a="http://schemas.openxmlformats.org/drawingml/2006/main" xmlns:pic="http://schemas.openxmlformats.org/drawingml/2006/picture">
            <wp:extent cx="5852160" cy="3657600"/>
            <wp:docPr id="60" name="Picture 60"/>
            <wp:cNvGraphicFramePr>
              <a:graphicFrameLocks noChangeAspect="1"/>
            </wp:cNvGraphicFramePr>
            <a:graphic>
              <a:graphicData uri="http://schemas.openxmlformats.org/drawingml/2006/picture">
                <pic:pic>
                  <pic:nvPicPr>
                    <pic:cNvPr id="0" name="ref_유현동VOC_datasets0402_분석리포트_v3_001.png"/>
                    <pic:cNvPicPr/>
                  </pic:nvPicPr>
                  <pic:blipFill>
                    <a:blip r:embed="rId61"/>
                    <a:stretch>
                      <a:fillRect/>
                    </a:stretch>
                  </pic:blipFill>
                  <pic:spPr>
                    <a:xfrm>
                      <a:off x="0" y="0"/>
                      <a:ext cx="5852160" cy="3657600"/>
                    </a:xfrm>
                    <a:prstGeom prst="rect"/>
                  </pic:spPr>
                </pic:pic>
              </a:graphicData>
            </a:graphic>
          </wp:inline>
        </w:drawing>
      </w:r>
    </w:p>
    <w:p>
      <w:r>
        <w:t>그림 4-1. pitch_mean 분포 히스토그램 (n=99, 중앙값=235Hz, &gt;350Hz 기준선 표시)</w:t>
      </w:r>
    </w:p>
    <w:p>
      <w:pPr>
        <w:pStyle w:val="Heading2"/>
      </w:pPr>
      <w:r>
        <w:t>4.2. 기술통계</w:t>
      </w:r>
    </w:p>
    <w:p>
      <w:r>
        <w:t>표 4-2는 분석에 사용된 주요 변수의 기술통계 결과이다(n=99).</w:t>
      </w:r>
    </w:p>
    <w:p>
      <w:r>
        <w:t>표 4-2. 주요 변수 기술통계 (n=99)</w:t>
      </w:r>
    </w:p>
    <w:p>
      <w:r>
        <w:rPr>
          <w:b/>
        </w:rPr>
        <w:t>원본 참조표 2</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5"/>
              </w:rPr>
              <w:t>변수</w:t>
            </w:r>
          </w:p>
        </w:tc>
        <w:tc>
          <w:tcPr>
            <w:tcW w:type="dxa" w:w="1233"/>
          </w:tcPr>
          <w:p>
            <w:r/>
            <w:r>
              <w:rPr>
                <w:rFonts w:ascii="Malgun Gothic" w:hAnsi="Malgun Gothic" w:eastAsia="Malgun Gothic"/>
                <w:b/>
                <w:sz w:val="15"/>
              </w:rPr>
              <w:t>평균</w:t>
            </w:r>
          </w:p>
        </w:tc>
        <w:tc>
          <w:tcPr>
            <w:tcW w:type="dxa" w:w="1233"/>
          </w:tcPr>
          <w:p>
            <w:r/>
            <w:r>
              <w:rPr>
                <w:rFonts w:ascii="Malgun Gothic" w:hAnsi="Malgun Gothic" w:eastAsia="Malgun Gothic"/>
                <w:b/>
                <w:sz w:val="15"/>
              </w:rPr>
              <w:t>표준편차</w:t>
            </w:r>
          </w:p>
        </w:tc>
        <w:tc>
          <w:tcPr>
            <w:tcW w:type="dxa" w:w="1233"/>
          </w:tcPr>
          <w:p>
            <w:r/>
            <w:r>
              <w:rPr>
                <w:rFonts w:ascii="Malgun Gothic" w:hAnsi="Malgun Gothic" w:eastAsia="Malgun Gothic"/>
                <w:b/>
                <w:sz w:val="15"/>
              </w:rPr>
              <w:t>최소값</w:t>
            </w:r>
          </w:p>
        </w:tc>
        <w:tc>
          <w:tcPr>
            <w:tcW w:type="dxa" w:w="1233"/>
          </w:tcPr>
          <w:p>
            <w:r/>
            <w:r>
              <w:rPr>
                <w:rFonts w:ascii="Malgun Gothic" w:hAnsi="Malgun Gothic" w:eastAsia="Malgun Gothic"/>
                <w:b/>
                <w:sz w:val="15"/>
              </w:rPr>
              <w:t>25%</w:t>
            </w:r>
          </w:p>
        </w:tc>
        <w:tc>
          <w:tcPr>
            <w:tcW w:type="dxa" w:w="1233"/>
          </w:tcPr>
          <w:p>
            <w:r/>
            <w:r>
              <w:rPr>
                <w:rFonts w:ascii="Malgun Gothic" w:hAnsi="Malgun Gothic" w:eastAsia="Malgun Gothic"/>
                <w:b/>
                <w:sz w:val="15"/>
              </w:rPr>
              <w:t>중앙값</w:t>
            </w:r>
          </w:p>
        </w:tc>
        <w:tc>
          <w:tcPr>
            <w:tcW w:type="dxa" w:w="1233"/>
          </w:tcPr>
          <w:p>
            <w:r/>
            <w:r>
              <w:rPr>
                <w:rFonts w:ascii="Malgun Gothic" w:hAnsi="Malgun Gothic" w:eastAsia="Malgun Gothic"/>
                <w:b/>
                <w:sz w:val="15"/>
              </w:rPr>
              <w:t>75%</w:t>
            </w:r>
          </w:p>
        </w:tc>
        <w:tc>
          <w:tcPr>
            <w:tcW w:type="dxa" w:w="1233"/>
          </w:tcPr>
          <w:p>
            <w:r/>
            <w:r>
              <w:rPr>
                <w:rFonts w:ascii="Malgun Gothic" w:hAnsi="Malgun Gothic" w:eastAsia="Malgun Gothic"/>
                <w:b/>
                <w:sz w:val="15"/>
              </w:rPr>
              <w:t>최대값</w:t>
            </w:r>
          </w:p>
        </w:tc>
      </w:tr>
      <w:tr>
        <w:trPr>
          <w:cantSplit/>
        </w:trPr>
        <w:tc>
          <w:tcPr>
            <w:tcW w:type="dxa" w:w="1233"/>
            <w:vAlign w:val="center"/>
          </w:tcPr>
          <w:p>
            <w:r/>
            <w:r>
              <w:rPr>
                <w:rFonts w:ascii="Malgun Gothic" w:hAnsi="Malgun Gothic" w:eastAsia="Malgun Gothic"/>
                <w:b w:val="0"/>
                <w:sz w:val="15"/>
              </w:rPr>
              <w:t>duration_sec</w:t>
            </w:r>
          </w:p>
        </w:tc>
        <w:tc>
          <w:tcPr>
            <w:tcW w:type="dxa" w:w="1233"/>
            <w:vAlign w:val="center"/>
          </w:tcPr>
          <w:p>
            <w:r/>
            <w:r>
              <w:rPr>
                <w:rFonts w:ascii="Malgun Gothic" w:hAnsi="Malgun Gothic" w:eastAsia="Malgun Gothic"/>
                <w:b w:val="0"/>
                <w:sz w:val="15"/>
              </w:rPr>
              <w:t>179.34</w:t>
            </w:r>
          </w:p>
        </w:tc>
        <w:tc>
          <w:tcPr>
            <w:tcW w:type="dxa" w:w="1233"/>
            <w:vAlign w:val="center"/>
          </w:tcPr>
          <w:p>
            <w:r/>
            <w:r>
              <w:rPr>
                <w:rFonts w:ascii="Malgun Gothic" w:hAnsi="Malgun Gothic" w:eastAsia="Malgun Gothic"/>
                <w:b w:val="0"/>
                <w:sz w:val="15"/>
              </w:rPr>
              <w:t>217.45</w:t>
            </w:r>
          </w:p>
        </w:tc>
        <w:tc>
          <w:tcPr>
            <w:tcW w:type="dxa" w:w="1233"/>
            <w:vAlign w:val="center"/>
          </w:tcPr>
          <w:p>
            <w:r/>
            <w:r>
              <w:rPr>
                <w:rFonts w:ascii="Malgun Gothic" w:hAnsi="Malgun Gothic" w:eastAsia="Malgun Gothic"/>
                <w:b w:val="0"/>
                <w:sz w:val="15"/>
              </w:rPr>
              <w:t>3.24</w:t>
            </w:r>
          </w:p>
        </w:tc>
        <w:tc>
          <w:tcPr>
            <w:tcW w:type="dxa" w:w="1233"/>
            <w:vAlign w:val="center"/>
          </w:tcPr>
          <w:p>
            <w:r/>
            <w:r>
              <w:rPr>
                <w:rFonts w:ascii="Malgun Gothic" w:hAnsi="Malgun Gothic" w:eastAsia="Malgun Gothic"/>
                <w:b w:val="0"/>
                <w:sz w:val="15"/>
              </w:rPr>
              <w:t>65.61</w:t>
            </w:r>
          </w:p>
        </w:tc>
        <w:tc>
          <w:tcPr>
            <w:tcW w:type="dxa" w:w="1233"/>
            <w:vAlign w:val="center"/>
          </w:tcPr>
          <w:p>
            <w:r/>
            <w:r>
              <w:rPr>
                <w:rFonts w:ascii="Malgun Gothic" w:hAnsi="Malgun Gothic" w:eastAsia="Malgun Gothic"/>
                <w:b w:val="0"/>
                <w:sz w:val="15"/>
              </w:rPr>
              <w:t>105.30</w:t>
            </w:r>
          </w:p>
        </w:tc>
        <w:tc>
          <w:tcPr>
            <w:tcW w:type="dxa" w:w="1233"/>
            <w:vAlign w:val="center"/>
          </w:tcPr>
          <w:p>
            <w:r/>
            <w:r>
              <w:rPr>
                <w:rFonts w:ascii="Malgun Gothic" w:hAnsi="Malgun Gothic" w:eastAsia="Malgun Gothic"/>
                <w:b w:val="0"/>
                <w:sz w:val="15"/>
              </w:rPr>
              <w:t>212.97</w:t>
            </w:r>
          </w:p>
        </w:tc>
        <w:tc>
          <w:tcPr>
            <w:tcW w:type="dxa" w:w="1233"/>
            <w:vAlign w:val="center"/>
          </w:tcPr>
          <w:p>
            <w:r/>
            <w:r>
              <w:rPr>
                <w:rFonts w:ascii="Malgun Gothic" w:hAnsi="Malgun Gothic" w:eastAsia="Malgun Gothic"/>
                <w:b w:val="0"/>
                <w:sz w:val="15"/>
              </w:rPr>
              <w:t>1,298.88</w:t>
            </w:r>
          </w:p>
        </w:tc>
      </w:tr>
      <w:tr>
        <w:trPr>
          <w:cantSplit/>
        </w:trPr>
        <w:tc>
          <w:tcPr>
            <w:tcW w:type="dxa" w:w="1233"/>
            <w:vAlign w:val="center"/>
          </w:tcPr>
          <w:p>
            <w:r/>
            <w:r>
              <w:rPr>
                <w:rFonts w:ascii="Malgun Gothic" w:hAnsi="Malgun Gothic" w:eastAsia="Malgun Gothic"/>
                <w:b w:val="0"/>
                <w:sz w:val="15"/>
              </w:rPr>
              <w:t>wpm</w:t>
            </w:r>
          </w:p>
        </w:tc>
        <w:tc>
          <w:tcPr>
            <w:tcW w:type="dxa" w:w="1233"/>
            <w:vAlign w:val="center"/>
          </w:tcPr>
          <w:p>
            <w:r/>
            <w:r>
              <w:rPr>
                <w:rFonts w:ascii="Malgun Gothic" w:hAnsi="Malgun Gothic" w:eastAsia="Malgun Gothic"/>
                <w:b w:val="0"/>
                <w:sz w:val="15"/>
              </w:rPr>
              <w:t>82.30</w:t>
            </w:r>
          </w:p>
        </w:tc>
        <w:tc>
          <w:tcPr>
            <w:tcW w:type="dxa" w:w="1233"/>
            <w:vAlign w:val="center"/>
          </w:tcPr>
          <w:p>
            <w:r/>
            <w:r>
              <w:rPr>
                <w:rFonts w:ascii="Malgun Gothic" w:hAnsi="Malgun Gothic" w:eastAsia="Malgun Gothic"/>
                <w:b w:val="0"/>
                <w:sz w:val="15"/>
              </w:rPr>
              <w:t>21.71</w:t>
            </w:r>
          </w:p>
        </w:tc>
        <w:tc>
          <w:tcPr>
            <w:tcW w:type="dxa" w:w="1233"/>
            <w:vAlign w:val="center"/>
          </w:tcPr>
          <w:p>
            <w:r/>
            <w:r>
              <w:rPr>
                <w:rFonts w:ascii="Malgun Gothic" w:hAnsi="Malgun Gothic" w:eastAsia="Malgun Gothic"/>
                <w:b w:val="0"/>
                <w:sz w:val="15"/>
              </w:rPr>
              <w:t>0.00</w:t>
            </w:r>
          </w:p>
        </w:tc>
        <w:tc>
          <w:tcPr>
            <w:tcW w:type="dxa" w:w="1233"/>
            <w:vAlign w:val="center"/>
          </w:tcPr>
          <w:p>
            <w:r/>
            <w:r>
              <w:rPr>
                <w:rFonts w:ascii="Malgun Gothic" w:hAnsi="Malgun Gothic" w:eastAsia="Malgun Gothic"/>
                <w:b w:val="0"/>
                <w:sz w:val="15"/>
              </w:rPr>
              <w:t>69.25</w:t>
            </w:r>
          </w:p>
        </w:tc>
        <w:tc>
          <w:tcPr>
            <w:tcW w:type="dxa" w:w="1233"/>
            <w:vAlign w:val="center"/>
          </w:tcPr>
          <w:p>
            <w:r/>
            <w:r>
              <w:rPr>
                <w:rFonts w:ascii="Malgun Gothic" w:hAnsi="Malgun Gothic" w:eastAsia="Malgun Gothic"/>
                <w:b w:val="0"/>
                <w:sz w:val="15"/>
              </w:rPr>
              <w:t>83.25</w:t>
            </w:r>
          </w:p>
        </w:tc>
        <w:tc>
          <w:tcPr>
            <w:tcW w:type="dxa" w:w="1233"/>
            <w:vAlign w:val="center"/>
          </w:tcPr>
          <w:p>
            <w:r/>
            <w:r>
              <w:rPr>
                <w:rFonts w:ascii="Malgun Gothic" w:hAnsi="Malgun Gothic" w:eastAsia="Malgun Gothic"/>
                <w:b w:val="0"/>
                <w:sz w:val="15"/>
              </w:rPr>
              <w:t>96.23</w:t>
            </w:r>
          </w:p>
        </w:tc>
        <w:tc>
          <w:tcPr>
            <w:tcW w:type="dxa" w:w="1233"/>
            <w:vAlign w:val="center"/>
          </w:tcPr>
          <w:p>
            <w:r/>
            <w:r>
              <w:rPr>
                <w:rFonts w:ascii="Malgun Gothic" w:hAnsi="Malgun Gothic" w:eastAsia="Malgun Gothic"/>
                <w:b w:val="0"/>
                <w:sz w:val="15"/>
              </w:rPr>
              <w:t>130.20</w:t>
            </w:r>
          </w:p>
        </w:tc>
      </w:tr>
      <w:tr>
        <w:trPr>
          <w:cantSplit/>
        </w:trPr>
        <w:tc>
          <w:tcPr>
            <w:tcW w:type="dxa" w:w="1233"/>
            <w:vAlign w:val="center"/>
          </w:tcPr>
          <w:p>
            <w:r/>
            <w:r>
              <w:rPr>
                <w:rFonts w:ascii="Malgun Gothic" w:hAnsi="Malgun Gothic" w:eastAsia="Malgun Gothic"/>
                <w:b w:val="0"/>
                <w:sz w:val="15"/>
              </w:rPr>
              <w:t>stress_score</w:t>
            </w:r>
          </w:p>
        </w:tc>
        <w:tc>
          <w:tcPr>
            <w:tcW w:type="dxa" w:w="1233"/>
            <w:vAlign w:val="center"/>
          </w:tcPr>
          <w:p>
            <w:r/>
            <w:r>
              <w:rPr>
                <w:rFonts w:ascii="Malgun Gothic" w:hAnsi="Malgun Gothic" w:eastAsia="Malgun Gothic"/>
                <w:b w:val="0"/>
                <w:sz w:val="15"/>
              </w:rPr>
              <w:t>0.4913</w:t>
            </w:r>
          </w:p>
        </w:tc>
        <w:tc>
          <w:tcPr>
            <w:tcW w:type="dxa" w:w="1233"/>
            <w:vAlign w:val="center"/>
          </w:tcPr>
          <w:p>
            <w:r/>
            <w:r>
              <w:rPr>
                <w:rFonts w:ascii="Malgun Gothic" w:hAnsi="Malgun Gothic" w:eastAsia="Malgun Gothic"/>
                <w:b w:val="0"/>
                <w:sz w:val="15"/>
              </w:rPr>
              <w:t>0.0650</w:t>
            </w:r>
          </w:p>
        </w:tc>
        <w:tc>
          <w:tcPr>
            <w:tcW w:type="dxa" w:w="1233"/>
            <w:vAlign w:val="center"/>
          </w:tcPr>
          <w:p>
            <w:r/>
            <w:r>
              <w:rPr>
                <w:rFonts w:ascii="Malgun Gothic" w:hAnsi="Malgun Gothic" w:eastAsia="Malgun Gothic"/>
                <w:b w:val="0"/>
                <w:sz w:val="15"/>
              </w:rPr>
              <w:t>0.2262</w:t>
            </w:r>
          </w:p>
        </w:tc>
        <w:tc>
          <w:tcPr>
            <w:tcW w:type="dxa" w:w="1233"/>
            <w:vAlign w:val="center"/>
          </w:tcPr>
          <w:p>
            <w:r/>
            <w:r>
              <w:rPr>
                <w:rFonts w:ascii="Malgun Gothic" w:hAnsi="Malgun Gothic" w:eastAsia="Malgun Gothic"/>
                <w:b w:val="0"/>
                <w:sz w:val="15"/>
              </w:rPr>
              <w:t>0.4668</w:t>
            </w:r>
          </w:p>
        </w:tc>
        <w:tc>
          <w:tcPr>
            <w:tcW w:type="dxa" w:w="1233"/>
            <w:vAlign w:val="center"/>
          </w:tcPr>
          <w:p>
            <w:r/>
            <w:r>
              <w:rPr>
                <w:rFonts w:ascii="Malgun Gothic" w:hAnsi="Malgun Gothic" w:eastAsia="Malgun Gothic"/>
                <w:b w:val="0"/>
                <w:sz w:val="15"/>
              </w:rPr>
              <w:t>0.4938</w:t>
            </w:r>
          </w:p>
        </w:tc>
        <w:tc>
          <w:tcPr>
            <w:tcW w:type="dxa" w:w="1233"/>
            <w:vAlign w:val="center"/>
          </w:tcPr>
          <w:p>
            <w:r/>
            <w:r>
              <w:rPr>
                <w:rFonts w:ascii="Malgun Gothic" w:hAnsi="Malgun Gothic" w:eastAsia="Malgun Gothic"/>
                <w:b w:val="0"/>
                <w:sz w:val="15"/>
              </w:rPr>
              <w:t>0.5256</w:t>
            </w:r>
          </w:p>
        </w:tc>
        <w:tc>
          <w:tcPr>
            <w:tcW w:type="dxa" w:w="1233"/>
            <w:vAlign w:val="center"/>
          </w:tcPr>
          <w:p>
            <w:r/>
            <w:r>
              <w:rPr>
                <w:rFonts w:ascii="Malgun Gothic" w:hAnsi="Malgun Gothic" w:eastAsia="Malgun Gothic"/>
                <w:b w:val="0"/>
                <w:sz w:val="15"/>
              </w:rPr>
              <w:t>0.6913</w:t>
            </w:r>
          </w:p>
        </w:tc>
      </w:tr>
      <w:tr>
        <w:trPr>
          <w:cantSplit/>
        </w:trPr>
        <w:tc>
          <w:tcPr>
            <w:tcW w:type="dxa" w:w="1233"/>
            <w:vAlign w:val="center"/>
          </w:tcPr>
          <w:p>
            <w:r/>
            <w:r>
              <w:rPr>
                <w:rFonts w:ascii="Malgun Gothic" w:hAnsi="Malgun Gothic" w:eastAsia="Malgun Gothic"/>
                <w:b w:val="0"/>
                <w:sz w:val="15"/>
              </w:rPr>
              <w:t>energy_mean</w:t>
            </w:r>
          </w:p>
        </w:tc>
        <w:tc>
          <w:tcPr>
            <w:tcW w:type="dxa" w:w="1233"/>
            <w:vAlign w:val="center"/>
          </w:tcPr>
          <w:p>
            <w:r/>
            <w:r>
              <w:rPr>
                <w:rFonts w:ascii="Malgun Gothic" w:hAnsi="Malgun Gothic" w:eastAsia="Malgun Gothic"/>
                <w:b w:val="0"/>
                <w:sz w:val="15"/>
              </w:rPr>
              <w:t>0.0465</w:t>
            </w:r>
          </w:p>
        </w:tc>
        <w:tc>
          <w:tcPr>
            <w:tcW w:type="dxa" w:w="1233"/>
            <w:vAlign w:val="center"/>
          </w:tcPr>
          <w:p>
            <w:r/>
            <w:r>
              <w:rPr>
                <w:rFonts w:ascii="Malgun Gothic" w:hAnsi="Malgun Gothic" w:eastAsia="Malgun Gothic"/>
                <w:b w:val="0"/>
                <w:sz w:val="15"/>
              </w:rPr>
              <w:t>0.0187</w:t>
            </w:r>
          </w:p>
        </w:tc>
        <w:tc>
          <w:tcPr>
            <w:tcW w:type="dxa" w:w="1233"/>
            <w:vAlign w:val="center"/>
          </w:tcPr>
          <w:p>
            <w:r/>
            <w:r>
              <w:rPr>
                <w:rFonts w:ascii="Malgun Gothic" w:hAnsi="Malgun Gothic" w:eastAsia="Malgun Gothic"/>
                <w:b w:val="0"/>
                <w:sz w:val="15"/>
              </w:rPr>
              <w:t>0.0008</w:t>
            </w:r>
          </w:p>
        </w:tc>
        <w:tc>
          <w:tcPr>
            <w:tcW w:type="dxa" w:w="1233"/>
            <w:vAlign w:val="center"/>
          </w:tcPr>
          <w:p>
            <w:r/>
            <w:r>
              <w:rPr>
                <w:rFonts w:ascii="Malgun Gothic" w:hAnsi="Malgun Gothic" w:eastAsia="Malgun Gothic"/>
                <w:b w:val="0"/>
                <w:sz w:val="15"/>
              </w:rPr>
              <w:t>0.0343</w:t>
            </w:r>
          </w:p>
        </w:tc>
        <w:tc>
          <w:tcPr>
            <w:tcW w:type="dxa" w:w="1233"/>
            <w:vAlign w:val="center"/>
          </w:tcPr>
          <w:p>
            <w:r/>
            <w:r>
              <w:rPr>
                <w:rFonts w:ascii="Malgun Gothic" w:hAnsi="Malgun Gothic" w:eastAsia="Malgun Gothic"/>
                <w:b w:val="0"/>
                <w:sz w:val="15"/>
              </w:rPr>
              <w:t>0.0466</w:t>
            </w:r>
          </w:p>
        </w:tc>
        <w:tc>
          <w:tcPr>
            <w:tcW w:type="dxa" w:w="1233"/>
            <w:vAlign w:val="center"/>
          </w:tcPr>
          <w:p>
            <w:r/>
            <w:r>
              <w:rPr>
                <w:rFonts w:ascii="Malgun Gothic" w:hAnsi="Malgun Gothic" w:eastAsia="Malgun Gothic"/>
                <w:b w:val="0"/>
                <w:sz w:val="15"/>
              </w:rPr>
              <w:t>0.0576</w:t>
            </w:r>
          </w:p>
        </w:tc>
        <w:tc>
          <w:tcPr>
            <w:tcW w:type="dxa" w:w="1233"/>
            <w:vAlign w:val="center"/>
          </w:tcPr>
          <w:p>
            <w:r/>
            <w:r>
              <w:rPr>
                <w:rFonts w:ascii="Malgun Gothic" w:hAnsi="Malgun Gothic" w:eastAsia="Malgun Gothic"/>
                <w:b w:val="0"/>
                <w:sz w:val="15"/>
              </w:rPr>
              <w:t>0.1004</w:t>
            </w:r>
          </w:p>
        </w:tc>
      </w:tr>
      <w:tr>
        <w:trPr>
          <w:cantSplit/>
        </w:trPr>
        <w:tc>
          <w:tcPr>
            <w:tcW w:type="dxa" w:w="1233"/>
            <w:vAlign w:val="center"/>
          </w:tcPr>
          <w:p>
            <w:r/>
            <w:r>
              <w:rPr>
                <w:rFonts w:ascii="Malgun Gothic" w:hAnsi="Malgun Gothic" w:eastAsia="Malgun Gothic"/>
                <w:b w:val="0"/>
                <w:sz w:val="15"/>
              </w:rPr>
              <w:t>pitch_mean (Hz)</w:t>
            </w:r>
          </w:p>
        </w:tc>
        <w:tc>
          <w:tcPr>
            <w:tcW w:type="dxa" w:w="1233"/>
            <w:vAlign w:val="center"/>
          </w:tcPr>
          <w:p>
            <w:r/>
            <w:r>
              <w:rPr>
                <w:rFonts w:ascii="Malgun Gothic" w:hAnsi="Malgun Gothic" w:eastAsia="Malgun Gothic"/>
                <w:b w:val="0"/>
                <w:sz w:val="15"/>
              </w:rPr>
              <w:t>235.92</w:t>
            </w:r>
          </w:p>
        </w:tc>
        <w:tc>
          <w:tcPr>
            <w:tcW w:type="dxa" w:w="1233"/>
            <w:vAlign w:val="center"/>
          </w:tcPr>
          <w:p>
            <w:r/>
            <w:r>
              <w:rPr>
                <w:rFonts w:ascii="Malgun Gothic" w:hAnsi="Malgun Gothic" w:eastAsia="Malgun Gothic"/>
                <w:b w:val="0"/>
                <w:sz w:val="15"/>
              </w:rPr>
              <w:t>47.71</w:t>
            </w:r>
          </w:p>
        </w:tc>
        <w:tc>
          <w:tcPr>
            <w:tcW w:type="dxa" w:w="1233"/>
            <w:vAlign w:val="center"/>
          </w:tcPr>
          <w:p>
            <w:r/>
            <w:r>
              <w:rPr>
                <w:rFonts w:ascii="Malgun Gothic" w:hAnsi="Malgun Gothic" w:eastAsia="Malgun Gothic"/>
                <w:b w:val="0"/>
                <w:sz w:val="15"/>
              </w:rPr>
              <w:t>75.98</w:t>
            </w:r>
          </w:p>
        </w:tc>
        <w:tc>
          <w:tcPr>
            <w:tcW w:type="dxa" w:w="1233"/>
            <w:vAlign w:val="center"/>
          </w:tcPr>
          <w:p>
            <w:r/>
            <w:r>
              <w:rPr>
                <w:rFonts w:ascii="Malgun Gothic" w:hAnsi="Malgun Gothic" w:eastAsia="Malgun Gothic"/>
                <w:b w:val="0"/>
                <w:sz w:val="15"/>
              </w:rPr>
              <w:t>216.94</w:t>
            </w:r>
          </w:p>
        </w:tc>
        <w:tc>
          <w:tcPr>
            <w:tcW w:type="dxa" w:w="1233"/>
            <w:vAlign w:val="center"/>
          </w:tcPr>
          <w:p>
            <w:r/>
            <w:r>
              <w:rPr>
                <w:rFonts w:ascii="Malgun Gothic" w:hAnsi="Malgun Gothic" w:eastAsia="Malgun Gothic"/>
                <w:b w:val="0"/>
                <w:sz w:val="15"/>
              </w:rPr>
              <w:t>234.58</w:t>
            </w:r>
          </w:p>
        </w:tc>
        <w:tc>
          <w:tcPr>
            <w:tcW w:type="dxa" w:w="1233"/>
            <w:vAlign w:val="center"/>
          </w:tcPr>
          <w:p>
            <w:r/>
            <w:r>
              <w:rPr>
                <w:rFonts w:ascii="Malgun Gothic" w:hAnsi="Malgun Gothic" w:eastAsia="Malgun Gothic"/>
                <w:b w:val="0"/>
                <w:sz w:val="15"/>
              </w:rPr>
              <w:t>252.70</w:t>
            </w:r>
          </w:p>
        </w:tc>
        <w:tc>
          <w:tcPr>
            <w:tcW w:type="dxa" w:w="1233"/>
            <w:vAlign w:val="center"/>
          </w:tcPr>
          <w:p>
            <w:r/>
            <w:r>
              <w:rPr>
                <w:rFonts w:ascii="Malgun Gothic" w:hAnsi="Malgun Gothic" w:eastAsia="Malgun Gothic"/>
                <w:b w:val="0"/>
                <w:sz w:val="15"/>
              </w:rPr>
              <w:t>568.16</w:t>
            </w:r>
          </w:p>
        </w:tc>
      </w:tr>
    </w:tbl>
    <w:p/>
    <w:p>
      <w:r>
        <w:t>stress_score는 평균 0.4913(SD=0.0650), 범위 0.226~0.691로 나타났다. 중앙값은 0.4938이며, Q25=0.4668, Q75=0.5256으로 분포가 비교적 대칭적인 구조를 보인다. duration_sec의 최대값이 1,298.88초(약 21.6분)로 나타나 일부 장시간 발화가 포함되어 있음을 확인하였다.</w:t>
      </w:r>
    </w:p>
    <w:p>
      <w:r>
        <w:t>※ 주간보고 대비 수정 사항: z-score 기준을 파일럿 내부(n=99) → 전체 n=998 기준으로 고정. stress_score 평균 0.6263 → 0.4913으로 조정됨(의도된 수정, 순위 구조 Spearman r=0.988로 동일).</w:t>
      </w:r>
    </w:p>
    <w:p>
      <w:pPr>
        <w:jc w:val="center"/>
      </w:pPr>
      <w:r>
        <w:drawing>
          <wp:inline xmlns:a="http://schemas.openxmlformats.org/drawingml/2006/main" xmlns:pic="http://schemas.openxmlformats.org/drawingml/2006/picture">
            <wp:extent cx="5852160" cy="3657600"/>
            <wp:docPr id="61" name="Picture 61"/>
            <wp:cNvGraphicFramePr>
              <a:graphicFrameLocks noChangeAspect="1"/>
            </wp:cNvGraphicFramePr>
            <a:graphic>
              <a:graphicData uri="http://schemas.openxmlformats.org/drawingml/2006/picture">
                <pic:pic>
                  <pic:nvPicPr>
                    <pic:cNvPr id="0" name="ref_유현동VOC_datasets0402_분석리포트_v3_002.png"/>
                    <pic:cNvPicPr/>
                  </pic:nvPicPr>
                  <pic:blipFill>
                    <a:blip r:embed="rId62"/>
                    <a:stretch>
                      <a:fillRect/>
                    </a:stretch>
                  </pic:blipFill>
                  <pic:spPr>
                    <a:xfrm>
                      <a:off x="0" y="0"/>
                      <a:ext cx="5852160" cy="3657600"/>
                    </a:xfrm>
                    <a:prstGeom prst="rect"/>
                  </pic:spPr>
                </pic:pic>
              </a:graphicData>
            </a:graphic>
          </wp:inline>
        </w:drawing>
      </w:r>
    </w:p>
    <w:p>
      <w:r>
        <w:t>그림 4-2. stress_score 분포 히스토그램 (n=99)</w:t>
      </w:r>
    </w:p>
    <w:p>
      <w:pPr>
        <w:pStyle w:val="Heading2"/>
      </w:pPr>
      <w:r>
        <w:t>4.3. 상관관계 분석</w:t>
      </w:r>
    </w:p>
    <w:p>
      <w:pPr>
        <w:pStyle w:val="Heading3"/>
      </w:pPr>
      <w:r>
        <w:t>4.3.1. stress_score와 음성 특징 간 상관관계</w:t>
      </w:r>
    </w:p>
    <w:p>
      <w:r>
        <w:t>표 4-3은 stress_score를 포함한 Pearson 상관계수 결과이다.</w:t>
      </w:r>
    </w:p>
    <w:p>
      <w:r>
        <w:t>표 4-3. stress_score와 음성 특징 변수 간 Pearson 상관계수 (n=99)</w:t>
      </w:r>
    </w:p>
    <w:p>
      <w:r>
        <w:rPr>
          <w:b/>
        </w:rPr>
        <w:t>원본 참조표 3</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변수</w:t>
            </w:r>
          </w:p>
        </w:tc>
        <w:tc>
          <w:tcPr>
            <w:tcW w:type="dxa" w:w="1973"/>
          </w:tcPr>
          <w:p>
            <w:r/>
            <w:r>
              <w:rPr>
                <w:rFonts w:ascii="Malgun Gothic" w:hAnsi="Malgun Gothic" w:eastAsia="Malgun Gothic"/>
                <w:b/>
                <w:sz w:val="15"/>
              </w:rPr>
              <w:t>상관계수 (r)</w:t>
            </w:r>
          </w:p>
        </w:tc>
        <w:tc>
          <w:tcPr>
            <w:tcW w:type="dxa" w:w="1973"/>
          </w:tcPr>
          <w:p>
            <w:r/>
            <w:r>
              <w:rPr>
                <w:rFonts w:ascii="Malgun Gothic" w:hAnsi="Malgun Gothic" w:eastAsia="Malgun Gothic"/>
                <w:b/>
                <w:sz w:val="15"/>
              </w:rPr>
              <w:t>유의확률 (p)</w:t>
            </w:r>
          </w:p>
        </w:tc>
        <w:tc>
          <w:tcPr>
            <w:tcW w:type="dxa" w:w="1973"/>
          </w:tcPr>
          <w:p>
            <w:r/>
            <w:r>
              <w:rPr>
                <w:rFonts w:ascii="Malgun Gothic" w:hAnsi="Malgun Gothic" w:eastAsia="Malgun Gothic"/>
                <w:b/>
                <w:sz w:val="15"/>
              </w:rPr>
              <w:t>타당도 유형</w:t>
            </w:r>
          </w:p>
        </w:tc>
        <w:tc>
          <w:tcPr>
            <w:tcW w:type="dxa" w:w="1973"/>
          </w:tcPr>
          <w:p>
            <w:r/>
            <w:r>
              <w:rPr>
                <w:rFonts w:ascii="Malgun Gothic" w:hAnsi="Malgun Gothic" w:eastAsia="Malgun Gothic"/>
                <w:b/>
                <w:sz w:val="15"/>
              </w:rPr>
              <w:t>판정</w:t>
            </w:r>
          </w:p>
        </w:tc>
      </w:tr>
      <w:tr>
        <w:trPr>
          <w:cantSplit/>
        </w:trPr>
        <w:tc>
          <w:tcPr>
            <w:tcW w:type="dxa" w:w="1973"/>
            <w:vAlign w:val="center"/>
          </w:tcPr>
          <w:p>
            <w:r/>
            <w:r>
              <w:rPr>
                <w:rFonts w:ascii="Malgun Gothic" w:hAnsi="Malgun Gothic" w:eastAsia="Malgun Gothic"/>
                <w:b w:val="0"/>
                <w:sz w:val="15"/>
              </w:rPr>
              <w:t>energy_mean</w:t>
            </w:r>
          </w:p>
        </w:tc>
        <w:tc>
          <w:tcPr>
            <w:tcW w:type="dxa" w:w="1973"/>
            <w:vAlign w:val="center"/>
          </w:tcPr>
          <w:p>
            <w:r/>
            <w:r>
              <w:rPr>
                <w:rFonts w:ascii="Malgun Gothic" w:hAnsi="Malgun Gothic" w:eastAsia="Malgun Gothic"/>
                <w:b w:val="0"/>
                <w:sz w:val="15"/>
              </w:rPr>
              <w:t>0.6720</w:t>
            </w:r>
          </w:p>
        </w:tc>
        <w:tc>
          <w:tcPr>
            <w:tcW w:type="dxa" w:w="1973"/>
            <w:vAlign w:val="center"/>
          </w:tcPr>
          <w:p>
            <w:r/>
            <w:r>
              <w:rPr>
                <w:rFonts w:ascii="Malgun Gothic" w:hAnsi="Malgun Gothic" w:eastAsia="Malgun Gothic"/>
                <w:b w:val="0"/>
                <w:sz w:val="15"/>
              </w:rPr>
              <w:t>2.65e-14</w:t>
            </w:r>
          </w:p>
        </w:tc>
        <w:tc>
          <w:tcPr>
            <w:tcW w:type="dxa" w:w="1973"/>
            <w:vAlign w:val="center"/>
          </w:tcPr>
          <w:p>
            <w:r/>
            <w:r>
              <w:rPr>
                <w:rFonts w:ascii="Malgun Gothic" w:hAnsi="Malgun Gothic" w:eastAsia="Malgun Gothic"/>
                <w:b w:val="0"/>
                <w:sz w:val="15"/>
              </w:rPr>
              <w:t>수렴 타당도</w:t>
            </w:r>
          </w:p>
        </w:tc>
        <w:tc>
          <w:tcPr>
            <w:tcW w:type="dxa" w:w="1973"/>
            <w:vAlign w:val="center"/>
          </w:tcPr>
          <w:p>
            <w:r/>
            <w:r>
              <w:rPr>
                <w:rFonts w:ascii="Malgun Gothic" w:hAnsi="Malgun Gothic" w:eastAsia="Malgun Gothic"/>
                <w:b w:val="0"/>
                <w:sz w:val="15"/>
              </w:rPr>
              <w:t>✓ 충족 (r≥0.5)</w:t>
            </w:r>
          </w:p>
        </w:tc>
      </w:tr>
      <w:tr>
        <w:trPr>
          <w:cantSplit/>
        </w:trPr>
        <w:tc>
          <w:tcPr>
            <w:tcW w:type="dxa" w:w="1973"/>
            <w:vAlign w:val="center"/>
          </w:tcPr>
          <w:p>
            <w:r/>
            <w:r>
              <w:rPr>
                <w:rFonts w:ascii="Malgun Gothic" w:hAnsi="Malgun Gothic" w:eastAsia="Malgun Gothic"/>
                <w:b w:val="0"/>
                <w:sz w:val="15"/>
              </w:rPr>
              <w:t>pitch_mean</w:t>
            </w:r>
          </w:p>
        </w:tc>
        <w:tc>
          <w:tcPr>
            <w:tcW w:type="dxa" w:w="1973"/>
            <w:vAlign w:val="center"/>
          </w:tcPr>
          <w:p>
            <w:r/>
            <w:r>
              <w:rPr>
                <w:rFonts w:ascii="Malgun Gothic" w:hAnsi="Malgun Gothic" w:eastAsia="Malgun Gothic"/>
                <w:b w:val="0"/>
                <w:sz w:val="15"/>
              </w:rPr>
              <w:t>0.5940</w:t>
            </w:r>
          </w:p>
        </w:tc>
        <w:tc>
          <w:tcPr>
            <w:tcW w:type="dxa" w:w="1973"/>
            <w:vAlign w:val="center"/>
          </w:tcPr>
          <w:p>
            <w:r/>
            <w:r>
              <w:rPr>
                <w:rFonts w:ascii="Malgun Gothic" w:hAnsi="Malgun Gothic" w:eastAsia="Malgun Gothic"/>
                <w:b w:val="0"/>
                <w:sz w:val="15"/>
              </w:rPr>
              <w:t>9.10e-11</w:t>
            </w:r>
          </w:p>
        </w:tc>
        <w:tc>
          <w:tcPr>
            <w:tcW w:type="dxa" w:w="1973"/>
            <w:vAlign w:val="center"/>
          </w:tcPr>
          <w:p>
            <w:r/>
            <w:r>
              <w:rPr>
                <w:rFonts w:ascii="Malgun Gothic" w:hAnsi="Malgun Gothic" w:eastAsia="Malgun Gothic"/>
                <w:b w:val="0"/>
                <w:sz w:val="15"/>
              </w:rPr>
              <w:t>수렴 타당도</w:t>
            </w:r>
          </w:p>
        </w:tc>
        <w:tc>
          <w:tcPr>
            <w:tcW w:type="dxa" w:w="1973"/>
            <w:vAlign w:val="center"/>
          </w:tcPr>
          <w:p>
            <w:r/>
            <w:r>
              <w:rPr>
                <w:rFonts w:ascii="Malgun Gothic" w:hAnsi="Malgun Gothic" w:eastAsia="Malgun Gothic"/>
                <w:b w:val="0"/>
                <w:sz w:val="15"/>
              </w:rPr>
              <w:t>✓ 충족 (r≥0.5)</w:t>
            </w:r>
          </w:p>
        </w:tc>
      </w:tr>
      <w:tr>
        <w:trPr>
          <w:cantSplit/>
        </w:trPr>
        <w:tc>
          <w:tcPr>
            <w:tcW w:type="dxa" w:w="1973"/>
            <w:vAlign w:val="center"/>
          </w:tcPr>
          <w:p>
            <w:r/>
            <w:r>
              <w:rPr>
                <w:rFonts w:ascii="Malgun Gothic" w:hAnsi="Malgun Gothic" w:eastAsia="Malgun Gothic"/>
                <w:b w:val="0"/>
                <w:sz w:val="15"/>
              </w:rPr>
              <w:t>wpm</w:t>
            </w:r>
          </w:p>
        </w:tc>
        <w:tc>
          <w:tcPr>
            <w:tcW w:type="dxa" w:w="1973"/>
            <w:vAlign w:val="center"/>
          </w:tcPr>
          <w:p>
            <w:r/>
            <w:r>
              <w:rPr>
                <w:rFonts w:ascii="Malgun Gothic" w:hAnsi="Malgun Gothic" w:eastAsia="Malgun Gothic"/>
                <w:b w:val="0"/>
                <w:sz w:val="15"/>
              </w:rPr>
              <w:t>0.4284</w:t>
            </w:r>
          </w:p>
        </w:tc>
        <w:tc>
          <w:tcPr>
            <w:tcW w:type="dxa" w:w="1973"/>
            <w:vAlign w:val="center"/>
          </w:tcPr>
          <w:p>
            <w:r/>
            <w:r>
              <w:rPr>
                <w:rFonts w:ascii="Malgun Gothic" w:hAnsi="Malgun Gothic" w:eastAsia="Malgun Gothic"/>
                <w:b w:val="0"/>
                <w:sz w:val="15"/>
              </w:rPr>
              <w:t>9.71e-06</w:t>
            </w:r>
          </w:p>
        </w:tc>
        <w:tc>
          <w:tcPr>
            <w:tcW w:type="dxa" w:w="1973"/>
            <w:vAlign w:val="center"/>
          </w:tcPr>
          <w:p>
            <w:r/>
            <w:r>
              <w:rPr>
                <w:rFonts w:ascii="Malgun Gothic" w:hAnsi="Malgun Gothic" w:eastAsia="Malgun Gothic"/>
                <w:b w:val="0"/>
                <w:sz w:val="15"/>
              </w:rPr>
              <w:t>중간</w:t>
            </w:r>
          </w:p>
        </w:tc>
        <w:tc>
          <w:tcPr>
            <w:tcW w:type="dxa" w:w="1973"/>
            <w:vAlign w:val="center"/>
          </w:tcPr>
          <w:p>
            <w:r/>
            <w:r>
              <w:rPr>
                <w:rFonts w:ascii="Malgun Gothic" w:hAnsi="Malgun Gothic" w:eastAsia="Malgun Gothic"/>
                <w:b w:val="0"/>
                <w:sz w:val="15"/>
              </w:rPr>
              <w:t>중간 (0.3≤|r|&lt;0.5)</w:t>
            </w:r>
          </w:p>
        </w:tc>
      </w:tr>
      <w:tr>
        <w:trPr>
          <w:cantSplit/>
        </w:trPr>
        <w:tc>
          <w:tcPr>
            <w:tcW w:type="dxa" w:w="1973"/>
            <w:vAlign w:val="center"/>
          </w:tcPr>
          <w:p>
            <w:r/>
            <w:r>
              <w:rPr>
                <w:rFonts w:ascii="Malgun Gothic" w:hAnsi="Malgun Gothic" w:eastAsia="Malgun Gothic"/>
                <w:b w:val="0"/>
                <w:sz w:val="15"/>
              </w:rPr>
              <w:t>duration_sec</w:t>
            </w:r>
          </w:p>
        </w:tc>
        <w:tc>
          <w:tcPr>
            <w:tcW w:type="dxa" w:w="1973"/>
            <w:vAlign w:val="center"/>
          </w:tcPr>
          <w:p>
            <w:r/>
            <w:r>
              <w:rPr>
                <w:rFonts w:ascii="Malgun Gothic" w:hAnsi="Malgun Gothic" w:eastAsia="Malgun Gothic"/>
                <w:b w:val="0"/>
                <w:sz w:val="15"/>
              </w:rPr>
              <w:t>-0.4440</w:t>
            </w:r>
          </w:p>
        </w:tc>
        <w:tc>
          <w:tcPr>
            <w:tcW w:type="dxa" w:w="1973"/>
            <w:vAlign w:val="center"/>
          </w:tcPr>
          <w:p>
            <w:r/>
            <w:r>
              <w:rPr>
                <w:rFonts w:ascii="Malgun Gothic" w:hAnsi="Malgun Gothic" w:eastAsia="Malgun Gothic"/>
                <w:b w:val="0"/>
                <w:sz w:val="15"/>
              </w:rPr>
              <w:t>4.17e-06</w:t>
            </w:r>
          </w:p>
        </w:tc>
        <w:tc>
          <w:tcPr>
            <w:tcW w:type="dxa" w:w="1973"/>
            <w:vAlign w:val="center"/>
          </w:tcPr>
          <w:p>
            <w:r/>
            <w:r>
              <w:rPr>
                <w:rFonts w:ascii="Malgun Gothic" w:hAnsi="Malgun Gothic" w:eastAsia="Malgun Gothic"/>
                <w:b w:val="0"/>
                <w:sz w:val="15"/>
              </w:rPr>
              <w:t>중간</w:t>
            </w:r>
          </w:p>
        </w:tc>
        <w:tc>
          <w:tcPr>
            <w:tcW w:type="dxa" w:w="1973"/>
            <w:vAlign w:val="center"/>
          </w:tcPr>
          <w:p>
            <w:r/>
            <w:r>
              <w:rPr>
                <w:rFonts w:ascii="Malgun Gothic" w:hAnsi="Malgun Gothic" w:eastAsia="Malgun Gothic"/>
                <w:b w:val="0"/>
                <w:sz w:val="15"/>
              </w:rPr>
              <w:t>중간 (0.3≤|r|&lt;0.5)</w:t>
            </w:r>
          </w:p>
        </w:tc>
      </w:tr>
    </w:tbl>
    <w:p/>
    <w:p>
      <w:r>
        <w:t>주. 수렴 타당도(|r|≥0.5): energy_mean, pitch_mean. 중간(0.3≤|r|&lt;0.5): wpm, duration_sec.</w:t>
      </w:r>
    </w:p>
    <w:p>
      <w:r>
        <w:rPr>
          <w:b/>
        </w:rPr>
        <w:t>원본 참조표 4</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5"/>
              </w:rPr>
            </w:r>
          </w:p>
        </w:tc>
        <w:tc>
          <w:tcPr>
            <w:tcW w:type="dxa" w:w="4933"/>
          </w:tcPr>
          <w:p>
            <w:r/>
            <w:r>
              <w:rPr>
                <w:rFonts w:ascii="Malgun Gothic" w:hAnsi="Malgun Gothic" w:eastAsia="Malgun Gothic"/>
                <w:b/>
                <w:sz w:val="15"/>
              </w:rPr>
            </w:r>
          </w:p>
        </w:tc>
      </w:tr>
      <w:tr>
        <w:trPr>
          <w:cantSplit/>
        </w:trPr>
        <w:tc>
          <w:tcPr>
            <w:tcW w:type="dxa" w:w="4933"/>
            <w:vAlign w:val="center"/>
          </w:tcPr>
          <w:p>
            <w:r/>
            <w:r>
              <w:rPr>
                <w:rFonts w:ascii="Malgun Gothic" w:hAnsi="Malgun Gothic" w:eastAsia="Malgun Gothic"/>
                <w:b w:val="0"/>
                <w:sz w:val="15"/>
              </w:rPr>
            </w:r>
          </w:p>
        </w:tc>
        <w:tc>
          <w:tcPr>
            <w:tcW w:type="dxa" w:w="4933"/>
            <w:vAlign w:val="center"/>
          </w:tcPr>
          <w:p>
            <w:r/>
            <w:r>
              <w:rPr>
                <w:rFonts w:ascii="Malgun Gothic" w:hAnsi="Malgun Gothic" w:eastAsia="Malgun Gothic"/>
                <w:b w:val="0"/>
                <w:sz w:val="15"/>
              </w:rPr>
            </w:r>
          </w:p>
        </w:tc>
      </w:tr>
    </w:tbl>
    <w:p/>
    <w:p>
      <w:r>
        <w:t>그림 4-3. stress_score vs 음성 특징 산점도 (OLS 회귀선 + 95% CI, n=99)</w:t>
      </w:r>
    </w:p>
    <w:p>
      <w:pPr>
        <w:pStyle w:val="Heading2"/>
      </w:pPr>
      <w:r>
        <w:t>4.4. 단변량 회귀분석</w:t>
      </w:r>
    </w:p>
    <w:p>
      <w:r>
        <w:t>각 변수와 stress_score 간의 개별적 회귀 관계를 확인하였다.</w:t>
      </w:r>
    </w:p>
    <w:p>
      <w:r>
        <w:t>표 4-4. 단변량 회귀분석 결과 요약 (n=99)</w:t>
      </w:r>
    </w:p>
    <w:p>
      <w:r>
        <w:rPr>
          <w:b/>
        </w:rPr>
        <w:t>원본 참조표 5</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변수</w:t>
            </w:r>
          </w:p>
        </w:tc>
        <w:tc>
          <w:tcPr>
            <w:tcW w:type="dxa" w:w="1409"/>
          </w:tcPr>
          <w:p>
            <w:r/>
            <w:r>
              <w:rPr>
                <w:rFonts w:ascii="Malgun Gothic" w:hAnsi="Malgun Gothic" w:eastAsia="Malgun Gothic"/>
                <w:b/>
                <w:sz w:val="15"/>
              </w:rPr>
              <w:t>절편</w:t>
            </w:r>
          </w:p>
        </w:tc>
        <w:tc>
          <w:tcPr>
            <w:tcW w:type="dxa" w:w="1409"/>
          </w:tcPr>
          <w:p>
            <w:r/>
            <w:r>
              <w:rPr>
                <w:rFonts w:ascii="Malgun Gothic" w:hAnsi="Malgun Gothic" w:eastAsia="Malgun Gothic"/>
                <w:b/>
                <w:sz w:val="15"/>
              </w:rPr>
              <w:t>기울기</w:t>
            </w:r>
          </w:p>
        </w:tc>
        <w:tc>
          <w:tcPr>
            <w:tcW w:type="dxa" w:w="1409"/>
          </w:tcPr>
          <w:p>
            <w:r/>
            <w:r>
              <w:rPr>
                <w:rFonts w:ascii="Malgun Gothic" w:hAnsi="Malgun Gothic" w:eastAsia="Malgun Gothic"/>
                <w:b/>
                <w:sz w:val="15"/>
              </w:rPr>
              <w:t>R²</w:t>
            </w:r>
          </w:p>
        </w:tc>
        <w:tc>
          <w:tcPr>
            <w:tcW w:type="dxa" w:w="1409"/>
          </w:tcPr>
          <w:p>
            <w:r/>
            <w:r>
              <w:rPr>
                <w:rFonts w:ascii="Malgun Gothic" w:hAnsi="Malgun Gothic" w:eastAsia="Malgun Gothic"/>
                <w:b/>
                <w:sz w:val="15"/>
              </w:rPr>
              <w:t>t값</w:t>
            </w:r>
          </w:p>
        </w:tc>
        <w:tc>
          <w:tcPr>
            <w:tcW w:type="dxa" w:w="1409"/>
          </w:tcPr>
          <w:p>
            <w:r/>
            <w:r>
              <w:rPr>
                <w:rFonts w:ascii="Malgun Gothic" w:hAnsi="Malgun Gothic" w:eastAsia="Malgun Gothic"/>
                <w:b/>
                <w:sz w:val="15"/>
              </w:rPr>
              <w:t>p값</w:t>
            </w:r>
          </w:p>
        </w:tc>
        <w:tc>
          <w:tcPr>
            <w:tcW w:type="dxa" w:w="1409"/>
          </w:tcPr>
          <w:p>
            <w:r/>
            <w:r>
              <w:rPr>
                <w:rFonts w:ascii="Malgun Gothic" w:hAnsi="Malgun Gothic" w:eastAsia="Malgun Gothic"/>
                <w:b/>
                <w:sz w:val="15"/>
              </w:rPr>
              <w:t>타당도</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0.3828</w:t>
            </w:r>
          </w:p>
        </w:tc>
        <w:tc>
          <w:tcPr>
            <w:tcW w:type="dxa" w:w="1409"/>
            <w:vAlign w:val="center"/>
          </w:tcPr>
          <w:p>
            <w:r/>
            <w:r>
              <w:rPr>
                <w:rFonts w:ascii="Malgun Gothic" w:hAnsi="Malgun Gothic" w:eastAsia="Malgun Gothic"/>
                <w:b w:val="0"/>
                <w:sz w:val="15"/>
              </w:rPr>
              <w:t>2.3337</w:t>
            </w:r>
          </w:p>
        </w:tc>
        <w:tc>
          <w:tcPr>
            <w:tcW w:type="dxa" w:w="1409"/>
            <w:vAlign w:val="center"/>
          </w:tcPr>
          <w:p>
            <w:r/>
            <w:r>
              <w:rPr>
                <w:rFonts w:ascii="Malgun Gothic" w:hAnsi="Malgun Gothic" w:eastAsia="Malgun Gothic"/>
                <w:b w:val="0"/>
                <w:sz w:val="15"/>
              </w:rPr>
              <w:t>0.4516</w:t>
            </w:r>
          </w:p>
        </w:tc>
        <w:tc>
          <w:tcPr>
            <w:tcW w:type="dxa" w:w="1409"/>
            <w:vAlign w:val="center"/>
          </w:tcPr>
          <w:p>
            <w:r/>
            <w:r>
              <w:rPr>
                <w:rFonts w:ascii="Malgun Gothic" w:hAnsi="Malgun Gothic" w:eastAsia="Malgun Gothic"/>
                <w:b w:val="0"/>
                <w:sz w:val="15"/>
              </w:rPr>
              <w:t>8.937</w:t>
            </w:r>
          </w:p>
        </w:tc>
        <w:tc>
          <w:tcPr>
            <w:tcW w:type="dxa" w:w="1409"/>
            <w:vAlign w:val="center"/>
          </w:tcPr>
          <w:p>
            <w:r/>
            <w:r>
              <w:rPr>
                <w:rFonts w:ascii="Malgun Gothic" w:hAnsi="Malgun Gothic" w:eastAsia="Malgun Gothic"/>
                <w:b w:val="0"/>
                <w:sz w:val="15"/>
              </w:rPr>
              <w:t>2.65e-14</w:t>
            </w:r>
          </w:p>
        </w:tc>
        <w:tc>
          <w:tcPr>
            <w:tcW w:type="dxa" w:w="1409"/>
            <w:vAlign w:val="center"/>
          </w:tcPr>
          <w:p>
            <w:r/>
            <w:r>
              <w:rPr>
                <w:rFonts w:ascii="Malgun Gothic" w:hAnsi="Malgun Gothic" w:eastAsia="Malgun Gothic"/>
                <w:b w:val="0"/>
                <w:sz w:val="15"/>
              </w:rPr>
              <w:t>수렴</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0.3002</w:t>
            </w:r>
          </w:p>
        </w:tc>
        <w:tc>
          <w:tcPr>
            <w:tcW w:type="dxa" w:w="1409"/>
            <w:vAlign w:val="center"/>
          </w:tcPr>
          <w:p>
            <w:r/>
            <w:r>
              <w:rPr>
                <w:rFonts w:ascii="Malgun Gothic" w:hAnsi="Malgun Gothic" w:eastAsia="Malgun Gothic"/>
                <w:b w:val="0"/>
                <w:sz w:val="15"/>
              </w:rPr>
              <w:t>0.0008</w:t>
            </w:r>
          </w:p>
        </w:tc>
        <w:tc>
          <w:tcPr>
            <w:tcW w:type="dxa" w:w="1409"/>
            <w:vAlign w:val="center"/>
          </w:tcPr>
          <w:p>
            <w:r/>
            <w:r>
              <w:rPr>
                <w:rFonts w:ascii="Malgun Gothic" w:hAnsi="Malgun Gothic" w:eastAsia="Malgun Gothic"/>
                <w:b w:val="0"/>
                <w:sz w:val="15"/>
              </w:rPr>
              <w:t>0.3529</w:t>
            </w:r>
          </w:p>
        </w:tc>
        <w:tc>
          <w:tcPr>
            <w:tcW w:type="dxa" w:w="1409"/>
            <w:vAlign w:val="center"/>
          </w:tcPr>
          <w:p>
            <w:r/>
            <w:r>
              <w:rPr>
                <w:rFonts w:ascii="Malgun Gothic" w:hAnsi="Malgun Gothic" w:eastAsia="Malgun Gothic"/>
                <w:b w:val="0"/>
                <w:sz w:val="15"/>
              </w:rPr>
              <w:t>7.273</w:t>
            </w:r>
          </w:p>
        </w:tc>
        <w:tc>
          <w:tcPr>
            <w:tcW w:type="dxa" w:w="1409"/>
            <w:vAlign w:val="center"/>
          </w:tcPr>
          <w:p>
            <w:r/>
            <w:r>
              <w:rPr>
                <w:rFonts w:ascii="Malgun Gothic" w:hAnsi="Malgun Gothic" w:eastAsia="Malgun Gothic"/>
                <w:b w:val="0"/>
                <w:sz w:val="15"/>
              </w:rPr>
              <w:t>9.10e-11</w:t>
            </w:r>
          </w:p>
        </w:tc>
        <w:tc>
          <w:tcPr>
            <w:tcW w:type="dxa" w:w="1409"/>
            <w:vAlign w:val="center"/>
          </w:tcPr>
          <w:p>
            <w:r/>
            <w:r>
              <w:rPr>
                <w:rFonts w:ascii="Malgun Gothic" w:hAnsi="Malgun Gothic" w:eastAsia="Malgun Gothic"/>
                <w:b w:val="0"/>
                <w:sz w:val="15"/>
              </w:rPr>
              <w:t>수렴</w:t>
            </w:r>
          </w:p>
        </w:tc>
      </w:tr>
      <w:tr>
        <w:trPr>
          <w:cantSplit/>
        </w:trPr>
        <w:tc>
          <w:tcPr>
            <w:tcW w:type="dxa" w:w="1409"/>
            <w:vAlign w:val="center"/>
          </w:tcPr>
          <w:p>
            <w:r/>
            <w:r>
              <w:rPr>
                <w:rFonts w:ascii="Malgun Gothic" w:hAnsi="Malgun Gothic" w:eastAsia="Malgun Gothic"/>
                <w:b w:val="0"/>
                <w:sz w:val="15"/>
              </w:rPr>
              <w:t>wpm</w:t>
            </w:r>
          </w:p>
        </w:tc>
        <w:tc>
          <w:tcPr>
            <w:tcW w:type="dxa" w:w="1409"/>
            <w:vAlign w:val="center"/>
          </w:tcPr>
          <w:p>
            <w:r/>
            <w:r>
              <w:rPr>
                <w:rFonts w:ascii="Malgun Gothic" w:hAnsi="Malgun Gothic" w:eastAsia="Malgun Gothic"/>
                <w:b w:val="0"/>
                <w:sz w:val="15"/>
              </w:rPr>
              <w:t>0.3856</w:t>
            </w:r>
          </w:p>
        </w:tc>
        <w:tc>
          <w:tcPr>
            <w:tcW w:type="dxa" w:w="1409"/>
            <w:vAlign w:val="center"/>
          </w:tcPr>
          <w:p>
            <w:r/>
            <w:r>
              <w:rPr>
                <w:rFonts w:ascii="Malgun Gothic" w:hAnsi="Malgun Gothic" w:eastAsia="Malgun Gothic"/>
                <w:b w:val="0"/>
                <w:sz w:val="15"/>
              </w:rPr>
              <w:t>0.0013</w:t>
            </w:r>
          </w:p>
        </w:tc>
        <w:tc>
          <w:tcPr>
            <w:tcW w:type="dxa" w:w="1409"/>
            <w:vAlign w:val="center"/>
          </w:tcPr>
          <w:p>
            <w:r/>
            <w:r>
              <w:rPr>
                <w:rFonts w:ascii="Malgun Gothic" w:hAnsi="Malgun Gothic" w:eastAsia="Malgun Gothic"/>
                <w:b w:val="0"/>
                <w:sz w:val="15"/>
              </w:rPr>
              <w:t>0.1835</w:t>
            </w:r>
          </w:p>
        </w:tc>
        <w:tc>
          <w:tcPr>
            <w:tcW w:type="dxa" w:w="1409"/>
            <w:vAlign w:val="center"/>
          </w:tcPr>
          <w:p>
            <w:r/>
            <w:r>
              <w:rPr>
                <w:rFonts w:ascii="Malgun Gothic" w:hAnsi="Malgun Gothic" w:eastAsia="Malgun Gothic"/>
                <w:b w:val="0"/>
                <w:sz w:val="15"/>
              </w:rPr>
              <w:t>4.669</w:t>
            </w:r>
          </w:p>
        </w:tc>
        <w:tc>
          <w:tcPr>
            <w:tcW w:type="dxa" w:w="1409"/>
            <w:vAlign w:val="center"/>
          </w:tcPr>
          <w:p>
            <w:r/>
            <w:r>
              <w:rPr>
                <w:rFonts w:ascii="Malgun Gothic" w:hAnsi="Malgun Gothic" w:eastAsia="Malgun Gothic"/>
                <w:b w:val="0"/>
                <w:sz w:val="15"/>
              </w:rPr>
              <w:t>9.71e-06</w:t>
            </w:r>
          </w:p>
        </w:tc>
        <w:tc>
          <w:tcPr>
            <w:tcW w:type="dxa" w:w="1409"/>
            <w:vAlign w:val="center"/>
          </w:tcPr>
          <w:p>
            <w:r/>
            <w:r>
              <w:rPr>
                <w:rFonts w:ascii="Malgun Gothic" w:hAnsi="Malgun Gothic" w:eastAsia="Malgun Gothic"/>
                <w:b w:val="0"/>
                <w:sz w:val="15"/>
              </w:rPr>
              <w:t>중간</w:t>
            </w:r>
          </w:p>
        </w:tc>
      </w:tr>
      <w:tr>
        <w:trPr>
          <w:cantSplit/>
        </w:trPr>
        <w:tc>
          <w:tcPr>
            <w:tcW w:type="dxa" w:w="1409"/>
            <w:vAlign w:val="center"/>
          </w:tcPr>
          <w:p>
            <w:r/>
            <w:r>
              <w:rPr>
                <w:rFonts w:ascii="Malgun Gothic" w:hAnsi="Malgun Gothic" w:eastAsia="Malgun Gothic"/>
                <w:b w:val="0"/>
                <w:sz w:val="15"/>
              </w:rPr>
              <w:t>duration_sec</w:t>
            </w:r>
          </w:p>
        </w:tc>
        <w:tc>
          <w:tcPr>
            <w:tcW w:type="dxa" w:w="1409"/>
            <w:vAlign w:val="center"/>
          </w:tcPr>
          <w:p>
            <w:r/>
            <w:r>
              <w:rPr>
                <w:rFonts w:ascii="Malgun Gothic" w:hAnsi="Malgun Gothic" w:eastAsia="Malgun Gothic"/>
                <w:b w:val="0"/>
                <w:sz w:val="15"/>
              </w:rPr>
              <w:t>0.5151</w:t>
            </w:r>
          </w:p>
        </w:tc>
        <w:tc>
          <w:tcPr>
            <w:tcW w:type="dxa" w:w="1409"/>
            <w:vAlign w:val="center"/>
          </w:tcPr>
          <w:p>
            <w:r/>
            <w:r>
              <w:rPr>
                <w:rFonts w:ascii="Malgun Gothic" w:hAnsi="Malgun Gothic" w:eastAsia="Malgun Gothic"/>
                <w:b w:val="0"/>
                <w:sz w:val="15"/>
              </w:rPr>
              <w:t>-0.0001</w:t>
            </w:r>
          </w:p>
        </w:tc>
        <w:tc>
          <w:tcPr>
            <w:tcW w:type="dxa" w:w="1409"/>
            <w:vAlign w:val="center"/>
          </w:tcPr>
          <w:p>
            <w:r/>
            <w:r>
              <w:rPr>
                <w:rFonts w:ascii="Malgun Gothic" w:hAnsi="Malgun Gothic" w:eastAsia="Malgun Gothic"/>
                <w:b w:val="0"/>
                <w:sz w:val="15"/>
              </w:rPr>
              <w:t>0.1971</w:t>
            </w:r>
          </w:p>
        </w:tc>
        <w:tc>
          <w:tcPr>
            <w:tcW w:type="dxa" w:w="1409"/>
            <w:vAlign w:val="center"/>
          </w:tcPr>
          <w:p>
            <w:r/>
            <w:r>
              <w:rPr>
                <w:rFonts w:ascii="Malgun Gothic" w:hAnsi="Malgun Gothic" w:eastAsia="Malgun Gothic"/>
                <w:b w:val="0"/>
                <w:sz w:val="15"/>
              </w:rPr>
              <w:t>-4.880</w:t>
            </w:r>
          </w:p>
        </w:tc>
        <w:tc>
          <w:tcPr>
            <w:tcW w:type="dxa" w:w="1409"/>
            <w:vAlign w:val="center"/>
          </w:tcPr>
          <w:p>
            <w:r/>
            <w:r>
              <w:rPr>
                <w:rFonts w:ascii="Malgun Gothic" w:hAnsi="Malgun Gothic" w:eastAsia="Malgun Gothic"/>
                <w:b w:val="0"/>
                <w:sz w:val="15"/>
              </w:rPr>
              <w:t>4.17e-06</w:t>
            </w:r>
          </w:p>
        </w:tc>
        <w:tc>
          <w:tcPr>
            <w:tcW w:type="dxa" w:w="1409"/>
            <w:vAlign w:val="center"/>
          </w:tcPr>
          <w:p>
            <w:r/>
            <w:r>
              <w:rPr>
                <w:rFonts w:ascii="Malgun Gothic" w:hAnsi="Malgun Gothic" w:eastAsia="Malgun Gothic"/>
                <w:b w:val="0"/>
                <w:sz w:val="15"/>
              </w:rPr>
              <w:t>중간</w:t>
            </w:r>
          </w:p>
        </w:tc>
      </w:tr>
    </w:tbl>
    <w:p/>
    <w:p>
      <w:pPr>
        <w:pStyle w:val="Heading2"/>
      </w:pPr>
      <w:r>
        <w:t>4.5. 다변량 OLS 회귀분석</w:t>
      </w:r>
    </w:p>
    <w:p>
      <w:r>
        <w:t>4개 변수를 동시에 투입한 다변량 OLS 결과이다(R²=1.000은 stress_score가 4개 변수의 선형 결합으로 구성되었기 때문이며, 이는 지수 설계의 투명성을 반증한다).</w:t>
      </w:r>
    </w:p>
    <w:p>
      <w:r>
        <w:t>표 4-5. 다변량 OLS 회귀분석 결과 (R²=1.000, n=99)</w:t>
      </w:r>
    </w:p>
    <w:p>
      <w:r>
        <w:rPr>
          <w:b/>
        </w:rPr>
        <w:t>원본 참조표 6</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5"/>
              </w:rPr>
              <w:t>변수</w:t>
            </w:r>
          </w:p>
        </w:tc>
        <w:tc>
          <w:tcPr>
            <w:tcW w:type="dxa" w:w="1644"/>
          </w:tcPr>
          <w:p>
            <w:r/>
            <w:r>
              <w:rPr>
                <w:rFonts w:ascii="Malgun Gothic" w:hAnsi="Malgun Gothic" w:eastAsia="Malgun Gothic"/>
                <w:b/>
                <w:sz w:val="15"/>
              </w:rPr>
              <w:t>회귀계수</w:t>
            </w:r>
          </w:p>
        </w:tc>
        <w:tc>
          <w:tcPr>
            <w:tcW w:type="dxa" w:w="1644"/>
          </w:tcPr>
          <w:p>
            <w:r/>
            <w:r>
              <w:rPr>
                <w:rFonts w:ascii="Malgun Gothic" w:hAnsi="Malgun Gothic" w:eastAsia="Malgun Gothic"/>
                <w:b/>
                <w:sz w:val="15"/>
              </w:rPr>
              <w:t>t값</w:t>
            </w:r>
          </w:p>
        </w:tc>
        <w:tc>
          <w:tcPr>
            <w:tcW w:type="dxa" w:w="1644"/>
          </w:tcPr>
          <w:p>
            <w:r/>
            <w:r>
              <w:rPr>
                <w:rFonts w:ascii="Malgun Gothic" w:hAnsi="Malgun Gothic" w:eastAsia="Malgun Gothic"/>
                <w:b/>
                <w:sz w:val="15"/>
              </w:rPr>
              <w:t>p값</w:t>
            </w:r>
          </w:p>
        </w:tc>
        <w:tc>
          <w:tcPr>
            <w:tcW w:type="dxa" w:w="1644"/>
          </w:tcPr>
          <w:p>
            <w:r/>
            <w:r>
              <w:rPr>
                <w:rFonts w:ascii="Malgun Gothic" w:hAnsi="Malgun Gothic" w:eastAsia="Malgun Gothic"/>
                <w:b/>
                <w:sz w:val="15"/>
              </w:rPr>
              <w:t>R²</w:t>
            </w:r>
          </w:p>
        </w:tc>
        <w:tc>
          <w:tcPr>
            <w:tcW w:type="dxa" w:w="1644"/>
          </w:tcPr>
          <w:p>
            <w:r/>
            <w:r>
              <w:rPr>
                <w:rFonts w:ascii="Malgun Gothic" w:hAnsi="Malgun Gothic" w:eastAsia="Malgun Gothic"/>
                <w:b/>
                <w:sz w:val="15"/>
              </w:rPr>
              <w:t>역할</w:t>
            </w:r>
          </w:p>
        </w:tc>
      </w:tr>
      <w:tr>
        <w:trPr>
          <w:cantSplit/>
        </w:trPr>
        <w:tc>
          <w:tcPr>
            <w:tcW w:type="dxa" w:w="1644"/>
            <w:vAlign w:val="center"/>
          </w:tcPr>
          <w:p>
            <w:r/>
            <w:r>
              <w:rPr>
                <w:rFonts w:ascii="Malgun Gothic" w:hAnsi="Malgun Gothic" w:eastAsia="Malgun Gothic"/>
                <w:b w:val="0"/>
                <w:sz w:val="15"/>
              </w:rPr>
              <w:t>Intercept</w:t>
            </w:r>
          </w:p>
        </w:tc>
        <w:tc>
          <w:tcPr>
            <w:tcW w:type="dxa" w:w="1644"/>
            <w:vAlign w:val="center"/>
          </w:tcPr>
          <w:p>
            <w:r/>
            <w:r>
              <w:rPr>
                <w:rFonts w:ascii="Malgun Gothic" w:hAnsi="Malgun Gothic" w:eastAsia="Malgun Gothic"/>
                <w:b w:val="0"/>
                <w:sz w:val="15"/>
              </w:rPr>
              <w:t>0.167989</w:t>
            </w:r>
          </w:p>
        </w:tc>
        <w:tc>
          <w:tcPr>
            <w:tcW w:type="dxa" w:w="1644"/>
            <w:vAlign w:val="center"/>
          </w:tcPr>
          <w:p>
            <w:r/>
            <w:r>
              <w:rPr>
                <w:rFonts w:ascii="Malgun Gothic" w:hAnsi="Malgun Gothic" w:eastAsia="Malgun Gothic"/>
                <w:b w:val="0"/>
                <w:sz w:val="15"/>
              </w:rPr>
              <w:t>1.934e+12</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t>1.000</w:t>
            </w:r>
          </w:p>
        </w:tc>
        <w:tc>
          <w:tcPr>
            <w:tcW w:type="dxa" w:w="1644"/>
            <w:vAlign w:val="center"/>
          </w:tcPr>
          <w:p>
            <w:r/>
            <w:r>
              <w:rPr>
                <w:rFonts w:ascii="Malgun Gothic" w:hAnsi="Malgun Gothic" w:eastAsia="Malgun Gothic"/>
                <w:b w:val="0"/>
                <w:sz w:val="15"/>
              </w:rPr>
              <w:t>—</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1.183433</w:t>
            </w:r>
          </w:p>
        </w:tc>
        <w:tc>
          <w:tcPr>
            <w:tcW w:type="dxa" w:w="1644"/>
            <w:vAlign w:val="center"/>
          </w:tcPr>
          <w:p>
            <w:r/>
            <w:r>
              <w:rPr>
                <w:rFonts w:ascii="Malgun Gothic" w:hAnsi="Malgun Gothic" w:eastAsia="Malgun Gothic"/>
                <w:b w:val="0"/>
                <w:sz w:val="15"/>
              </w:rPr>
              <w:t>1.509e+12</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r>
          </w:p>
        </w:tc>
        <w:tc>
          <w:tcPr>
            <w:tcW w:type="dxa" w:w="1644"/>
            <w:vAlign w:val="center"/>
          </w:tcPr>
          <w:p>
            <w:r/>
            <w:r>
              <w:rPr>
                <w:rFonts w:ascii="Malgun Gothic" w:hAnsi="Malgun Gothic" w:eastAsia="Malgun Gothic"/>
                <w:b w:val="0"/>
                <w:sz w:val="15"/>
              </w:rPr>
              <w:t>핵심 (수렴)</w:t>
            </w:r>
          </w:p>
        </w:tc>
      </w:tr>
      <w:tr>
        <w:trPr>
          <w:cantSplit/>
        </w:trPr>
        <w:tc>
          <w:tcPr>
            <w:tcW w:type="dxa" w:w="1644"/>
            <w:vAlign w:val="center"/>
          </w:tcPr>
          <w:p>
            <w:r/>
            <w:r>
              <w:rPr>
                <w:rFonts w:ascii="Malgun Gothic" w:hAnsi="Malgun Gothic" w:eastAsia="Malgun Gothic"/>
                <w:b w:val="0"/>
                <w:sz w:val="15"/>
              </w:rPr>
              <w:t>pitch_mean</w:t>
            </w:r>
          </w:p>
        </w:tc>
        <w:tc>
          <w:tcPr>
            <w:tcW w:type="dxa" w:w="1644"/>
            <w:vAlign w:val="center"/>
          </w:tcPr>
          <w:p>
            <w:r/>
            <w:r>
              <w:rPr>
                <w:rFonts w:ascii="Malgun Gothic" w:hAnsi="Malgun Gothic" w:eastAsia="Malgun Gothic"/>
                <w:b w:val="0"/>
                <w:sz w:val="15"/>
              </w:rPr>
              <w:t>0.000762</w:t>
            </w:r>
          </w:p>
        </w:tc>
        <w:tc>
          <w:tcPr>
            <w:tcW w:type="dxa" w:w="1644"/>
            <w:vAlign w:val="center"/>
          </w:tcPr>
          <w:p>
            <w:r/>
            <w:r>
              <w:rPr>
                <w:rFonts w:ascii="Malgun Gothic" w:hAnsi="Malgun Gothic" w:eastAsia="Malgun Gothic"/>
                <w:b w:val="0"/>
                <w:sz w:val="15"/>
              </w:rPr>
              <w:t>2.598e+12</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r>
          </w:p>
        </w:tc>
        <w:tc>
          <w:tcPr>
            <w:tcW w:type="dxa" w:w="1644"/>
            <w:vAlign w:val="center"/>
          </w:tcPr>
          <w:p>
            <w:r/>
            <w:r>
              <w:rPr>
                <w:rFonts w:ascii="Malgun Gothic" w:hAnsi="Malgun Gothic" w:eastAsia="Malgun Gothic"/>
                <w:b w:val="0"/>
                <w:sz w:val="15"/>
              </w:rPr>
              <w:t>핵심 (수렴)</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0.001422</w:t>
            </w:r>
          </w:p>
        </w:tc>
        <w:tc>
          <w:tcPr>
            <w:tcW w:type="dxa" w:w="1644"/>
            <w:vAlign w:val="center"/>
          </w:tcPr>
          <w:p>
            <w:r/>
            <w:r>
              <w:rPr>
                <w:rFonts w:ascii="Malgun Gothic" w:hAnsi="Malgun Gothic" w:eastAsia="Malgun Gothic"/>
                <w:b w:val="0"/>
                <w:sz w:val="15"/>
              </w:rPr>
              <w:t>2.161e+12</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r>
          </w:p>
        </w:tc>
        <w:tc>
          <w:tcPr>
            <w:tcW w:type="dxa" w:w="1644"/>
            <w:vAlign w:val="center"/>
          </w:tcPr>
          <w:p>
            <w:r/>
            <w:r>
              <w:rPr>
                <w:rFonts w:ascii="Malgun Gothic" w:hAnsi="Malgun Gothic" w:eastAsia="Malgun Gothic"/>
                <w:b w:val="0"/>
                <w:sz w:val="15"/>
              </w:rPr>
              <w:t>보조 (중간)</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-0.000159</w:t>
            </w:r>
          </w:p>
        </w:tc>
        <w:tc>
          <w:tcPr>
            <w:tcW w:type="dxa" w:w="1644"/>
            <w:vAlign w:val="center"/>
          </w:tcPr>
          <w:p>
            <w:r/>
            <w:r>
              <w:rPr>
                <w:rFonts w:ascii="Malgun Gothic" w:hAnsi="Malgun Gothic" w:eastAsia="Malgun Gothic"/>
                <w:b w:val="0"/>
                <w:sz w:val="15"/>
              </w:rPr>
              <w:t>-2.629e+12</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r>
          </w:p>
        </w:tc>
        <w:tc>
          <w:tcPr>
            <w:tcW w:type="dxa" w:w="1644"/>
            <w:vAlign w:val="center"/>
          </w:tcPr>
          <w:p>
            <w:r/>
            <w:r>
              <w:rPr>
                <w:rFonts w:ascii="Malgun Gothic" w:hAnsi="Malgun Gothic" w:eastAsia="Malgun Gothic"/>
                <w:b w:val="0"/>
                <w:sz w:val="15"/>
              </w:rPr>
              <w:t>보조 (중간)</w:t>
            </w:r>
          </w:p>
        </w:tc>
      </w:tr>
    </w:tbl>
    <w:p/>
    <w:p>
      <w:pPr>
        <w:pStyle w:val="Heading3"/>
      </w:pPr>
      <w:r>
        <w:t>4.5.1. VIF 분석</w:t>
      </w:r>
    </w:p>
    <w:p>
      <w:r>
        <w:t>표 4-6. 다중공선성 검증 (VIF)</w:t>
      </w:r>
    </w:p>
    <w:p>
      <w:r>
        <w:rPr>
          <w:b/>
        </w:rPr>
        <w:t>원본 참조표 7</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5"/>
              </w:rPr>
              <w:t>변수</w:t>
            </w:r>
          </w:p>
        </w:tc>
        <w:tc>
          <w:tcPr>
            <w:tcW w:type="dxa" w:w="3289"/>
          </w:tcPr>
          <w:p>
            <w:r/>
            <w:r>
              <w:rPr>
                <w:rFonts w:ascii="Malgun Gothic" w:hAnsi="Malgun Gothic" w:eastAsia="Malgun Gothic"/>
                <w:b/>
                <w:sz w:val="15"/>
              </w:rPr>
              <w:t>VIF</w:t>
            </w:r>
          </w:p>
        </w:tc>
        <w:tc>
          <w:tcPr>
            <w:tcW w:type="dxa" w:w="3289"/>
          </w:tcPr>
          <w:p>
            <w:r/>
            <w:r>
              <w:rPr>
                <w:rFonts w:ascii="Malgun Gothic" w:hAnsi="Malgun Gothic" w:eastAsia="Malgun Gothic"/>
                <w:b/>
                <w:sz w:val="15"/>
              </w:rPr>
              <w:t>판정</w:t>
            </w:r>
          </w:p>
        </w:tc>
      </w:tr>
      <w:tr>
        <w:trPr>
          <w:cantSplit/>
        </w:trPr>
        <w:tc>
          <w:tcPr>
            <w:tcW w:type="dxa" w:w="3289"/>
            <w:vAlign w:val="center"/>
          </w:tcPr>
          <w:p>
            <w:r/>
            <w:r>
              <w:rPr>
                <w:rFonts w:ascii="Malgun Gothic" w:hAnsi="Malgun Gothic" w:eastAsia="Malgun Gothic"/>
                <w:b w:val="0"/>
                <w:sz w:val="15"/>
              </w:rPr>
              <w:t>energy_mean</w:t>
            </w:r>
          </w:p>
        </w:tc>
        <w:tc>
          <w:tcPr>
            <w:tcW w:type="dxa" w:w="3289"/>
            <w:vAlign w:val="center"/>
          </w:tcPr>
          <w:p>
            <w:r/>
            <w:r>
              <w:rPr>
                <w:rFonts w:ascii="Malgun Gothic" w:hAnsi="Malgun Gothic" w:eastAsia="Malgun Gothic"/>
                <w:b w:val="0"/>
                <w:sz w:val="15"/>
              </w:rPr>
              <w:t>1.3038</w:t>
            </w:r>
          </w:p>
        </w:tc>
        <w:tc>
          <w:tcPr>
            <w:tcW w:type="dxa" w:w="3289"/>
            <w:vAlign w:val="center"/>
          </w:tcPr>
          <w:p>
            <w:r/>
            <w:r>
              <w:rPr>
                <w:rFonts w:ascii="Malgun Gothic" w:hAnsi="Malgun Gothic" w:eastAsia="Malgun Gothic"/>
                <w:b w:val="0"/>
                <w:sz w:val="15"/>
              </w:rPr>
              <w:t>문제없음 (VIF &lt; 5)</w:t>
            </w:r>
          </w:p>
        </w:tc>
      </w:tr>
      <w:tr>
        <w:trPr>
          <w:cantSplit/>
        </w:trPr>
        <w:tc>
          <w:tcPr>
            <w:tcW w:type="dxa" w:w="3289"/>
            <w:vAlign w:val="center"/>
          </w:tcPr>
          <w:p>
            <w:r/>
            <w:r>
              <w:rPr>
                <w:rFonts w:ascii="Malgun Gothic" w:hAnsi="Malgun Gothic" w:eastAsia="Malgun Gothic"/>
                <w:b w:val="0"/>
                <w:sz w:val="15"/>
              </w:rPr>
              <w:t>pitch_mean</w:t>
            </w:r>
          </w:p>
        </w:tc>
        <w:tc>
          <w:tcPr>
            <w:tcW w:type="dxa" w:w="3289"/>
            <w:vAlign w:val="center"/>
          </w:tcPr>
          <w:p>
            <w:r/>
            <w:r>
              <w:rPr>
                <w:rFonts w:ascii="Malgun Gothic" w:hAnsi="Malgun Gothic" w:eastAsia="Malgun Gothic"/>
                <w:b w:val="0"/>
                <w:sz w:val="15"/>
              </w:rPr>
              <w:t>1.1768</w:t>
            </w:r>
          </w:p>
        </w:tc>
        <w:tc>
          <w:tcPr>
            <w:tcW w:type="dxa" w:w="3289"/>
            <w:vAlign w:val="center"/>
          </w:tcPr>
          <w:p>
            <w:r/>
            <w:r>
              <w:rPr>
                <w:rFonts w:ascii="Malgun Gothic" w:hAnsi="Malgun Gothic" w:eastAsia="Malgun Gothic"/>
                <w:b w:val="0"/>
                <w:sz w:val="15"/>
              </w:rPr>
              <w:t>문제없음 (VIF &lt; 5)</w:t>
            </w:r>
          </w:p>
        </w:tc>
      </w:tr>
      <w:tr>
        <w:trPr>
          <w:cantSplit/>
        </w:trPr>
        <w:tc>
          <w:tcPr>
            <w:tcW w:type="dxa" w:w="3289"/>
            <w:vAlign w:val="center"/>
          </w:tcPr>
          <w:p>
            <w:r/>
            <w:r>
              <w:rPr>
                <w:rFonts w:ascii="Malgun Gothic" w:hAnsi="Malgun Gothic" w:eastAsia="Malgun Gothic"/>
                <w:b w:val="0"/>
                <w:sz w:val="15"/>
              </w:rPr>
              <w:t>wpm</w:t>
            </w:r>
          </w:p>
        </w:tc>
        <w:tc>
          <w:tcPr>
            <w:tcW w:type="dxa" w:w="3289"/>
            <w:vAlign w:val="center"/>
          </w:tcPr>
          <w:p>
            <w:r/>
            <w:r>
              <w:rPr>
                <w:rFonts w:ascii="Malgun Gothic" w:hAnsi="Malgun Gothic" w:eastAsia="Malgun Gothic"/>
                <w:b w:val="0"/>
                <w:sz w:val="15"/>
              </w:rPr>
              <w:t>1.2329</w:t>
            </w:r>
          </w:p>
        </w:tc>
        <w:tc>
          <w:tcPr>
            <w:tcW w:type="dxa" w:w="3289"/>
            <w:vAlign w:val="center"/>
          </w:tcPr>
          <w:p>
            <w:r/>
            <w:r>
              <w:rPr>
                <w:rFonts w:ascii="Malgun Gothic" w:hAnsi="Malgun Gothic" w:eastAsia="Malgun Gothic"/>
                <w:b w:val="0"/>
                <w:sz w:val="15"/>
              </w:rPr>
              <w:t>문제없음 (VIF &lt; 5)</w:t>
            </w:r>
          </w:p>
        </w:tc>
      </w:tr>
      <w:tr>
        <w:trPr>
          <w:cantSplit/>
        </w:trPr>
        <w:tc>
          <w:tcPr>
            <w:tcW w:type="dxa" w:w="3289"/>
            <w:vAlign w:val="center"/>
          </w:tcPr>
          <w:p>
            <w:r/>
            <w:r>
              <w:rPr>
                <w:rFonts w:ascii="Malgun Gothic" w:hAnsi="Malgun Gothic" w:eastAsia="Malgun Gothic"/>
                <w:b w:val="0"/>
                <w:sz w:val="15"/>
              </w:rPr>
              <w:t>duration_sec</w:t>
            </w:r>
          </w:p>
        </w:tc>
        <w:tc>
          <w:tcPr>
            <w:tcW w:type="dxa" w:w="3289"/>
            <w:vAlign w:val="center"/>
          </w:tcPr>
          <w:p>
            <w:r/>
            <w:r>
              <w:rPr>
                <w:rFonts w:ascii="Malgun Gothic" w:hAnsi="Malgun Gothic" w:eastAsia="Malgun Gothic"/>
                <w:b w:val="0"/>
                <w:sz w:val="15"/>
              </w:rPr>
              <w:t>1.0405</w:t>
            </w:r>
          </w:p>
        </w:tc>
        <w:tc>
          <w:tcPr>
            <w:tcW w:type="dxa" w:w="3289"/>
            <w:vAlign w:val="center"/>
          </w:tcPr>
          <w:p>
            <w:r/>
            <w:r>
              <w:rPr>
                <w:rFonts w:ascii="Malgun Gothic" w:hAnsi="Malgun Gothic" w:eastAsia="Malgun Gothic"/>
                <w:b w:val="0"/>
                <w:sz w:val="15"/>
              </w:rPr>
              <w:t>문제없음 (VIF &lt; 5)</w:t>
            </w:r>
          </w:p>
        </w:tc>
      </w:tr>
    </w:tbl>
    <w:p/>
    <w:p>
      <w:r>
        <w:t>모든 변수의 VIF가 1.04~1.30 범위로 다중공선성 문제가 없음을 확인하였다.</w:t>
      </w:r>
    </w:p>
    <w:p>
      <w:pPr>
        <w:pStyle w:val="Heading2"/>
      </w:pPr>
      <w:r>
        <w:t>4.6. 가중치 민감도 분석</w:t>
      </w:r>
    </w:p>
    <w:p>
      <w:r>
        <w:t>균등 가중치(0.25) 방식의 결과가 대안적 가중치 조합에 비해 얼마나 안정적으로 유지되는지를 검증하기 위해 5가지 추가 시나리오를 비교하였다.</w:t>
      </w:r>
    </w:p>
    <w:p>
      <w:r>
        <w:t>표 4-7. 가중치 시나리오 간 상관 분석 (n=99)</w:t>
      </w:r>
    </w:p>
    <w:p>
      <w:r>
        <w:rPr>
          <w:b/>
        </w:rPr>
        <w:t>원본 참조표 8</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5"/>
              </w:rPr>
              <w:t>시나리오</w:t>
            </w:r>
          </w:p>
        </w:tc>
        <w:tc>
          <w:tcPr>
            <w:tcW w:type="dxa" w:w="2466"/>
          </w:tcPr>
          <w:p>
            <w:r/>
            <w:r>
              <w:rPr>
                <w:rFonts w:ascii="Malgun Gothic" w:hAnsi="Malgun Gothic" w:eastAsia="Malgun Gothic"/>
                <w:b/>
                <w:sz w:val="15"/>
              </w:rPr>
              <w:t>기본과의 r</w:t>
            </w:r>
          </w:p>
        </w:tc>
        <w:tc>
          <w:tcPr>
            <w:tcW w:type="dxa" w:w="2466"/>
          </w:tcPr>
          <w:p>
            <w:r/>
            <w:r>
              <w:rPr>
                <w:rFonts w:ascii="Malgun Gothic" w:hAnsi="Malgun Gothic" w:eastAsia="Malgun Gothic"/>
                <w:b/>
                <w:sz w:val="15"/>
              </w:rPr>
              <w:t>MAD</w:t>
            </w:r>
          </w:p>
        </w:tc>
        <w:tc>
          <w:tcPr>
            <w:tcW w:type="dxa" w:w="2466"/>
          </w:tcPr>
          <w:p>
            <w:r/>
            <w:r>
              <w:rPr>
                <w:rFonts w:ascii="Malgun Gothic" w:hAnsi="Malgun Gothic" w:eastAsia="Malgun Gothic"/>
                <w:b/>
                <w:sz w:val="15"/>
              </w:rPr>
              <w:t>해석</w:t>
            </w:r>
          </w:p>
        </w:tc>
      </w:tr>
      <w:tr>
        <w:trPr>
          <w:cantSplit/>
        </w:trPr>
        <w:tc>
          <w:tcPr>
            <w:tcW w:type="dxa" w:w="2466"/>
            <w:vAlign w:val="center"/>
          </w:tcPr>
          <w:p>
            <w:r/>
            <w:r>
              <w:rPr>
                <w:rFonts w:ascii="Malgun Gothic" w:hAnsi="Malgun Gothic" w:eastAsia="Malgun Gothic"/>
                <w:b w:val="0"/>
                <w:sz w:val="15"/>
              </w:rPr>
              <w:t>equal_25 (기본)</w:t>
            </w:r>
          </w:p>
        </w:tc>
        <w:tc>
          <w:tcPr>
            <w:tcW w:type="dxa" w:w="2466"/>
            <w:vAlign w:val="center"/>
          </w:tcPr>
          <w:p>
            <w:r/>
            <w:r>
              <w:rPr>
                <w:rFonts w:ascii="Malgun Gothic" w:hAnsi="Malgun Gothic" w:eastAsia="Malgun Gothic"/>
                <w:b w:val="0"/>
                <w:sz w:val="15"/>
              </w:rPr>
              <w:t>1.0000</w:t>
            </w:r>
          </w:p>
        </w:tc>
        <w:tc>
          <w:tcPr>
            <w:tcW w:type="dxa" w:w="2466"/>
            <w:vAlign w:val="center"/>
          </w:tcPr>
          <w:p>
            <w:r/>
            <w:r>
              <w:rPr>
                <w:rFonts w:ascii="Malgun Gothic" w:hAnsi="Malgun Gothic" w:eastAsia="Malgun Gothic"/>
                <w:b w:val="0"/>
                <w:sz w:val="15"/>
              </w:rPr>
              <w:t>0.093</w:t>
            </w:r>
          </w:p>
        </w:tc>
        <w:tc>
          <w:tcPr>
            <w:tcW w:type="dxa" w:w="2466"/>
            <w:vAlign w:val="center"/>
          </w:tcPr>
          <w:p>
            <w:r/>
            <w:r>
              <w:rPr>
                <w:rFonts w:ascii="Malgun Gothic" w:hAnsi="Malgun Gothic" w:eastAsia="Malgun Gothic"/>
                <w:b w:val="0"/>
                <w:sz w:val="15"/>
              </w:rPr>
              <w:t>기준 모형</w:t>
            </w:r>
          </w:p>
        </w:tc>
      </w:tr>
      <w:tr>
        <w:trPr>
          <w:cantSplit/>
        </w:trPr>
        <w:tc>
          <w:tcPr>
            <w:tcW w:type="dxa" w:w="2466"/>
            <w:vAlign w:val="center"/>
          </w:tcPr>
          <w:p>
            <w:r/>
            <w:r>
              <w:rPr>
                <w:rFonts w:ascii="Malgun Gothic" w:hAnsi="Malgun Gothic" w:eastAsia="Malgun Gothic"/>
                <w:b w:val="0"/>
                <w:sz w:val="15"/>
              </w:rPr>
              <w:t>pitch_high</w:t>
            </w:r>
          </w:p>
        </w:tc>
        <w:tc>
          <w:tcPr>
            <w:tcW w:type="dxa" w:w="2466"/>
            <w:vAlign w:val="center"/>
          </w:tcPr>
          <w:p>
            <w:r/>
            <w:r>
              <w:rPr>
                <w:rFonts w:ascii="Malgun Gothic" w:hAnsi="Malgun Gothic" w:eastAsia="Malgun Gothic"/>
                <w:b w:val="0"/>
                <w:sz w:val="15"/>
              </w:rPr>
              <w:t>0.8438</w:t>
            </w:r>
          </w:p>
        </w:tc>
        <w:tc>
          <w:tcPr>
            <w:tcW w:type="dxa" w:w="2466"/>
            <w:vAlign w:val="center"/>
          </w:tcPr>
          <w:p>
            <w:r/>
            <w:r>
              <w:rPr>
                <w:rFonts w:ascii="Malgun Gothic" w:hAnsi="Malgun Gothic" w:eastAsia="Malgun Gothic"/>
                <w:b w:val="0"/>
                <w:sz w:val="15"/>
              </w:rPr>
              <w:t>0.095</w:t>
            </w:r>
          </w:p>
        </w:tc>
        <w:tc>
          <w:tcPr>
            <w:tcW w:type="dxa" w:w="2466"/>
            <w:vAlign w:val="center"/>
          </w:tcPr>
          <w:p>
            <w:r/>
            <w:r>
              <w:rPr>
                <w:rFonts w:ascii="Malgun Gothic" w:hAnsi="Malgun Gothic" w:eastAsia="Malgun Gothic"/>
                <w:b w:val="0"/>
                <w:sz w:val="15"/>
              </w:rPr>
              <w:t>pitch 중심 강조</w:t>
            </w:r>
          </w:p>
        </w:tc>
      </w:tr>
      <w:tr>
        <w:trPr>
          <w:cantSplit/>
        </w:trPr>
        <w:tc>
          <w:tcPr>
            <w:tcW w:type="dxa" w:w="2466"/>
            <w:vAlign w:val="center"/>
          </w:tcPr>
          <w:p>
            <w:r/>
            <w:r>
              <w:rPr>
                <w:rFonts w:ascii="Malgun Gothic" w:hAnsi="Malgun Gothic" w:eastAsia="Malgun Gothic"/>
                <w:b w:val="0"/>
                <w:sz w:val="15"/>
              </w:rPr>
              <w:t>energy_high</w:t>
            </w:r>
          </w:p>
        </w:tc>
        <w:tc>
          <w:tcPr>
            <w:tcW w:type="dxa" w:w="2466"/>
            <w:vAlign w:val="center"/>
          </w:tcPr>
          <w:p>
            <w:r/>
            <w:r>
              <w:rPr>
                <w:rFonts w:ascii="Malgun Gothic" w:hAnsi="Malgun Gothic" w:eastAsia="Malgun Gothic"/>
                <w:b w:val="0"/>
                <w:sz w:val="15"/>
              </w:rPr>
              <w:t>0.9227</w:t>
            </w:r>
          </w:p>
        </w:tc>
        <w:tc>
          <w:tcPr>
            <w:tcW w:type="dxa" w:w="2466"/>
            <w:vAlign w:val="center"/>
          </w:tcPr>
          <w:p>
            <w:r/>
            <w:r>
              <w:rPr>
                <w:rFonts w:ascii="Malgun Gothic" w:hAnsi="Malgun Gothic" w:eastAsia="Malgun Gothic"/>
                <w:b w:val="0"/>
                <w:sz w:val="15"/>
              </w:rPr>
              <w:t>0.117</w:t>
            </w:r>
          </w:p>
        </w:tc>
        <w:tc>
          <w:tcPr>
            <w:tcW w:type="dxa" w:w="2466"/>
            <w:vAlign w:val="center"/>
          </w:tcPr>
          <w:p>
            <w:r/>
            <w:r>
              <w:rPr>
                <w:rFonts w:ascii="Malgun Gothic" w:hAnsi="Malgun Gothic" w:eastAsia="Malgun Gothic"/>
                <w:b w:val="0"/>
                <w:sz w:val="15"/>
              </w:rPr>
              <w:t>energy 중심 강조</w:t>
            </w:r>
          </w:p>
        </w:tc>
      </w:tr>
      <w:tr>
        <w:trPr>
          <w:cantSplit/>
        </w:trPr>
        <w:tc>
          <w:tcPr>
            <w:tcW w:type="dxa" w:w="2466"/>
            <w:vAlign w:val="center"/>
          </w:tcPr>
          <w:p>
            <w:r/>
            <w:r>
              <w:rPr>
                <w:rFonts w:ascii="Malgun Gothic" w:hAnsi="Malgun Gothic" w:eastAsia="Malgun Gothic"/>
                <w:b w:val="0"/>
                <w:sz w:val="15"/>
              </w:rPr>
              <w:t>pitch_energy_equal</w:t>
            </w:r>
          </w:p>
        </w:tc>
        <w:tc>
          <w:tcPr>
            <w:tcW w:type="dxa" w:w="2466"/>
            <w:vAlign w:val="center"/>
          </w:tcPr>
          <w:p>
            <w:r/>
            <w:r>
              <w:rPr>
                <w:rFonts w:ascii="Malgun Gothic" w:hAnsi="Malgun Gothic" w:eastAsia="Malgun Gothic"/>
                <w:b w:val="0"/>
                <w:sz w:val="15"/>
              </w:rPr>
              <w:t>0.9390</w:t>
            </w:r>
          </w:p>
        </w:tc>
        <w:tc>
          <w:tcPr>
            <w:tcW w:type="dxa" w:w="2466"/>
            <w:vAlign w:val="center"/>
          </w:tcPr>
          <w:p>
            <w:r/>
            <w:r>
              <w:rPr>
                <w:rFonts w:ascii="Malgun Gothic" w:hAnsi="Malgun Gothic" w:eastAsia="Malgun Gothic"/>
                <w:b w:val="0"/>
                <w:sz w:val="15"/>
              </w:rPr>
              <w:t>0.041</w:t>
            </w:r>
          </w:p>
        </w:tc>
        <w:tc>
          <w:tcPr>
            <w:tcW w:type="dxa" w:w="2466"/>
            <w:vAlign w:val="center"/>
          </w:tcPr>
          <w:p>
            <w:r/>
            <w:r>
              <w:rPr>
                <w:rFonts w:ascii="Malgun Gothic" w:hAnsi="Malgun Gothic" w:eastAsia="Malgun Gothic"/>
                <w:b w:val="0"/>
                <w:sz w:val="15"/>
              </w:rPr>
              <w:t>pitch+energy 동등 강조</w:t>
            </w:r>
          </w:p>
        </w:tc>
      </w:tr>
      <w:tr>
        <w:trPr>
          <w:cantSplit/>
        </w:trPr>
        <w:tc>
          <w:tcPr>
            <w:tcW w:type="dxa" w:w="2466"/>
            <w:vAlign w:val="center"/>
          </w:tcPr>
          <w:p>
            <w:r/>
            <w:r>
              <w:rPr>
                <w:rFonts w:ascii="Malgun Gothic" w:hAnsi="Malgun Gothic" w:eastAsia="Malgun Gothic"/>
                <w:b w:val="0"/>
                <w:sz w:val="15"/>
              </w:rPr>
              <w:t>wpm_low (wpm 제외)</w:t>
            </w:r>
          </w:p>
        </w:tc>
        <w:tc>
          <w:tcPr>
            <w:tcW w:type="dxa" w:w="2466"/>
            <w:vAlign w:val="center"/>
          </w:tcPr>
          <w:p>
            <w:r/>
            <w:r>
              <w:rPr>
                <w:rFonts w:ascii="Malgun Gothic" w:hAnsi="Malgun Gothic" w:eastAsia="Malgun Gothic"/>
                <w:b w:val="0"/>
                <w:sz w:val="15"/>
              </w:rPr>
              <w:t>0.8825</w:t>
            </w:r>
          </w:p>
        </w:tc>
        <w:tc>
          <w:tcPr>
            <w:tcW w:type="dxa" w:w="2466"/>
            <w:vAlign w:val="center"/>
          </w:tcPr>
          <w:p>
            <w:r/>
            <w:r>
              <w:rPr>
                <w:rFonts w:ascii="Malgun Gothic" w:hAnsi="Malgun Gothic" w:eastAsia="Malgun Gothic"/>
                <w:b w:val="0"/>
                <w:sz w:val="15"/>
              </w:rPr>
              <w:t>0.151</w:t>
            </w:r>
          </w:p>
        </w:tc>
        <w:tc>
          <w:tcPr>
            <w:tcW w:type="dxa" w:w="2466"/>
            <w:vAlign w:val="center"/>
          </w:tcPr>
          <w:p>
            <w:r/>
            <w:r>
              <w:rPr>
                <w:rFonts w:ascii="Malgun Gothic" w:hAnsi="Malgun Gothic" w:eastAsia="Malgun Gothic"/>
                <w:b w:val="0"/>
                <w:sz w:val="15"/>
              </w:rPr>
              <w:t>wpm 제외</w:t>
            </w:r>
          </w:p>
        </w:tc>
      </w:tr>
      <w:tr>
        <w:trPr>
          <w:cantSplit/>
        </w:trPr>
        <w:tc>
          <w:tcPr>
            <w:tcW w:type="dxa" w:w="2466"/>
            <w:vAlign w:val="center"/>
          </w:tcPr>
          <w:p>
            <w:r/>
            <w:r>
              <w:rPr>
                <w:rFonts w:ascii="Malgun Gothic" w:hAnsi="Malgun Gothic" w:eastAsia="Malgun Gothic"/>
                <w:b w:val="0"/>
                <w:sz w:val="15"/>
              </w:rPr>
              <w:t>no_duration (duration 제외)</w:t>
            </w:r>
          </w:p>
        </w:tc>
        <w:tc>
          <w:tcPr>
            <w:tcW w:type="dxa" w:w="2466"/>
            <w:vAlign w:val="center"/>
          </w:tcPr>
          <w:p>
            <w:r/>
            <w:r>
              <w:rPr>
                <w:rFonts w:ascii="Malgun Gothic" w:hAnsi="Malgun Gothic" w:eastAsia="Malgun Gothic"/>
                <w:b w:val="0"/>
                <w:sz w:val="15"/>
              </w:rPr>
              <w:t>0.8505</w:t>
            </w:r>
          </w:p>
        </w:tc>
        <w:tc>
          <w:tcPr>
            <w:tcW w:type="dxa" w:w="2466"/>
            <w:vAlign w:val="center"/>
          </w:tcPr>
          <w:p>
            <w:r/>
            <w:r>
              <w:rPr>
                <w:rFonts w:ascii="Malgun Gothic" w:hAnsi="Malgun Gothic" w:eastAsia="Malgun Gothic"/>
                <w:b w:val="0"/>
                <w:sz w:val="15"/>
              </w:rPr>
              <w:t>0.131</w:t>
            </w:r>
          </w:p>
        </w:tc>
        <w:tc>
          <w:tcPr>
            <w:tcW w:type="dxa" w:w="2466"/>
            <w:vAlign w:val="center"/>
          </w:tcPr>
          <w:p>
            <w:r/>
            <w:r>
              <w:rPr>
                <w:rFonts w:ascii="Malgun Gothic" w:hAnsi="Malgun Gothic" w:eastAsia="Malgun Gothic"/>
                <w:b w:val="0"/>
                <w:sz w:val="15"/>
              </w:rPr>
              <w:t>duration 제외</w:t>
            </w:r>
          </w:p>
        </w:tc>
      </w:tr>
    </w:tbl>
    <w:p/>
    <w:p>
      <w:r>
        <w:t>주. MAD = mean absolute difference; 시나리오 간 상관이 r≥0.84 이상으로 유지되어 균등 가중치 설계가 통계적으로 안정적인 기준 모형으로 판단됨.</w:t>
      </w:r>
    </w:p>
    <w:p>
      <w:pPr>
        <w:jc w:val="center"/>
      </w:pPr>
      <w:r>
        <w:drawing>
          <wp:inline xmlns:a="http://schemas.openxmlformats.org/drawingml/2006/main" xmlns:pic="http://schemas.openxmlformats.org/drawingml/2006/picture">
            <wp:extent cx="5852160" cy="2926080"/>
            <wp:docPr id="62" name="Picture 62"/>
            <wp:cNvGraphicFramePr>
              <a:graphicFrameLocks noChangeAspect="1"/>
            </wp:cNvGraphicFramePr>
            <a:graphic>
              <a:graphicData uri="http://schemas.openxmlformats.org/drawingml/2006/picture">
                <pic:pic>
                  <pic:nvPicPr>
                    <pic:cNvPr id="0" name="ref_유현동VOC_datasets0402_분석리포트_v3_003.png"/>
                    <pic:cNvPicPr/>
                  </pic:nvPicPr>
                  <pic:blipFill>
                    <a:blip r:embed="rId63"/>
                    <a:stretch>
                      <a:fillRect/>
                    </a:stretch>
                  </pic:blipFill>
                  <pic:spPr>
                    <a:xfrm>
                      <a:off x="0" y="0"/>
                      <a:ext cx="5852160" cy="2926080"/>
                    </a:xfrm>
                    <a:prstGeom prst="rect"/>
                  </pic:spPr>
                </pic:pic>
              </a:graphicData>
            </a:graphic>
          </wp:inline>
        </w:drawing>
      </w:r>
    </w:p>
    <w:p>
      <w:r>
        <w:t>그림 4-4. 가중치 시나리오별 stress_score 분포 비교 (박스플롯, n=99)</w:t>
      </w:r>
    </w:p>
    <w:p>
      <w:pPr>
        <w:pStyle w:val="Heading2"/>
      </w:pPr>
      <w:r>
        <w:t>4.7. 구성 타당도 검증: 수렴 및 판별 타당도</w:t>
      </w:r>
    </w:p>
    <w:p>
      <w:r>
        <w:t>본 절에서는 스트레스 지수의 구성 타당도를 수렴 타당도와 판별 타당도의 두 축으로 검증한다. Bootstrap 재표집(n_boot=2,000)을 통해 95% 신뢰구간을 추정하여 추정치의 통계적 안정성을 확인하였다.</w:t>
      </w:r>
    </w:p>
    <w:p>
      <w:pPr>
        <w:pStyle w:val="Heading3"/>
      </w:pPr>
      <w:r>
        <w:t>4.7.1. Bootstrap 95% 신뢰구간 기반 수렴·판별 타당도</w:t>
      </w:r>
    </w:p>
    <w:p>
      <w:r>
        <w:t>표 4-8. 구성 타당도 검증 결과: Bootstrap 95% 신뢰구간 (n_boot=2,000)</w:t>
      </w:r>
    </w:p>
    <w:p>
      <w:r>
        <w:rPr>
          <w:b/>
        </w:rPr>
        <w:t>원본 참조표 9</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변수</w:t>
            </w:r>
          </w:p>
        </w:tc>
        <w:tc>
          <w:tcPr>
            <w:tcW w:type="dxa" w:w="1409"/>
          </w:tcPr>
          <w:p>
            <w:r/>
            <w:r>
              <w:rPr>
                <w:rFonts w:ascii="Malgun Gothic" w:hAnsi="Malgun Gothic" w:eastAsia="Malgun Gothic"/>
                <w:b/>
                <w:sz w:val="15"/>
              </w:rPr>
              <w:t>타당도 유형</w:t>
            </w:r>
          </w:p>
        </w:tc>
        <w:tc>
          <w:tcPr>
            <w:tcW w:type="dxa" w:w="1409"/>
          </w:tcPr>
          <w:p>
            <w:r/>
            <w:r>
              <w:rPr>
                <w:rFonts w:ascii="Malgun Gothic" w:hAnsi="Malgun Gothic" w:eastAsia="Malgun Gothic"/>
                <w:b/>
                <w:sz w:val="15"/>
              </w:rPr>
              <w:t>Pearson r</w:t>
            </w:r>
          </w:p>
        </w:tc>
        <w:tc>
          <w:tcPr>
            <w:tcW w:type="dxa" w:w="1409"/>
          </w:tcPr>
          <w:p>
            <w:r/>
            <w:r>
              <w:rPr>
                <w:rFonts w:ascii="Malgun Gothic" w:hAnsi="Malgun Gothic" w:eastAsia="Malgun Gothic"/>
                <w:b/>
                <w:sz w:val="15"/>
              </w:rPr>
              <w:t>Bootstrap CI 하한</w:t>
            </w:r>
          </w:p>
        </w:tc>
        <w:tc>
          <w:tcPr>
            <w:tcW w:type="dxa" w:w="1409"/>
          </w:tcPr>
          <w:p>
            <w:r/>
            <w:r>
              <w:rPr>
                <w:rFonts w:ascii="Malgun Gothic" w:hAnsi="Malgun Gothic" w:eastAsia="Malgun Gothic"/>
                <w:b/>
                <w:sz w:val="15"/>
              </w:rPr>
              <w:t>Bootstrap CI 상한</w:t>
            </w:r>
          </w:p>
        </w:tc>
        <w:tc>
          <w:tcPr>
            <w:tcW w:type="dxa" w:w="1409"/>
          </w:tcPr>
          <w:p>
            <w:r/>
            <w:r>
              <w:rPr>
                <w:rFonts w:ascii="Malgun Gothic" w:hAnsi="Malgun Gothic" w:eastAsia="Malgun Gothic"/>
                <w:b/>
                <w:sz w:val="15"/>
              </w:rPr>
              <w:t>유의성</w:t>
            </w:r>
          </w:p>
        </w:tc>
        <w:tc>
          <w:tcPr>
            <w:tcW w:type="dxa" w:w="1409"/>
          </w:tcPr>
          <w:p>
            <w:r/>
            <w:r>
              <w:rPr>
                <w:rFonts w:ascii="Malgun Gothic" w:hAnsi="Malgun Gothic" w:eastAsia="Malgun Gothic"/>
                <w:b/>
                <w:sz w:val="15"/>
              </w:rPr>
              <w:t>충족</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수렴 타당도</w:t>
            </w:r>
          </w:p>
        </w:tc>
        <w:tc>
          <w:tcPr>
            <w:tcW w:type="dxa" w:w="1409"/>
            <w:vAlign w:val="center"/>
          </w:tcPr>
          <w:p>
            <w:r/>
            <w:r>
              <w:rPr>
                <w:rFonts w:ascii="Malgun Gothic" w:hAnsi="Malgun Gothic" w:eastAsia="Malgun Gothic"/>
                <w:b w:val="0"/>
                <w:sz w:val="15"/>
              </w:rPr>
              <w:t>0.6720</w:t>
            </w:r>
          </w:p>
        </w:tc>
        <w:tc>
          <w:tcPr>
            <w:tcW w:type="dxa" w:w="1409"/>
            <w:vAlign w:val="center"/>
          </w:tcPr>
          <w:p>
            <w:r/>
            <w:r>
              <w:rPr>
                <w:rFonts w:ascii="Malgun Gothic" w:hAnsi="Malgun Gothic" w:eastAsia="Malgun Gothic"/>
                <w:b w:val="0"/>
                <w:sz w:val="15"/>
              </w:rPr>
              <w:t>0.5449</w:t>
            </w:r>
          </w:p>
        </w:tc>
        <w:tc>
          <w:tcPr>
            <w:tcW w:type="dxa" w:w="1409"/>
            <w:vAlign w:val="center"/>
          </w:tcPr>
          <w:p>
            <w:r/>
            <w:r>
              <w:rPr>
                <w:rFonts w:ascii="Malgun Gothic" w:hAnsi="Malgun Gothic" w:eastAsia="Malgun Gothic"/>
                <w:b w:val="0"/>
                <w:sz w:val="15"/>
              </w:rPr>
              <w:t>0.7815</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 충족</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수렴 타당도</w:t>
            </w:r>
          </w:p>
        </w:tc>
        <w:tc>
          <w:tcPr>
            <w:tcW w:type="dxa" w:w="1409"/>
            <w:vAlign w:val="center"/>
          </w:tcPr>
          <w:p>
            <w:r/>
            <w:r>
              <w:rPr>
                <w:rFonts w:ascii="Malgun Gothic" w:hAnsi="Malgun Gothic" w:eastAsia="Malgun Gothic"/>
                <w:b w:val="0"/>
                <w:sz w:val="15"/>
              </w:rPr>
              <w:t>0.5940</w:t>
            </w:r>
          </w:p>
        </w:tc>
        <w:tc>
          <w:tcPr>
            <w:tcW w:type="dxa" w:w="1409"/>
            <w:vAlign w:val="center"/>
          </w:tcPr>
          <w:p>
            <w:r/>
            <w:r>
              <w:rPr>
                <w:rFonts w:ascii="Malgun Gothic" w:hAnsi="Malgun Gothic" w:eastAsia="Malgun Gothic"/>
                <w:b w:val="0"/>
                <w:sz w:val="15"/>
              </w:rPr>
              <w:t>0.3665</w:t>
            </w:r>
          </w:p>
        </w:tc>
        <w:tc>
          <w:tcPr>
            <w:tcW w:type="dxa" w:w="1409"/>
            <w:vAlign w:val="center"/>
          </w:tcPr>
          <w:p>
            <w:r/>
            <w:r>
              <w:rPr>
                <w:rFonts w:ascii="Malgun Gothic" w:hAnsi="Malgun Gothic" w:eastAsia="Malgun Gothic"/>
                <w:b w:val="0"/>
                <w:sz w:val="15"/>
              </w:rPr>
              <w:t>0.7374</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 충족</w:t>
            </w:r>
          </w:p>
        </w:tc>
      </w:tr>
      <w:tr>
        <w:trPr>
          <w:cantSplit/>
        </w:trPr>
        <w:tc>
          <w:tcPr>
            <w:tcW w:type="dxa" w:w="1409"/>
            <w:vAlign w:val="center"/>
          </w:tcPr>
          <w:p>
            <w:r/>
            <w:r>
              <w:rPr>
                <w:rFonts w:ascii="Malgun Gothic" w:hAnsi="Malgun Gothic" w:eastAsia="Malgun Gothic"/>
                <w:b w:val="0"/>
                <w:sz w:val="15"/>
              </w:rPr>
              <w:t>wpm</w:t>
            </w:r>
          </w:p>
        </w:tc>
        <w:tc>
          <w:tcPr>
            <w:tcW w:type="dxa" w:w="1409"/>
            <w:vAlign w:val="center"/>
          </w:tcPr>
          <w:p>
            <w:r/>
            <w:r>
              <w:rPr>
                <w:rFonts w:ascii="Malgun Gothic" w:hAnsi="Malgun Gothic" w:eastAsia="Malgun Gothic"/>
                <w:b w:val="0"/>
                <w:sz w:val="15"/>
              </w:rPr>
              <w:t>중간</w:t>
            </w:r>
          </w:p>
        </w:tc>
        <w:tc>
          <w:tcPr>
            <w:tcW w:type="dxa" w:w="1409"/>
            <w:vAlign w:val="center"/>
          </w:tcPr>
          <w:p>
            <w:r/>
            <w:r>
              <w:rPr>
                <w:rFonts w:ascii="Malgun Gothic" w:hAnsi="Malgun Gothic" w:eastAsia="Malgun Gothic"/>
                <w:b w:val="0"/>
                <w:sz w:val="15"/>
              </w:rPr>
              <w:t>0.4284</w:t>
            </w:r>
          </w:p>
        </w:tc>
        <w:tc>
          <w:tcPr>
            <w:tcW w:type="dxa" w:w="1409"/>
            <w:vAlign w:val="center"/>
          </w:tcPr>
          <w:p>
            <w:r/>
            <w:r>
              <w:rPr>
                <w:rFonts w:ascii="Malgun Gothic" w:hAnsi="Malgun Gothic" w:eastAsia="Malgun Gothic"/>
                <w:b w:val="0"/>
                <w:sz w:val="15"/>
              </w:rPr>
              <w:t>0.0641</w:t>
            </w:r>
          </w:p>
        </w:tc>
        <w:tc>
          <w:tcPr>
            <w:tcW w:type="dxa" w:w="1409"/>
            <w:vAlign w:val="center"/>
          </w:tcPr>
          <w:p>
            <w:r/>
            <w:r>
              <w:rPr>
                <w:rFonts w:ascii="Malgun Gothic" w:hAnsi="Malgun Gothic" w:eastAsia="Malgun Gothic"/>
                <w:b w:val="0"/>
                <w:sz w:val="15"/>
              </w:rPr>
              <w:t>0.7159</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중간</w:t>
            </w:r>
          </w:p>
        </w:tc>
      </w:tr>
      <w:tr>
        <w:trPr>
          <w:cantSplit/>
        </w:trPr>
        <w:tc>
          <w:tcPr>
            <w:tcW w:type="dxa" w:w="1409"/>
            <w:vAlign w:val="center"/>
          </w:tcPr>
          <w:p>
            <w:r/>
            <w:r>
              <w:rPr>
                <w:rFonts w:ascii="Malgun Gothic" w:hAnsi="Malgun Gothic" w:eastAsia="Malgun Gothic"/>
                <w:b w:val="0"/>
                <w:sz w:val="15"/>
              </w:rPr>
              <w:t>duration_sec</w:t>
            </w:r>
          </w:p>
        </w:tc>
        <w:tc>
          <w:tcPr>
            <w:tcW w:type="dxa" w:w="1409"/>
            <w:vAlign w:val="center"/>
          </w:tcPr>
          <w:p>
            <w:r/>
            <w:r>
              <w:rPr>
                <w:rFonts w:ascii="Malgun Gothic" w:hAnsi="Malgun Gothic" w:eastAsia="Malgun Gothic"/>
                <w:b w:val="0"/>
                <w:sz w:val="15"/>
              </w:rPr>
              <w:t>중간</w:t>
            </w:r>
          </w:p>
        </w:tc>
        <w:tc>
          <w:tcPr>
            <w:tcW w:type="dxa" w:w="1409"/>
            <w:vAlign w:val="center"/>
          </w:tcPr>
          <w:p>
            <w:r/>
            <w:r>
              <w:rPr>
                <w:rFonts w:ascii="Malgun Gothic" w:hAnsi="Malgun Gothic" w:eastAsia="Malgun Gothic"/>
                <w:b w:val="0"/>
                <w:sz w:val="15"/>
              </w:rPr>
              <w:t>-0.4440</w:t>
            </w:r>
          </w:p>
        </w:tc>
        <w:tc>
          <w:tcPr>
            <w:tcW w:type="dxa" w:w="1409"/>
            <w:vAlign w:val="center"/>
          </w:tcPr>
          <w:p>
            <w:r/>
            <w:r>
              <w:rPr>
                <w:rFonts w:ascii="Malgun Gothic" w:hAnsi="Malgun Gothic" w:eastAsia="Malgun Gothic"/>
                <w:b w:val="0"/>
                <w:sz w:val="15"/>
              </w:rPr>
              <w:t>-0.6135</w:t>
            </w:r>
          </w:p>
        </w:tc>
        <w:tc>
          <w:tcPr>
            <w:tcW w:type="dxa" w:w="1409"/>
            <w:vAlign w:val="center"/>
          </w:tcPr>
          <w:p>
            <w:r/>
            <w:r>
              <w:rPr>
                <w:rFonts w:ascii="Malgun Gothic" w:hAnsi="Malgun Gothic" w:eastAsia="Malgun Gothic"/>
                <w:b w:val="0"/>
                <w:sz w:val="15"/>
              </w:rPr>
              <w:t>-0.2440</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중간</w:t>
            </w:r>
          </w:p>
        </w:tc>
      </w:tr>
    </w:tbl>
    <w:p/>
    <w:p>
      <w:r>
        <w:t>표 4-9. 타당도 요약</w:t>
      </w:r>
    </w:p>
    <w:p>
      <w:r>
        <w:rPr>
          <w:b/>
        </w:rPr>
        <w:t>원본 참조표 10</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항목</w:t>
            </w:r>
          </w:p>
        </w:tc>
        <w:tc>
          <w:tcPr>
            <w:tcW w:type="dxa" w:w="1973"/>
          </w:tcPr>
          <w:p>
            <w:r/>
            <w:r>
              <w:rPr>
                <w:rFonts w:ascii="Malgun Gothic" w:hAnsi="Malgun Gothic" w:eastAsia="Malgun Gothic"/>
                <w:b/>
                <w:sz w:val="15"/>
              </w:rPr>
              <w:t>값</w:t>
            </w:r>
          </w:p>
        </w:tc>
        <w:tc>
          <w:tcPr>
            <w:tcW w:type="dxa" w:w="1973"/>
          </w:tcPr>
          <w:p>
            <w:r/>
            <w:r>
              <w:rPr>
                <w:rFonts w:ascii="Malgun Gothic" w:hAnsi="Malgun Gothic" w:eastAsia="Malgun Gothic"/>
                <w:b/>
                <w:sz w:val="15"/>
              </w:rPr>
              <w:t>기준</w:t>
            </w:r>
          </w:p>
        </w:tc>
        <w:tc>
          <w:tcPr>
            <w:tcW w:type="dxa" w:w="1973"/>
          </w:tcPr>
          <w:p>
            <w:r/>
            <w:r>
              <w:rPr>
                <w:rFonts w:ascii="Malgun Gothic" w:hAnsi="Malgun Gothic" w:eastAsia="Malgun Gothic"/>
                <w:b/>
                <w:sz w:val="15"/>
              </w:rPr>
              <w:t>판정</w:t>
            </w:r>
          </w:p>
        </w:tc>
        <w:tc>
          <w:tcPr>
            <w:tcW w:type="dxa" w:w="1973"/>
          </w:tcPr>
          <w:p>
            <w:r/>
            <w:r>
              <w:rPr>
                <w:rFonts w:ascii="Malgun Gothic" w:hAnsi="Malgun Gothic" w:eastAsia="Malgun Gothic"/>
                <w:b/>
                <w:sz w:val="15"/>
              </w:rPr>
              <w:t>주간보고</w:t>
            </w:r>
          </w:p>
        </w:tc>
      </w:tr>
      <w:tr>
        <w:trPr>
          <w:cantSplit/>
        </w:trPr>
        <w:tc>
          <w:tcPr>
            <w:tcW w:type="dxa" w:w="1973"/>
            <w:vAlign w:val="center"/>
          </w:tcPr>
          <w:p>
            <w:r/>
            <w:r>
              <w:rPr>
                <w:rFonts w:ascii="Malgun Gothic" w:hAnsi="Malgun Gothic" w:eastAsia="Malgun Gothic"/>
                <w:b w:val="0"/>
                <w:sz w:val="15"/>
              </w:rPr>
              <w:t>수렴 타당도 평균|r| (energy, pitch)</w:t>
            </w:r>
          </w:p>
        </w:tc>
        <w:tc>
          <w:tcPr>
            <w:tcW w:type="dxa" w:w="1973"/>
            <w:vAlign w:val="center"/>
          </w:tcPr>
          <w:p>
            <w:r/>
            <w:r>
              <w:rPr>
                <w:rFonts w:ascii="Malgun Gothic" w:hAnsi="Malgun Gothic" w:eastAsia="Malgun Gothic"/>
                <w:b w:val="0"/>
                <w:sz w:val="15"/>
              </w:rPr>
              <w:t>0.6330</w:t>
            </w:r>
          </w:p>
        </w:tc>
        <w:tc>
          <w:tcPr>
            <w:tcW w:type="dxa" w:w="1973"/>
            <w:vAlign w:val="center"/>
          </w:tcPr>
          <w:p>
            <w:r/>
            <w:r>
              <w:rPr>
                <w:rFonts w:ascii="Malgun Gothic" w:hAnsi="Malgun Gothic" w:eastAsia="Malgun Gothic"/>
                <w:b w:val="0"/>
                <w:sz w:val="15"/>
              </w:rPr>
              <w:t>|r|≥0.5</w:t>
            </w:r>
          </w:p>
        </w:tc>
        <w:tc>
          <w:tcPr>
            <w:tcW w:type="dxa" w:w="1973"/>
            <w:vAlign w:val="center"/>
          </w:tcPr>
          <w:p>
            <w:r/>
            <w:r>
              <w:rPr>
                <w:rFonts w:ascii="Malgun Gothic" w:hAnsi="Malgun Gothic" w:eastAsia="Malgun Gothic"/>
                <w:b w:val="0"/>
                <w:sz w:val="15"/>
              </w:rPr>
              <w:t>충족 ✓</w:t>
            </w:r>
          </w:p>
        </w:tc>
        <w:tc>
          <w:tcPr>
            <w:tcW w:type="dxa" w:w="1973"/>
            <w:vAlign w:val="center"/>
          </w:tcPr>
          <w:p>
            <w:r/>
            <w:r>
              <w:rPr>
                <w:rFonts w:ascii="Malgun Gothic" w:hAnsi="Malgun Gothic" w:eastAsia="Malgun Gothic"/>
                <w:b w:val="0"/>
                <w:sz w:val="15"/>
              </w:rPr>
              <w:t>0.6075</w:t>
            </w:r>
          </w:p>
        </w:tc>
      </w:tr>
      <w:tr>
        <w:trPr>
          <w:cantSplit/>
        </w:trPr>
        <w:tc>
          <w:tcPr>
            <w:tcW w:type="dxa" w:w="1973"/>
            <w:vAlign w:val="center"/>
          </w:tcPr>
          <w:p>
            <w:r/>
            <w:r>
              <w:rPr>
                <w:rFonts w:ascii="Malgun Gothic" w:hAnsi="Malgun Gothic" w:eastAsia="Malgun Gothic"/>
                <w:b w:val="0"/>
                <w:sz w:val="15"/>
              </w:rPr>
              <w:t>판별 타당도 평균|r| (wpm, duration)</w:t>
            </w:r>
          </w:p>
        </w:tc>
        <w:tc>
          <w:tcPr>
            <w:tcW w:type="dxa" w:w="1973"/>
            <w:vAlign w:val="center"/>
          </w:tcPr>
          <w:p>
            <w:r/>
            <w:r>
              <w:rPr>
                <w:rFonts w:ascii="Malgun Gothic" w:hAnsi="Malgun Gothic" w:eastAsia="Malgun Gothic"/>
                <w:b w:val="0"/>
                <w:sz w:val="15"/>
              </w:rPr>
              <w:t>0.4362</w:t>
            </w:r>
          </w:p>
        </w:tc>
        <w:tc>
          <w:tcPr>
            <w:tcW w:type="dxa" w:w="1973"/>
            <w:vAlign w:val="center"/>
          </w:tcPr>
          <w:p>
            <w:r/>
            <w:r>
              <w:rPr>
                <w:rFonts w:ascii="Malgun Gothic" w:hAnsi="Malgun Gothic" w:eastAsia="Malgun Gothic"/>
                <w:b w:val="0"/>
                <w:sz w:val="15"/>
              </w:rPr>
              <w:t>수렴보다 낮아야</w:t>
            </w:r>
          </w:p>
        </w:tc>
        <w:tc>
          <w:tcPr>
            <w:tcW w:type="dxa" w:w="1973"/>
            <w:vAlign w:val="center"/>
          </w:tcPr>
          <w:p>
            <w:r/>
            <w:r>
              <w:rPr>
                <w:rFonts w:ascii="Malgun Gothic" w:hAnsi="Malgun Gothic" w:eastAsia="Malgun Gothic"/>
                <w:b w:val="0"/>
                <w:sz w:val="15"/>
              </w:rPr>
              <w:t>충족 ✓</w:t>
            </w:r>
          </w:p>
        </w:tc>
        <w:tc>
          <w:tcPr>
            <w:tcW w:type="dxa" w:w="1973"/>
            <w:vAlign w:val="center"/>
          </w:tcPr>
          <w:p>
            <w:r/>
            <w:r>
              <w:rPr>
                <w:rFonts w:ascii="Malgun Gothic" w:hAnsi="Malgun Gothic" w:eastAsia="Malgun Gothic"/>
                <w:b w:val="0"/>
                <w:sz w:val="15"/>
              </w:rPr>
              <w:t>0.4164</w:t>
            </w:r>
          </w:p>
        </w:tc>
      </w:tr>
      <w:tr>
        <w:trPr>
          <w:cantSplit/>
        </w:trPr>
        <w:tc>
          <w:tcPr>
            <w:tcW w:type="dxa" w:w="1973"/>
            <w:vAlign w:val="center"/>
          </w:tcPr>
          <w:p>
            <w:r/>
            <w:r>
              <w:rPr>
                <w:rFonts w:ascii="Malgun Gothic" w:hAnsi="Malgun Gothic" w:eastAsia="Malgun Gothic"/>
                <w:b w:val="0"/>
                <w:sz w:val="15"/>
              </w:rPr>
              <w:t>델타 (수렴 − 판별)</w:t>
            </w:r>
          </w:p>
        </w:tc>
        <w:tc>
          <w:tcPr>
            <w:tcW w:type="dxa" w:w="1973"/>
            <w:vAlign w:val="center"/>
          </w:tcPr>
          <w:p>
            <w:r/>
            <w:r>
              <w:rPr>
                <w:rFonts w:ascii="Malgun Gothic" w:hAnsi="Malgun Gothic" w:eastAsia="Malgun Gothic"/>
                <w:b w:val="0"/>
                <w:sz w:val="15"/>
              </w:rPr>
              <w:t>0.1968</w:t>
            </w:r>
          </w:p>
        </w:tc>
        <w:tc>
          <w:tcPr>
            <w:tcW w:type="dxa" w:w="1973"/>
            <w:vAlign w:val="center"/>
          </w:tcPr>
          <w:p>
            <w:r/>
            <w:r>
              <w:rPr>
                <w:rFonts w:ascii="Malgun Gothic" w:hAnsi="Malgun Gothic" w:eastAsia="Malgun Gothic"/>
                <w:b w:val="0"/>
                <w:sz w:val="15"/>
              </w:rPr>
              <w:t>&gt;0</w:t>
            </w:r>
          </w:p>
        </w:tc>
        <w:tc>
          <w:tcPr>
            <w:tcW w:type="dxa" w:w="1973"/>
            <w:vAlign w:val="center"/>
          </w:tcPr>
          <w:p>
            <w:r/>
            <w:r>
              <w:rPr>
                <w:rFonts w:ascii="Malgun Gothic" w:hAnsi="Malgun Gothic" w:eastAsia="Malgun Gothic"/>
                <w:b w:val="0"/>
                <w:sz w:val="15"/>
              </w:rPr>
              <w:t>양호 ✓</w:t>
            </w:r>
          </w:p>
        </w:tc>
        <w:tc>
          <w:tcPr>
            <w:tcW w:type="dxa" w:w="1973"/>
            <w:vAlign w:val="center"/>
          </w:tcPr>
          <w:p>
            <w:r/>
            <w:r>
              <w:rPr>
                <w:rFonts w:ascii="Malgun Gothic" w:hAnsi="Malgun Gothic" w:eastAsia="Malgun Gothic"/>
                <w:b w:val="0"/>
                <w:sz w:val="15"/>
              </w:rPr>
              <w:t>0.1911</w:t>
            </w:r>
          </w:p>
        </w:tc>
      </w:tr>
    </w:tbl>
    <w:p/>
    <w:p>
      <w:pPr>
        <w:jc w:val="center"/>
      </w:pPr>
      <w:r>
        <w:drawing>
          <wp:inline xmlns:a="http://schemas.openxmlformats.org/drawingml/2006/main" xmlns:pic="http://schemas.openxmlformats.org/drawingml/2006/picture">
            <wp:extent cx="5852160" cy="3657600"/>
            <wp:docPr id="63" name="Picture 63"/>
            <wp:cNvGraphicFramePr>
              <a:graphicFrameLocks noChangeAspect="1"/>
            </wp:cNvGraphicFramePr>
            <a:graphic>
              <a:graphicData uri="http://schemas.openxmlformats.org/drawingml/2006/picture">
                <pic:pic>
                  <pic:nvPicPr>
                    <pic:cNvPr id="0" name="ref_유현동VOC_datasets0402_분석리포트_v3_004.png"/>
                    <pic:cNvPicPr/>
                  </pic:nvPicPr>
                  <pic:blipFill>
                    <a:blip r:embed="rId64"/>
                    <a:stretch>
                      <a:fillRect/>
                    </a:stretch>
                  </pic:blipFill>
                  <pic:spPr>
                    <a:xfrm>
                      <a:off x="0" y="0"/>
                      <a:ext cx="5852160" cy="3657600"/>
                    </a:xfrm>
                    <a:prstGeom prst="rect"/>
                  </pic:spPr>
                </pic:pic>
              </a:graphicData>
            </a:graphic>
          </wp:inline>
        </w:drawing>
      </w:r>
    </w:p>
    <w:p>
      <w:r>
        <w:t>그림 4-5. Bootstrap 재표집(n_boot=2,000) 상관계수 95% CI (n=99)</w:t>
      </w:r>
    </w:p>
    <w:p>
      <w:r>
        <w:t>주. 녹색=수렴 타당도 변수, 주황=중간 범위 변수; 오차막대는 Bootstrap 95% CI.</w:t>
      </w:r>
    </w:p>
    <w:p>
      <w:pPr>
        <w:pStyle w:val="Heading3"/>
      </w:pPr>
      <w:r>
        <w:t>4.7.2. 구간 프로파일 분석 (ANOVA)</w:t>
      </w:r>
    </w:p>
    <w:p>
      <w:r>
        <w:t>stress_score의 33.3·66.7 백분위수를 기준으로 전체 99건을 저스트레스·중스트레스·고스트레스 3구간으로 분류하고 ANOVA를 수행하였다.</w:t>
      </w:r>
    </w:p>
    <w:p>
      <w:r>
        <w:t>표 4-10. 스트레스 구간별 음성 특징 기술통계 (n=99)</w:t>
      </w:r>
    </w:p>
    <w:p>
      <w:r>
        <w:rPr>
          <w:b/>
        </w:rPr>
        <w:t>원본 참조표 11</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구간</w:t>
            </w:r>
          </w:p>
        </w:tc>
        <w:tc>
          <w:tcPr>
            <w:tcW w:type="dxa" w:w="1409"/>
          </w:tcPr>
          <w:p>
            <w:r/>
            <w:r>
              <w:rPr>
                <w:rFonts w:ascii="Malgun Gothic" w:hAnsi="Malgun Gothic" w:eastAsia="Malgun Gothic"/>
                <w:b/>
                <w:sz w:val="15"/>
              </w:rPr>
              <w:t>건수</w:t>
            </w:r>
          </w:p>
        </w:tc>
        <w:tc>
          <w:tcPr>
            <w:tcW w:type="dxa" w:w="1409"/>
          </w:tcPr>
          <w:p>
            <w:r/>
            <w:r>
              <w:rPr>
                <w:rFonts w:ascii="Malgun Gothic" w:hAnsi="Malgun Gothic" w:eastAsia="Malgun Gothic"/>
                <w:b/>
                <w:sz w:val="15"/>
              </w:rPr>
              <w:t>stress 평균(SD)</w:t>
            </w:r>
          </w:p>
        </w:tc>
        <w:tc>
          <w:tcPr>
            <w:tcW w:type="dxa" w:w="1409"/>
          </w:tcPr>
          <w:p>
            <w:r/>
            <w:r>
              <w:rPr>
                <w:rFonts w:ascii="Malgun Gothic" w:hAnsi="Malgun Gothic" w:eastAsia="Malgun Gothic"/>
                <w:b/>
                <w:sz w:val="15"/>
              </w:rPr>
              <w:t>energy 평균(SD)</w:t>
            </w:r>
          </w:p>
        </w:tc>
        <w:tc>
          <w:tcPr>
            <w:tcW w:type="dxa" w:w="1409"/>
          </w:tcPr>
          <w:p>
            <w:r/>
            <w:r>
              <w:rPr>
                <w:rFonts w:ascii="Malgun Gothic" w:hAnsi="Malgun Gothic" w:eastAsia="Malgun Gothic"/>
                <w:b/>
                <w:sz w:val="15"/>
              </w:rPr>
              <w:t>pitch 평균Hz(SD)</w:t>
            </w:r>
          </w:p>
        </w:tc>
        <w:tc>
          <w:tcPr>
            <w:tcW w:type="dxa" w:w="1409"/>
          </w:tcPr>
          <w:p>
            <w:r/>
            <w:r>
              <w:rPr>
                <w:rFonts w:ascii="Malgun Gothic" w:hAnsi="Malgun Gothic" w:eastAsia="Malgun Gothic"/>
                <w:b/>
                <w:sz w:val="15"/>
              </w:rPr>
              <w:t>wpm 평균(SD)</w:t>
            </w:r>
          </w:p>
        </w:tc>
        <w:tc>
          <w:tcPr>
            <w:tcW w:type="dxa" w:w="1409"/>
          </w:tcPr>
          <w:p>
            <w:r/>
            <w:r>
              <w:rPr>
                <w:rFonts w:ascii="Malgun Gothic" w:hAnsi="Malgun Gothic" w:eastAsia="Malgun Gothic"/>
                <w:b/>
                <w:sz w:val="15"/>
              </w:rPr>
              <w:t>duration 평균(SD)</w:t>
            </w:r>
          </w:p>
        </w:tc>
      </w:tr>
      <w:tr>
        <w:trPr>
          <w:cantSplit/>
        </w:trPr>
        <w:tc>
          <w:tcPr>
            <w:tcW w:type="dxa" w:w="1409"/>
            <w:vAlign w:val="center"/>
          </w:tcPr>
          <w:p>
            <w:r/>
            <w:r>
              <w:rPr>
                <w:rFonts w:ascii="Malgun Gothic" w:hAnsi="Malgun Gothic" w:eastAsia="Malgun Gothic"/>
                <w:b w:val="0"/>
                <w:sz w:val="15"/>
              </w:rPr>
              <w:t>저스트레스</w:t>
            </w:r>
          </w:p>
        </w:tc>
        <w:tc>
          <w:tcPr>
            <w:tcW w:type="dxa" w:w="1409"/>
            <w:vAlign w:val="center"/>
          </w:tcPr>
          <w:p>
            <w:r/>
            <w:r>
              <w:rPr>
                <w:rFonts w:ascii="Malgun Gothic" w:hAnsi="Malgun Gothic" w:eastAsia="Malgun Gothic"/>
                <w:b w:val="0"/>
                <w:sz w:val="15"/>
              </w:rPr>
              <w:t>33</w:t>
            </w:r>
          </w:p>
        </w:tc>
        <w:tc>
          <w:tcPr>
            <w:tcW w:type="dxa" w:w="1409"/>
            <w:vAlign w:val="center"/>
          </w:tcPr>
          <w:p>
            <w:r/>
            <w:r>
              <w:rPr>
                <w:rFonts w:ascii="Malgun Gothic" w:hAnsi="Malgun Gothic" w:eastAsia="Malgun Gothic"/>
                <w:b w:val="0"/>
                <w:sz w:val="15"/>
              </w:rPr>
              <w:t>0.431(±0.028)</w:t>
            </w:r>
          </w:p>
        </w:tc>
        <w:tc>
          <w:tcPr>
            <w:tcW w:type="dxa" w:w="1409"/>
            <w:vAlign w:val="center"/>
          </w:tcPr>
          <w:p>
            <w:r/>
            <w:r>
              <w:rPr>
                <w:rFonts w:ascii="Malgun Gothic" w:hAnsi="Malgun Gothic" w:eastAsia="Malgun Gothic"/>
                <w:b w:val="0"/>
                <w:sz w:val="15"/>
              </w:rPr>
              <w:t>0.031(±0.013)</w:t>
            </w:r>
          </w:p>
        </w:tc>
        <w:tc>
          <w:tcPr>
            <w:tcW w:type="dxa" w:w="1409"/>
            <w:vAlign w:val="center"/>
          </w:tcPr>
          <w:p>
            <w:r/>
            <w:r>
              <w:rPr>
                <w:rFonts w:ascii="Malgun Gothic" w:hAnsi="Malgun Gothic" w:eastAsia="Malgun Gothic"/>
                <w:b w:val="0"/>
                <w:sz w:val="15"/>
              </w:rPr>
              <w:t>214.5(±41.0)</w:t>
            </w:r>
          </w:p>
        </w:tc>
        <w:tc>
          <w:tcPr>
            <w:tcW w:type="dxa" w:w="1409"/>
            <w:vAlign w:val="center"/>
          </w:tcPr>
          <w:p>
            <w:r/>
            <w:r>
              <w:rPr>
                <w:rFonts w:ascii="Malgun Gothic" w:hAnsi="Malgun Gothic" w:eastAsia="Malgun Gothic"/>
                <w:b w:val="0"/>
                <w:sz w:val="15"/>
              </w:rPr>
              <w:t>71.5(±23.1)</w:t>
            </w:r>
          </w:p>
        </w:tc>
        <w:tc>
          <w:tcPr>
            <w:tcW w:type="dxa" w:w="1409"/>
            <w:vAlign w:val="center"/>
          </w:tcPr>
          <w:p>
            <w:r/>
            <w:r>
              <w:rPr>
                <w:rFonts w:ascii="Malgun Gothic" w:hAnsi="Malgun Gothic" w:eastAsia="Malgun Gothic"/>
                <w:b w:val="0"/>
                <w:sz w:val="15"/>
              </w:rPr>
              <w:t>287.6(±324.6)</w:t>
            </w:r>
          </w:p>
        </w:tc>
      </w:tr>
      <w:tr>
        <w:trPr>
          <w:cantSplit/>
        </w:trPr>
        <w:tc>
          <w:tcPr>
            <w:tcW w:type="dxa" w:w="1409"/>
            <w:vAlign w:val="center"/>
          </w:tcPr>
          <w:p>
            <w:r/>
            <w:r>
              <w:rPr>
                <w:rFonts w:ascii="Malgun Gothic" w:hAnsi="Malgun Gothic" w:eastAsia="Malgun Gothic"/>
                <w:b w:val="0"/>
                <w:sz w:val="15"/>
              </w:rPr>
              <w:t>중스트레스</w:t>
            </w:r>
          </w:p>
        </w:tc>
        <w:tc>
          <w:tcPr>
            <w:tcW w:type="dxa" w:w="1409"/>
            <w:vAlign w:val="center"/>
          </w:tcPr>
          <w:p>
            <w:r/>
            <w:r>
              <w:rPr>
                <w:rFonts w:ascii="Malgun Gothic" w:hAnsi="Malgun Gothic" w:eastAsia="Malgun Gothic"/>
                <w:b w:val="0"/>
                <w:sz w:val="15"/>
              </w:rPr>
              <w:t>33</w:t>
            </w:r>
          </w:p>
        </w:tc>
        <w:tc>
          <w:tcPr>
            <w:tcW w:type="dxa" w:w="1409"/>
            <w:vAlign w:val="center"/>
          </w:tcPr>
          <w:p>
            <w:r/>
            <w:r>
              <w:rPr>
                <w:rFonts w:ascii="Malgun Gothic" w:hAnsi="Malgun Gothic" w:eastAsia="Malgun Gothic"/>
                <w:b w:val="0"/>
                <w:sz w:val="15"/>
              </w:rPr>
              <w:t>0.494(±0.014)</w:t>
            </w:r>
          </w:p>
        </w:tc>
        <w:tc>
          <w:tcPr>
            <w:tcW w:type="dxa" w:w="1409"/>
            <w:vAlign w:val="center"/>
          </w:tcPr>
          <w:p>
            <w:r/>
            <w:r>
              <w:rPr>
                <w:rFonts w:ascii="Malgun Gothic" w:hAnsi="Malgun Gothic" w:eastAsia="Malgun Gothic"/>
                <w:b w:val="0"/>
                <w:sz w:val="15"/>
              </w:rPr>
              <w:t>0.049(±0.013)</w:t>
            </w:r>
          </w:p>
        </w:tc>
        <w:tc>
          <w:tcPr>
            <w:tcW w:type="dxa" w:w="1409"/>
            <w:vAlign w:val="center"/>
          </w:tcPr>
          <w:p>
            <w:r/>
            <w:r>
              <w:rPr>
                <w:rFonts w:ascii="Malgun Gothic" w:hAnsi="Malgun Gothic" w:eastAsia="Malgun Gothic"/>
                <w:b w:val="0"/>
                <w:sz w:val="15"/>
              </w:rPr>
              <w:t>230.6(±20.2)</w:t>
            </w:r>
          </w:p>
        </w:tc>
        <w:tc>
          <w:tcPr>
            <w:tcW w:type="dxa" w:w="1409"/>
            <w:vAlign w:val="center"/>
          </w:tcPr>
          <w:p>
            <w:r/>
            <w:r>
              <w:rPr>
                <w:rFonts w:ascii="Malgun Gothic" w:hAnsi="Malgun Gothic" w:eastAsia="Malgun Gothic"/>
                <w:b w:val="0"/>
                <w:sz w:val="15"/>
              </w:rPr>
              <w:t>84.5(±16.9)</w:t>
            </w:r>
          </w:p>
        </w:tc>
        <w:tc>
          <w:tcPr>
            <w:tcW w:type="dxa" w:w="1409"/>
            <w:vAlign w:val="center"/>
          </w:tcPr>
          <w:p>
            <w:r/>
            <w:r>
              <w:rPr>
                <w:rFonts w:ascii="Malgun Gothic" w:hAnsi="Malgun Gothic" w:eastAsia="Malgun Gothic"/>
                <w:b w:val="0"/>
                <w:sz w:val="15"/>
              </w:rPr>
              <w:t>154.7(±115.9)</w:t>
            </w:r>
          </w:p>
        </w:tc>
      </w:tr>
      <w:tr>
        <w:trPr>
          <w:cantSplit/>
        </w:trPr>
        <w:tc>
          <w:tcPr>
            <w:tcW w:type="dxa" w:w="1409"/>
            <w:vAlign w:val="center"/>
          </w:tcPr>
          <w:p>
            <w:r/>
            <w:r>
              <w:rPr>
                <w:rFonts w:ascii="Malgun Gothic" w:hAnsi="Malgun Gothic" w:eastAsia="Malgun Gothic"/>
                <w:b w:val="0"/>
                <w:sz w:val="15"/>
              </w:rPr>
              <w:t>고스트레스</w:t>
            </w:r>
          </w:p>
        </w:tc>
        <w:tc>
          <w:tcPr>
            <w:tcW w:type="dxa" w:w="1409"/>
            <w:vAlign w:val="center"/>
          </w:tcPr>
          <w:p>
            <w:r/>
            <w:r>
              <w:rPr>
                <w:rFonts w:ascii="Malgun Gothic" w:hAnsi="Malgun Gothic" w:eastAsia="Malgun Gothic"/>
                <w:b w:val="0"/>
                <w:sz w:val="15"/>
              </w:rPr>
              <w:t>33</w:t>
            </w:r>
          </w:p>
        </w:tc>
        <w:tc>
          <w:tcPr>
            <w:tcW w:type="dxa" w:w="1409"/>
            <w:vAlign w:val="center"/>
          </w:tcPr>
          <w:p>
            <w:r/>
            <w:r>
              <w:rPr>
                <w:rFonts w:ascii="Malgun Gothic" w:hAnsi="Malgun Gothic" w:eastAsia="Malgun Gothic"/>
                <w:b w:val="0"/>
                <w:sz w:val="15"/>
              </w:rPr>
              <w:t>0.549(±0.046)</w:t>
            </w:r>
          </w:p>
        </w:tc>
        <w:tc>
          <w:tcPr>
            <w:tcW w:type="dxa" w:w="1409"/>
            <w:vAlign w:val="center"/>
          </w:tcPr>
          <w:p>
            <w:r/>
            <w:r>
              <w:rPr>
                <w:rFonts w:ascii="Malgun Gothic" w:hAnsi="Malgun Gothic" w:eastAsia="Malgun Gothic"/>
                <w:b w:val="0"/>
                <w:sz w:val="15"/>
              </w:rPr>
              <w:t>0.060(±0.016)</w:t>
            </w:r>
          </w:p>
        </w:tc>
        <w:tc>
          <w:tcPr>
            <w:tcW w:type="dxa" w:w="1409"/>
            <w:vAlign w:val="center"/>
          </w:tcPr>
          <w:p>
            <w:r/>
            <w:r>
              <w:rPr>
                <w:rFonts w:ascii="Malgun Gothic" w:hAnsi="Malgun Gothic" w:eastAsia="Malgun Gothic"/>
                <w:b w:val="0"/>
                <w:sz w:val="15"/>
              </w:rPr>
              <w:t>262.6(±60.4)</w:t>
            </w:r>
          </w:p>
        </w:tc>
        <w:tc>
          <w:tcPr>
            <w:tcW w:type="dxa" w:w="1409"/>
            <w:vAlign w:val="center"/>
          </w:tcPr>
          <w:p>
            <w:r/>
            <w:r>
              <w:rPr>
                <w:rFonts w:ascii="Malgun Gothic" w:hAnsi="Malgun Gothic" w:eastAsia="Malgun Gothic"/>
                <w:b w:val="0"/>
                <w:sz w:val="15"/>
              </w:rPr>
              <w:t>90.9(±20.5)</w:t>
            </w:r>
          </w:p>
        </w:tc>
        <w:tc>
          <w:tcPr>
            <w:tcW w:type="dxa" w:w="1409"/>
            <w:vAlign w:val="center"/>
          </w:tcPr>
          <w:p>
            <w:r/>
            <w:r>
              <w:rPr>
                <w:rFonts w:ascii="Malgun Gothic" w:hAnsi="Malgun Gothic" w:eastAsia="Malgun Gothic"/>
                <w:b w:val="0"/>
                <w:sz w:val="15"/>
              </w:rPr>
              <w:t>95.8(±78.3)</w:t>
            </w:r>
          </w:p>
        </w:tc>
      </w:tr>
    </w:tbl>
    <w:p/>
    <w:p>
      <w:r>
        <w:t>표 4-11. 스트레스 구간별 ANOVA 결과 (df₁=2, df₂=96)</w:t>
      </w:r>
    </w:p>
    <w:p>
      <w:r>
        <w:rPr>
          <w:b/>
        </w:rPr>
        <w:t>원본 참조표 12</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5"/>
              </w:rPr>
              <w:t>변수</w:t>
            </w:r>
          </w:p>
        </w:tc>
        <w:tc>
          <w:tcPr>
            <w:tcW w:type="dxa" w:w="1644"/>
          </w:tcPr>
          <w:p>
            <w:r/>
            <w:r>
              <w:rPr>
                <w:rFonts w:ascii="Malgun Gothic" w:hAnsi="Malgun Gothic" w:eastAsia="Malgun Gothic"/>
                <w:b/>
                <w:sz w:val="15"/>
              </w:rPr>
              <w:t>F통계량</w:t>
            </w:r>
          </w:p>
        </w:tc>
        <w:tc>
          <w:tcPr>
            <w:tcW w:type="dxa" w:w="1644"/>
          </w:tcPr>
          <w:p>
            <w:r/>
            <w:r>
              <w:rPr>
                <w:rFonts w:ascii="Malgun Gothic" w:hAnsi="Malgun Gothic" w:eastAsia="Malgun Gothic"/>
                <w:b/>
                <w:sz w:val="15"/>
              </w:rPr>
              <w:t>p값</w:t>
            </w:r>
          </w:p>
        </w:tc>
        <w:tc>
          <w:tcPr>
            <w:tcW w:type="dxa" w:w="1644"/>
          </w:tcPr>
          <w:p>
            <w:r/>
            <w:r>
              <w:rPr>
                <w:rFonts w:ascii="Malgun Gothic" w:hAnsi="Malgun Gothic" w:eastAsia="Malgun Gothic"/>
                <w:b/>
                <w:sz w:val="15"/>
              </w:rPr>
              <w:t>η²</w:t>
            </w:r>
          </w:p>
        </w:tc>
        <w:tc>
          <w:tcPr>
            <w:tcW w:type="dxa" w:w="1644"/>
          </w:tcPr>
          <w:p>
            <w:r/>
            <w:r>
              <w:rPr>
                <w:rFonts w:ascii="Malgun Gothic" w:hAnsi="Malgun Gothic" w:eastAsia="Malgun Gothic"/>
                <w:b/>
                <w:sz w:val="15"/>
              </w:rPr>
              <w:t>효과크기</w:t>
            </w:r>
          </w:p>
        </w:tc>
        <w:tc>
          <w:tcPr>
            <w:tcW w:type="dxa" w:w="1644"/>
          </w:tcPr>
          <w:p>
            <w:r/>
            <w:r>
              <w:rPr>
                <w:rFonts w:ascii="Malgun Gothic" w:hAnsi="Malgun Gothic" w:eastAsia="Malgun Gothic"/>
                <w:b/>
                <w:sz w:val="15"/>
              </w:rPr>
              <w:t>타당도 역할</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35.41</w:t>
            </w:r>
          </w:p>
        </w:tc>
        <w:tc>
          <w:tcPr>
            <w:tcW w:type="dxa" w:w="1644"/>
            <w:vAlign w:val="center"/>
          </w:tcPr>
          <w:p>
            <w:r/>
            <w:r>
              <w:rPr>
                <w:rFonts w:ascii="Malgun Gothic" w:hAnsi="Malgun Gothic" w:eastAsia="Malgun Gothic"/>
                <w:b w:val="0"/>
                <w:sz w:val="15"/>
              </w:rPr>
              <w:t>3.03e-12</w:t>
            </w:r>
          </w:p>
        </w:tc>
        <w:tc>
          <w:tcPr>
            <w:tcW w:type="dxa" w:w="1644"/>
            <w:vAlign w:val="center"/>
          </w:tcPr>
          <w:p>
            <w:r/>
            <w:r>
              <w:rPr>
                <w:rFonts w:ascii="Malgun Gothic" w:hAnsi="Malgun Gothic" w:eastAsia="Malgun Gothic"/>
                <w:b w:val="0"/>
                <w:sz w:val="15"/>
              </w:rPr>
              <w:t>0.424</w:t>
            </w:r>
          </w:p>
        </w:tc>
        <w:tc>
          <w:tcPr>
            <w:tcW w:type="dxa" w:w="1644"/>
            <w:vAlign w:val="center"/>
          </w:tcPr>
          <w:p>
            <w:r/>
            <w:r>
              <w:rPr>
                <w:rFonts w:ascii="Malgun Gothic" w:hAnsi="Malgun Gothic" w:eastAsia="Malgun Gothic"/>
                <w:b w:val="0"/>
                <w:sz w:val="15"/>
              </w:rPr>
              <w:t>대(large)</w:t>
            </w:r>
          </w:p>
        </w:tc>
        <w:tc>
          <w:tcPr>
            <w:tcW w:type="dxa" w:w="1644"/>
            <w:vAlign w:val="center"/>
          </w:tcPr>
          <w:p>
            <w:r/>
            <w:r>
              <w:rPr>
                <w:rFonts w:ascii="Malgun Gothic" w:hAnsi="Malgun Gothic" w:eastAsia="Malgun Gothic"/>
                <w:b w:val="0"/>
                <w:sz w:val="15"/>
              </w:rPr>
              <w:t>수렴 타당도 핵심 근거</w:t>
            </w:r>
          </w:p>
        </w:tc>
      </w:tr>
      <w:tr>
        <w:trPr>
          <w:cantSplit/>
        </w:trPr>
        <w:tc>
          <w:tcPr>
            <w:tcW w:type="dxa" w:w="1644"/>
            <w:vAlign w:val="center"/>
          </w:tcPr>
          <w:p>
            <w:r/>
            <w:r>
              <w:rPr>
                <w:rFonts w:ascii="Malgun Gothic" w:hAnsi="Malgun Gothic" w:eastAsia="Malgun Gothic"/>
                <w:b w:val="0"/>
                <w:sz w:val="15"/>
              </w:rPr>
              <w:t>pitch_mean</w:t>
            </w:r>
          </w:p>
        </w:tc>
        <w:tc>
          <w:tcPr>
            <w:tcW w:type="dxa" w:w="1644"/>
            <w:vAlign w:val="center"/>
          </w:tcPr>
          <w:p>
            <w:r/>
            <w:r>
              <w:rPr>
                <w:rFonts w:ascii="Malgun Gothic" w:hAnsi="Malgun Gothic" w:eastAsia="Malgun Gothic"/>
                <w:b w:val="0"/>
                <w:sz w:val="15"/>
              </w:rPr>
              <w:t>10.34</w:t>
            </w:r>
          </w:p>
        </w:tc>
        <w:tc>
          <w:tcPr>
            <w:tcW w:type="dxa" w:w="1644"/>
            <w:vAlign w:val="center"/>
          </w:tcPr>
          <w:p>
            <w:r/>
            <w:r>
              <w:rPr>
                <w:rFonts w:ascii="Malgun Gothic" w:hAnsi="Malgun Gothic" w:eastAsia="Malgun Gothic"/>
                <w:b w:val="0"/>
                <w:sz w:val="15"/>
              </w:rPr>
              <w:t>8.57e-05</w:t>
            </w:r>
          </w:p>
        </w:tc>
        <w:tc>
          <w:tcPr>
            <w:tcW w:type="dxa" w:w="1644"/>
            <w:vAlign w:val="center"/>
          </w:tcPr>
          <w:p>
            <w:r/>
            <w:r>
              <w:rPr>
                <w:rFonts w:ascii="Malgun Gothic" w:hAnsi="Malgun Gothic" w:eastAsia="Malgun Gothic"/>
                <w:b w:val="0"/>
                <w:sz w:val="15"/>
              </w:rPr>
              <w:t>0.177</w:t>
            </w:r>
          </w:p>
        </w:tc>
        <w:tc>
          <w:tcPr>
            <w:tcW w:type="dxa" w:w="1644"/>
            <w:vAlign w:val="center"/>
          </w:tcPr>
          <w:p>
            <w:r/>
            <w:r>
              <w:rPr>
                <w:rFonts w:ascii="Malgun Gothic" w:hAnsi="Malgun Gothic" w:eastAsia="Malgun Gothic"/>
                <w:b w:val="0"/>
                <w:sz w:val="15"/>
              </w:rPr>
              <w:t>대(large)</w:t>
            </w:r>
          </w:p>
        </w:tc>
        <w:tc>
          <w:tcPr>
            <w:tcW w:type="dxa" w:w="1644"/>
            <w:vAlign w:val="center"/>
          </w:tcPr>
          <w:p>
            <w:r/>
            <w:r>
              <w:rPr>
                <w:rFonts w:ascii="Malgun Gothic" w:hAnsi="Malgun Gothic" w:eastAsia="Malgun Gothic"/>
                <w:b w:val="0"/>
                <w:sz w:val="15"/>
              </w:rPr>
              <w:t>수렴 타당도 핵심 근거</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7.82</w:t>
            </w:r>
          </w:p>
        </w:tc>
        <w:tc>
          <w:tcPr>
            <w:tcW w:type="dxa" w:w="1644"/>
            <w:vAlign w:val="center"/>
          </w:tcPr>
          <w:p>
            <w:r/>
            <w:r>
              <w:rPr>
                <w:rFonts w:ascii="Malgun Gothic" w:hAnsi="Malgun Gothic" w:eastAsia="Malgun Gothic"/>
                <w:b w:val="0"/>
                <w:sz w:val="15"/>
              </w:rPr>
              <w:t>7.14e-04</w:t>
            </w:r>
          </w:p>
        </w:tc>
        <w:tc>
          <w:tcPr>
            <w:tcW w:type="dxa" w:w="1644"/>
            <w:vAlign w:val="center"/>
          </w:tcPr>
          <w:p>
            <w:r/>
            <w:r>
              <w:rPr>
                <w:rFonts w:ascii="Malgun Gothic" w:hAnsi="Malgun Gothic" w:eastAsia="Malgun Gothic"/>
                <w:b w:val="0"/>
                <w:sz w:val="15"/>
              </w:rPr>
              <w:t>0.140</w:t>
            </w:r>
          </w:p>
        </w:tc>
        <w:tc>
          <w:tcPr>
            <w:tcW w:type="dxa" w:w="1644"/>
            <w:vAlign w:val="center"/>
          </w:tcPr>
          <w:p>
            <w:r/>
            <w:r>
              <w:rPr>
                <w:rFonts w:ascii="Malgun Gothic" w:hAnsi="Malgun Gothic" w:eastAsia="Malgun Gothic"/>
                <w:b w:val="0"/>
                <w:sz w:val="15"/>
              </w:rPr>
              <w:t>대(large)</w:t>
            </w:r>
          </w:p>
        </w:tc>
        <w:tc>
          <w:tcPr>
            <w:tcW w:type="dxa" w:w="1644"/>
            <w:vAlign w:val="center"/>
          </w:tcPr>
          <w:p>
            <w:r/>
            <w:r>
              <w:rPr>
                <w:rFonts w:ascii="Malgun Gothic" w:hAnsi="Malgun Gothic" w:eastAsia="Malgun Gothic"/>
                <w:b w:val="0"/>
                <w:sz w:val="15"/>
              </w:rPr>
              <w:t>수렴 타당도 보완</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7.65</w:t>
            </w:r>
          </w:p>
        </w:tc>
        <w:tc>
          <w:tcPr>
            <w:tcW w:type="dxa" w:w="1644"/>
            <w:vAlign w:val="center"/>
          </w:tcPr>
          <w:p>
            <w:r/>
            <w:r>
              <w:rPr>
                <w:rFonts w:ascii="Malgun Gothic" w:hAnsi="Malgun Gothic" w:eastAsia="Malgun Gothic"/>
                <w:b w:val="0"/>
                <w:sz w:val="15"/>
              </w:rPr>
              <w:t>8.27e-04</w:t>
            </w:r>
          </w:p>
        </w:tc>
        <w:tc>
          <w:tcPr>
            <w:tcW w:type="dxa" w:w="1644"/>
            <w:vAlign w:val="center"/>
          </w:tcPr>
          <w:p>
            <w:r/>
            <w:r>
              <w:rPr>
                <w:rFonts w:ascii="Malgun Gothic" w:hAnsi="Malgun Gothic" w:eastAsia="Malgun Gothic"/>
                <w:b w:val="0"/>
                <w:sz w:val="15"/>
              </w:rPr>
              <w:t>0.137</w:t>
            </w:r>
          </w:p>
        </w:tc>
        <w:tc>
          <w:tcPr>
            <w:tcW w:type="dxa" w:w="1644"/>
            <w:vAlign w:val="center"/>
          </w:tcPr>
          <w:p>
            <w:r/>
            <w:r>
              <w:rPr>
                <w:rFonts w:ascii="Malgun Gothic" w:hAnsi="Malgun Gothic" w:eastAsia="Malgun Gothic"/>
                <w:b w:val="0"/>
                <w:sz w:val="15"/>
              </w:rPr>
              <w:t>중(medium)</w:t>
            </w:r>
          </w:p>
        </w:tc>
        <w:tc>
          <w:tcPr>
            <w:tcW w:type="dxa" w:w="1644"/>
            <w:vAlign w:val="center"/>
          </w:tcPr>
          <w:p>
            <w:r/>
            <w:r>
              <w:rPr>
                <w:rFonts w:ascii="Malgun Gothic" w:hAnsi="Malgun Gothic" w:eastAsia="Malgun Gothic"/>
                <w:b w:val="0"/>
                <w:sz w:val="15"/>
              </w:rPr>
              <w:t>판별 타당도 보완</w:t>
            </w:r>
          </w:p>
        </w:tc>
      </w:tr>
    </w:tbl>
    <w:p/>
    <w:p>
      <w:r>
        <w:t>주. *** p&lt;.001; η²≥0.14=대효과(large), η²≥0.06=중효과(medium) (Cohen, 1988 기준)</w:t>
      </w:r>
    </w:p>
    <w:p>
      <w:r>
        <w:rPr>
          <w:b/>
        </w:rPr>
        <w:t>원본 참조표 13</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5"/>
              </w:rPr>
            </w:r>
          </w:p>
        </w:tc>
        <w:tc>
          <w:tcPr>
            <w:tcW w:type="dxa" w:w="4933"/>
          </w:tcPr>
          <w:p>
            <w:r/>
            <w:r>
              <w:rPr>
                <w:rFonts w:ascii="Malgun Gothic" w:hAnsi="Malgun Gothic" w:eastAsia="Malgun Gothic"/>
                <w:b/>
                <w:sz w:val="15"/>
              </w:rPr>
            </w:r>
          </w:p>
        </w:tc>
      </w:tr>
      <w:tr>
        <w:trPr>
          <w:cantSplit/>
        </w:trPr>
        <w:tc>
          <w:tcPr>
            <w:tcW w:type="dxa" w:w="4933"/>
            <w:vAlign w:val="center"/>
          </w:tcPr>
          <w:p>
            <w:r/>
            <w:r>
              <w:rPr>
                <w:rFonts w:ascii="Malgun Gothic" w:hAnsi="Malgun Gothic" w:eastAsia="Malgun Gothic"/>
                <w:b w:val="0"/>
                <w:sz w:val="15"/>
              </w:rPr>
            </w:r>
          </w:p>
        </w:tc>
        <w:tc>
          <w:tcPr>
            <w:tcW w:type="dxa" w:w="4933"/>
            <w:vAlign w:val="center"/>
          </w:tcPr>
          <w:p>
            <w:r/>
            <w:r>
              <w:rPr>
                <w:rFonts w:ascii="Malgun Gothic" w:hAnsi="Malgun Gothic" w:eastAsia="Malgun Gothic"/>
                <w:b w:val="0"/>
                <w:sz w:val="15"/>
              </w:rPr>
            </w:r>
          </w:p>
        </w:tc>
      </w:tr>
    </w:tbl>
    <w:p/>
    <w:p>
      <w:r>
        <w:t>그림 4-6. 스트레스 구간별 음성 특징 분포 (박스플롯, n=99, 우상단: F값·p값·η²)</w:t>
      </w:r>
    </w:p>
    <w:p>
      <w:pPr>
        <w:pStyle w:val="Heading3"/>
      </w:pPr>
      <w:r>
        <w:t>4.7.3. Tukey HSD 사후검정</w:t>
      </w:r>
    </w:p>
    <w:p>
      <w:r>
        <w:t>표 4-12. Tukey HSD 사후검정 결과 (energy_mean, pitch_mean 주요 쌍)</w:t>
      </w:r>
    </w:p>
    <w:p>
      <w:r>
        <w:rPr>
          <w:b/>
        </w:rPr>
        <w:t>원본 참조표 14</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5"/>
              </w:rPr>
              <w:t>변수</w:t>
            </w:r>
          </w:p>
        </w:tc>
        <w:tc>
          <w:tcPr>
            <w:tcW w:type="dxa" w:w="1644"/>
          </w:tcPr>
          <w:p>
            <w:r/>
            <w:r>
              <w:rPr>
                <w:rFonts w:ascii="Malgun Gothic" w:hAnsi="Malgun Gothic" w:eastAsia="Malgun Gothic"/>
                <w:b/>
                <w:sz w:val="15"/>
              </w:rPr>
              <w:t>비교 쌍 (g1)</w:t>
            </w:r>
          </w:p>
        </w:tc>
        <w:tc>
          <w:tcPr>
            <w:tcW w:type="dxa" w:w="1644"/>
          </w:tcPr>
          <w:p>
            <w:r/>
            <w:r>
              <w:rPr>
                <w:rFonts w:ascii="Malgun Gothic" w:hAnsi="Malgun Gothic" w:eastAsia="Malgun Gothic"/>
                <w:b/>
                <w:sz w:val="15"/>
              </w:rPr>
              <w:t>비교 쌍 (g2)</w:t>
            </w:r>
          </w:p>
        </w:tc>
        <w:tc>
          <w:tcPr>
            <w:tcW w:type="dxa" w:w="1644"/>
          </w:tcPr>
          <w:p>
            <w:r/>
            <w:r>
              <w:rPr>
                <w:rFonts w:ascii="Malgun Gothic" w:hAnsi="Malgun Gothic" w:eastAsia="Malgun Gothic"/>
                <w:b/>
                <w:sz w:val="15"/>
              </w:rPr>
              <w:t>평균차</w:t>
            </w:r>
          </w:p>
        </w:tc>
        <w:tc>
          <w:tcPr>
            <w:tcW w:type="dxa" w:w="1644"/>
          </w:tcPr>
          <w:p>
            <w:r/>
            <w:r>
              <w:rPr>
                <w:rFonts w:ascii="Malgun Gothic" w:hAnsi="Malgun Gothic" w:eastAsia="Malgun Gothic"/>
                <w:b/>
                <w:sz w:val="15"/>
              </w:rPr>
              <w:t>p값(adj)</w:t>
            </w:r>
          </w:p>
        </w:tc>
        <w:tc>
          <w:tcPr>
            <w:tcW w:type="dxa" w:w="1644"/>
          </w:tcPr>
          <w:p>
            <w:r/>
            <w:r>
              <w:rPr>
                <w:rFonts w:ascii="Malgun Gothic" w:hAnsi="Malgun Gothic" w:eastAsia="Malgun Gothic"/>
                <w:b/>
                <w:sz w:val="15"/>
              </w:rPr>
              <w:t>유의</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high</w:t>
            </w:r>
          </w:p>
        </w:tc>
        <w:tc>
          <w:tcPr>
            <w:tcW w:type="dxa" w:w="1644"/>
            <w:vAlign w:val="center"/>
          </w:tcPr>
          <w:p>
            <w:r/>
            <w:r>
              <w:rPr>
                <w:rFonts w:ascii="Malgun Gothic" w:hAnsi="Malgun Gothic" w:eastAsia="Malgun Gothic"/>
                <w:b w:val="0"/>
                <w:sz w:val="15"/>
              </w:rPr>
              <w:t>low</w:t>
            </w:r>
          </w:p>
        </w:tc>
        <w:tc>
          <w:tcPr>
            <w:tcW w:type="dxa" w:w="1644"/>
            <w:vAlign w:val="center"/>
          </w:tcPr>
          <w:p>
            <w:r/>
            <w:r>
              <w:rPr>
                <w:rFonts w:ascii="Malgun Gothic" w:hAnsi="Malgun Gothic" w:eastAsia="Malgun Gothic"/>
                <w:b w:val="0"/>
                <w:sz w:val="15"/>
              </w:rPr>
              <w:t>-0.0295</w:t>
            </w:r>
          </w:p>
        </w:tc>
        <w:tc>
          <w:tcPr>
            <w:tcW w:type="dxa" w:w="1644"/>
            <w:vAlign w:val="center"/>
          </w:tcPr>
          <w:p>
            <w:r/>
            <w:r>
              <w:rPr>
                <w:rFonts w:ascii="Malgun Gothic" w:hAnsi="Malgun Gothic" w:eastAsia="Malgun Gothic"/>
                <w:b w:val="0"/>
                <w:sz w:val="15"/>
              </w:rPr>
              <w:t>0.0000</w:t>
            </w:r>
          </w:p>
        </w:tc>
        <w:tc>
          <w:tcPr>
            <w:tcW w:type="dxa" w:w="1644"/>
            <w:vAlign w:val="center"/>
          </w:tcPr>
          <w:p>
            <w:r/>
            <w:r>
              <w:rPr>
                <w:rFonts w:ascii="Malgun Gothic" w:hAnsi="Malgun Gothic" w:eastAsia="Malgun Gothic"/>
                <w:b w:val="0"/>
                <w:sz w:val="15"/>
              </w:rPr>
              <w:t>유의 ***</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high</w:t>
            </w:r>
          </w:p>
        </w:tc>
        <w:tc>
          <w:tcPr>
            <w:tcW w:type="dxa" w:w="1644"/>
            <w:vAlign w:val="center"/>
          </w:tcPr>
          <w:p>
            <w:r/>
            <w:r>
              <w:rPr>
                <w:rFonts w:ascii="Malgun Gothic" w:hAnsi="Malgun Gothic" w:eastAsia="Malgun Gothic"/>
                <w:b w:val="0"/>
                <w:sz w:val="15"/>
              </w:rPr>
              <w:t>mid</w:t>
            </w:r>
          </w:p>
        </w:tc>
        <w:tc>
          <w:tcPr>
            <w:tcW w:type="dxa" w:w="1644"/>
            <w:vAlign w:val="center"/>
          </w:tcPr>
          <w:p>
            <w:r/>
            <w:r>
              <w:rPr>
                <w:rFonts w:ascii="Malgun Gothic" w:hAnsi="Malgun Gothic" w:eastAsia="Malgun Gothic"/>
                <w:b w:val="0"/>
                <w:sz w:val="15"/>
              </w:rPr>
              <w:t>-0.0112</w:t>
            </w:r>
          </w:p>
        </w:tc>
        <w:tc>
          <w:tcPr>
            <w:tcW w:type="dxa" w:w="1644"/>
            <w:vAlign w:val="center"/>
          </w:tcPr>
          <w:p>
            <w:r/>
            <w:r>
              <w:rPr>
                <w:rFonts w:ascii="Malgun Gothic" w:hAnsi="Malgun Gothic" w:eastAsia="Malgun Gothic"/>
                <w:b w:val="0"/>
                <w:sz w:val="15"/>
              </w:rPr>
              <w:t>0.0057</w:t>
            </w:r>
          </w:p>
        </w:tc>
        <w:tc>
          <w:tcPr>
            <w:tcW w:type="dxa" w:w="1644"/>
            <w:vAlign w:val="center"/>
          </w:tcPr>
          <w:p>
            <w:r/>
            <w:r>
              <w:rPr>
                <w:rFonts w:ascii="Malgun Gothic" w:hAnsi="Malgun Gothic" w:eastAsia="Malgun Gothic"/>
                <w:b w:val="0"/>
                <w:sz w:val="15"/>
              </w:rPr>
              <w:t>유의 **</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low</w:t>
            </w:r>
          </w:p>
        </w:tc>
        <w:tc>
          <w:tcPr>
            <w:tcW w:type="dxa" w:w="1644"/>
            <w:vAlign w:val="center"/>
          </w:tcPr>
          <w:p>
            <w:r/>
            <w:r>
              <w:rPr>
                <w:rFonts w:ascii="Malgun Gothic" w:hAnsi="Malgun Gothic" w:eastAsia="Malgun Gothic"/>
                <w:b w:val="0"/>
                <w:sz w:val="15"/>
              </w:rPr>
              <w:t>mid</w:t>
            </w:r>
          </w:p>
        </w:tc>
        <w:tc>
          <w:tcPr>
            <w:tcW w:type="dxa" w:w="1644"/>
            <w:vAlign w:val="center"/>
          </w:tcPr>
          <w:p>
            <w:r/>
            <w:r>
              <w:rPr>
                <w:rFonts w:ascii="Malgun Gothic" w:hAnsi="Malgun Gothic" w:eastAsia="Malgun Gothic"/>
                <w:b w:val="0"/>
                <w:sz w:val="15"/>
              </w:rPr>
              <w:t>0.0182</w:t>
            </w:r>
          </w:p>
        </w:tc>
        <w:tc>
          <w:tcPr>
            <w:tcW w:type="dxa" w:w="1644"/>
            <w:vAlign w:val="center"/>
          </w:tcPr>
          <w:p>
            <w:r/>
            <w:r>
              <w:rPr>
                <w:rFonts w:ascii="Malgun Gothic" w:hAnsi="Malgun Gothic" w:eastAsia="Malgun Gothic"/>
                <w:b w:val="0"/>
                <w:sz w:val="15"/>
              </w:rPr>
              <w:t>0.0000</w:t>
            </w:r>
          </w:p>
        </w:tc>
        <w:tc>
          <w:tcPr>
            <w:tcW w:type="dxa" w:w="1644"/>
            <w:vAlign w:val="center"/>
          </w:tcPr>
          <w:p>
            <w:r/>
            <w:r>
              <w:rPr>
                <w:rFonts w:ascii="Malgun Gothic" w:hAnsi="Malgun Gothic" w:eastAsia="Malgun Gothic"/>
                <w:b w:val="0"/>
                <w:sz w:val="15"/>
              </w:rPr>
              <w:t>유의 ***</w:t>
            </w:r>
          </w:p>
        </w:tc>
      </w:tr>
      <w:tr>
        <w:trPr>
          <w:cantSplit/>
        </w:trPr>
        <w:tc>
          <w:tcPr>
            <w:tcW w:type="dxa" w:w="1644"/>
            <w:vAlign w:val="center"/>
          </w:tcPr>
          <w:p>
            <w:r/>
            <w:r>
              <w:rPr>
                <w:rFonts w:ascii="Malgun Gothic" w:hAnsi="Malgun Gothic" w:eastAsia="Malgun Gothic"/>
                <w:b w:val="0"/>
                <w:sz w:val="15"/>
              </w:rPr>
              <w:t>pitch_mean</w:t>
            </w:r>
          </w:p>
        </w:tc>
        <w:tc>
          <w:tcPr>
            <w:tcW w:type="dxa" w:w="1644"/>
            <w:vAlign w:val="center"/>
          </w:tcPr>
          <w:p>
            <w:r/>
            <w:r>
              <w:rPr>
                <w:rFonts w:ascii="Malgun Gothic" w:hAnsi="Malgun Gothic" w:eastAsia="Malgun Gothic"/>
                <w:b w:val="0"/>
                <w:sz w:val="15"/>
              </w:rPr>
              <w:t>high</w:t>
            </w:r>
          </w:p>
        </w:tc>
        <w:tc>
          <w:tcPr>
            <w:tcW w:type="dxa" w:w="1644"/>
            <w:vAlign w:val="center"/>
          </w:tcPr>
          <w:p>
            <w:r/>
            <w:r>
              <w:rPr>
                <w:rFonts w:ascii="Malgun Gothic" w:hAnsi="Malgun Gothic" w:eastAsia="Malgun Gothic"/>
                <w:b w:val="0"/>
                <w:sz w:val="15"/>
              </w:rPr>
              <w:t>low</w:t>
            </w:r>
          </w:p>
        </w:tc>
        <w:tc>
          <w:tcPr>
            <w:tcW w:type="dxa" w:w="1644"/>
            <w:vAlign w:val="center"/>
          </w:tcPr>
          <w:p>
            <w:r/>
            <w:r>
              <w:rPr>
                <w:rFonts w:ascii="Malgun Gothic" w:hAnsi="Malgun Gothic" w:eastAsia="Malgun Gothic"/>
                <w:b w:val="0"/>
                <w:sz w:val="15"/>
              </w:rPr>
              <w:t>-48.086</w:t>
            </w:r>
          </w:p>
        </w:tc>
        <w:tc>
          <w:tcPr>
            <w:tcW w:type="dxa" w:w="1644"/>
            <w:vAlign w:val="center"/>
          </w:tcPr>
          <w:p>
            <w:r/>
            <w:r>
              <w:rPr>
                <w:rFonts w:ascii="Malgun Gothic" w:hAnsi="Malgun Gothic" w:eastAsia="Malgun Gothic"/>
                <w:b w:val="0"/>
                <w:sz w:val="15"/>
              </w:rPr>
              <w:t>0.0001</w:t>
            </w:r>
          </w:p>
        </w:tc>
        <w:tc>
          <w:tcPr>
            <w:tcW w:type="dxa" w:w="1644"/>
            <w:vAlign w:val="center"/>
          </w:tcPr>
          <w:p>
            <w:r/>
            <w:r>
              <w:rPr>
                <w:rFonts w:ascii="Malgun Gothic" w:hAnsi="Malgun Gothic" w:eastAsia="Malgun Gothic"/>
                <w:b w:val="0"/>
                <w:sz w:val="15"/>
              </w:rPr>
              <w:t>유의 ***</w:t>
            </w:r>
          </w:p>
        </w:tc>
      </w:tr>
      <w:tr>
        <w:trPr>
          <w:cantSplit/>
        </w:trPr>
        <w:tc>
          <w:tcPr>
            <w:tcW w:type="dxa" w:w="1644"/>
            <w:vAlign w:val="center"/>
          </w:tcPr>
          <w:p>
            <w:r/>
            <w:r>
              <w:rPr>
                <w:rFonts w:ascii="Malgun Gothic" w:hAnsi="Malgun Gothic" w:eastAsia="Malgun Gothic"/>
                <w:b w:val="0"/>
                <w:sz w:val="15"/>
              </w:rPr>
              <w:t>pitch_mean</w:t>
            </w:r>
          </w:p>
        </w:tc>
        <w:tc>
          <w:tcPr>
            <w:tcW w:type="dxa" w:w="1644"/>
            <w:vAlign w:val="center"/>
          </w:tcPr>
          <w:p>
            <w:r/>
            <w:r>
              <w:rPr>
                <w:rFonts w:ascii="Malgun Gothic" w:hAnsi="Malgun Gothic" w:eastAsia="Malgun Gothic"/>
                <w:b w:val="0"/>
                <w:sz w:val="15"/>
              </w:rPr>
              <w:t>high</w:t>
            </w:r>
          </w:p>
        </w:tc>
        <w:tc>
          <w:tcPr>
            <w:tcW w:type="dxa" w:w="1644"/>
            <w:vAlign w:val="center"/>
          </w:tcPr>
          <w:p>
            <w:r/>
            <w:r>
              <w:rPr>
                <w:rFonts w:ascii="Malgun Gothic" w:hAnsi="Malgun Gothic" w:eastAsia="Malgun Gothic"/>
                <w:b w:val="0"/>
                <w:sz w:val="15"/>
              </w:rPr>
              <w:t>mid</w:t>
            </w:r>
          </w:p>
        </w:tc>
        <w:tc>
          <w:tcPr>
            <w:tcW w:type="dxa" w:w="1644"/>
            <w:vAlign w:val="center"/>
          </w:tcPr>
          <w:p>
            <w:r/>
            <w:r>
              <w:rPr>
                <w:rFonts w:ascii="Malgun Gothic" w:hAnsi="Malgun Gothic" w:eastAsia="Malgun Gothic"/>
                <w:b w:val="0"/>
                <w:sz w:val="15"/>
              </w:rPr>
              <w:t>-31.977</w:t>
            </w:r>
          </w:p>
        </w:tc>
        <w:tc>
          <w:tcPr>
            <w:tcW w:type="dxa" w:w="1644"/>
            <w:vAlign w:val="center"/>
          </w:tcPr>
          <w:p>
            <w:r/>
            <w:r>
              <w:rPr>
                <w:rFonts w:ascii="Malgun Gothic" w:hAnsi="Malgun Gothic" w:eastAsia="Malgun Gothic"/>
                <w:b w:val="0"/>
                <w:sz w:val="15"/>
              </w:rPr>
              <w:t>0.0104</w:t>
            </w:r>
          </w:p>
        </w:tc>
        <w:tc>
          <w:tcPr>
            <w:tcW w:type="dxa" w:w="1644"/>
            <w:vAlign w:val="center"/>
          </w:tcPr>
          <w:p>
            <w:r/>
            <w:r>
              <w:rPr>
                <w:rFonts w:ascii="Malgun Gothic" w:hAnsi="Malgun Gothic" w:eastAsia="Malgun Gothic"/>
                <w:b w:val="0"/>
                <w:sz w:val="15"/>
              </w:rPr>
              <w:t>유의 *</w:t>
            </w:r>
          </w:p>
        </w:tc>
      </w:tr>
      <w:tr>
        <w:trPr>
          <w:cantSplit/>
        </w:trPr>
        <w:tc>
          <w:tcPr>
            <w:tcW w:type="dxa" w:w="1644"/>
            <w:vAlign w:val="center"/>
          </w:tcPr>
          <w:p>
            <w:r/>
            <w:r>
              <w:rPr>
                <w:rFonts w:ascii="Malgun Gothic" w:hAnsi="Malgun Gothic" w:eastAsia="Malgun Gothic"/>
                <w:b w:val="0"/>
                <w:sz w:val="15"/>
              </w:rPr>
              <w:t>pitch_mean</w:t>
            </w:r>
          </w:p>
        </w:tc>
        <w:tc>
          <w:tcPr>
            <w:tcW w:type="dxa" w:w="1644"/>
            <w:vAlign w:val="center"/>
          </w:tcPr>
          <w:p>
            <w:r/>
            <w:r>
              <w:rPr>
                <w:rFonts w:ascii="Malgun Gothic" w:hAnsi="Malgun Gothic" w:eastAsia="Malgun Gothic"/>
                <w:b w:val="0"/>
                <w:sz w:val="15"/>
              </w:rPr>
              <w:t>low</w:t>
            </w:r>
          </w:p>
        </w:tc>
        <w:tc>
          <w:tcPr>
            <w:tcW w:type="dxa" w:w="1644"/>
            <w:vAlign w:val="center"/>
          </w:tcPr>
          <w:p>
            <w:r/>
            <w:r>
              <w:rPr>
                <w:rFonts w:ascii="Malgun Gothic" w:hAnsi="Malgun Gothic" w:eastAsia="Malgun Gothic"/>
                <w:b w:val="0"/>
                <w:sz w:val="15"/>
              </w:rPr>
              <w:t>mid</w:t>
            </w:r>
          </w:p>
        </w:tc>
        <w:tc>
          <w:tcPr>
            <w:tcW w:type="dxa" w:w="1644"/>
            <w:vAlign w:val="center"/>
          </w:tcPr>
          <w:p>
            <w:r/>
            <w:r>
              <w:rPr>
                <w:rFonts w:ascii="Malgun Gothic" w:hAnsi="Malgun Gothic" w:eastAsia="Malgun Gothic"/>
                <w:b w:val="0"/>
                <w:sz w:val="15"/>
              </w:rPr>
              <w:t>16.109</w:t>
            </w:r>
          </w:p>
        </w:tc>
        <w:tc>
          <w:tcPr>
            <w:tcW w:type="dxa" w:w="1644"/>
            <w:vAlign w:val="center"/>
          </w:tcPr>
          <w:p>
            <w:r/>
            <w:r>
              <w:rPr>
                <w:rFonts w:ascii="Malgun Gothic" w:hAnsi="Malgun Gothic" w:eastAsia="Malgun Gothic"/>
                <w:b w:val="0"/>
                <w:sz w:val="15"/>
              </w:rPr>
              <w:t>0.2971</w:t>
            </w:r>
          </w:p>
        </w:tc>
        <w:tc>
          <w:tcPr>
            <w:tcW w:type="dxa" w:w="1644"/>
            <w:vAlign w:val="center"/>
          </w:tcPr>
          <w:p>
            <w:r/>
            <w:r>
              <w:rPr>
                <w:rFonts w:ascii="Malgun Gothic" w:hAnsi="Malgun Gothic" w:eastAsia="Malgun Gothic"/>
                <w:b w:val="0"/>
                <w:sz w:val="15"/>
              </w:rPr>
              <w:t>비유의</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high</w:t>
            </w:r>
          </w:p>
        </w:tc>
        <w:tc>
          <w:tcPr>
            <w:tcW w:type="dxa" w:w="1644"/>
            <w:vAlign w:val="center"/>
          </w:tcPr>
          <w:p>
            <w:r/>
            <w:r>
              <w:rPr>
                <w:rFonts w:ascii="Malgun Gothic" w:hAnsi="Malgun Gothic" w:eastAsia="Malgun Gothic"/>
                <w:b w:val="0"/>
                <w:sz w:val="15"/>
              </w:rPr>
              <w:t>low</w:t>
            </w:r>
          </w:p>
        </w:tc>
        <w:tc>
          <w:tcPr>
            <w:tcW w:type="dxa" w:w="1644"/>
            <w:vAlign w:val="center"/>
          </w:tcPr>
          <w:p>
            <w:r/>
            <w:r>
              <w:rPr>
                <w:rFonts w:ascii="Malgun Gothic" w:hAnsi="Malgun Gothic" w:eastAsia="Malgun Gothic"/>
                <w:b w:val="0"/>
                <w:sz w:val="15"/>
              </w:rPr>
              <w:t>-19.431</w:t>
            </w:r>
          </w:p>
        </w:tc>
        <w:tc>
          <w:tcPr>
            <w:tcW w:type="dxa" w:w="1644"/>
            <w:vAlign w:val="center"/>
          </w:tcPr>
          <w:p>
            <w:r/>
            <w:r>
              <w:rPr>
                <w:rFonts w:ascii="Malgun Gothic" w:hAnsi="Malgun Gothic" w:eastAsia="Malgun Gothic"/>
                <w:b w:val="0"/>
                <w:sz w:val="15"/>
              </w:rPr>
              <w:t>0.0006</w:t>
            </w:r>
          </w:p>
        </w:tc>
        <w:tc>
          <w:tcPr>
            <w:tcW w:type="dxa" w:w="1644"/>
            <w:vAlign w:val="center"/>
          </w:tcPr>
          <w:p>
            <w:r/>
            <w:r>
              <w:rPr>
                <w:rFonts w:ascii="Malgun Gothic" w:hAnsi="Malgun Gothic" w:eastAsia="Malgun Gothic"/>
                <w:b w:val="0"/>
                <w:sz w:val="15"/>
              </w:rPr>
              <w:t>유의 ***</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high</w:t>
            </w:r>
          </w:p>
        </w:tc>
        <w:tc>
          <w:tcPr>
            <w:tcW w:type="dxa" w:w="1644"/>
            <w:vAlign w:val="center"/>
          </w:tcPr>
          <w:p>
            <w:r/>
            <w:r>
              <w:rPr>
                <w:rFonts w:ascii="Malgun Gothic" w:hAnsi="Malgun Gothic" w:eastAsia="Malgun Gothic"/>
                <w:b w:val="0"/>
                <w:sz w:val="15"/>
              </w:rPr>
              <w:t>mid</w:t>
            </w:r>
          </w:p>
        </w:tc>
        <w:tc>
          <w:tcPr>
            <w:tcW w:type="dxa" w:w="1644"/>
            <w:vAlign w:val="center"/>
          </w:tcPr>
          <w:p>
            <w:r/>
            <w:r>
              <w:rPr>
                <w:rFonts w:ascii="Malgun Gothic" w:hAnsi="Malgun Gothic" w:eastAsia="Malgun Gothic"/>
                <w:b w:val="0"/>
                <w:sz w:val="15"/>
              </w:rPr>
              <w:t>-6.411</w:t>
            </w:r>
          </w:p>
        </w:tc>
        <w:tc>
          <w:tcPr>
            <w:tcW w:type="dxa" w:w="1644"/>
            <w:vAlign w:val="center"/>
          </w:tcPr>
          <w:p>
            <w:r/>
            <w:r>
              <w:rPr>
                <w:rFonts w:ascii="Malgun Gothic" w:hAnsi="Malgun Gothic" w:eastAsia="Malgun Gothic"/>
                <w:b w:val="0"/>
                <w:sz w:val="15"/>
              </w:rPr>
              <w:t>0.4097</w:t>
            </w:r>
          </w:p>
        </w:tc>
        <w:tc>
          <w:tcPr>
            <w:tcW w:type="dxa" w:w="1644"/>
            <w:vAlign w:val="center"/>
          </w:tcPr>
          <w:p>
            <w:r/>
            <w:r>
              <w:rPr>
                <w:rFonts w:ascii="Malgun Gothic" w:hAnsi="Malgun Gothic" w:eastAsia="Malgun Gothic"/>
                <w:b w:val="0"/>
                <w:sz w:val="15"/>
              </w:rPr>
              <w:t>비유의</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low</w:t>
            </w:r>
          </w:p>
        </w:tc>
        <w:tc>
          <w:tcPr>
            <w:tcW w:type="dxa" w:w="1644"/>
            <w:vAlign w:val="center"/>
          </w:tcPr>
          <w:p>
            <w:r/>
            <w:r>
              <w:rPr>
                <w:rFonts w:ascii="Malgun Gothic" w:hAnsi="Malgun Gothic" w:eastAsia="Malgun Gothic"/>
                <w:b w:val="0"/>
                <w:sz w:val="15"/>
              </w:rPr>
              <w:t>mid</w:t>
            </w:r>
          </w:p>
        </w:tc>
        <w:tc>
          <w:tcPr>
            <w:tcW w:type="dxa" w:w="1644"/>
            <w:vAlign w:val="center"/>
          </w:tcPr>
          <w:p>
            <w:r/>
            <w:r>
              <w:rPr>
                <w:rFonts w:ascii="Malgun Gothic" w:hAnsi="Malgun Gothic" w:eastAsia="Malgun Gothic"/>
                <w:b w:val="0"/>
                <w:sz w:val="15"/>
              </w:rPr>
              <w:t>13.021</w:t>
            </w:r>
          </w:p>
        </w:tc>
        <w:tc>
          <w:tcPr>
            <w:tcW w:type="dxa" w:w="1644"/>
            <w:vAlign w:val="center"/>
          </w:tcPr>
          <w:p>
            <w:r/>
            <w:r>
              <w:rPr>
                <w:rFonts w:ascii="Malgun Gothic" w:hAnsi="Malgun Gothic" w:eastAsia="Malgun Gothic"/>
                <w:b w:val="0"/>
                <w:sz w:val="15"/>
              </w:rPr>
              <w:t>0.0288</w:t>
            </w:r>
          </w:p>
        </w:tc>
        <w:tc>
          <w:tcPr>
            <w:tcW w:type="dxa" w:w="1644"/>
            <w:vAlign w:val="center"/>
          </w:tcPr>
          <w:p>
            <w:r/>
            <w:r>
              <w:rPr>
                <w:rFonts w:ascii="Malgun Gothic" w:hAnsi="Malgun Gothic" w:eastAsia="Malgun Gothic"/>
                <w:b w:val="0"/>
                <w:sz w:val="15"/>
              </w:rPr>
              <w:t>유의 *</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high</w:t>
            </w:r>
          </w:p>
        </w:tc>
        <w:tc>
          <w:tcPr>
            <w:tcW w:type="dxa" w:w="1644"/>
            <w:vAlign w:val="center"/>
          </w:tcPr>
          <w:p>
            <w:r/>
            <w:r>
              <w:rPr>
                <w:rFonts w:ascii="Malgun Gothic" w:hAnsi="Malgun Gothic" w:eastAsia="Malgun Gothic"/>
                <w:b w:val="0"/>
                <w:sz w:val="15"/>
              </w:rPr>
              <w:t>low</w:t>
            </w:r>
          </w:p>
        </w:tc>
        <w:tc>
          <w:tcPr>
            <w:tcW w:type="dxa" w:w="1644"/>
            <w:vAlign w:val="center"/>
          </w:tcPr>
          <w:p>
            <w:r/>
            <w:r>
              <w:rPr>
                <w:rFonts w:ascii="Malgun Gothic" w:hAnsi="Malgun Gothic" w:eastAsia="Malgun Gothic"/>
                <w:b w:val="0"/>
                <w:sz w:val="15"/>
              </w:rPr>
              <w:t>191.775</w:t>
            </w:r>
          </w:p>
        </w:tc>
        <w:tc>
          <w:tcPr>
            <w:tcW w:type="dxa" w:w="1644"/>
            <w:vAlign w:val="center"/>
          </w:tcPr>
          <w:p>
            <w:r/>
            <w:r>
              <w:rPr>
                <w:rFonts w:ascii="Malgun Gothic" w:hAnsi="Malgun Gothic" w:eastAsia="Malgun Gothic"/>
                <w:b w:val="0"/>
                <w:sz w:val="15"/>
              </w:rPr>
              <w:t>0.0007</w:t>
            </w:r>
          </w:p>
        </w:tc>
        <w:tc>
          <w:tcPr>
            <w:tcW w:type="dxa" w:w="1644"/>
            <w:vAlign w:val="center"/>
          </w:tcPr>
          <w:p>
            <w:r/>
            <w:r>
              <w:rPr>
                <w:rFonts w:ascii="Malgun Gothic" w:hAnsi="Malgun Gothic" w:eastAsia="Malgun Gothic"/>
                <w:b w:val="0"/>
                <w:sz w:val="15"/>
              </w:rPr>
              <w:t>유의 ***</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high</w:t>
            </w:r>
          </w:p>
        </w:tc>
        <w:tc>
          <w:tcPr>
            <w:tcW w:type="dxa" w:w="1644"/>
            <w:vAlign w:val="center"/>
          </w:tcPr>
          <w:p>
            <w:r/>
            <w:r>
              <w:rPr>
                <w:rFonts w:ascii="Malgun Gothic" w:hAnsi="Malgun Gothic" w:eastAsia="Malgun Gothic"/>
                <w:b w:val="0"/>
                <w:sz w:val="15"/>
              </w:rPr>
              <w:t>mid</w:t>
            </w:r>
          </w:p>
        </w:tc>
        <w:tc>
          <w:tcPr>
            <w:tcW w:type="dxa" w:w="1644"/>
            <w:vAlign w:val="center"/>
          </w:tcPr>
          <w:p>
            <w:r/>
            <w:r>
              <w:rPr>
                <w:rFonts w:ascii="Malgun Gothic" w:hAnsi="Malgun Gothic" w:eastAsia="Malgun Gothic"/>
                <w:b w:val="0"/>
                <w:sz w:val="15"/>
              </w:rPr>
              <w:t>58.893</w:t>
            </w:r>
          </w:p>
        </w:tc>
        <w:tc>
          <w:tcPr>
            <w:tcW w:type="dxa" w:w="1644"/>
            <w:vAlign w:val="center"/>
          </w:tcPr>
          <w:p>
            <w:r/>
            <w:r>
              <w:rPr>
                <w:rFonts w:ascii="Malgun Gothic" w:hAnsi="Malgun Gothic" w:eastAsia="Malgun Gothic"/>
                <w:b w:val="0"/>
                <w:sz w:val="15"/>
              </w:rPr>
              <w:t>0.4725</w:t>
            </w:r>
          </w:p>
        </w:tc>
        <w:tc>
          <w:tcPr>
            <w:tcW w:type="dxa" w:w="1644"/>
            <w:vAlign w:val="center"/>
          </w:tcPr>
          <w:p>
            <w:r/>
            <w:r>
              <w:rPr>
                <w:rFonts w:ascii="Malgun Gothic" w:hAnsi="Malgun Gothic" w:eastAsia="Malgun Gothic"/>
                <w:b w:val="0"/>
                <w:sz w:val="15"/>
              </w:rPr>
              <w:t>비유의</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low</w:t>
            </w:r>
          </w:p>
        </w:tc>
        <w:tc>
          <w:tcPr>
            <w:tcW w:type="dxa" w:w="1644"/>
            <w:vAlign w:val="center"/>
          </w:tcPr>
          <w:p>
            <w:r/>
            <w:r>
              <w:rPr>
                <w:rFonts w:ascii="Malgun Gothic" w:hAnsi="Malgun Gothic" w:eastAsia="Malgun Gothic"/>
                <w:b w:val="0"/>
                <w:sz w:val="15"/>
              </w:rPr>
              <w:t>mid</w:t>
            </w:r>
          </w:p>
        </w:tc>
        <w:tc>
          <w:tcPr>
            <w:tcW w:type="dxa" w:w="1644"/>
            <w:vAlign w:val="center"/>
          </w:tcPr>
          <w:p>
            <w:r/>
            <w:r>
              <w:rPr>
                <w:rFonts w:ascii="Malgun Gothic" w:hAnsi="Malgun Gothic" w:eastAsia="Malgun Gothic"/>
                <w:b w:val="0"/>
                <w:sz w:val="15"/>
              </w:rPr>
              <w:t>-132.882</w:t>
            </w:r>
          </w:p>
        </w:tc>
        <w:tc>
          <w:tcPr>
            <w:tcW w:type="dxa" w:w="1644"/>
            <w:vAlign w:val="center"/>
          </w:tcPr>
          <w:p>
            <w:r/>
            <w:r>
              <w:rPr>
                <w:rFonts w:ascii="Malgun Gothic" w:hAnsi="Malgun Gothic" w:eastAsia="Malgun Gothic"/>
                <w:b w:val="0"/>
                <w:sz w:val="15"/>
              </w:rPr>
              <w:t>0.0256</w:t>
            </w:r>
          </w:p>
        </w:tc>
        <w:tc>
          <w:tcPr>
            <w:tcW w:type="dxa" w:w="1644"/>
            <w:vAlign w:val="center"/>
          </w:tcPr>
          <w:p>
            <w:r/>
            <w:r>
              <w:rPr>
                <w:rFonts w:ascii="Malgun Gothic" w:hAnsi="Malgun Gothic" w:eastAsia="Malgun Gothic"/>
                <w:b w:val="0"/>
                <w:sz w:val="15"/>
              </w:rPr>
              <w:t>유의 *</w:t>
            </w:r>
          </w:p>
        </w:tc>
      </w:tr>
    </w:tbl>
    <w:p/>
    <w:p>
      <w:r>
        <w:t>주. *** p&lt;.001, ** p&lt;.01, * p&lt;.05</w:t>
      </w:r>
    </w:p>
    <w:p>
      <w:pPr>
        <w:pStyle w:val="Heading2"/>
      </w:pPr>
      <w:r>
        <w:t>4.8. 변수 제거 안정성 분석 (Leave-One-Out)</w:t>
      </w:r>
    </w:p>
    <w:p>
      <w:r>
        <w:t>변수 제거 안정성 분석(Leave-One-Out, LOO)은 4개 변수 중 하나를 제거한 후 재산출된 지수가 원본 지수와 얼마나 일치하는지를 Pearson 상관계수(r)로 평가한다. 판정 기준은 r≥0.95=안정, r≥0.85=보통, r&lt;0.85=불안정으로 설정하였다.</w:t>
      </w:r>
    </w:p>
    <w:p>
      <w:r>
        <w:t>표 4-13. Leave-One-Out 변수 제거 안정성 분석 결과 (n=99)</w:t>
      </w:r>
    </w:p>
    <w:p>
      <w:r>
        <w:rPr>
          <w:b/>
        </w:rPr>
        <w:t>원본 참조표 15</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제거 변수</w:t>
            </w:r>
          </w:p>
        </w:tc>
        <w:tc>
          <w:tcPr>
            <w:tcW w:type="dxa" w:w="1973"/>
          </w:tcPr>
          <w:p>
            <w:r/>
            <w:r>
              <w:rPr>
                <w:rFonts w:ascii="Malgun Gothic" w:hAnsi="Malgun Gothic" w:eastAsia="Malgun Gothic"/>
                <w:b/>
                <w:sz w:val="15"/>
              </w:rPr>
              <w:t>r</w:t>
            </w:r>
          </w:p>
        </w:tc>
        <w:tc>
          <w:tcPr>
            <w:tcW w:type="dxa" w:w="1973"/>
          </w:tcPr>
          <w:p>
            <w:r/>
            <w:r>
              <w:rPr>
                <w:rFonts w:ascii="Malgun Gothic" w:hAnsi="Malgun Gothic" w:eastAsia="Malgun Gothic"/>
                <w:b/>
                <w:sz w:val="15"/>
              </w:rPr>
              <w:t>MAD</w:t>
            </w:r>
          </w:p>
        </w:tc>
        <w:tc>
          <w:tcPr>
            <w:tcW w:type="dxa" w:w="1973"/>
          </w:tcPr>
          <w:p>
            <w:r/>
            <w:r>
              <w:rPr>
                <w:rFonts w:ascii="Malgun Gothic" w:hAnsi="Malgun Gothic" w:eastAsia="Malgun Gothic"/>
                <w:b/>
                <w:sz w:val="15"/>
              </w:rPr>
              <w:t>안정성</w:t>
            </w:r>
          </w:p>
        </w:tc>
        <w:tc>
          <w:tcPr>
            <w:tcW w:type="dxa" w:w="1973"/>
          </w:tcPr>
          <w:p>
            <w:r/>
            <w:r>
              <w:rPr>
                <w:rFonts w:ascii="Malgun Gothic" w:hAnsi="Malgun Gothic" w:eastAsia="Malgun Gothic"/>
                <w:b/>
                <w:sz w:val="15"/>
              </w:rPr>
              <w:t>해석</w:t>
            </w:r>
          </w:p>
        </w:tc>
      </w:tr>
      <w:tr>
        <w:trPr>
          <w:cantSplit/>
        </w:trPr>
        <w:tc>
          <w:tcPr>
            <w:tcW w:type="dxa" w:w="1973"/>
            <w:vAlign w:val="center"/>
          </w:tcPr>
          <w:p>
            <w:r/>
            <w:r>
              <w:rPr>
                <w:rFonts w:ascii="Malgun Gothic" w:hAnsi="Malgun Gothic" w:eastAsia="Malgun Gothic"/>
                <w:b w:val="0"/>
                <w:sz w:val="15"/>
              </w:rPr>
              <w:t>energy_mean</w:t>
            </w:r>
          </w:p>
        </w:tc>
        <w:tc>
          <w:tcPr>
            <w:tcW w:type="dxa" w:w="1973"/>
            <w:vAlign w:val="center"/>
          </w:tcPr>
          <w:p>
            <w:r/>
            <w:r>
              <w:rPr>
                <w:rFonts w:ascii="Malgun Gothic" w:hAnsi="Malgun Gothic" w:eastAsia="Malgun Gothic"/>
                <w:b w:val="0"/>
                <w:sz w:val="15"/>
              </w:rPr>
              <w:t>0.9504</w:t>
            </w:r>
          </w:p>
        </w:tc>
        <w:tc>
          <w:tcPr>
            <w:tcW w:type="dxa" w:w="1973"/>
            <w:vAlign w:val="center"/>
          </w:tcPr>
          <w:p>
            <w:r/>
            <w:r>
              <w:rPr>
                <w:rFonts w:ascii="Malgun Gothic" w:hAnsi="Malgun Gothic" w:eastAsia="Malgun Gothic"/>
                <w:b w:val="0"/>
                <w:sz w:val="15"/>
              </w:rPr>
              <w:t>0.0614</w:t>
            </w:r>
          </w:p>
        </w:tc>
        <w:tc>
          <w:tcPr>
            <w:tcW w:type="dxa" w:w="1973"/>
            <w:vAlign w:val="center"/>
          </w:tcPr>
          <w:p>
            <w:r/>
            <w:r>
              <w:rPr>
                <w:rFonts w:ascii="Malgun Gothic" w:hAnsi="Malgun Gothic" w:eastAsia="Malgun Gothic"/>
                <w:b w:val="0"/>
                <w:sz w:val="15"/>
              </w:rPr>
              <w:t>안정(r≥0.95)</w:t>
            </w:r>
          </w:p>
        </w:tc>
        <w:tc>
          <w:tcPr>
            <w:tcW w:type="dxa" w:w="1973"/>
            <w:vAlign w:val="center"/>
          </w:tcPr>
          <w:p>
            <w:r/>
            <w:r>
              <w:rPr>
                <w:rFonts w:ascii="Malgun Gothic" w:hAnsi="Malgun Gothic" w:eastAsia="Malgun Gothic"/>
                <w:b w:val="0"/>
                <w:sz w:val="15"/>
              </w:rPr>
              <w:t>에너지의 필수 기여 실증</w:t>
            </w:r>
          </w:p>
        </w:tc>
      </w:tr>
      <w:tr>
        <w:trPr>
          <w:cantSplit/>
        </w:trPr>
        <w:tc>
          <w:tcPr>
            <w:tcW w:type="dxa" w:w="1973"/>
            <w:vAlign w:val="center"/>
          </w:tcPr>
          <w:p>
            <w:r/>
            <w:r>
              <w:rPr>
                <w:rFonts w:ascii="Malgun Gothic" w:hAnsi="Malgun Gothic" w:eastAsia="Malgun Gothic"/>
                <w:b w:val="0"/>
                <w:sz w:val="15"/>
              </w:rPr>
              <w:t>pitch_mean</w:t>
            </w:r>
          </w:p>
        </w:tc>
        <w:tc>
          <w:tcPr>
            <w:tcW w:type="dxa" w:w="1973"/>
            <w:vAlign w:val="center"/>
          </w:tcPr>
          <w:p>
            <w:r/>
            <w:r>
              <w:rPr>
                <w:rFonts w:ascii="Malgun Gothic" w:hAnsi="Malgun Gothic" w:eastAsia="Malgun Gothic"/>
                <w:b w:val="0"/>
                <w:sz w:val="15"/>
              </w:rPr>
              <w:t>0.8296</w:t>
            </w:r>
          </w:p>
        </w:tc>
        <w:tc>
          <w:tcPr>
            <w:tcW w:type="dxa" w:w="1973"/>
            <w:vAlign w:val="center"/>
          </w:tcPr>
          <w:p>
            <w:r/>
            <w:r>
              <w:rPr>
                <w:rFonts w:ascii="Malgun Gothic" w:hAnsi="Malgun Gothic" w:eastAsia="Malgun Gothic"/>
                <w:b w:val="0"/>
                <w:sz w:val="15"/>
              </w:rPr>
              <w:t>0.0993</w:t>
            </w:r>
          </w:p>
        </w:tc>
        <w:tc>
          <w:tcPr>
            <w:tcW w:type="dxa" w:w="1973"/>
            <w:vAlign w:val="center"/>
          </w:tcPr>
          <w:p>
            <w:r/>
            <w:r>
              <w:rPr>
                <w:rFonts w:ascii="Malgun Gothic" w:hAnsi="Malgun Gothic" w:eastAsia="Malgun Gothic"/>
                <w:b w:val="0"/>
                <w:sz w:val="15"/>
              </w:rPr>
              <w:t>불안정(r&lt;0.85)</w:t>
            </w:r>
          </w:p>
        </w:tc>
        <w:tc>
          <w:tcPr>
            <w:tcW w:type="dxa" w:w="1973"/>
            <w:vAlign w:val="center"/>
          </w:tcPr>
          <w:p>
            <w:r/>
            <w:r>
              <w:rPr>
                <w:rFonts w:ascii="Malgun Gothic" w:hAnsi="Malgun Gothic" w:eastAsia="Malgun Gothic"/>
                <w:b w:val="0"/>
                <w:sz w:val="15"/>
              </w:rPr>
              <w:t>기본 주파수의 필수 기여 실증</w:t>
            </w:r>
          </w:p>
        </w:tc>
      </w:tr>
      <w:tr>
        <w:trPr>
          <w:cantSplit/>
        </w:trPr>
        <w:tc>
          <w:tcPr>
            <w:tcW w:type="dxa" w:w="1973"/>
            <w:vAlign w:val="center"/>
          </w:tcPr>
          <w:p>
            <w:r/>
            <w:r>
              <w:rPr>
                <w:rFonts w:ascii="Malgun Gothic" w:hAnsi="Malgun Gothic" w:eastAsia="Malgun Gothic"/>
                <w:b w:val="0"/>
                <w:sz w:val="15"/>
              </w:rPr>
              <w:t>wpm</w:t>
            </w:r>
          </w:p>
        </w:tc>
        <w:tc>
          <w:tcPr>
            <w:tcW w:type="dxa" w:w="1973"/>
            <w:vAlign w:val="center"/>
          </w:tcPr>
          <w:p>
            <w:r/>
            <w:r>
              <w:rPr>
                <w:rFonts w:ascii="Malgun Gothic" w:hAnsi="Malgun Gothic" w:eastAsia="Malgun Gothic"/>
                <w:b w:val="0"/>
                <w:sz w:val="15"/>
              </w:rPr>
              <w:t>0.8806</w:t>
            </w:r>
          </w:p>
        </w:tc>
        <w:tc>
          <w:tcPr>
            <w:tcW w:type="dxa" w:w="1973"/>
            <w:vAlign w:val="center"/>
          </w:tcPr>
          <w:p>
            <w:r/>
            <w:r>
              <w:rPr>
                <w:rFonts w:ascii="Malgun Gothic" w:hAnsi="Malgun Gothic" w:eastAsia="Malgun Gothic"/>
                <w:b w:val="0"/>
                <w:sz w:val="15"/>
              </w:rPr>
              <w:t>0.1382</w:t>
            </w:r>
          </w:p>
        </w:tc>
        <w:tc>
          <w:tcPr>
            <w:tcW w:type="dxa" w:w="1973"/>
            <w:vAlign w:val="center"/>
          </w:tcPr>
          <w:p>
            <w:r/>
            <w:r>
              <w:rPr>
                <w:rFonts w:ascii="Malgun Gothic" w:hAnsi="Malgun Gothic" w:eastAsia="Malgun Gothic"/>
                <w:b w:val="0"/>
                <w:sz w:val="15"/>
              </w:rPr>
              <w:t>보통(r≥0.85)</w:t>
            </w:r>
          </w:p>
        </w:tc>
        <w:tc>
          <w:tcPr>
            <w:tcW w:type="dxa" w:w="1973"/>
            <w:vAlign w:val="center"/>
          </w:tcPr>
          <w:p>
            <w:r/>
            <w:r>
              <w:rPr>
                <w:rFonts w:ascii="Malgun Gothic" w:hAnsi="Malgun Gothic" w:eastAsia="Malgun Gothic"/>
                <w:b w:val="0"/>
                <w:sz w:val="15"/>
              </w:rPr>
              <w:t>wpm은 보조 지표 역할</w:t>
            </w:r>
          </w:p>
        </w:tc>
      </w:tr>
      <w:tr>
        <w:trPr>
          <w:cantSplit/>
        </w:trPr>
        <w:tc>
          <w:tcPr>
            <w:tcW w:type="dxa" w:w="1973"/>
            <w:vAlign w:val="center"/>
          </w:tcPr>
          <w:p>
            <w:r/>
            <w:r>
              <w:rPr>
                <w:rFonts w:ascii="Malgun Gothic" w:hAnsi="Malgun Gothic" w:eastAsia="Malgun Gothic"/>
                <w:b w:val="0"/>
                <w:sz w:val="15"/>
              </w:rPr>
              <w:t>duration_sec</w:t>
            </w:r>
          </w:p>
        </w:tc>
        <w:tc>
          <w:tcPr>
            <w:tcW w:type="dxa" w:w="1973"/>
            <w:vAlign w:val="center"/>
          </w:tcPr>
          <w:p>
            <w:r/>
            <w:r>
              <w:rPr>
                <w:rFonts w:ascii="Malgun Gothic" w:hAnsi="Malgun Gothic" w:eastAsia="Malgun Gothic"/>
                <w:b w:val="0"/>
                <w:sz w:val="15"/>
              </w:rPr>
              <w:t>0.8489</w:t>
            </w:r>
          </w:p>
        </w:tc>
        <w:tc>
          <w:tcPr>
            <w:tcW w:type="dxa" w:w="1973"/>
            <w:vAlign w:val="center"/>
          </w:tcPr>
          <w:p>
            <w:r/>
            <w:r>
              <w:rPr>
                <w:rFonts w:ascii="Malgun Gothic" w:hAnsi="Malgun Gothic" w:eastAsia="Malgun Gothic"/>
                <w:b w:val="0"/>
                <w:sz w:val="15"/>
              </w:rPr>
              <w:t>0.1435</w:t>
            </w:r>
          </w:p>
        </w:tc>
        <w:tc>
          <w:tcPr>
            <w:tcW w:type="dxa" w:w="1973"/>
            <w:vAlign w:val="center"/>
          </w:tcPr>
          <w:p>
            <w:r/>
            <w:r>
              <w:rPr>
                <w:rFonts w:ascii="Malgun Gothic" w:hAnsi="Malgun Gothic" w:eastAsia="Malgun Gothic"/>
                <w:b w:val="0"/>
                <w:sz w:val="15"/>
              </w:rPr>
              <w:t>보통(r≥0.85)</w:t>
            </w:r>
          </w:p>
        </w:tc>
        <w:tc>
          <w:tcPr>
            <w:tcW w:type="dxa" w:w="1973"/>
            <w:vAlign w:val="center"/>
          </w:tcPr>
          <w:p>
            <w:r/>
            <w:r>
              <w:rPr>
                <w:rFonts w:ascii="Malgun Gothic" w:hAnsi="Malgun Gothic" w:eastAsia="Malgun Gothic"/>
                <w:b w:val="0"/>
                <w:sz w:val="15"/>
              </w:rPr>
              <w:t>duration은 보조 지표 역할</w:t>
            </w:r>
          </w:p>
        </w:tc>
      </w:tr>
    </w:tbl>
    <w:p/>
    <w:p>
      <w:r>
        <w:t>주. MAD=mean absolute difference; 안정 기준 r≥0.95, 보통 r≥0.85, 불안정 r&lt;0.85.</w:t>
      </w:r>
    </w:p>
    <w:p>
      <w:pPr>
        <w:pStyle w:val="Heading3"/>
      </w:pPr>
      <w:r>
        <w:t>4.8.1. 내적 일관성 검토</w:t>
      </w:r>
    </w:p>
    <w:p>
      <w:r>
        <w:t>표 4-14. 내적 일관성 지표 및 다면적 타당도 검증 근거 요약 (n=99)</w:t>
      </w:r>
    </w:p>
    <w:p>
      <w:r>
        <w:rPr>
          <w:b/>
        </w:rPr>
        <w:t>원본 참조표 16</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5"/>
              </w:rPr>
              <w:t>지표</w:t>
            </w:r>
          </w:p>
        </w:tc>
        <w:tc>
          <w:tcPr>
            <w:tcW w:type="dxa" w:w="2466"/>
          </w:tcPr>
          <w:p>
            <w:r/>
            <w:r>
              <w:rPr>
                <w:rFonts w:ascii="Malgun Gothic" w:hAnsi="Malgun Gothic" w:eastAsia="Malgun Gothic"/>
                <w:b/>
                <w:sz w:val="15"/>
              </w:rPr>
              <w:t>값</w:t>
            </w:r>
          </w:p>
        </w:tc>
        <w:tc>
          <w:tcPr>
            <w:tcW w:type="dxa" w:w="2466"/>
          </w:tcPr>
          <w:p>
            <w:r/>
            <w:r>
              <w:rPr>
                <w:rFonts w:ascii="Malgun Gothic" w:hAnsi="Malgun Gothic" w:eastAsia="Malgun Gothic"/>
                <w:b/>
                <w:sz w:val="15"/>
              </w:rPr>
              <w:t>판정 기준</w:t>
            </w:r>
          </w:p>
        </w:tc>
        <w:tc>
          <w:tcPr>
            <w:tcW w:type="dxa" w:w="2466"/>
          </w:tcPr>
          <w:p>
            <w:r/>
            <w:r>
              <w:rPr>
                <w:rFonts w:ascii="Malgun Gothic" w:hAnsi="Malgun Gothic" w:eastAsia="Malgun Gothic"/>
                <w:b/>
                <w:sz w:val="15"/>
              </w:rPr>
              <w:t>해석</w:t>
            </w:r>
          </w:p>
        </w:tc>
      </w:tr>
      <w:tr>
        <w:trPr>
          <w:cantSplit/>
        </w:trPr>
        <w:tc>
          <w:tcPr>
            <w:tcW w:type="dxa" w:w="2466"/>
            <w:vAlign w:val="center"/>
          </w:tcPr>
          <w:p>
            <w:r/>
            <w:r>
              <w:rPr>
                <w:rFonts w:ascii="Malgun Gothic" w:hAnsi="Malgun Gothic" w:eastAsia="Malgun Gothic"/>
                <w:b w:val="0"/>
                <w:sz w:val="15"/>
              </w:rPr>
              <w:t>수렴 타당도 (energy r)</w:t>
            </w:r>
          </w:p>
        </w:tc>
        <w:tc>
          <w:tcPr>
            <w:tcW w:type="dxa" w:w="2466"/>
            <w:vAlign w:val="center"/>
          </w:tcPr>
          <w:p>
            <w:r/>
            <w:r>
              <w:rPr>
                <w:rFonts w:ascii="Malgun Gothic" w:hAnsi="Malgun Gothic" w:eastAsia="Malgun Gothic"/>
                <w:b w:val="0"/>
                <w:sz w:val="15"/>
              </w:rPr>
              <w:t>0.6720</w:t>
            </w:r>
          </w:p>
        </w:tc>
        <w:tc>
          <w:tcPr>
            <w:tcW w:type="dxa" w:w="2466"/>
            <w:vAlign w:val="center"/>
          </w:tcPr>
          <w:p>
            <w:r/>
            <w:r>
              <w:rPr>
                <w:rFonts w:ascii="Malgun Gothic" w:hAnsi="Malgun Gothic" w:eastAsia="Malgun Gothic"/>
                <w:b w:val="0"/>
                <w:sz w:val="15"/>
              </w:rPr>
              <w:t>r≥0.50 기준</w:t>
            </w:r>
          </w:p>
        </w:tc>
        <w:tc>
          <w:tcPr>
            <w:tcW w:type="dxa" w:w="2466"/>
            <w:vAlign w:val="center"/>
          </w:tcPr>
          <w:p>
            <w:r/>
            <w:r>
              <w:rPr>
                <w:rFonts w:ascii="Malgun Gothic" w:hAnsi="Malgun Gothic" w:eastAsia="Malgun Gothic"/>
                <w:b w:val="0"/>
                <w:sz w:val="15"/>
              </w:rPr>
              <w:t>수렴 타당도 충족</w:t>
            </w:r>
          </w:p>
        </w:tc>
      </w:tr>
      <w:tr>
        <w:trPr>
          <w:cantSplit/>
        </w:trPr>
        <w:tc>
          <w:tcPr>
            <w:tcW w:type="dxa" w:w="2466"/>
            <w:vAlign w:val="center"/>
          </w:tcPr>
          <w:p>
            <w:r/>
            <w:r>
              <w:rPr>
                <w:rFonts w:ascii="Malgun Gothic" w:hAnsi="Malgun Gothic" w:eastAsia="Malgun Gothic"/>
                <w:b w:val="0"/>
                <w:sz w:val="15"/>
              </w:rPr>
              <w:t>수렴 타당도 (pitch r)</w:t>
            </w:r>
          </w:p>
        </w:tc>
        <w:tc>
          <w:tcPr>
            <w:tcW w:type="dxa" w:w="2466"/>
            <w:vAlign w:val="center"/>
          </w:tcPr>
          <w:p>
            <w:r/>
            <w:r>
              <w:rPr>
                <w:rFonts w:ascii="Malgun Gothic" w:hAnsi="Malgun Gothic" w:eastAsia="Malgun Gothic"/>
                <w:b w:val="0"/>
                <w:sz w:val="15"/>
              </w:rPr>
              <w:t>0.5940</w:t>
            </w:r>
          </w:p>
        </w:tc>
        <w:tc>
          <w:tcPr>
            <w:tcW w:type="dxa" w:w="2466"/>
            <w:vAlign w:val="center"/>
          </w:tcPr>
          <w:p>
            <w:r/>
            <w:r>
              <w:rPr>
                <w:rFonts w:ascii="Malgun Gothic" w:hAnsi="Malgun Gothic" w:eastAsia="Malgun Gothic"/>
                <w:b w:val="0"/>
                <w:sz w:val="15"/>
              </w:rPr>
              <w:t>r≥0.50 기준</w:t>
            </w:r>
          </w:p>
        </w:tc>
        <w:tc>
          <w:tcPr>
            <w:tcW w:type="dxa" w:w="2466"/>
            <w:vAlign w:val="center"/>
          </w:tcPr>
          <w:p>
            <w:r/>
            <w:r>
              <w:rPr>
                <w:rFonts w:ascii="Malgun Gothic" w:hAnsi="Malgun Gothic" w:eastAsia="Malgun Gothic"/>
                <w:b w:val="0"/>
                <w:sz w:val="15"/>
              </w:rPr>
              <w:t>수렴 타당도 충족</w:t>
            </w:r>
          </w:p>
        </w:tc>
      </w:tr>
      <w:tr>
        <w:trPr>
          <w:cantSplit/>
        </w:trPr>
        <w:tc>
          <w:tcPr>
            <w:tcW w:type="dxa" w:w="2466"/>
            <w:vAlign w:val="center"/>
          </w:tcPr>
          <w:p>
            <w:r/>
            <w:r>
              <w:rPr>
                <w:rFonts w:ascii="Malgun Gothic" w:hAnsi="Malgun Gothic" w:eastAsia="Malgun Gothic"/>
                <w:b w:val="0"/>
                <w:sz w:val="15"/>
              </w:rPr>
              <w:t>수렴 평균|r|</w:t>
            </w:r>
          </w:p>
        </w:tc>
        <w:tc>
          <w:tcPr>
            <w:tcW w:type="dxa" w:w="2466"/>
            <w:vAlign w:val="center"/>
          </w:tcPr>
          <w:p>
            <w:r/>
            <w:r>
              <w:rPr>
                <w:rFonts w:ascii="Malgun Gothic" w:hAnsi="Malgun Gothic" w:eastAsia="Malgun Gothic"/>
                <w:b w:val="0"/>
                <w:sz w:val="15"/>
              </w:rPr>
              <w:t>0.6330</w:t>
            </w:r>
          </w:p>
        </w:tc>
        <w:tc>
          <w:tcPr>
            <w:tcW w:type="dxa" w:w="2466"/>
            <w:vAlign w:val="center"/>
          </w:tcPr>
          <w:p>
            <w:r/>
            <w:r>
              <w:rPr>
                <w:rFonts w:ascii="Malgun Gothic" w:hAnsi="Malgun Gothic" w:eastAsia="Malgun Gothic"/>
                <w:b w:val="0"/>
                <w:sz w:val="15"/>
              </w:rPr>
              <w:t>r≥0.50 기준</w:t>
            </w:r>
          </w:p>
        </w:tc>
        <w:tc>
          <w:tcPr>
            <w:tcW w:type="dxa" w:w="2466"/>
            <w:vAlign w:val="center"/>
          </w:tcPr>
          <w:p>
            <w:r/>
            <w:r>
              <w:rPr>
                <w:rFonts w:ascii="Malgun Gothic" w:hAnsi="Malgun Gothic" w:eastAsia="Malgun Gothic"/>
                <w:b w:val="0"/>
                <w:sz w:val="15"/>
              </w:rPr>
              <w:t>수렴 타당도 확인</w:t>
            </w:r>
          </w:p>
        </w:tc>
      </w:tr>
      <w:tr>
        <w:trPr>
          <w:cantSplit/>
        </w:trPr>
        <w:tc>
          <w:tcPr>
            <w:tcW w:type="dxa" w:w="2466"/>
            <w:vAlign w:val="center"/>
          </w:tcPr>
          <w:p>
            <w:r/>
            <w:r>
              <w:rPr>
                <w:rFonts w:ascii="Malgun Gothic" w:hAnsi="Malgun Gothic" w:eastAsia="Malgun Gothic"/>
                <w:b w:val="0"/>
                <w:sz w:val="15"/>
              </w:rPr>
              <w:t>판별 평균|r|</w:t>
            </w:r>
          </w:p>
        </w:tc>
        <w:tc>
          <w:tcPr>
            <w:tcW w:type="dxa" w:w="2466"/>
            <w:vAlign w:val="center"/>
          </w:tcPr>
          <w:p>
            <w:r/>
            <w:r>
              <w:rPr>
                <w:rFonts w:ascii="Malgun Gothic" w:hAnsi="Malgun Gothic" w:eastAsia="Malgun Gothic"/>
                <w:b w:val="0"/>
                <w:sz w:val="15"/>
              </w:rPr>
              <w:t>0.4362</w:t>
            </w:r>
          </w:p>
        </w:tc>
        <w:tc>
          <w:tcPr>
            <w:tcW w:type="dxa" w:w="2466"/>
            <w:vAlign w:val="center"/>
          </w:tcPr>
          <w:p>
            <w:r/>
            <w:r>
              <w:rPr>
                <w:rFonts w:ascii="Malgun Gothic" w:hAnsi="Malgun Gothic" w:eastAsia="Malgun Gothic"/>
                <w:b w:val="0"/>
                <w:sz w:val="15"/>
              </w:rPr>
              <w:t>수렴보다 낮아야</w:t>
            </w:r>
          </w:p>
        </w:tc>
        <w:tc>
          <w:tcPr>
            <w:tcW w:type="dxa" w:w="2466"/>
            <w:vAlign w:val="center"/>
          </w:tcPr>
          <w:p>
            <w:r/>
            <w:r>
              <w:rPr>
                <w:rFonts w:ascii="Malgun Gothic" w:hAnsi="Malgun Gothic" w:eastAsia="Malgun Gothic"/>
                <w:b w:val="0"/>
                <w:sz w:val="15"/>
              </w:rPr>
              <w:t>판별 타당도 확인</w:t>
            </w:r>
          </w:p>
        </w:tc>
      </w:tr>
      <w:tr>
        <w:trPr>
          <w:cantSplit/>
        </w:trPr>
        <w:tc>
          <w:tcPr>
            <w:tcW w:type="dxa" w:w="2466"/>
            <w:vAlign w:val="center"/>
          </w:tcPr>
          <w:p>
            <w:r/>
            <w:r>
              <w:rPr>
                <w:rFonts w:ascii="Malgun Gothic" w:hAnsi="Malgun Gothic" w:eastAsia="Malgun Gothic"/>
                <w:b w:val="0"/>
                <w:sz w:val="15"/>
              </w:rPr>
              <w:t>델타 (수렴−판별)</w:t>
            </w:r>
          </w:p>
        </w:tc>
        <w:tc>
          <w:tcPr>
            <w:tcW w:type="dxa" w:w="2466"/>
            <w:vAlign w:val="center"/>
          </w:tcPr>
          <w:p>
            <w:r/>
            <w:r>
              <w:rPr>
                <w:rFonts w:ascii="Malgun Gothic" w:hAnsi="Malgun Gothic" w:eastAsia="Malgun Gothic"/>
                <w:b w:val="0"/>
                <w:sz w:val="15"/>
              </w:rPr>
              <w:t>0.1968</w:t>
            </w:r>
          </w:p>
        </w:tc>
        <w:tc>
          <w:tcPr>
            <w:tcW w:type="dxa" w:w="2466"/>
            <w:vAlign w:val="center"/>
          </w:tcPr>
          <w:p>
            <w:r/>
            <w:r>
              <w:rPr>
                <w:rFonts w:ascii="Malgun Gothic" w:hAnsi="Malgun Gothic" w:eastAsia="Malgun Gothic"/>
                <w:b w:val="0"/>
                <w:sz w:val="15"/>
              </w:rPr>
              <w:t>&gt;0</w:t>
            </w:r>
          </w:p>
        </w:tc>
        <w:tc>
          <w:tcPr>
            <w:tcW w:type="dxa" w:w="2466"/>
            <w:vAlign w:val="center"/>
          </w:tcPr>
          <w:p>
            <w:r/>
            <w:r>
              <w:rPr>
                <w:rFonts w:ascii="Malgun Gothic" w:hAnsi="Malgun Gothic" w:eastAsia="Malgun Gothic"/>
                <w:b w:val="0"/>
                <w:sz w:val="15"/>
              </w:rPr>
              <w:t>타당도 구조 양호</w:t>
            </w:r>
          </w:p>
        </w:tc>
      </w:tr>
      <w:tr>
        <w:trPr>
          <w:cantSplit/>
        </w:trPr>
        <w:tc>
          <w:tcPr>
            <w:tcW w:type="dxa" w:w="2466"/>
            <w:vAlign w:val="center"/>
          </w:tcPr>
          <w:p>
            <w:r/>
            <w:r>
              <w:rPr>
                <w:rFonts w:ascii="Malgun Gothic" w:hAnsi="Malgun Gothic" w:eastAsia="Malgun Gothic"/>
                <w:b w:val="0"/>
                <w:sz w:val="15"/>
              </w:rPr>
              <w:t>ANOVA η² (energy)</w:t>
            </w:r>
          </w:p>
        </w:tc>
        <w:tc>
          <w:tcPr>
            <w:tcW w:type="dxa" w:w="2466"/>
            <w:vAlign w:val="center"/>
          </w:tcPr>
          <w:p>
            <w:r/>
            <w:r>
              <w:rPr>
                <w:rFonts w:ascii="Malgun Gothic" w:hAnsi="Malgun Gothic" w:eastAsia="Malgun Gothic"/>
                <w:b w:val="0"/>
                <w:sz w:val="15"/>
              </w:rPr>
              <w:t>0.424</w:t>
            </w:r>
          </w:p>
        </w:tc>
        <w:tc>
          <w:tcPr>
            <w:tcW w:type="dxa" w:w="2466"/>
            <w:vAlign w:val="center"/>
          </w:tcPr>
          <w:p>
            <w:r/>
            <w:r>
              <w:rPr>
                <w:rFonts w:ascii="Malgun Gothic" w:hAnsi="Malgun Gothic" w:eastAsia="Malgun Gothic"/>
                <w:b w:val="0"/>
                <w:sz w:val="15"/>
              </w:rPr>
              <w:t>η²≥0.14 (대효과)</w:t>
            </w:r>
          </w:p>
        </w:tc>
        <w:tc>
          <w:tcPr>
            <w:tcW w:type="dxa" w:w="2466"/>
            <w:vAlign w:val="center"/>
          </w:tcPr>
          <w:p>
            <w:r/>
            <w:r>
              <w:rPr>
                <w:rFonts w:ascii="Malgun Gothic" w:hAnsi="Malgun Gothic" w:eastAsia="Malgun Gothic"/>
                <w:b w:val="0"/>
                <w:sz w:val="15"/>
              </w:rPr>
              <w:t>구간 수준 대효과 확인</w:t>
            </w:r>
          </w:p>
        </w:tc>
      </w:tr>
      <w:tr>
        <w:trPr>
          <w:cantSplit/>
        </w:trPr>
        <w:tc>
          <w:tcPr>
            <w:tcW w:type="dxa" w:w="2466"/>
            <w:vAlign w:val="center"/>
          </w:tcPr>
          <w:p>
            <w:r/>
            <w:r>
              <w:rPr>
                <w:rFonts w:ascii="Malgun Gothic" w:hAnsi="Malgun Gothic" w:eastAsia="Malgun Gothic"/>
                <w:b w:val="0"/>
                <w:sz w:val="15"/>
              </w:rPr>
              <w:t>ANOVA η² (pitch)</w:t>
            </w:r>
          </w:p>
        </w:tc>
        <w:tc>
          <w:tcPr>
            <w:tcW w:type="dxa" w:w="2466"/>
            <w:vAlign w:val="center"/>
          </w:tcPr>
          <w:p>
            <w:r/>
            <w:r>
              <w:rPr>
                <w:rFonts w:ascii="Malgun Gothic" w:hAnsi="Malgun Gothic" w:eastAsia="Malgun Gothic"/>
                <w:b w:val="0"/>
                <w:sz w:val="15"/>
              </w:rPr>
              <w:t>0.177</w:t>
            </w:r>
          </w:p>
        </w:tc>
        <w:tc>
          <w:tcPr>
            <w:tcW w:type="dxa" w:w="2466"/>
            <w:vAlign w:val="center"/>
          </w:tcPr>
          <w:p>
            <w:r/>
            <w:r>
              <w:rPr>
                <w:rFonts w:ascii="Malgun Gothic" w:hAnsi="Malgun Gothic" w:eastAsia="Malgun Gothic"/>
                <w:b w:val="0"/>
                <w:sz w:val="15"/>
              </w:rPr>
              <w:t>η²≥0.14 (대효과)</w:t>
            </w:r>
          </w:p>
        </w:tc>
        <w:tc>
          <w:tcPr>
            <w:tcW w:type="dxa" w:w="2466"/>
            <w:vAlign w:val="center"/>
          </w:tcPr>
          <w:p>
            <w:r/>
            <w:r>
              <w:rPr>
                <w:rFonts w:ascii="Malgun Gothic" w:hAnsi="Malgun Gothic" w:eastAsia="Malgun Gothic"/>
                <w:b w:val="0"/>
                <w:sz w:val="15"/>
              </w:rPr>
              <w:t>구간 수준 대효과 확인</w:t>
            </w:r>
          </w:p>
        </w:tc>
      </w:tr>
    </w:tbl>
    <w:p/>
    <w:p>
      <w:r>
        <w:t>본 연구의 구성 타당도 검증은 Cronbach α 단일 지표가 아니라, ① 수렴 타당도 ② 판별 타당도 ③ ANOVA 효과크기 ④ LOO 안정성 분석 ⑤ 가중치 민감도 분석의 다섯 가지 독립적 근거를 종합하여 수행하였다. 이러한 다면적 접근은 외부 준거 라벨이 없는 자연 발화 기반 연구에서 내부 구성 타당도를 확보하기 위한 보수적 검증 전략에 해당한다.</w:t>
      </w:r>
    </w:p>
    <w:p>
      <w:pPr>
        <w:pStyle w:val="Heading1"/>
      </w:pPr>
      <w:r>
        <w:t>참고문헌</w:t>
      </w:r>
    </w:p>
    <w:p>
      <w:r>
        <w:t>Cronbach, L. J., &amp; Meehl, P. E. (1955). Construct validity in psychological tests. Psychological Bulletin, 52(4), 281-302.</w:t>
      </w:r>
    </w:p>
    <w:p>
      <w:r>
        <w:t>Goldman-Eisler, F. (1968). Psycholinguistics: Experiments in spontaneous speech. Academic Press.</w:t>
      </w:r>
    </w:p>
    <w:p>
      <w:r>
        <w:t>Hansen, J. H. L., &amp; Bou-Ghazale, S. (1997). Getting started with SUSAS: A speech under simulated and actual stress database. Proceedings of Eurospeech, 1743-1746.</w:t>
      </w:r>
    </w:p>
    <w:p>
      <w:r>
        <w:t>Hansen, J. H. L., &amp; Patil, S. (2007). Speech under stress: Analysis, modeling and recognition. Speaker Classification I, Springer.</w:t>
      </w:r>
    </w:p>
    <w:p>
      <w:r>
        <w:t>McFee, B., et al. (2015). librosa: Audio and music signal analysis in Python. Proceedings of the 14th Python in Science Conference.</w:t>
      </w:r>
    </w:p>
    <w:p>
      <w:r>
        <w:t>Nunnally, J. C., &amp; Bernstein, I. H. (1994). Psychometric Theory (3rd ed.). McGraw-Hill.</w:t>
      </w:r>
    </w:p>
    <w:p>
      <w:r>
        <w:t>Scherer, K. R. (2003). Vocal communication of emotion: A review of research paradigms. Speech Communication, 40(1-2), 227-256.</w:t>
      </w:r>
    </w:p>
    <w:p>
      <w:r>
        <w:t>Seabold, S., &amp; Perktold, J. (2010). statsmodels: Econometric and statistical modeling with Python. Proceedings of the 9th Python in Science Conference.</w:t>
      </w:r>
    </w:p>
    <w:p>
      <w:pPr>
        <w:pStyle w:val="Heading1"/>
      </w:pPr>
      <w:r>
        <w:t>부록 1. 단변량·다변량 OLS 회귀분석 적용 선행 연구 사례</w:t>
      </w:r>
    </w:p>
    <w:p>
      <w:r>
        <w:t>아래 표는 음성 기반 스트레스 연구에서 단변량 및 다변량 OLS 회귀분석을 적용한 대표 선행 연구 5편을 정리한 것이다.</w:t>
      </w:r>
    </w:p>
    <w:p>
      <w:r>
        <w:t>부록 표 1-1. 단변량·다변량 OLS 적용 선행 연구 비교</w:t>
      </w:r>
    </w:p>
    <w:p>
      <w:r>
        <w:rPr>
          <w:b/>
        </w:rPr>
        <w:t>원본 참조표 17</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5"/>
              </w:rPr>
              <w:t>논문</w:t>
            </w:r>
          </w:p>
        </w:tc>
        <w:tc>
          <w:tcPr>
            <w:tcW w:type="dxa" w:w="1644"/>
          </w:tcPr>
          <w:p>
            <w:r/>
            <w:r>
              <w:rPr>
                <w:rFonts w:ascii="Malgun Gothic" w:hAnsi="Malgun Gothic" w:eastAsia="Malgun Gothic"/>
                <w:b/>
                <w:sz w:val="15"/>
              </w:rPr>
              <w:t>투입 변수</w:t>
            </w:r>
          </w:p>
        </w:tc>
        <w:tc>
          <w:tcPr>
            <w:tcW w:type="dxa" w:w="1644"/>
          </w:tcPr>
          <w:p>
            <w:r/>
            <w:r>
              <w:rPr>
                <w:rFonts w:ascii="Malgun Gothic" w:hAnsi="Malgun Gothic" w:eastAsia="Malgun Gothic"/>
                <w:b/>
                <w:sz w:val="15"/>
              </w:rPr>
              <w:t>OLS 방법</w:t>
            </w:r>
          </w:p>
        </w:tc>
        <w:tc>
          <w:tcPr>
            <w:tcW w:type="dxa" w:w="1644"/>
          </w:tcPr>
          <w:p>
            <w:r/>
            <w:r>
              <w:rPr>
                <w:rFonts w:ascii="Malgun Gothic" w:hAnsi="Malgun Gothic" w:eastAsia="Malgun Gothic"/>
                <w:b/>
                <w:sz w:val="15"/>
              </w:rPr>
              <w:t>표준화</w:t>
            </w:r>
          </w:p>
        </w:tc>
        <w:tc>
          <w:tcPr>
            <w:tcW w:type="dxa" w:w="1644"/>
          </w:tcPr>
          <w:p>
            <w:r/>
            <w:r>
              <w:rPr>
                <w:rFonts w:ascii="Malgun Gothic" w:hAnsi="Malgun Gothic" w:eastAsia="Malgun Gothic"/>
                <w:b/>
                <w:sz w:val="15"/>
              </w:rPr>
              <w:t>n</w:t>
            </w:r>
          </w:p>
        </w:tc>
        <w:tc>
          <w:tcPr>
            <w:tcW w:type="dxa" w:w="1644"/>
          </w:tcPr>
          <w:p>
            <w:r/>
            <w:r>
              <w:rPr>
                <w:rFonts w:ascii="Malgun Gothic" w:hAnsi="Malgun Gothic" w:eastAsia="Malgun Gothic"/>
                <w:b/>
                <w:sz w:val="15"/>
              </w:rPr>
              <w:t>결과 요약 및 본 연구 관련성</w:t>
            </w:r>
          </w:p>
        </w:tc>
      </w:tr>
      <w:tr>
        <w:trPr>
          <w:cantSplit/>
        </w:trPr>
        <w:tc>
          <w:tcPr>
            <w:tcW w:type="dxa" w:w="1644"/>
            <w:vAlign w:val="center"/>
          </w:tcPr>
          <w:p>
            <w:r/>
            <w:r>
              <w:rPr>
                <w:rFonts w:ascii="Malgun Gothic" w:hAnsi="Malgun Gothic" w:eastAsia="Malgun Gothic"/>
                <w:b w:val="0"/>
                <w:sz w:val="15"/>
              </w:rPr>
              <w:t>Kappen et al.</w:t>
              <w:br/>
              <w:t>(2022)</w:t>
              <w:br/>
              <w:t>Behav. Res.</w:t>
              <w:br/>
              <w:t>Methods</w:t>
            </w:r>
          </w:p>
        </w:tc>
        <w:tc>
          <w:tcPr>
            <w:tcW w:type="dxa" w:w="1644"/>
            <w:vAlign w:val="center"/>
          </w:tcPr>
          <w:p>
            <w:r/>
            <w:r>
              <w:rPr>
                <w:rFonts w:ascii="Malgun Gothic" w:hAnsi="Malgun Gothic" w:eastAsia="Malgun Gothic"/>
                <w:b w:val="0"/>
                <w:sz w:val="15"/>
              </w:rPr>
              <w:t>F0, Jitter,</w:t>
              <w:br/>
              <w:t>HNR, 발화</w:t>
              <w:br/>
              <w:t>구간 길이</w:t>
            </w:r>
          </w:p>
        </w:tc>
        <w:tc>
          <w:tcPr>
            <w:tcW w:type="dxa" w:w="1644"/>
            <w:vAlign w:val="center"/>
          </w:tcPr>
          <w:p>
            <w:r/>
            <w:r>
              <w:rPr>
                <w:rFonts w:ascii="Malgun Gothic" w:hAnsi="Malgun Gothic" w:eastAsia="Malgun Gothic"/>
                <w:b w:val="0"/>
                <w:sz w:val="15"/>
              </w:rPr>
              <w:t>단변량 회귀</w:t>
              <w:br/>
              <w:t>(node-wise</w:t>
              <w:br/>
              <w:t>regression)</w:t>
            </w:r>
          </w:p>
        </w:tc>
        <w:tc>
          <w:tcPr>
            <w:tcW w:type="dxa" w:w="1644"/>
            <w:vAlign w:val="center"/>
          </w:tcPr>
          <w:p>
            <w:r/>
            <w:r>
              <w:rPr>
                <w:rFonts w:ascii="Malgun Gothic" w:hAnsi="Malgun Gothic" w:eastAsia="Malgun Gothic"/>
                <w:b w:val="0"/>
                <w:sz w:val="15"/>
              </w:rPr>
              <w:t>z-score</w:t>
              <w:br/>
              <w:t>표준화</w:t>
            </w:r>
          </w:p>
        </w:tc>
        <w:tc>
          <w:tcPr>
            <w:tcW w:type="dxa" w:w="1644"/>
            <w:vAlign w:val="center"/>
          </w:tcPr>
          <w:p>
            <w:r/>
            <w:r>
              <w:rPr>
                <w:rFonts w:ascii="Malgun Gothic" w:hAnsi="Malgun Gothic" w:eastAsia="Malgun Gothic"/>
                <w:b w:val="0"/>
                <w:sz w:val="15"/>
              </w:rPr>
              <w:t>n=32</w:t>
            </w:r>
          </w:p>
        </w:tc>
        <w:tc>
          <w:tcPr>
            <w:tcW w:type="dxa" w:w="1644"/>
            <w:vAlign w:val="center"/>
          </w:tcPr>
          <w:p>
            <w:r/>
            <w:r>
              <w:rPr>
                <w:rFonts w:ascii="Malgun Gothic" w:hAnsi="Malgun Gothic" w:eastAsia="Malgun Gothic"/>
                <w:b w:val="0"/>
                <w:sz w:val="15"/>
              </w:rPr>
              <w:t>F0·HNR 개별 예측력 검증. 각 변수 단독 회귀 후 네트워크 구조 분석. 표준화 후 회귀계수 비교 — 본 연구 단변량 OLS(표 4-4)와 동일 방식 채택</w:t>
            </w:r>
          </w:p>
        </w:tc>
      </w:tr>
      <w:tr>
        <w:trPr>
          <w:cantSplit/>
        </w:trPr>
        <w:tc>
          <w:tcPr>
            <w:tcW w:type="dxa" w:w="1644"/>
            <w:vAlign w:val="center"/>
          </w:tcPr>
          <w:p>
            <w:r/>
            <w:r>
              <w:rPr>
                <w:rFonts w:ascii="Malgun Gothic" w:hAnsi="Malgun Gothic" w:eastAsia="Malgun Gothic"/>
                <w:b w:val="0"/>
                <w:sz w:val="15"/>
              </w:rPr>
              <w:t>Kappen et al.</w:t>
              <w:br/>
              <w:t>(2022)</w:t>
              <w:br/>
              <w:t>Sci. Reports</w:t>
            </w:r>
          </w:p>
        </w:tc>
        <w:tc>
          <w:tcPr>
            <w:tcW w:type="dxa" w:w="1644"/>
            <w:vAlign w:val="center"/>
          </w:tcPr>
          <w:p>
            <w:r/>
            <w:r>
              <w:rPr>
                <w:rFonts w:ascii="Malgun Gothic" w:hAnsi="Malgun Gothic" w:eastAsia="Malgun Gothic"/>
                <w:b w:val="0"/>
                <w:sz w:val="15"/>
              </w:rPr>
              <w:t>F0, speech</w:t>
              <w:br/>
              <w:t>rate, jitter,</w:t>
              <w:br/>
              <w:t>HNR</w:t>
            </w:r>
          </w:p>
        </w:tc>
        <w:tc>
          <w:tcPr>
            <w:tcW w:type="dxa" w:w="1644"/>
            <w:vAlign w:val="center"/>
          </w:tcPr>
          <w:p>
            <w:r/>
            <w:r>
              <w:rPr>
                <w:rFonts w:ascii="Malgun Gothic" w:hAnsi="Malgun Gothic" w:eastAsia="Malgun Gothic"/>
                <w:b w:val="0"/>
                <w:sz w:val="15"/>
              </w:rPr>
              <w:t>단변량 선형</w:t>
              <w:br/>
              <w:t>회귀 + 다변량</w:t>
              <w:br/>
              <w:t>LMM</w:t>
            </w:r>
          </w:p>
        </w:tc>
        <w:tc>
          <w:tcPr>
            <w:tcW w:type="dxa" w:w="1644"/>
            <w:vAlign w:val="center"/>
          </w:tcPr>
          <w:p>
            <w:r/>
            <w:r>
              <w:rPr>
                <w:rFonts w:ascii="Malgun Gothic" w:hAnsi="Malgun Gothic" w:eastAsia="Malgun Gothic"/>
                <w:b w:val="0"/>
                <w:sz w:val="15"/>
              </w:rPr>
              <w:t>z-score</w:t>
              <w:br/>
              <w:t>표준화</w:t>
            </w:r>
          </w:p>
        </w:tc>
        <w:tc>
          <w:tcPr>
            <w:tcW w:type="dxa" w:w="1644"/>
            <w:vAlign w:val="center"/>
          </w:tcPr>
          <w:p>
            <w:r/>
            <w:r>
              <w:rPr>
                <w:rFonts w:ascii="Malgun Gothic" w:hAnsi="Malgun Gothic" w:eastAsia="Malgun Gothic"/>
                <w:b w:val="0"/>
                <w:sz w:val="15"/>
              </w:rPr>
              <w:t>n=53</w:t>
            </w:r>
          </w:p>
        </w:tc>
        <w:tc>
          <w:tcPr>
            <w:tcW w:type="dxa" w:w="1644"/>
            <w:vAlign w:val="center"/>
          </w:tcPr>
          <w:p>
            <w:r/>
            <w:r>
              <w:rPr>
                <w:rFonts w:ascii="Malgun Gothic" w:hAnsi="Malgun Gothic" w:eastAsia="Malgun Gothic"/>
                <w:b w:val="0"/>
                <w:sz w:val="15"/>
              </w:rPr>
              <w:t>F0·speech rate 단독 → 스트레스 예측. 다변량은 복수 변수 동시 투입. 표준화 계수(β) 보고, 원본 단위 미사용 — 본 연구 z변수 OLS 방식의 선례</w:t>
            </w:r>
          </w:p>
        </w:tc>
      </w:tr>
      <w:tr>
        <w:trPr>
          <w:cantSplit/>
        </w:trPr>
        <w:tc>
          <w:tcPr>
            <w:tcW w:type="dxa" w:w="1644"/>
            <w:vAlign w:val="center"/>
          </w:tcPr>
          <w:p>
            <w:r/>
            <w:r>
              <w:rPr>
                <w:rFonts w:ascii="Malgun Gothic" w:hAnsi="Malgun Gothic" w:eastAsia="Malgun Gothic"/>
                <w:b w:val="0"/>
                <w:sz w:val="15"/>
              </w:rPr>
              <w:t>Kappen et al.</w:t>
              <w:br/>
              <w:t>(2024)</w:t>
              <w:br/>
              <w:t>Sci. Reports</w:t>
            </w:r>
          </w:p>
        </w:tc>
        <w:tc>
          <w:tcPr>
            <w:tcW w:type="dxa" w:w="1644"/>
            <w:vAlign w:val="center"/>
          </w:tcPr>
          <w:p>
            <w:r/>
            <w:r>
              <w:rPr>
                <w:rFonts w:ascii="Malgun Gothic" w:hAnsi="Malgun Gothic" w:eastAsia="Malgun Gothic"/>
                <w:b w:val="0"/>
                <w:sz w:val="15"/>
              </w:rPr>
              <w:t>F0, speech</w:t>
              <w:br/>
              <w:t>rate, jitter,</w:t>
              <w:br/>
              <w:t>shimmer</w:t>
            </w:r>
          </w:p>
        </w:tc>
        <w:tc>
          <w:tcPr>
            <w:tcW w:type="dxa" w:w="1644"/>
            <w:vAlign w:val="center"/>
          </w:tcPr>
          <w:p>
            <w:r/>
            <w:r>
              <w:rPr>
                <w:rFonts w:ascii="Malgun Gothic" w:hAnsi="Malgun Gothic" w:eastAsia="Malgun Gothic"/>
                <w:b w:val="0"/>
                <w:sz w:val="15"/>
              </w:rPr>
              <w:t>다변량 LMM</w:t>
              <w:br/>
              <w:t>+ 단변량 검증</w:t>
              <w:br/>
              <w:t>순서 병행</w:t>
            </w:r>
          </w:p>
        </w:tc>
        <w:tc>
          <w:tcPr>
            <w:tcW w:type="dxa" w:w="1644"/>
            <w:vAlign w:val="center"/>
          </w:tcPr>
          <w:p>
            <w:r/>
            <w:r>
              <w:rPr>
                <w:rFonts w:ascii="Malgun Gothic" w:hAnsi="Malgun Gothic" w:eastAsia="Malgun Gothic"/>
                <w:b w:val="0"/>
                <w:sz w:val="15"/>
              </w:rPr>
              <w:t>z-score</w:t>
              <w:br/>
              <w:t>표준화 필수</w:t>
            </w:r>
          </w:p>
        </w:tc>
        <w:tc>
          <w:tcPr>
            <w:tcW w:type="dxa" w:w="1644"/>
            <w:vAlign w:val="center"/>
          </w:tcPr>
          <w:p>
            <w:r/>
            <w:r>
              <w:rPr>
                <w:rFonts w:ascii="Malgun Gothic" w:hAnsi="Malgun Gothic" w:eastAsia="Malgun Gothic"/>
                <w:b w:val="0"/>
                <w:sz w:val="15"/>
              </w:rPr>
              <w:t>n=63</w:t>
            </w:r>
          </w:p>
        </w:tc>
        <w:tc>
          <w:tcPr>
            <w:tcW w:type="dxa" w:w="1644"/>
            <w:vAlign w:val="center"/>
          </w:tcPr>
          <w:p>
            <w:r/>
            <w:r>
              <w:rPr>
                <w:rFonts w:ascii="Malgun Gothic" w:hAnsi="Malgun Gothic" w:eastAsia="Malgun Gothic"/>
                <w:b w:val="0"/>
                <w:sz w:val="15"/>
              </w:rPr>
              <w:t>복수 특징 동시 투입, z-score 표준화 후 회귀계수 비교. 원본 단위 투입 시 계수 해석 불가 명시 — 본 연구 1차 분석(p=1.000) 정정의 방법론적 근거 제공</w:t>
            </w:r>
          </w:p>
        </w:tc>
      </w:tr>
      <w:tr>
        <w:trPr>
          <w:cantSplit/>
        </w:trPr>
        <w:tc>
          <w:tcPr>
            <w:tcW w:type="dxa" w:w="1644"/>
            <w:vAlign w:val="center"/>
          </w:tcPr>
          <w:p>
            <w:r/>
            <w:r>
              <w:rPr>
                <w:rFonts w:ascii="Malgun Gothic" w:hAnsi="Malgun Gothic" w:eastAsia="Malgun Gothic"/>
                <w:b w:val="0"/>
                <w:sz w:val="15"/>
              </w:rPr>
              <w:t>Baird et al.</w:t>
              <w:br/>
              <w:t>(2021)</w:t>
              <w:br/>
              <w:t>Front.</w:t>
              <w:br/>
              <w:t>Comput. Sci.</w:t>
            </w:r>
          </w:p>
        </w:tc>
        <w:tc>
          <w:tcPr>
            <w:tcW w:type="dxa" w:w="1644"/>
            <w:vAlign w:val="center"/>
          </w:tcPr>
          <w:p>
            <w:r/>
            <w:r>
              <w:rPr>
                <w:rFonts w:ascii="Malgun Gothic" w:hAnsi="Malgun Gothic" w:eastAsia="Malgun Gothic"/>
                <w:b w:val="0"/>
                <w:sz w:val="15"/>
              </w:rPr>
              <w:t>F0, energy,</w:t>
              <w:br/>
              <w:t>speech rate,</w:t>
              <w:br/>
              <w:t>MFCC</w:t>
            </w:r>
          </w:p>
        </w:tc>
        <w:tc>
          <w:tcPr>
            <w:tcW w:type="dxa" w:w="1644"/>
            <w:vAlign w:val="center"/>
          </w:tcPr>
          <w:p>
            <w:r/>
            <w:r>
              <w:rPr>
                <w:rFonts w:ascii="Malgun Gothic" w:hAnsi="Malgun Gothic" w:eastAsia="Malgun Gothic"/>
                <w:b w:val="0"/>
                <w:sz w:val="15"/>
              </w:rPr>
              <w:t>단변량 회귀</w:t>
              <w:br/>
              <w:t>(각 변수 독립</w:t>
              <w:br/>
              <w:t>예측력 검증)</w:t>
            </w:r>
          </w:p>
        </w:tc>
        <w:tc>
          <w:tcPr>
            <w:tcW w:type="dxa" w:w="1644"/>
            <w:vAlign w:val="center"/>
          </w:tcPr>
          <w:p>
            <w:r/>
            <w:r>
              <w:rPr>
                <w:rFonts w:ascii="Malgun Gothic" w:hAnsi="Malgun Gothic" w:eastAsia="Malgun Gothic"/>
                <w:b w:val="0"/>
                <w:sz w:val="15"/>
              </w:rPr>
              <w:t>정규화</w:t>
              <w:br/>
              <w:t>(min-max)</w:t>
            </w:r>
          </w:p>
        </w:tc>
        <w:tc>
          <w:tcPr>
            <w:tcW w:type="dxa" w:w="1644"/>
            <w:vAlign w:val="center"/>
          </w:tcPr>
          <w:p>
            <w:r/>
            <w:r>
              <w:rPr>
                <w:rFonts w:ascii="Malgun Gothic" w:hAnsi="Malgun Gothic" w:eastAsia="Malgun Gothic"/>
                <w:b w:val="0"/>
                <w:sz w:val="15"/>
              </w:rPr>
              <w:t>n=100+</w:t>
            </w:r>
          </w:p>
        </w:tc>
        <w:tc>
          <w:tcPr>
            <w:tcW w:type="dxa" w:w="1644"/>
            <w:vAlign w:val="center"/>
          </w:tcPr>
          <w:p>
            <w:r/>
            <w:r>
              <w:rPr>
                <w:rFonts w:ascii="Malgun Gothic" w:hAnsi="Malgun Gothic" w:eastAsia="Malgun Gothic"/>
                <w:b w:val="0"/>
                <w:sz w:val="15"/>
              </w:rPr>
              <w:t>개별 음성 특징의 cortisol·자기보고 스트레스 예측. 단변량 r² 보고 후 다변량 비교 — 본 연구 단변량 OLS 표 4-4(energy·pitch·wpm·duration 각각)와 동일 구조</w:t>
            </w:r>
          </w:p>
        </w:tc>
      </w:tr>
      <w:tr>
        <w:trPr>
          <w:cantSplit/>
        </w:trPr>
        <w:tc>
          <w:tcPr>
            <w:tcW w:type="dxa" w:w="1644"/>
            <w:vAlign w:val="center"/>
          </w:tcPr>
          <w:p>
            <w:r/>
            <w:r>
              <w:rPr>
                <w:rFonts w:ascii="Malgun Gothic" w:hAnsi="Malgun Gothic" w:eastAsia="Malgun Gothic"/>
                <w:b w:val="0"/>
                <w:sz w:val="15"/>
              </w:rPr>
              <w:t>Pešán et al.</w:t>
              <w:br/>
              <w:t>(2024)</w:t>
              <w:br/>
              <w:t>Sci. Data</w:t>
            </w:r>
          </w:p>
        </w:tc>
        <w:tc>
          <w:tcPr>
            <w:tcW w:type="dxa" w:w="1644"/>
            <w:vAlign w:val="center"/>
          </w:tcPr>
          <w:p>
            <w:r/>
            <w:r>
              <w:rPr>
                <w:rFonts w:ascii="Malgun Gothic" w:hAnsi="Malgun Gothic" w:eastAsia="Malgun Gothic"/>
                <w:b w:val="0"/>
                <w:sz w:val="15"/>
              </w:rPr>
              <w:t>F0, RMS</w:t>
              <w:br/>
              <w:t>energy, speech</w:t>
              <w:br/>
              <w:t>rate, duration</w:t>
            </w:r>
          </w:p>
        </w:tc>
        <w:tc>
          <w:tcPr>
            <w:tcW w:type="dxa" w:w="1644"/>
            <w:vAlign w:val="center"/>
          </w:tcPr>
          <w:p>
            <w:r/>
            <w:r>
              <w:rPr>
                <w:rFonts w:ascii="Malgun Gothic" w:hAnsi="Malgun Gothic" w:eastAsia="Malgun Gothic"/>
                <w:b w:val="0"/>
                <w:sz w:val="15"/>
              </w:rPr>
              <w:t>다변량 회귀</w:t>
              <w:br/>
              <w:t>+ 단변량</w:t>
              <w:br/>
              <w:t>사전 검증</w:t>
            </w:r>
          </w:p>
        </w:tc>
        <w:tc>
          <w:tcPr>
            <w:tcW w:type="dxa" w:w="1644"/>
            <w:vAlign w:val="center"/>
          </w:tcPr>
          <w:p>
            <w:r/>
            <w:r>
              <w:rPr>
                <w:rFonts w:ascii="Malgun Gothic" w:hAnsi="Malgun Gothic" w:eastAsia="Malgun Gothic"/>
                <w:b w:val="0"/>
                <w:sz w:val="15"/>
              </w:rPr>
              <w:t>z-score</w:t>
              <w:br/>
              <w:t>표준화</w:t>
            </w:r>
          </w:p>
        </w:tc>
        <w:tc>
          <w:tcPr>
            <w:tcW w:type="dxa" w:w="1644"/>
            <w:vAlign w:val="center"/>
          </w:tcPr>
          <w:p>
            <w:r/>
            <w:r>
              <w:rPr>
                <w:rFonts w:ascii="Malgun Gothic" w:hAnsi="Malgun Gothic" w:eastAsia="Malgun Gothic"/>
                <w:b w:val="0"/>
                <w:sz w:val="15"/>
              </w:rPr>
              <w:t>n=79</w:t>
            </w:r>
          </w:p>
        </w:tc>
        <w:tc>
          <w:tcPr>
            <w:tcW w:type="dxa" w:w="1644"/>
            <w:vAlign w:val="center"/>
          </w:tcPr>
          <w:p>
            <w:r/>
            <w:r>
              <w:rPr>
                <w:rFonts w:ascii="Malgun Gothic" w:hAnsi="Malgun Gothic" w:eastAsia="Malgun Gothic"/>
                <w:b w:val="0"/>
                <w:sz w:val="15"/>
              </w:rPr>
              <w:t>본 연구와 동일 4변수 구성(F0·energy·speech rate·duration). z-score 표준화 후 다변량 투입. 변수별 β 균등 분포 확인 — 본 연구 균등 가중치 설계 지지</w:t>
            </w:r>
          </w:p>
        </w:tc>
      </w:tr>
    </w:tbl>
    <w:p/>
    <w:p>
      <w:r>
        <w:t>주. F0=기본주파수(pitch); HNR=Harmonics-to-Noise Ratio; LMM=선형혼합모형; MFCC=멜주파수 켑스트럼 계수.</w:t>
      </w:r>
    </w:p>
    <w:p>
      <w:r>
        <w:t>부록 표 1-2. 본 연구 vs 선행 연구 — OLS 방법론 유사점·차이점</w:t>
      </w:r>
    </w:p>
    <w:p>
      <w:r>
        <w:rPr>
          <w:b/>
        </w:rPr>
        <w:t>원본 참조표 18</w:t>
      </w:r>
    </w:p>
    <w:tbl>
      <w:tblPr>
        <w:tblStyle w:val="TableGrid"/>
        <w:tblW w:type="auto" w:w="0"/>
        <w:jc w:val="center"/>
        <w:tblLook w:firstColumn="1" w:firstRow="1" w:lastColumn="0" w:lastRow="0" w:noHBand="0" w:noVBand="1" w:val="04A0"/>
      </w:tblPr>
      <w:tblGrid>
        <w:gridCol w:w="3289"/>
        <w:gridCol w:w="3289"/>
        <w:gridCol w:w="3289"/>
      </w:tblGrid>
      <w:tr>
        <w:trPr>
          <w:tblHeader w:val="true"/>
          <w:cantSplit/>
        </w:trPr>
        <w:tc>
          <w:tcPr>
            <w:tcW w:type="dxa" w:w="3289"/>
          </w:tcPr>
          <w:p>
            <w:r/>
            <w:r>
              <w:rPr>
                <w:rFonts w:ascii="Malgun Gothic" w:hAnsi="Malgun Gothic" w:eastAsia="Malgun Gothic"/>
                <w:b/>
                <w:sz w:val="15"/>
              </w:rPr>
              <w:t>항목</w:t>
            </w:r>
          </w:p>
        </w:tc>
        <w:tc>
          <w:tcPr>
            <w:tcW w:type="dxa" w:w="3289"/>
          </w:tcPr>
          <w:p>
            <w:r/>
            <w:r>
              <w:rPr>
                <w:rFonts w:ascii="Malgun Gothic" w:hAnsi="Malgun Gothic" w:eastAsia="Malgun Gothic"/>
                <w:b/>
                <w:sz w:val="15"/>
              </w:rPr>
              <w:t>유사점</w:t>
            </w:r>
          </w:p>
        </w:tc>
        <w:tc>
          <w:tcPr>
            <w:tcW w:type="dxa" w:w="3289"/>
          </w:tcPr>
          <w:p>
            <w:r/>
            <w:r>
              <w:rPr>
                <w:rFonts w:ascii="Malgun Gothic" w:hAnsi="Malgun Gothic" w:eastAsia="Malgun Gothic"/>
                <w:b/>
                <w:sz w:val="15"/>
              </w:rPr>
              <w:t>차이점</w:t>
            </w:r>
          </w:p>
        </w:tc>
      </w:tr>
      <w:tr>
        <w:trPr>
          <w:cantSplit/>
        </w:trPr>
        <w:tc>
          <w:tcPr>
            <w:tcW w:type="dxa" w:w="3289"/>
            <w:vAlign w:val="center"/>
          </w:tcPr>
          <w:p>
            <w:r/>
            <w:r>
              <w:rPr>
                <w:rFonts w:ascii="Malgun Gothic" w:hAnsi="Malgun Gothic" w:eastAsia="Malgun Gothic"/>
                <w:b w:val="0"/>
                <w:sz w:val="15"/>
              </w:rPr>
              <w:t>투입 변수 구성</w:t>
            </w:r>
          </w:p>
        </w:tc>
        <w:tc>
          <w:tcPr>
            <w:tcW w:type="dxa" w:w="3289"/>
            <w:vAlign w:val="center"/>
          </w:tcPr>
          <w:p>
            <w:r/>
            <w:r>
              <w:rPr>
                <w:rFonts w:ascii="Malgun Gothic" w:hAnsi="Malgun Gothic" w:eastAsia="Malgun Gothic"/>
                <w:b w:val="0"/>
                <w:sz w:val="15"/>
              </w:rPr>
              <w:t>동일 4변수: F0(pitch), energy, speech rate(wpm), duration — 선행 연구(Kappen·Baird·Pešán)에서 스트레스 탐지에 공통으로 사용된 핵심 특징</w:t>
            </w:r>
          </w:p>
        </w:tc>
        <w:tc>
          <w:tcPr>
            <w:tcW w:type="dxa" w:w="3289"/>
            <w:vAlign w:val="center"/>
          </w:tcPr>
          <w:p>
            <w:r/>
            <w:r>
              <w:rPr>
                <w:rFonts w:ascii="Malgun Gothic" w:hAnsi="Malgun Gothic" w:eastAsia="Malgun Gothic"/>
                <w:b w:val="0"/>
                <w:sz w:val="15"/>
              </w:rPr>
              <w:t>선행 연구: MFCC·jitter·HNR·shimmer 등 추가 특징 포함</w:t>
              <w:br/>
              <w:t>본 연구: 4개로 단순화 → 해석 가능성·투명성 극대화</w:t>
            </w:r>
          </w:p>
        </w:tc>
      </w:tr>
      <w:tr>
        <w:trPr>
          <w:cantSplit/>
        </w:trPr>
        <w:tc>
          <w:tcPr>
            <w:tcW w:type="dxa" w:w="3289"/>
            <w:vAlign w:val="center"/>
          </w:tcPr>
          <w:p>
            <w:r/>
            <w:r>
              <w:rPr>
                <w:rFonts w:ascii="Malgun Gothic" w:hAnsi="Malgun Gothic" w:eastAsia="Malgun Gothic"/>
                <w:b w:val="0"/>
                <w:sz w:val="15"/>
              </w:rPr>
              <w:t>표준화 방식</w:t>
            </w:r>
          </w:p>
        </w:tc>
        <w:tc>
          <w:tcPr>
            <w:tcW w:type="dxa" w:w="3289"/>
            <w:vAlign w:val="center"/>
          </w:tcPr>
          <w:p>
            <w:r/>
            <w:r>
              <w:rPr>
                <w:rFonts w:ascii="Malgun Gothic" w:hAnsi="Malgun Gothic" w:eastAsia="Malgun Gothic"/>
                <w:b w:val="0"/>
                <w:sz w:val="15"/>
              </w:rPr>
              <w:t>z-score 표준화 후 회귀계수 비교 — 선행 연구(Kappen 2022·2024, Pešán 2024) 모두 z-score 표준화 적용이 방법론적 표준</w:t>
            </w:r>
          </w:p>
        </w:tc>
        <w:tc>
          <w:tcPr>
            <w:tcW w:type="dxa" w:w="3289"/>
            <w:vAlign w:val="center"/>
          </w:tcPr>
          <w:p>
            <w:r/>
            <w:r>
              <w:rPr>
                <w:rFonts w:ascii="Malgun Gothic" w:hAnsi="Malgun Gothic" w:eastAsia="Malgun Gothic"/>
                <w:b w:val="0"/>
                <w:sz w:val="15"/>
              </w:rPr>
              <w:t>선행 연구: 내부 기준(실험 내 μ·σ) 표준화</w:t>
              <w:br/>
              <w:t>본 연구(datasets0402): 전역 n=998 기준 고정 → 외부 비교 가능한 절대 위치값</w:t>
            </w:r>
          </w:p>
        </w:tc>
      </w:tr>
      <w:tr>
        <w:trPr>
          <w:cantSplit/>
        </w:trPr>
        <w:tc>
          <w:tcPr>
            <w:tcW w:type="dxa" w:w="3289"/>
            <w:vAlign w:val="center"/>
          </w:tcPr>
          <w:p>
            <w:r/>
            <w:r>
              <w:rPr>
                <w:rFonts w:ascii="Malgun Gothic" w:hAnsi="Malgun Gothic" w:eastAsia="Malgun Gothic"/>
                <w:b w:val="0"/>
                <w:sz w:val="15"/>
              </w:rPr>
              <w:t>단변량 OLS</w:t>
              <w:br/>
              <w:t>(표 4-4)</w:t>
            </w:r>
          </w:p>
        </w:tc>
        <w:tc>
          <w:tcPr>
            <w:tcW w:type="dxa" w:w="3289"/>
            <w:vAlign w:val="center"/>
          </w:tcPr>
          <w:p>
            <w:r/>
            <w:r>
              <w:rPr>
                <w:rFonts w:ascii="Malgun Gothic" w:hAnsi="Malgun Gothic" w:eastAsia="Malgun Gothic"/>
                <w:b w:val="0"/>
                <w:sz w:val="15"/>
              </w:rPr>
              <w:t>개별 변수의 독립 예측력 검증 — Kappen(2022), Baird(2021)와 동일한 단변량 회귀 방식. 각 변수의 r², t, p 보고</w:t>
            </w:r>
          </w:p>
        </w:tc>
        <w:tc>
          <w:tcPr>
            <w:tcW w:type="dxa" w:w="3289"/>
            <w:vAlign w:val="center"/>
          </w:tcPr>
          <w:p>
            <w:r/>
            <w:r>
              <w:rPr>
                <w:rFonts w:ascii="Malgun Gothic" w:hAnsi="Malgun Gothic" w:eastAsia="Malgun Gothic"/>
                <w:b w:val="0"/>
                <w:sz w:val="15"/>
              </w:rPr>
              <w:t>선행 연구: 외부 준거(cortisol·자기보고) 대상</w:t>
              <w:br/>
              <w:t>본 연구: stress_score 자체가 종속변수 (비지도 설계, 외부 라벨 없음)</w:t>
            </w:r>
          </w:p>
        </w:tc>
      </w:tr>
      <w:tr>
        <w:trPr>
          <w:cantSplit/>
        </w:trPr>
        <w:tc>
          <w:tcPr>
            <w:tcW w:type="dxa" w:w="3289"/>
            <w:vAlign w:val="center"/>
          </w:tcPr>
          <w:p>
            <w:r/>
            <w:r>
              <w:rPr>
                <w:rFonts w:ascii="Malgun Gothic" w:hAnsi="Malgun Gothic" w:eastAsia="Malgun Gothic"/>
                <w:b w:val="0"/>
                <w:sz w:val="15"/>
              </w:rPr>
              <w:t>다변량 OLS</w:t>
              <w:br/>
              <w:t>(표 4-5)</w:t>
            </w:r>
          </w:p>
        </w:tc>
        <w:tc>
          <w:tcPr>
            <w:tcW w:type="dxa" w:w="3289"/>
            <w:vAlign w:val="center"/>
          </w:tcPr>
          <w:p>
            <w:r/>
            <w:r>
              <w:rPr>
                <w:rFonts w:ascii="Malgun Gothic" w:hAnsi="Malgun Gothic" w:eastAsia="Malgun Gothic"/>
                <w:b w:val="0"/>
                <w:sz w:val="15"/>
              </w:rPr>
              <w:t>복수 변수 동시 투입 — Kappen(2022·2024), Pešán(2024)과 동일 방식</w:t>
            </w:r>
          </w:p>
        </w:tc>
        <w:tc>
          <w:tcPr>
            <w:tcW w:type="dxa" w:w="3289"/>
            <w:vAlign w:val="center"/>
          </w:tcPr>
          <w:p>
            <w:r/>
            <w:r>
              <w:rPr>
                <w:rFonts w:ascii="Malgun Gothic" w:hAnsi="Malgun Gothic" w:eastAsia="Malgun Gothic"/>
                <w:b w:val="0"/>
                <w:sz w:val="15"/>
              </w:rPr>
              <w:t>선행 연구: R²는 0~1 해석 가능 범위</w:t>
              <w:br/>
              <w:t>본 연구: R²=1.000 (지수 역회귀의 수학적 필연). z-score 투입 시 4변수 β=0.027 균등 — 균등 가중치 수학적 재현</w:t>
            </w:r>
          </w:p>
        </w:tc>
      </w:tr>
      <w:tr>
        <w:trPr>
          <w:cantSplit/>
        </w:trPr>
        <w:tc>
          <w:tcPr>
            <w:tcW w:type="dxa" w:w="3289"/>
            <w:vAlign w:val="center"/>
          </w:tcPr>
          <w:p>
            <w:r/>
            <w:r>
              <w:rPr>
                <w:rFonts w:ascii="Malgun Gothic" w:hAnsi="Malgun Gothic" w:eastAsia="Malgun Gothic"/>
                <w:b w:val="0"/>
                <w:sz w:val="15"/>
              </w:rPr>
              <w:t>원본 단위</w:t>
              <w:br/>
              <w:t>투입 문제</w:t>
            </w:r>
          </w:p>
        </w:tc>
        <w:tc>
          <w:tcPr>
            <w:tcW w:type="dxa" w:w="3289"/>
            <w:vAlign w:val="center"/>
          </w:tcPr>
          <w:p>
            <w:r/>
            <w:r>
              <w:rPr>
                <w:rFonts w:ascii="Malgun Gothic" w:hAnsi="Malgun Gothic" w:eastAsia="Malgun Gothic"/>
                <w:b w:val="0"/>
                <w:sz w:val="15"/>
              </w:rPr>
              <w:t>선행 연구 모두 원본 단위 직접 투입 회피, z-score 표준화 적용이 표준</w:t>
            </w:r>
          </w:p>
        </w:tc>
        <w:tc>
          <w:tcPr>
            <w:tcW w:type="dxa" w:w="3289"/>
            <w:vAlign w:val="center"/>
          </w:tcPr>
          <w:p>
            <w:r/>
            <w:r>
              <w:rPr>
                <w:rFonts w:ascii="Malgun Gothic" w:hAnsi="Malgun Gothic" w:eastAsia="Malgun Gothic"/>
                <w:b w:val="0"/>
                <w:sz w:val="15"/>
              </w:rPr>
              <w:t>본 연구 1차(중간보고): 원본 단위 투입 → duration p=1.000 수치 소실</w:t>
              <w:br/>
              <w:t>본 연구 datasets0402: z-score 후 재분석 → 4변수 모두 p&lt;.001 정상 복원</w:t>
            </w:r>
          </w:p>
        </w:tc>
      </w:tr>
      <w:tr>
        <w:trPr>
          <w:cantSplit/>
        </w:trPr>
        <w:tc>
          <w:tcPr>
            <w:tcW w:type="dxa" w:w="3289"/>
            <w:vAlign w:val="center"/>
          </w:tcPr>
          <w:p>
            <w:r/>
            <w:r>
              <w:rPr>
                <w:rFonts w:ascii="Malgun Gothic" w:hAnsi="Malgun Gothic" w:eastAsia="Malgun Gothic"/>
                <w:b w:val="0"/>
                <w:sz w:val="15"/>
              </w:rPr>
              <w:t>데이터 유형</w:t>
            </w:r>
          </w:p>
        </w:tc>
        <w:tc>
          <w:tcPr>
            <w:tcW w:type="dxa" w:w="3289"/>
            <w:vAlign w:val="center"/>
          </w:tcPr>
          <w:p>
            <w:r/>
            <w:r>
              <w:rPr>
                <w:rFonts w:ascii="Malgun Gothic" w:hAnsi="Malgun Gothic" w:eastAsia="Malgun Gothic"/>
                <w:b w:val="0"/>
                <w:sz w:val="15"/>
              </w:rPr>
              <w:t>실제 자연 발화 현장 음성 사용 — 통제 실험실이 아닌 현장 데이터</w:t>
            </w:r>
          </w:p>
        </w:tc>
        <w:tc>
          <w:tcPr>
            <w:tcW w:type="dxa" w:w="3289"/>
            <w:vAlign w:val="center"/>
          </w:tcPr>
          <w:p>
            <w:r/>
            <w:r>
              <w:rPr>
                <w:rFonts w:ascii="Malgun Gothic" w:hAnsi="Malgun Gothic" w:eastAsia="Malgun Gothic"/>
                <w:b w:val="0"/>
                <w:sz w:val="15"/>
              </w:rPr>
              <w:t>선행 연구: 스트레스 유발 실험실 프로토콜(TSST·MIST 등) 중심</w:t>
              <w:br/>
              <w:t>본 연구: 실제 콜센터 VOC 자연 발화 — 외부 라벨 없음, 한국어</w:t>
            </w:r>
          </w:p>
        </w:tc>
      </w:tr>
    </w:tbl>
    <w:p/>
    <w:p>
      <w:r>
        <w:t>주. TSST=Trier Social Stress Test; MIST=Montreal Imaging Stress Task.</w:t>
      </w:r>
    </w:p>
    <w:p>
      <w:pPr>
        <w:pStyle w:val="Heading1"/>
      </w:pPr>
      <w:r>
        <w:t>부록 2. VOC·콜센터 음성 데이터 활용 선행 연구 사례</w:t>
      </w:r>
    </w:p>
    <w:p>
      <w:r>
        <w:t>아래 표는 콜센터 고객 상담 음성(VOC) 또는 실제 업무 현장 자연 발화를 사용한 선행 연구 6편의 논문 주제, VOC 활용 용도, 데이터 건수 및 본 연구와의 관련성을 정리한 것이다.</w:t>
      </w:r>
    </w:p>
    <w:p>
      <w:r>
        <w:t>부록 표 2-1. VOC·콜센터 음성 데이터 활용 선행 연구 비교</w:t>
      </w:r>
    </w:p>
    <w:p>
      <w:r>
        <w:rPr>
          <w:b/>
        </w:rPr>
        <w:t>원본 참조표 19</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논문</w:t>
            </w:r>
          </w:p>
        </w:tc>
        <w:tc>
          <w:tcPr>
            <w:tcW w:type="dxa" w:w="1973"/>
          </w:tcPr>
          <w:p>
            <w:r/>
            <w:r>
              <w:rPr>
                <w:rFonts w:ascii="Malgun Gothic" w:hAnsi="Malgun Gothic" w:eastAsia="Malgun Gothic"/>
                <w:b/>
                <w:sz w:val="15"/>
              </w:rPr>
              <w:t>논문 주제</w:t>
            </w:r>
          </w:p>
        </w:tc>
        <w:tc>
          <w:tcPr>
            <w:tcW w:type="dxa" w:w="1973"/>
          </w:tcPr>
          <w:p>
            <w:r/>
            <w:r>
              <w:rPr>
                <w:rFonts w:ascii="Malgun Gothic" w:hAnsi="Malgun Gothic" w:eastAsia="Malgun Gothic"/>
                <w:b/>
                <w:sz w:val="15"/>
              </w:rPr>
              <w:t>VOC 활용 용도</w:t>
            </w:r>
          </w:p>
        </w:tc>
        <w:tc>
          <w:tcPr>
            <w:tcW w:type="dxa" w:w="1973"/>
          </w:tcPr>
          <w:p>
            <w:r/>
            <w:r>
              <w:rPr>
                <w:rFonts w:ascii="Malgun Gothic" w:hAnsi="Malgun Gothic" w:eastAsia="Malgun Gothic"/>
                <w:b/>
                <w:sz w:val="15"/>
              </w:rPr>
              <w:t>데이터</w:t>
              <w:br/>
              <w:t>건수</w:t>
            </w:r>
          </w:p>
        </w:tc>
        <w:tc>
          <w:tcPr>
            <w:tcW w:type="dxa" w:w="1973"/>
          </w:tcPr>
          <w:p>
            <w:r/>
            <w:r>
              <w:rPr>
                <w:rFonts w:ascii="Malgun Gothic" w:hAnsi="Malgun Gothic" w:eastAsia="Malgun Gothic"/>
                <w:b/>
                <w:sz w:val="15"/>
              </w:rPr>
              <w:t>본 연구와의 관련성 및 차이점</w:t>
            </w:r>
          </w:p>
        </w:tc>
      </w:tr>
      <w:tr>
        <w:trPr>
          <w:cantSplit/>
        </w:trPr>
        <w:tc>
          <w:tcPr>
            <w:tcW w:type="dxa" w:w="1973"/>
            <w:vAlign w:val="center"/>
          </w:tcPr>
          <w:p>
            <w:r/>
            <w:r>
              <w:rPr>
                <w:rFonts w:ascii="Malgun Gothic" w:hAnsi="Malgun Gothic" w:eastAsia="Malgun Gothic"/>
                <w:b w:val="0"/>
                <w:sz w:val="15"/>
              </w:rPr>
              <w:t>Yıldız et al.</w:t>
              <w:br/>
              <w:t>(2024)</w:t>
              <w:br/>
              <w:t>Applied Sciences</w:t>
            </w:r>
          </w:p>
        </w:tc>
        <w:tc>
          <w:tcPr>
            <w:tcW w:type="dxa" w:w="1973"/>
            <w:vAlign w:val="center"/>
          </w:tcPr>
          <w:p>
            <w:r/>
            <w:r>
              <w:rPr>
                <w:rFonts w:ascii="Malgun Gothic" w:hAnsi="Malgun Gothic" w:eastAsia="Malgun Gothic"/>
                <w:b w:val="0"/>
                <w:sz w:val="15"/>
              </w:rPr>
              <w:t>콜센터 실제 통화</w:t>
              <w:br/>
              <w:t>음성 감정 인식</w:t>
              <w:br/>
              <w:t>(긍정/부정/중립)</w:t>
            </w:r>
          </w:p>
        </w:tc>
        <w:tc>
          <w:tcPr>
            <w:tcW w:type="dxa" w:w="1973"/>
            <w:vAlign w:val="center"/>
          </w:tcPr>
          <w:p>
            <w:r/>
            <w:r>
              <w:rPr>
                <w:rFonts w:ascii="Malgun Gothic" w:hAnsi="Malgun Gothic" w:eastAsia="Malgun Gothic"/>
                <w:b w:val="0"/>
                <w:sz w:val="15"/>
              </w:rPr>
              <w:t>감정 분류 라벨링</w:t>
              <w:br/>
              <w:t>(MFCC + 텍스트</w:t>
              <w:br/>
              <w:t>하이브리드)</w:t>
            </w:r>
          </w:p>
        </w:tc>
        <w:tc>
          <w:tcPr>
            <w:tcW w:type="dxa" w:w="1973"/>
            <w:vAlign w:val="center"/>
          </w:tcPr>
          <w:p>
            <w:r/>
            <w:r>
              <w:rPr>
                <w:rFonts w:ascii="Malgun Gothic" w:hAnsi="Malgun Gothic" w:eastAsia="Malgun Gothic"/>
                <w:b w:val="0"/>
                <w:sz w:val="15"/>
              </w:rPr>
              <w:t>대규모</w:t>
              <w:br/>
              <w:t>(수만 건)</w:t>
            </w:r>
          </w:p>
        </w:tc>
        <w:tc>
          <w:tcPr>
            <w:tcW w:type="dxa" w:w="1973"/>
            <w:vAlign w:val="center"/>
          </w:tcPr>
          <w:p>
            <w:r/>
            <w:r>
              <w:rPr>
                <w:rFonts w:ascii="Malgun Gothic" w:hAnsi="Malgun Gothic" w:eastAsia="Malgun Gothic"/>
                <w:b w:val="0"/>
                <w:sz w:val="15"/>
              </w:rPr>
              <w:t>실제 콜센터 자연발화 VOC 사용. 라벨 있는 감독 학습. 차이: 텍스트+음성 하이브리드 vs 본 연구는 음성 특징(pitch·energy·WPM) 중심 비지도 지수 설계</w:t>
            </w:r>
          </w:p>
        </w:tc>
      </w:tr>
      <w:tr>
        <w:trPr>
          <w:cantSplit/>
        </w:trPr>
        <w:tc>
          <w:tcPr>
            <w:tcW w:type="dxa" w:w="1973"/>
            <w:vAlign w:val="center"/>
          </w:tcPr>
          <w:p>
            <w:r/>
            <w:r>
              <w:rPr>
                <w:rFonts w:ascii="Malgun Gothic" w:hAnsi="Malgun Gothic" w:eastAsia="Malgun Gothic"/>
                <w:b w:val="0"/>
                <w:sz w:val="15"/>
              </w:rPr>
              <w:t>Bromuri et al.</w:t>
              <w:br/>
              <w:t>(2021)</w:t>
              <w:br/>
              <w:t>J. Serv. Manag.</w:t>
            </w:r>
          </w:p>
        </w:tc>
        <w:tc>
          <w:tcPr>
            <w:tcW w:type="dxa" w:w="1973"/>
            <w:vAlign w:val="center"/>
          </w:tcPr>
          <w:p>
            <w:r/>
            <w:r>
              <w:rPr>
                <w:rFonts w:ascii="Malgun Gothic" w:hAnsi="Malgun Gothic" w:eastAsia="Malgun Gothic"/>
                <w:b w:val="0"/>
                <w:sz w:val="15"/>
              </w:rPr>
              <w:t>콜센터 상담사 음성</w:t>
              <w:br/>
              <w:t>기반 스트레스 예측</w:t>
              <w:br/>
              <w:t>(AI 감정 패턴 분석)</w:t>
            </w:r>
          </w:p>
        </w:tc>
        <w:tc>
          <w:tcPr>
            <w:tcW w:type="dxa" w:w="1973"/>
            <w:vAlign w:val="center"/>
          </w:tcPr>
          <w:p>
            <w:r/>
            <w:r>
              <w:rPr>
                <w:rFonts w:ascii="Malgun Gothic" w:hAnsi="Malgun Gothic" w:eastAsia="Malgun Gothic"/>
                <w:b w:val="0"/>
                <w:sz w:val="15"/>
              </w:rPr>
              <w:t>스트레스 지수 설계</w:t>
              <w:br/>
              <w:t>→ 상담사 번아웃</w:t>
              <w:br/>
              <w:t>예측 모델</w:t>
            </w:r>
          </w:p>
        </w:tc>
        <w:tc>
          <w:tcPr>
            <w:tcW w:type="dxa" w:w="1973"/>
            <w:vAlign w:val="center"/>
          </w:tcPr>
          <w:p>
            <w:r/>
            <w:r>
              <w:rPr>
                <w:rFonts w:ascii="Malgun Gothic" w:hAnsi="Malgun Gothic" w:eastAsia="Malgun Gothic"/>
                <w:b w:val="0"/>
                <w:sz w:val="15"/>
              </w:rPr>
              <w:t>수백 건</w:t>
            </w:r>
          </w:p>
        </w:tc>
        <w:tc>
          <w:tcPr>
            <w:tcW w:type="dxa" w:w="1973"/>
            <w:vAlign w:val="center"/>
          </w:tcPr>
          <w:p>
            <w:r/>
            <w:r>
              <w:rPr>
                <w:rFonts w:ascii="Malgun Gothic" w:hAnsi="Malgun Gothic" w:eastAsia="Malgun Gothic"/>
                <w:b w:val="0"/>
                <w:sz w:val="15"/>
              </w:rPr>
              <w:t>본 연구와 가장 유사: 콜센터 VOC → 스트레스 지수. 차이: 외부 감정 라벨(감독 학습) 기반 vs 본 연구는 외부 라벨 없이 음성 특징 선형 결합으로 지수 설계(비지도)</w:t>
            </w:r>
          </w:p>
        </w:tc>
      </w:tr>
      <w:tr>
        <w:trPr>
          <w:cantSplit/>
        </w:trPr>
        <w:tc>
          <w:tcPr>
            <w:tcW w:type="dxa" w:w="1973"/>
            <w:vAlign w:val="center"/>
          </w:tcPr>
          <w:p>
            <w:r/>
            <w:r>
              <w:rPr>
                <w:rFonts w:ascii="Malgun Gothic" w:hAnsi="Malgun Gothic" w:eastAsia="Malgun Gothic"/>
                <w:b w:val="0"/>
                <w:sz w:val="15"/>
              </w:rPr>
              <w:t>Triantafyllopoulos</w:t>
              <w:br/>
              <w:t>et al. (2023)</w:t>
              <w:br/>
              <w:t>ICASSP</w:t>
            </w:r>
          </w:p>
        </w:tc>
        <w:tc>
          <w:tcPr>
            <w:tcW w:type="dxa" w:w="1973"/>
            <w:vAlign w:val="center"/>
          </w:tcPr>
          <w:p>
            <w:r/>
            <w:r>
              <w:rPr>
                <w:rFonts w:ascii="Malgun Gothic" w:hAnsi="Malgun Gothic" w:eastAsia="Malgun Gothic"/>
                <w:b w:val="0"/>
                <w:sz w:val="15"/>
              </w:rPr>
              <w:t>실제 콜센터 통화</w:t>
              <w:br/>
              <w:t>연속 감정 인식</w:t>
              <w:br/>
              <w:t>(end-to-end 딥러닝)</w:t>
            </w:r>
          </w:p>
        </w:tc>
        <w:tc>
          <w:tcPr>
            <w:tcW w:type="dxa" w:w="1973"/>
            <w:vAlign w:val="center"/>
          </w:tcPr>
          <w:p>
            <w:r/>
            <w:r>
              <w:rPr>
                <w:rFonts w:ascii="Malgun Gothic" w:hAnsi="Malgun Gothic" w:eastAsia="Malgun Gothic"/>
                <w:b w:val="0"/>
                <w:sz w:val="15"/>
              </w:rPr>
              <w:t>고객-상담사</w:t>
              <w:br/>
              <w:t>상호작용 감정</w:t>
              <w:br/>
              <w:t>연속 추적</w:t>
            </w:r>
          </w:p>
        </w:tc>
        <w:tc>
          <w:tcPr>
            <w:tcW w:type="dxa" w:w="1973"/>
            <w:vAlign w:val="center"/>
          </w:tcPr>
          <w:p>
            <w:r/>
            <w:r>
              <w:rPr>
                <w:rFonts w:ascii="Malgun Gothic" w:hAnsi="Malgun Gothic" w:eastAsia="Malgun Gothic"/>
                <w:b w:val="0"/>
                <w:sz w:val="15"/>
              </w:rPr>
              <w:t>수백~</w:t>
              <w:br/>
              <w:t>수천 건</w:t>
            </w:r>
          </w:p>
        </w:tc>
        <w:tc>
          <w:tcPr>
            <w:tcW w:type="dxa" w:w="1973"/>
            <w:vAlign w:val="center"/>
          </w:tcPr>
          <w:p>
            <w:r/>
            <w:r>
              <w:rPr>
                <w:rFonts w:ascii="Malgun Gothic" w:hAnsi="Malgun Gothic" w:eastAsia="Malgun Gothic"/>
                <w:b w:val="0"/>
                <w:sz w:val="15"/>
              </w:rPr>
              <w:t>실제 콜센터 자연발화 연속 처리. 차이: end-to-end 딥러닝(블랙박스) vs 본 연구는 해석 가능 선형 지수. 본 연구 강점: 계수 공개·투명성·재현 가능</w:t>
            </w:r>
          </w:p>
        </w:tc>
      </w:tr>
      <w:tr>
        <w:trPr>
          <w:cantSplit/>
        </w:trPr>
        <w:tc>
          <w:tcPr>
            <w:tcW w:type="dxa" w:w="1973"/>
            <w:vAlign w:val="center"/>
          </w:tcPr>
          <w:p>
            <w:r/>
            <w:r>
              <w:rPr>
                <w:rFonts w:ascii="Malgun Gothic" w:hAnsi="Malgun Gothic" w:eastAsia="Malgun Gothic"/>
                <w:b w:val="0"/>
                <w:sz w:val="15"/>
              </w:rPr>
              <w:t>Gaballah et al.</w:t>
              <w:br/>
              <w:t>(2021)</w:t>
              <w:br/>
              <w:t>ICASSP</w:t>
            </w:r>
          </w:p>
        </w:tc>
        <w:tc>
          <w:tcPr>
            <w:tcW w:type="dxa" w:w="1973"/>
            <w:vAlign w:val="center"/>
          </w:tcPr>
          <w:p>
            <w:r/>
            <w:r>
              <w:rPr>
                <w:rFonts w:ascii="Malgun Gothic" w:hAnsi="Malgun Gothic" w:eastAsia="Malgun Gothic"/>
                <w:b w:val="0"/>
                <w:sz w:val="15"/>
              </w:rPr>
              <w:t>병원 현장 음성</w:t>
              <w:br/>
              <w:t>상황 인식 스트레스</w:t>
              <w:br/>
              <w:t>탐지 (Bi-LSTM)</w:t>
            </w:r>
          </w:p>
        </w:tc>
        <w:tc>
          <w:tcPr>
            <w:tcW w:type="dxa" w:w="1973"/>
            <w:vAlign w:val="center"/>
          </w:tcPr>
          <w:p>
            <w:r/>
            <w:r>
              <w:rPr>
                <w:rFonts w:ascii="Malgun Gothic" w:hAnsi="Malgun Gothic" w:eastAsia="Malgun Gothic"/>
                <w:b w:val="0"/>
                <w:sz w:val="15"/>
              </w:rPr>
              <w:t>업무 중 음성에서</w:t>
              <w:br/>
              <w:t>스트레스 맥락</w:t>
              <w:br/>
              <w:t>인식 분류</w:t>
            </w:r>
          </w:p>
        </w:tc>
        <w:tc>
          <w:tcPr>
            <w:tcW w:type="dxa" w:w="1973"/>
            <w:vAlign w:val="center"/>
          </w:tcPr>
          <w:p>
            <w:r/>
            <w:r>
              <w:rPr>
                <w:rFonts w:ascii="Malgun Gothic" w:hAnsi="Malgun Gothic" w:eastAsia="Malgun Gothic"/>
                <w:b w:val="0"/>
                <w:sz w:val="15"/>
              </w:rPr>
              <w:t>수백 건</w:t>
            </w:r>
          </w:p>
        </w:tc>
        <w:tc>
          <w:tcPr>
            <w:tcW w:type="dxa" w:w="1973"/>
            <w:vAlign w:val="center"/>
          </w:tcPr>
          <w:p>
            <w:r/>
            <w:r>
              <w:rPr>
                <w:rFonts w:ascii="Malgun Gothic" w:hAnsi="Malgun Gothic" w:eastAsia="Malgun Gothic"/>
                <w:b w:val="0"/>
                <w:sz w:val="15"/>
              </w:rPr>
              <w:t>실제 업무 현장 자연발화 — 본 연구와 동일한 현장 데이터 접근. 공통: 외부 스트레스 유발 없이 자연 상태에서 측정. 차이: 병원 vs 콜센터 도메인; 딥러닝 vs 선형 지수</w:t>
            </w:r>
          </w:p>
        </w:tc>
      </w:tr>
      <w:tr>
        <w:trPr>
          <w:cantSplit/>
        </w:trPr>
        <w:tc>
          <w:tcPr>
            <w:tcW w:type="dxa" w:w="1973"/>
            <w:vAlign w:val="center"/>
          </w:tcPr>
          <w:p>
            <w:r/>
            <w:r>
              <w:rPr>
                <w:rFonts w:ascii="Malgun Gothic" w:hAnsi="Malgun Gothic" w:eastAsia="Malgun Gothic"/>
                <w:b w:val="0"/>
                <w:sz w:val="15"/>
              </w:rPr>
              <w:t>PLOS One</w:t>
              <w:br/>
              <w:t>Systematic Review</w:t>
              <w:br/>
              <w:t>(2025)</w:t>
              <w:br/>
              <w:t>38편 통합</w:t>
            </w:r>
          </w:p>
        </w:tc>
        <w:tc>
          <w:tcPr>
            <w:tcW w:type="dxa" w:w="1973"/>
            <w:vAlign w:val="center"/>
          </w:tcPr>
          <w:p>
            <w:r/>
            <w:r>
              <w:rPr>
                <w:rFonts w:ascii="Malgun Gothic" w:hAnsi="Malgun Gothic" w:eastAsia="Malgun Gothic"/>
                <w:b w:val="0"/>
                <w:sz w:val="15"/>
              </w:rPr>
              <w:t>음성 기반 스트레스·</w:t>
              <w:br/>
              <w:t>감정 탐지 연구</w:t>
              <w:br/>
              <w:t>체계적 문헌 고찰</w:t>
            </w:r>
          </w:p>
        </w:tc>
        <w:tc>
          <w:tcPr>
            <w:tcW w:type="dxa" w:w="1973"/>
            <w:vAlign w:val="center"/>
          </w:tcPr>
          <w:p>
            <w:r/>
            <w:r>
              <w:rPr>
                <w:rFonts w:ascii="Malgun Gothic" w:hAnsi="Malgun Gothic" w:eastAsia="Malgun Gothic"/>
                <w:b w:val="0"/>
                <w:sz w:val="15"/>
              </w:rPr>
              <w:t>연구 표본 크기</w:t>
              <w:br/>
              <w:t>및 음성 변수</w:t>
              <w:br/>
              <w:t>분포 메타 분석</w:t>
            </w:r>
          </w:p>
        </w:tc>
        <w:tc>
          <w:tcPr>
            <w:tcW w:type="dxa" w:w="1973"/>
            <w:vAlign w:val="center"/>
          </w:tcPr>
          <w:p>
            <w:r/>
            <w:r>
              <w:rPr>
                <w:rFonts w:ascii="Malgun Gothic" w:hAnsi="Malgun Gothic" w:eastAsia="Malgun Gothic"/>
                <w:b w:val="0"/>
                <w:sz w:val="15"/>
              </w:rPr>
              <w:t>38편</w:t>
              <w:br/>
              <w:t>(평균 n=</w:t>
              <w:br/>
              <w:t>수십~수백)</w:t>
            </w:r>
          </w:p>
        </w:tc>
        <w:tc>
          <w:tcPr>
            <w:tcW w:type="dxa" w:w="1973"/>
            <w:vAlign w:val="center"/>
          </w:tcPr>
          <w:p>
            <w:r/>
            <w:r>
              <w:rPr>
                <w:rFonts w:ascii="Malgun Gothic" w:hAnsi="Malgun Gothic" w:eastAsia="Malgun Gothic"/>
                <w:b w:val="0"/>
                <w:sz w:val="15"/>
              </w:rPr>
              <w:t>VOC 연구 표준 표본 확인: 연구당 평균 수십~수백 건. 본 연구 파일럿 n=99 선행 연구 범위 내. pitch·energy가 가장 많이 사용된 변수 — 본 연구 수렴 타당도 설계 지지</w:t>
            </w:r>
          </w:p>
        </w:tc>
      </w:tr>
      <w:tr>
        <w:trPr>
          <w:cantSplit/>
        </w:trPr>
        <w:tc>
          <w:tcPr>
            <w:tcW w:type="dxa" w:w="1973"/>
            <w:vAlign w:val="center"/>
          </w:tcPr>
          <w:p>
            <w:r/>
            <w:r>
              <w:rPr>
                <w:rFonts w:ascii="Malgun Gothic" w:hAnsi="Malgun Gothic" w:eastAsia="Malgun Gothic"/>
                <w:b w:val="0"/>
                <w:sz w:val="15"/>
              </w:rPr>
              <w:t>PMC Meta-analysis</w:t>
              <w:br/>
              <w:t>(2025)</w:t>
              <w:br/>
              <w:t>10편 통합</w:t>
            </w:r>
          </w:p>
        </w:tc>
        <w:tc>
          <w:tcPr>
            <w:tcW w:type="dxa" w:w="1973"/>
            <w:vAlign w:val="center"/>
          </w:tcPr>
          <w:p>
            <w:r/>
            <w:r>
              <w:rPr>
                <w:rFonts w:ascii="Malgun Gothic" w:hAnsi="Malgun Gothic" w:eastAsia="Malgun Gothic"/>
                <w:b w:val="0"/>
                <w:sz w:val="15"/>
              </w:rPr>
              <w:t>F0(기본주파수)의</w:t>
              <w:br/>
              <w:t>스트레스 바이오마커</w:t>
              <w:br/>
              <w:t>검증 메타분석</w:t>
            </w:r>
          </w:p>
        </w:tc>
        <w:tc>
          <w:tcPr>
            <w:tcW w:type="dxa" w:w="1973"/>
            <w:vAlign w:val="center"/>
          </w:tcPr>
          <w:p>
            <w:r/>
            <w:r>
              <w:rPr>
                <w:rFonts w:ascii="Malgun Gothic" w:hAnsi="Malgun Gothic" w:eastAsia="Malgun Gothic"/>
                <w:b w:val="0"/>
                <w:sz w:val="15"/>
              </w:rPr>
              <w:t>스트레스 → F0</w:t>
              <w:br/>
              <w:t>상승 효과 크기</w:t>
              <w:br/>
              <w:t>통합 추정</w:t>
            </w:r>
          </w:p>
        </w:tc>
        <w:tc>
          <w:tcPr>
            <w:tcW w:type="dxa" w:w="1973"/>
            <w:vAlign w:val="center"/>
          </w:tcPr>
          <w:p>
            <w:r/>
            <w:r>
              <w:rPr>
                <w:rFonts w:ascii="Malgun Gothic" w:hAnsi="Malgun Gothic" w:eastAsia="Malgun Gothic"/>
                <w:b w:val="0"/>
                <w:sz w:val="15"/>
              </w:rPr>
              <w:t>n=1,148</w:t>
              <w:br/>
              <w:t>(통합</w:t>
              <w:br/>
              <w:t>관측치)</w:t>
            </w:r>
          </w:p>
        </w:tc>
        <w:tc>
          <w:tcPr>
            <w:tcW w:type="dxa" w:w="1973"/>
            <w:vAlign w:val="center"/>
          </w:tcPr>
          <w:p>
            <w:r/>
            <w:r>
              <w:rPr>
                <w:rFonts w:ascii="Malgun Gothic" w:hAnsi="Malgun Gothic" w:eastAsia="Malgun Gothic"/>
                <w:b w:val="0"/>
                <w:sz w:val="15"/>
              </w:rPr>
              <w:t>F0(pitch)가 스트레스 바이오마커로 일관 확인. 본 연구 pitch 수렴 타당도(r=0.594) 설계의 이론적 근거. 스트레스 증가 시 F0 상승 효과 크기 메타 추정 — build완료 후 n=998 비교 가능</w:t>
            </w:r>
          </w:p>
        </w:tc>
      </w:tr>
    </w:tbl>
    <w:p/>
    <w:p>
      <w:r>
        <w:t>주. VOC=Voice of Customer; MFCC=멜주파수 켑스트럼 계수; F0=기본주파수(pitch). 데이터 건수는 해당 논문에 명시된 학습·분석 대상 건수 기준.</w:t>
      </w:r>
    </w:p>
    <w:p>
      <w:r>
        <w:rPr>
          <w:b/>
        </w:rPr>
        <w:t>원본 참조표 20</w:t>
      </w:r>
    </w:p>
    <w:tbl>
      <w:tblPr>
        <w:tblStyle w:val="TableGrid"/>
        <w:tblW w:type="auto" w:w="0"/>
        <w:jc w:val="center"/>
        <w:tblLook w:firstColumn="1" w:firstRow="1" w:lastColumn="0" w:lastRow="0" w:noHBand="0" w:noVBand="1" w:val="04A0"/>
      </w:tblPr>
      <w:tblGrid>
        <w:gridCol w:w="9866"/>
      </w:tblGrid>
      <w:tr>
        <w:trPr>
          <w:tblHeader w:val="true"/>
          <w:cantSplit/>
        </w:trPr>
        <w:tc>
          <w:tcPr>
            <w:tcW w:type="dxa" w:w="9866"/>
          </w:tcPr>
          <w:p>
            <w:r/>
            <w:r>
              <w:rPr>
                <w:rFonts w:ascii="Malgun Gothic" w:hAnsi="Malgun Gothic" w:eastAsia="Malgun Gothic"/>
                <w:b/>
                <w:sz w:val="15"/>
              </w:rPr>
              <w:t>[본 연구의 차별성]</w:t>
              <w:br/>
              <w:t>표본 규모: 선행 연구 평균 n=수십~수백 건. 파일럿 n=99는 선행 연구 범위 내. build_datasets0402 완료 후 n=998은 해당 분야 대규모 수준에 해당.</w:t>
              <w:br/>
              <w:t>라벨 방식: 선행 연구 대부분 외부 감정 라벨(감독 학습) 의존. 본 연구는 외부 라벨 없는 비지도(unsupervised) 방식 — 실제 상담 현장 적용에 더 적합.</w:t>
              <w:br/>
              <w:t>해석 가능성: 선행 연구 딥러닝(end-to-end) 블랙박스 중심. 본 연구는 선형 결합 지수로 계수·기여도 완전 해석 가능.</w:t>
              <w:br/>
              <w:t>언어·도메인: 한국어 콜센터 VOC를 음성 특징 기반으로 구성 타당도 검증한 연구는 현재까지 극히 드물어 학술적 기여가 명확함.</w:t>
            </w:r>
          </w:p>
        </w:tc>
      </w:tr>
    </w:tbl>
    <w:p/>
    <w:p>
      <w:r>
        <w:t>부록 끝  |  datasets0402 분석 리포트  |  2026-04-04</w:t>
      </w:r>
    </w:p>
    <w:p>
      <w:r>
        <w:br w:type="page"/>
      </w:r>
    </w:p>
    <w:p>
      <w:pPr>
        <w:pStyle w:val="Heading1"/>
      </w:pPr>
      <w:r>
        <w:t>부록 B. 유현동VOC_연구_중간보고</w:t>
      </w:r>
    </w:p>
    <w:p>
      <w:r>
        <w:t>원본 참조문서: 유현동VOC_연구_중간보고.docx</w:t>
      </w:r>
    </w:p>
    <w:p>
      <w:r>
        <w:t>VOC 음성 데이터 기반 스트레스 지수 설계와 음성 특징 간 구성 타당도 검증  -&gt; 제목은 가칭</w:t>
      </w:r>
    </w:p>
    <w:p>
      <w:pPr>
        <w:pStyle w:val="Heading2"/>
      </w:pPr>
      <w:r>
        <w:t>2.4. 기존 연구와 본 연구의 차별성 -&gt; 제가 가지고 있는 장점을 표현</w:t>
      </w:r>
    </w:p>
    <w:p>
      <w:r>
        <w:t>기존 연구와 비교한 본 연구의 차별성은 다음과 같다. 첫째, 실제 상담 환경의 자연 발화 VOC 음성 데이터를 사용하였다. 둘째, 외부 라벨 없이 음성 특징의 선형 결합으로 스트레스 지수를 설계하고, 내적 구성 타당도를 다각적으로 검증하였다. 셋째, 가중치 민감도 분석, Bootstrap 신뢰구간, Leave-One-Out 안정성 분석, 구간 프로파일 분석을 통해 지수 설계의 방법론적 엄밀성을 확보하였다.</w:t>
      </w:r>
    </w:p>
    <w:p>
      <w:pPr>
        <w:pStyle w:val="Heading1"/>
      </w:pPr>
      <w:r>
        <w:t>3. 연구 방법</w:t>
      </w:r>
    </w:p>
    <w:p>
      <w:r>
        <w:t>3.1. 연구 데이터  -&gt; 실제 상담 환경의 자연 발화 데이터를 다룬다는 점</w:t>
      </w:r>
    </w:p>
    <w:p>
      <w:pPr>
        <w:pStyle w:val="Heading3"/>
      </w:pPr>
      <w:r>
        <w:t>3.1.1. VOC 음성 데이터</w:t>
      </w:r>
    </w:p>
    <w:p>
      <w:r>
        <w:t>본 연구는 국내 콜센터 고객 상담 과정에서 수집된 VOC 음성 데이터를 분석 대상으로 사용하였다. 원본 데이터는 총 1,000건으로 수집되었으며, Whisper STT 처리 후 text 필드가 비어있는 6건을 제외한 994건을 최종 분석에 사용하였다. STT 처리 결과 텍스트 길이는 평균 885.0자(중앙값 579자), 단어 수는 평균 211.4개(중앙값 133개, 최소 2개, 최대 1,878개)로 나타났다. 데이터는 CSV 형식으로 관리되었으며, 입력 파일 경로는 final_voc_v2_REBUILT.csv를 기준으로 구성된다.</w:t>
      </w:r>
    </w:p>
    <w:p>
      <w:pPr>
        <w:pStyle w:val="Heading3"/>
      </w:pPr>
      <w:r>
        <w:t>3.1.2. 데이터 전처리</w:t>
      </w:r>
    </w:p>
    <w:p>
      <w:r>
        <w:t>전처리 과정은 4단계로 구성된다. (1) 음성 인식(STT): 음성 파일을 ffmpeg로 모노채널 16kHz WAV로 변환 후 OpenAI Whisper medium 모델로 한국어 텍스트 변환(06_whisper_stt_voc_1000.py). (2) 텍스트 정제 및 wpm 재계산: text 비어있는 6건 제거, 정규표현식 기반 토큰으로 word_cnt 산출, WPM 재계산(08_drop_empty_text_and_recalc_wpm.py, fix_text_counts_and_wpm.py). (3) 음성 특징 추출: librosa.feature.rms()로 energy_mean, librosa.pyin()으로 pitch_mean 추출, soundfile로 duration_sec 측정(rebuild_03_features.py). (4) 최종 데이터 구성: wav_id 기준 merge 후 dropna 처리로 994건 확정(rebuild_04_final.py).</w:t>
      </w:r>
    </w:p>
    <w:p>
      <w:pPr>
        <w:pStyle w:val="Heading2"/>
      </w:pPr>
      <w:r>
        <w:t>3.2. 음성 특징 변수 정의</w:t>
      </w:r>
    </w:p>
    <w:p>
      <w:r>
        <w:t>스트레스 지수를 구성하는 4개 음향 특징 변수는 librosa 및 soundfile 라이브러리를 통해 추출하였다(rebuild_03_features.py, Python 3.x 환경).</w:t>
      </w:r>
    </w:p>
    <w:p>
      <w:pPr>
        <w:pStyle w:val="Heading3"/>
      </w:pPr>
      <w:r>
        <w:t>3.2.1. 음성 에너지 (energy_mean)  -&gt; 강도</w:t>
      </w:r>
    </w:p>
    <w:p>
      <w:r>
        <w:t>발화 신호의 강도를 나타내는 지표로, 프레임별 RMS 에너지의 평균값이다. librosa.feature.rms()를 사용하였으며, 파라미터는 frame_length=2048, hop_length=512로 설정하였다.</w:t>
      </w:r>
    </w:p>
    <w:p>
      <w:r>
        <w:t>E = (1/N) Σ x(n)²</w:t>
      </w:r>
    </w:p>
    <w:p>
      <w:pPr>
        <w:pStyle w:val="Heading3"/>
      </w:pPr>
      <w:r>
        <w:t>3.2.2. 기본 주파수 (pitch_mean) -&gt; 높이</w:t>
      </w:r>
    </w:p>
    <w:p>
      <w:r>
        <w:t>성대 진동의 기본 주파수(F0)로 음성의 높낮이를 나타낸다. librosa.pyin() 알고리즘을 사용하여 voiced 구간의 F0를 추정하고 NaN(unvoiced) 제외 후 평균을 산출하였다. 추출 파라미터: fmin=C2(~65Hz), fmax=C7(~2,093Hz), sr=16000, frame_length=2048, hop_length=512.</w:t>
      </w:r>
    </w:p>
    <w:p>
      <w:r>
        <w:t>F0 = 1 / T₀  (T₀: 기본 주기)</w:t>
      </w:r>
    </w:p>
    <w:p>
      <w:pPr>
        <w:pStyle w:val="Heading3"/>
      </w:pPr>
      <w:r>
        <w:t>3.2.3. 발화 속도 (wpm) -&gt; 속도</w:t>
      </w:r>
    </w:p>
    <w:p>
      <w:r>
        <w:t>단위 시간당 발화 단어 수로, STT 결과 텍스트에서 정규표현식 기반 토큰 수를 duration_sec(분)으로 나누어 계산하였다.</w:t>
      </w:r>
    </w:p>
    <w:p>
      <w:r>
        <w:t>WPM = word_cnt × 60 / duration_sec</w:t>
      </w:r>
    </w:p>
    <w:p>
      <w:pPr>
        <w:pStyle w:val="Heading3"/>
      </w:pPr>
      <w:r>
        <w:t>3.2.4. 발화 길이 (duration_sec) -&gt; 길이</w:t>
      </w:r>
    </w:p>
    <w:p>
      <w:r>
        <w:t>발화 구간의 총 지속 시간(초)으로 soundfile.info().frames / samplerate로 산출하였다. duration_sec는 스트레스 지수에서 음(-) 방향으로 반영한다.</w:t>
      </w:r>
    </w:p>
    <w:p>
      <w:pPr>
        <w:pStyle w:val="Heading2"/>
      </w:pPr>
      <w:r>
        <w:t>3.3. 스트레스 지수 설계  -&gt; 수식의 정당화 하기 위해서 넣었습니다.</w:t>
      </w:r>
    </w:p>
    <w:p>
      <w:pPr>
        <w:pStyle w:val="Heading3"/>
      </w:pPr>
      <w:r>
        <w:t>3.3.1. 설계 철학 및 이론적 근거</w:t>
      </w:r>
    </w:p>
    <w:p>
      <w:r>
        <w:t>본 연구의 스트레스 지수는 외부 라벨이 없는 실제 상담 환경에서 적용 가능한 비지도(unsupervised) 방식으로 설계하였다. 각 음성 특징의 방향성은 선행연구에 기반하여 결정하였다. energy_mean과 pitch_mean은 스트레스 증가 시 상승하는 방향(+)으로, duration_sec는 단발성 고스트레스 발화 가설에 따라 감소 방향(-)으로 설정하였다(Hansen &amp; Patil, 2007; Scherer, 2003). wpm은 양(+) 방향으로 포함하되, 개인차가 크므로 균등 가중치로 설정하였다.</w:t>
      </w:r>
    </w:p>
    <w:p>
      <w:pPr>
        <w:pStyle w:val="Heading3"/>
      </w:pPr>
      <w:r>
        <w:t>3.3.2. 지수 생성 수식</w:t>
      </w:r>
    </w:p>
    <w:p>
      <w:r>
        <w:t>각 변수는 서로 다른 단위를 가지므로 z-score 표준화를 수행한 후 결합하였다.</w:t>
      </w:r>
    </w:p>
    <w:p>
      <w:r>
        <w:t>z_i = (x_i − μ_i) / σ_i</w:t>
      </w:r>
    </w:p>
    <w:p>
      <w:r>
        <w:t>표준화된 변수를 다음과 같이 균등 가중치로 결합하였다.</w:t>
      </w:r>
    </w:p>
    <w:p>
      <w:r>
        <w:t>stress_raw = (z_energy + z_pitch + z_wpm − z_duration) / 4</w:t>
      </w:r>
    </w:p>
    <w:p>
      <w:r>
        <w:t>생성된 지수는 min-max 정규화를 통해 0~1 범위로 변환하였다.</w:t>
      </w:r>
    </w:p>
    <w:p>
      <w:r>
        <w:t>stress_score = (stress_raw − min) / (max − min)</w:t>
      </w:r>
    </w:p>
    <w:p>
      <w:pPr>
        <w:pStyle w:val="Heading3"/>
      </w:pPr>
      <w:r>
        <w:t>3.3.3. 균등 가중치 선택 근거</w:t>
      </w:r>
    </w:p>
    <w:p>
      <w:r>
        <w:t>가중치를 균등(0.25)으로 설정한 이유는 다음과 같다. 첫째, 실제 상담 환경에서 어느 특징이 스트레스를 더 잘 반영하는지에 대한 사전 검증 데이터가 없으므로 임의적 가중치 부여는 편향을 초래할 수 있다. 둘째, 균등 가중치는 가장 단순하고 해석 가능한 방식으로, 지수 설계의 투명성을 확보한다(Nunnally &amp; Bernstein, 1994). 셋째, 민감도 분석을 통해 가중치 변화에도 지수가 안정적으로 유지되는지 사후 검증하였다.</w:t>
      </w:r>
    </w:p>
    <w:p>
      <w:pPr>
        <w:pStyle w:val="Heading2"/>
      </w:pPr>
      <w:r>
        <w:t>3.4. 구성 타당도 검증 방법</w:t>
      </w:r>
    </w:p>
    <w:p>
      <w:pPr>
        <w:pStyle w:val="Heading3"/>
      </w:pPr>
      <w:r>
        <w:t>3.4.1. 수렴 타당도 (Convergent Validity)</w:t>
      </w:r>
    </w:p>
    <w:p>
      <w:r>
        <w:t>스트레스와 이론적으로 높은 관련성을 가지는 변수(energy_mean, pitch_mean)가 stress_score와 실증적으로도 높은 상관(|r| ≥ 0.5)을 보이는지 검증하였다. Pearson 상관계수와 Bootstrap 2,000회 반복에 의한 95% 신뢰구간을 함께 산출하였다.</w:t>
      </w:r>
    </w:p>
    <w:p>
      <w:pPr>
        <w:pStyle w:val="Heading3"/>
      </w:pPr>
      <w:r>
        <w:t>3.4.2. 판별 타당도 (Discriminant Validity)</w:t>
      </w:r>
    </w:p>
    <w:p>
      <w:r>
        <w:t>스트레스와 이론적으로 약한 관련성을 가지는 변수(wpm, duration_sec)가 stress_score와 낮은 상관(|r| &lt; 0.3)을 보이는지 검증하였다. 이를 통해 지수가 특정 변수에만 편향되지 않았음을 확인하였다.</w:t>
      </w:r>
    </w:p>
    <w:p>
      <w:pPr>
        <w:pStyle w:val="Heading3"/>
      </w:pPr>
      <w:r>
        <w:t>3.4.3. 가중치 민감도 분석</w:t>
      </w:r>
    </w:p>
    <w:p>
      <w:r>
        <w:t>균등 가중치 외에 5가지 추가 시나리오(Pitch 중심, Energy 중심, Pitch+Energy 동등강조, WPM 제외, Duration 제외)에서 생성된 지수를 기본 지수와 비교하여 상관계수 및 분포 안정성을 확인하였다.</w:t>
      </w:r>
    </w:p>
    <w:p>
      <w:pPr>
        <w:pStyle w:val="Heading3"/>
      </w:pPr>
      <w:r>
        <w:t>3.4.4. 변수 제거 안정성 분석 (Leave-One-Out)</w:t>
      </w:r>
    </w:p>
    <w:p>
      <w:r>
        <w:t>각 변수를 하나씩 제거한 후 생성된 지수와 원본 지수의 상관계수를 계산하여 특정 변수에 대한 과도한 의존성 여부를 검증하였다. r ≥ 0.95를 안정, r &lt; 0.85를 불안정으로 판정하였다.</w:t>
      </w:r>
    </w:p>
    <w:p>
      <w:pPr>
        <w:pStyle w:val="Heading3"/>
      </w:pPr>
      <w:r>
        <w:t>3.4.5. 구간 프로파일 분석 (ANOVA)</w:t>
      </w:r>
    </w:p>
    <w:p>
      <w:r>
        <w:t>stress_score의 하위 33.3%ile(저스트레스), 33.3~66.7%ile(중스트레스), 상위 33.3%ile(고스트레스)의 3구간으로 분류하고, 각 구간에서 음성 특징의 평균 차이를 일원배치 분산분석(One-Way ANOVA)으로 검정하였다. 효과 크기는 η²(Eta-squared)로 산출하였으며, 사후검정은 Tukey HSD를 사용하였다.</w:t>
      </w:r>
    </w:p>
    <w:p>
      <w:pPr>
        <w:pStyle w:val="Heading2"/>
      </w:pPr>
      <w:r>
        <w:t>3.5. 분석 도구 및 환경</w:t>
      </w:r>
    </w:p>
    <w:p>
      <w:r>
        <w:t>분석에 사용된 소프트웨어 환경은 다음과 같다. Python 3.x 환경에서 pandas, numpy, scipy, statsmodels, librosa, soundfile, faster-whisper, matplotlib을 사용하였다. 다변량 OLS는 statsmodels.formula.api의 smf.ols()로 수행하였다(report_ols_voc_rebuilt.py). Bootstrap 신뢰구간은 numpy.random.default_rng(seed=42) 기반 2,000회 반복으로 산출하였다.</w:t>
      </w:r>
    </w:p>
    <w:p>
      <w:pPr>
        <w:pStyle w:val="Heading1"/>
      </w:pPr>
      <w:r>
        <w:t>4. 실험 결과  -&gt;  상관 → 단변량 회귀 → 다변량 회귀 → 민감도 → 타당도 → 구간분석 → LOO 안정성 순서 증명 하도록 실험 해 보았습니다.</w:t>
      </w:r>
    </w:p>
    <w:p>
      <w:r>
        <w:t>본 장에서는 스트레스 지수 구성 타당도 검증 결과를 제시한다. 기술통계 확인 후, 수렴/판별 타당도, 회귀분석, 가중치 민감도 분석, 구간 프로파일 분석 순으로 기술한다.</w:t>
      </w:r>
    </w:p>
    <w:p>
      <w:pPr>
        <w:pStyle w:val="Heading2"/>
      </w:pPr>
      <w:r>
        <w:t>4.1. 기술통계</w:t>
      </w:r>
    </w:p>
    <w:p>
      <w:r>
        <w:t>표 4-1은 분석에 사용된 주요 변수의 기술통계 결과이다(n=994).</w:t>
      </w:r>
    </w:p>
    <w:p>
      <w:r>
        <w:t>표 4-1. 주요 변수 기술통계 (n=994)</w:t>
      </w:r>
    </w:p>
    <w:p>
      <w:r>
        <w:rPr>
          <w:b/>
        </w:rPr>
        <w:t>원본 참조표 1</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5"/>
              </w:rPr>
              <w:t>변수</w:t>
            </w:r>
          </w:p>
        </w:tc>
        <w:tc>
          <w:tcPr>
            <w:tcW w:type="dxa" w:w="1233"/>
          </w:tcPr>
          <w:p>
            <w:r/>
            <w:r>
              <w:rPr>
                <w:rFonts w:ascii="Malgun Gothic" w:hAnsi="Malgun Gothic" w:eastAsia="Malgun Gothic"/>
                <w:b/>
                <w:sz w:val="15"/>
              </w:rPr>
              <w:t>평균</w:t>
            </w:r>
          </w:p>
        </w:tc>
        <w:tc>
          <w:tcPr>
            <w:tcW w:type="dxa" w:w="1233"/>
          </w:tcPr>
          <w:p>
            <w:r/>
            <w:r>
              <w:rPr>
                <w:rFonts w:ascii="Malgun Gothic" w:hAnsi="Malgun Gothic" w:eastAsia="Malgun Gothic"/>
                <w:b/>
                <w:sz w:val="15"/>
              </w:rPr>
              <w:t>표준편차</w:t>
            </w:r>
          </w:p>
        </w:tc>
        <w:tc>
          <w:tcPr>
            <w:tcW w:type="dxa" w:w="1233"/>
          </w:tcPr>
          <w:p>
            <w:r/>
            <w:r>
              <w:rPr>
                <w:rFonts w:ascii="Malgun Gothic" w:hAnsi="Malgun Gothic" w:eastAsia="Malgun Gothic"/>
                <w:b/>
                <w:sz w:val="15"/>
              </w:rPr>
              <w:t>최소값</w:t>
            </w:r>
          </w:p>
        </w:tc>
        <w:tc>
          <w:tcPr>
            <w:tcW w:type="dxa" w:w="1233"/>
          </w:tcPr>
          <w:p>
            <w:r/>
            <w:r>
              <w:rPr>
                <w:rFonts w:ascii="Malgun Gothic" w:hAnsi="Malgun Gothic" w:eastAsia="Malgun Gothic"/>
                <w:b/>
                <w:sz w:val="15"/>
              </w:rPr>
              <w:t>25%</w:t>
            </w:r>
          </w:p>
        </w:tc>
        <w:tc>
          <w:tcPr>
            <w:tcW w:type="dxa" w:w="1233"/>
          </w:tcPr>
          <w:p>
            <w:r/>
            <w:r>
              <w:rPr>
                <w:rFonts w:ascii="Malgun Gothic" w:hAnsi="Malgun Gothic" w:eastAsia="Malgun Gothic"/>
                <w:b/>
                <w:sz w:val="15"/>
              </w:rPr>
              <w:t>중앙값</w:t>
            </w:r>
          </w:p>
        </w:tc>
        <w:tc>
          <w:tcPr>
            <w:tcW w:type="dxa" w:w="1233"/>
          </w:tcPr>
          <w:p>
            <w:r/>
            <w:r>
              <w:rPr>
                <w:rFonts w:ascii="Malgun Gothic" w:hAnsi="Malgun Gothic" w:eastAsia="Malgun Gothic"/>
                <w:b/>
                <w:sz w:val="15"/>
              </w:rPr>
              <w:t>75%</w:t>
            </w:r>
          </w:p>
        </w:tc>
        <w:tc>
          <w:tcPr>
            <w:tcW w:type="dxa" w:w="1233"/>
          </w:tcPr>
          <w:p>
            <w:r/>
            <w:r>
              <w:rPr>
                <w:rFonts w:ascii="Malgun Gothic" w:hAnsi="Malgun Gothic" w:eastAsia="Malgun Gothic"/>
                <w:b/>
                <w:sz w:val="15"/>
              </w:rPr>
              <w:t>최대값</w:t>
            </w:r>
          </w:p>
        </w:tc>
      </w:tr>
      <w:tr>
        <w:trPr>
          <w:cantSplit/>
        </w:trPr>
        <w:tc>
          <w:tcPr>
            <w:tcW w:type="dxa" w:w="1233"/>
            <w:vAlign w:val="center"/>
          </w:tcPr>
          <w:p>
            <w:r/>
            <w:r>
              <w:rPr>
                <w:rFonts w:ascii="Malgun Gothic" w:hAnsi="Malgun Gothic" w:eastAsia="Malgun Gothic"/>
                <w:b w:val="0"/>
                <w:sz w:val="15"/>
              </w:rPr>
              <w:t>duration_sec</w:t>
            </w:r>
          </w:p>
        </w:tc>
        <w:tc>
          <w:tcPr>
            <w:tcW w:type="dxa" w:w="1233"/>
            <w:vAlign w:val="center"/>
          </w:tcPr>
          <w:p>
            <w:r/>
            <w:r>
              <w:rPr>
                <w:rFonts w:ascii="Malgun Gothic" w:hAnsi="Malgun Gothic" w:eastAsia="Malgun Gothic"/>
                <w:b w:val="0"/>
                <w:sz w:val="15"/>
              </w:rPr>
              <w:t>150.91</w:t>
            </w:r>
          </w:p>
        </w:tc>
        <w:tc>
          <w:tcPr>
            <w:tcW w:type="dxa" w:w="1233"/>
            <w:vAlign w:val="center"/>
          </w:tcPr>
          <w:p>
            <w:r/>
            <w:r>
              <w:rPr>
                <w:rFonts w:ascii="Malgun Gothic" w:hAnsi="Malgun Gothic" w:eastAsia="Malgun Gothic"/>
                <w:b w:val="0"/>
                <w:sz w:val="15"/>
              </w:rPr>
              <w:t>170.83</w:t>
            </w:r>
          </w:p>
        </w:tc>
        <w:tc>
          <w:tcPr>
            <w:tcW w:type="dxa" w:w="1233"/>
            <w:vAlign w:val="center"/>
          </w:tcPr>
          <w:p>
            <w:r/>
            <w:r>
              <w:rPr>
                <w:rFonts w:ascii="Malgun Gothic" w:hAnsi="Malgun Gothic" w:eastAsia="Malgun Gothic"/>
                <w:b w:val="0"/>
                <w:sz w:val="15"/>
              </w:rPr>
              <w:t>2.10</w:t>
            </w:r>
          </w:p>
        </w:tc>
        <w:tc>
          <w:tcPr>
            <w:tcW w:type="dxa" w:w="1233"/>
            <w:vAlign w:val="center"/>
          </w:tcPr>
          <w:p>
            <w:r/>
            <w:r>
              <w:rPr>
                <w:rFonts w:ascii="Malgun Gothic" w:hAnsi="Malgun Gothic" w:eastAsia="Malgun Gothic"/>
                <w:b w:val="0"/>
                <w:sz w:val="15"/>
              </w:rPr>
              <w:t>50.49</w:t>
            </w:r>
          </w:p>
        </w:tc>
        <w:tc>
          <w:tcPr>
            <w:tcW w:type="dxa" w:w="1233"/>
            <w:vAlign w:val="center"/>
          </w:tcPr>
          <w:p>
            <w:r/>
            <w:r>
              <w:rPr>
                <w:rFonts w:ascii="Malgun Gothic" w:hAnsi="Malgun Gothic" w:eastAsia="Malgun Gothic"/>
                <w:b w:val="0"/>
                <w:sz w:val="15"/>
              </w:rPr>
              <w:t>98.41</w:t>
            </w:r>
          </w:p>
        </w:tc>
        <w:tc>
          <w:tcPr>
            <w:tcW w:type="dxa" w:w="1233"/>
            <w:vAlign w:val="center"/>
          </w:tcPr>
          <w:p>
            <w:r/>
            <w:r>
              <w:rPr>
                <w:rFonts w:ascii="Malgun Gothic" w:hAnsi="Malgun Gothic" w:eastAsia="Malgun Gothic"/>
                <w:b w:val="0"/>
                <w:sz w:val="15"/>
              </w:rPr>
              <w:t>180.90</w:t>
            </w:r>
          </w:p>
        </w:tc>
        <w:tc>
          <w:tcPr>
            <w:tcW w:type="dxa" w:w="1233"/>
            <w:vAlign w:val="center"/>
          </w:tcPr>
          <w:p>
            <w:r/>
            <w:r>
              <w:rPr>
                <w:rFonts w:ascii="Malgun Gothic" w:hAnsi="Malgun Gothic" w:eastAsia="Malgun Gothic"/>
                <w:b w:val="0"/>
                <w:sz w:val="15"/>
              </w:rPr>
              <w:t>1,350.81</w:t>
            </w:r>
          </w:p>
        </w:tc>
      </w:tr>
      <w:tr>
        <w:trPr>
          <w:cantSplit/>
        </w:trPr>
        <w:tc>
          <w:tcPr>
            <w:tcW w:type="dxa" w:w="1233"/>
            <w:vAlign w:val="center"/>
          </w:tcPr>
          <w:p>
            <w:r/>
            <w:r>
              <w:rPr>
                <w:rFonts w:ascii="Malgun Gothic" w:hAnsi="Malgun Gothic" w:eastAsia="Malgun Gothic"/>
                <w:b w:val="0"/>
                <w:sz w:val="15"/>
              </w:rPr>
              <w:t>wpm</w:t>
            </w:r>
          </w:p>
        </w:tc>
        <w:tc>
          <w:tcPr>
            <w:tcW w:type="dxa" w:w="1233"/>
            <w:vAlign w:val="center"/>
          </w:tcPr>
          <w:p>
            <w:r/>
            <w:r>
              <w:rPr>
                <w:rFonts w:ascii="Malgun Gothic" w:hAnsi="Malgun Gothic" w:eastAsia="Malgun Gothic"/>
                <w:b w:val="0"/>
                <w:sz w:val="15"/>
              </w:rPr>
              <w:t>82.91</w:t>
            </w:r>
          </w:p>
        </w:tc>
        <w:tc>
          <w:tcPr>
            <w:tcW w:type="dxa" w:w="1233"/>
            <w:vAlign w:val="center"/>
          </w:tcPr>
          <w:p>
            <w:r/>
            <w:r>
              <w:rPr>
                <w:rFonts w:ascii="Malgun Gothic" w:hAnsi="Malgun Gothic" w:eastAsia="Malgun Gothic"/>
                <w:b w:val="0"/>
                <w:sz w:val="15"/>
              </w:rPr>
              <w:t>19.64</w:t>
            </w:r>
          </w:p>
        </w:tc>
        <w:tc>
          <w:tcPr>
            <w:tcW w:type="dxa" w:w="1233"/>
            <w:vAlign w:val="center"/>
          </w:tcPr>
          <w:p>
            <w:r/>
            <w:r>
              <w:rPr>
                <w:rFonts w:ascii="Malgun Gothic" w:hAnsi="Malgun Gothic" w:eastAsia="Malgun Gothic"/>
                <w:b w:val="0"/>
                <w:sz w:val="15"/>
              </w:rPr>
              <w:t>5.49</w:t>
            </w:r>
          </w:p>
        </w:tc>
        <w:tc>
          <w:tcPr>
            <w:tcW w:type="dxa" w:w="1233"/>
            <w:vAlign w:val="center"/>
          </w:tcPr>
          <w:p>
            <w:r/>
            <w:r>
              <w:rPr>
                <w:rFonts w:ascii="Malgun Gothic" w:hAnsi="Malgun Gothic" w:eastAsia="Malgun Gothic"/>
                <w:b w:val="0"/>
                <w:sz w:val="15"/>
              </w:rPr>
              <w:t>71.43</w:t>
            </w:r>
          </w:p>
        </w:tc>
        <w:tc>
          <w:tcPr>
            <w:tcW w:type="dxa" w:w="1233"/>
            <w:vAlign w:val="center"/>
          </w:tcPr>
          <w:p>
            <w:r/>
            <w:r>
              <w:rPr>
                <w:rFonts w:ascii="Malgun Gothic" w:hAnsi="Malgun Gothic" w:eastAsia="Malgun Gothic"/>
                <w:b w:val="0"/>
                <w:sz w:val="15"/>
              </w:rPr>
              <w:t>84.15</w:t>
            </w:r>
          </w:p>
        </w:tc>
        <w:tc>
          <w:tcPr>
            <w:tcW w:type="dxa" w:w="1233"/>
            <w:vAlign w:val="center"/>
          </w:tcPr>
          <w:p>
            <w:r/>
            <w:r>
              <w:rPr>
                <w:rFonts w:ascii="Malgun Gothic" w:hAnsi="Malgun Gothic" w:eastAsia="Malgun Gothic"/>
                <w:b w:val="0"/>
                <w:sz w:val="15"/>
              </w:rPr>
              <w:t>96.04</w:t>
            </w:r>
          </w:p>
        </w:tc>
        <w:tc>
          <w:tcPr>
            <w:tcW w:type="dxa" w:w="1233"/>
            <w:vAlign w:val="center"/>
          </w:tcPr>
          <w:p>
            <w:r/>
            <w:r>
              <w:rPr>
                <w:rFonts w:ascii="Malgun Gothic" w:hAnsi="Malgun Gothic" w:eastAsia="Malgun Gothic"/>
                <w:b w:val="0"/>
                <w:sz w:val="15"/>
              </w:rPr>
              <w:t>165.94</w:t>
            </w:r>
          </w:p>
        </w:tc>
      </w:tr>
      <w:tr>
        <w:trPr>
          <w:cantSplit/>
        </w:trPr>
        <w:tc>
          <w:tcPr>
            <w:tcW w:type="dxa" w:w="1233"/>
            <w:vAlign w:val="center"/>
          </w:tcPr>
          <w:p>
            <w:r/>
            <w:r>
              <w:rPr>
                <w:rFonts w:ascii="Malgun Gothic" w:hAnsi="Malgun Gothic" w:eastAsia="Malgun Gothic"/>
                <w:b w:val="0"/>
                <w:sz w:val="15"/>
              </w:rPr>
              <w:t>stress_score</w:t>
            </w:r>
          </w:p>
        </w:tc>
        <w:tc>
          <w:tcPr>
            <w:tcW w:type="dxa" w:w="1233"/>
            <w:vAlign w:val="center"/>
          </w:tcPr>
          <w:p>
            <w:r/>
            <w:r>
              <w:rPr>
                <w:rFonts w:ascii="Malgun Gothic" w:hAnsi="Malgun Gothic" w:eastAsia="Malgun Gothic"/>
                <w:b w:val="0"/>
                <w:sz w:val="15"/>
              </w:rPr>
              <w:t>0.2614</w:t>
            </w:r>
          </w:p>
        </w:tc>
        <w:tc>
          <w:tcPr>
            <w:tcW w:type="dxa" w:w="1233"/>
            <w:vAlign w:val="center"/>
          </w:tcPr>
          <w:p>
            <w:r/>
            <w:r>
              <w:rPr>
                <w:rFonts w:ascii="Malgun Gothic" w:hAnsi="Malgun Gothic" w:eastAsia="Malgun Gothic"/>
                <w:b w:val="0"/>
                <w:sz w:val="15"/>
              </w:rPr>
              <w:t>0.0643</w:t>
            </w:r>
          </w:p>
        </w:tc>
        <w:tc>
          <w:tcPr>
            <w:tcW w:type="dxa" w:w="1233"/>
            <w:vAlign w:val="center"/>
          </w:tcPr>
          <w:p>
            <w:r/>
            <w:r>
              <w:rPr>
                <w:rFonts w:ascii="Malgun Gothic" w:hAnsi="Malgun Gothic" w:eastAsia="Malgun Gothic"/>
                <w:b w:val="0"/>
                <w:sz w:val="15"/>
              </w:rPr>
              <w:t>0.042</w:t>
            </w:r>
          </w:p>
        </w:tc>
        <w:tc>
          <w:tcPr>
            <w:tcW w:type="dxa" w:w="1233"/>
            <w:vAlign w:val="center"/>
          </w:tcPr>
          <w:p>
            <w:r/>
            <w:r>
              <w:rPr>
                <w:rFonts w:ascii="Malgun Gothic" w:hAnsi="Malgun Gothic" w:eastAsia="Malgun Gothic"/>
                <w:b w:val="0"/>
                <w:sz w:val="15"/>
              </w:rPr>
              <w:t>0.2207</w:t>
            </w:r>
          </w:p>
        </w:tc>
        <w:tc>
          <w:tcPr>
            <w:tcW w:type="dxa" w:w="1233"/>
            <w:vAlign w:val="center"/>
          </w:tcPr>
          <w:p>
            <w:r/>
            <w:r>
              <w:rPr>
                <w:rFonts w:ascii="Malgun Gothic" w:hAnsi="Malgun Gothic" w:eastAsia="Malgun Gothic"/>
                <w:b w:val="0"/>
                <w:sz w:val="15"/>
              </w:rPr>
              <w:t>0.2572</w:t>
            </w:r>
          </w:p>
        </w:tc>
        <w:tc>
          <w:tcPr>
            <w:tcW w:type="dxa" w:w="1233"/>
            <w:vAlign w:val="center"/>
          </w:tcPr>
          <w:p>
            <w:r/>
            <w:r>
              <w:rPr>
                <w:rFonts w:ascii="Malgun Gothic" w:hAnsi="Malgun Gothic" w:eastAsia="Malgun Gothic"/>
                <w:b w:val="0"/>
                <w:sz w:val="15"/>
              </w:rPr>
              <w:t>0.3016</w:t>
            </w:r>
          </w:p>
        </w:tc>
        <w:tc>
          <w:tcPr>
            <w:tcW w:type="dxa" w:w="1233"/>
            <w:vAlign w:val="center"/>
          </w:tcPr>
          <w:p>
            <w:r/>
            <w:r>
              <w:rPr>
                <w:rFonts w:ascii="Malgun Gothic" w:hAnsi="Malgun Gothic" w:eastAsia="Malgun Gothic"/>
                <w:b w:val="0"/>
                <w:sz w:val="15"/>
              </w:rPr>
              <w:t>0.521</w:t>
            </w:r>
          </w:p>
        </w:tc>
      </w:tr>
      <w:tr>
        <w:trPr>
          <w:cantSplit/>
        </w:trPr>
        <w:tc>
          <w:tcPr>
            <w:tcW w:type="dxa" w:w="1233"/>
            <w:vAlign w:val="center"/>
          </w:tcPr>
          <w:p>
            <w:r/>
            <w:r>
              <w:rPr>
                <w:rFonts w:ascii="Malgun Gothic" w:hAnsi="Malgun Gothic" w:eastAsia="Malgun Gothic"/>
                <w:b w:val="0"/>
                <w:sz w:val="15"/>
              </w:rPr>
              <w:t>energy_mean</w:t>
            </w:r>
          </w:p>
        </w:tc>
        <w:tc>
          <w:tcPr>
            <w:tcW w:type="dxa" w:w="1233"/>
            <w:vAlign w:val="center"/>
          </w:tcPr>
          <w:p>
            <w:r/>
            <w:r>
              <w:rPr>
                <w:rFonts w:ascii="Malgun Gothic" w:hAnsi="Malgun Gothic" w:eastAsia="Malgun Gothic"/>
                <w:b w:val="0"/>
                <w:sz w:val="15"/>
              </w:rPr>
              <w:t>0.0509</w:t>
            </w:r>
          </w:p>
        </w:tc>
        <w:tc>
          <w:tcPr>
            <w:tcW w:type="dxa" w:w="1233"/>
            <w:vAlign w:val="center"/>
          </w:tcPr>
          <w:p>
            <w:r/>
            <w:r>
              <w:rPr>
                <w:rFonts w:ascii="Malgun Gothic" w:hAnsi="Malgun Gothic" w:eastAsia="Malgun Gothic"/>
                <w:b w:val="0"/>
                <w:sz w:val="15"/>
              </w:rPr>
              <w:t>0.0223</w:t>
            </w:r>
          </w:p>
        </w:tc>
        <w:tc>
          <w:tcPr>
            <w:tcW w:type="dxa" w:w="1233"/>
            <w:vAlign w:val="center"/>
          </w:tcPr>
          <w:p>
            <w:r/>
            <w:r>
              <w:rPr>
                <w:rFonts w:ascii="Malgun Gothic" w:hAnsi="Malgun Gothic" w:eastAsia="Malgun Gothic"/>
                <w:b w:val="0"/>
                <w:sz w:val="15"/>
              </w:rPr>
              <w:t>0.0011</w:t>
            </w:r>
          </w:p>
        </w:tc>
        <w:tc>
          <w:tcPr>
            <w:tcW w:type="dxa" w:w="1233"/>
            <w:vAlign w:val="center"/>
          </w:tcPr>
          <w:p>
            <w:r/>
            <w:r>
              <w:rPr>
                <w:rFonts w:ascii="Malgun Gothic" w:hAnsi="Malgun Gothic" w:eastAsia="Malgun Gothic"/>
                <w:b w:val="0"/>
                <w:sz w:val="15"/>
              </w:rPr>
              <w:t>0.0349</w:t>
            </w:r>
          </w:p>
        </w:tc>
        <w:tc>
          <w:tcPr>
            <w:tcW w:type="dxa" w:w="1233"/>
            <w:vAlign w:val="center"/>
          </w:tcPr>
          <w:p>
            <w:r/>
            <w:r>
              <w:rPr>
                <w:rFonts w:ascii="Malgun Gothic" w:hAnsi="Malgun Gothic" w:eastAsia="Malgun Gothic"/>
                <w:b w:val="0"/>
                <w:sz w:val="15"/>
              </w:rPr>
              <w:t>0.0483</w:t>
            </w:r>
          </w:p>
        </w:tc>
        <w:tc>
          <w:tcPr>
            <w:tcW w:type="dxa" w:w="1233"/>
            <w:vAlign w:val="center"/>
          </w:tcPr>
          <w:p>
            <w:r/>
            <w:r>
              <w:rPr>
                <w:rFonts w:ascii="Malgun Gothic" w:hAnsi="Malgun Gothic" w:eastAsia="Malgun Gothic"/>
                <w:b w:val="0"/>
                <w:sz w:val="15"/>
              </w:rPr>
              <w:t>0.0613</w:t>
            </w:r>
          </w:p>
        </w:tc>
        <w:tc>
          <w:tcPr>
            <w:tcW w:type="dxa" w:w="1233"/>
            <w:vAlign w:val="center"/>
          </w:tcPr>
          <w:p>
            <w:r/>
            <w:r>
              <w:rPr>
                <w:rFonts w:ascii="Malgun Gothic" w:hAnsi="Malgun Gothic" w:eastAsia="Malgun Gothic"/>
                <w:b w:val="0"/>
                <w:sz w:val="15"/>
              </w:rPr>
              <w:t>0.1641</w:t>
            </w:r>
          </w:p>
        </w:tc>
      </w:tr>
      <w:tr>
        <w:trPr>
          <w:cantSplit/>
        </w:trPr>
        <w:tc>
          <w:tcPr>
            <w:tcW w:type="dxa" w:w="1233"/>
            <w:vAlign w:val="center"/>
          </w:tcPr>
          <w:p>
            <w:r/>
            <w:r>
              <w:rPr>
                <w:rFonts w:ascii="Malgun Gothic" w:hAnsi="Malgun Gothic" w:eastAsia="Malgun Gothic"/>
                <w:b w:val="0"/>
                <w:sz w:val="15"/>
              </w:rPr>
              <w:t>pitch_mean (Hz)</w:t>
            </w:r>
          </w:p>
        </w:tc>
        <w:tc>
          <w:tcPr>
            <w:tcW w:type="dxa" w:w="1233"/>
            <w:vAlign w:val="center"/>
          </w:tcPr>
          <w:p>
            <w:r/>
            <w:r>
              <w:rPr>
                <w:rFonts w:ascii="Malgun Gothic" w:hAnsi="Malgun Gothic" w:eastAsia="Malgun Gothic"/>
                <w:b w:val="0"/>
                <w:sz w:val="15"/>
              </w:rPr>
              <w:t>220.73</w:t>
            </w:r>
          </w:p>
        </w:tc>
        <w:tc>
          <w:tcPr>
            <w:tcW w:type="dxa" w:w="1233"/>
            <w:vAlign w:val="center"/>
          </w:tcPr>
          <w:p>
            <w:r/>
            <w:r>
              <w:rPr>
                <w:rFonts w:ascii="Malgun Gothic" w:hAnsi="Malgun Gothic" w:eastAsia="Malgun Gothic"/>
                <w:b w:val="0"/>
                <w:sz w:val="15"/>
              </w:rPr>
              <w:t>22.94</w:t>
            </w:r>
          </w:p>
        </w:tc>
        <w:tc>
          <w:tcPr>
            <w:tcW w:type="dxa" w:w="1233"/>
            <w:vAlign w:val="center"/>
          </w:tcPr>
          <w:p>
            <w:r/>
            <w:r>
              <w:rPr>
                <w:rFonts w:ascii="Malgun Gothic" w:hAnsi="Malgun Gothic" w:eastAsia="Malgun Gothic"/>
                <w:b w:val="0"/>
                <w:sz w:val="15"/>
              </w:rPr>
              <w:t>122.83</w:t>
            </w:r>
          </w:p>
        </w:tc>
        <w:tc>
          <w:tcPr>
            <w:tcW w:type="dxa" w:w="1233"/>
            <w:vAlign w:val="center"/>
          </w:tcPr>
          <w:p>
            <w:r/>
            <w:r>
              <w:rPr>
                <w:rFonts w:ascii="Malgun Gothic" w:hAnsi="Malgun Gothic" w:eastAsia="Malgun Gothic"/>
                <w:b w:val="0"/>
                <w:sz w:val="15"/>
              </w:rPr>
              <w:t>207.96</w:t>
            </w:r>
          </w:p>
        </w:tc>
        <w:tc>
          <w:tcPr>
            <w:tcW w:type="dxa" w:w="1233"/>
            <w:vAlign w:val="center"/>
          </w:tcPr>
          <w:p>
            <w:r/>
            <w:r>
              <w:rPr>
                <w:rFonts w:ascii="Malgun Gothic" w:hAnsi="Malgun Gothic" w:eastAsia="Malgun Gothic"/>
                <w:b w:val="0"/>
                <w:sz w:val="15"/>
              </w:rPr>
              <w:t>221.62</w:t>
            </w:r>
          </w:p>
        </w:tc>
        <w:tc>
          <w:tcPr>
            <w:tcW w:type="dxa" w:w="1233"/>
            <w:vAlign w:val="center"/>
          </w:tcPr>
          <w:p>
            <w:r/>
            <w:r>
              <w:rPr>
                <w:rFonts w:ascii="Malgun Gothic" w:hAnsi="Malgun Gothic" w:eastAsia="Malgun Gothic"/>
                <w:b w:val="0"/>
                <w:sz w:val="15"/>
              </w:rPr>
              <w:t>235.41</w:t>
            </w:r>
          </w:p>
        </w:tc>
        <w:tc>
          <w:tcPr>
            <w:tcW w:type="dxa" w:w="1233"/>
            <w:vAlign w:val="center"/>
          </w:tcPr>
          <w:p>
            <w:r/>
            <w:r>
              <w:rPr>
                <w:rFonts w:ascii="Malgun Gothic" w:hAnsi="Malgun Gothic" w:eastAsia="Malgun Gothic"/>
                <w:b w:val="0"/>
                <w:sz w:val="15"/>
              </w:rPr>
              <w:t>286.02</w:t>
            </w:r>
          </w:p>
        </w:tc>
      </w:tr>
    </w:tbl>
    <w:p/>
    <w:p>
      <w:r>
        <w:t>stress_score는 평균 0.2614(SD=0.0643), 범위 0.042~0.521로 나타났다. 중앙값은 0.2572이며, Q25=0.2207, Q75=0.3016으로 분포가 비교적 대칭적인 구조를 보인다. 이는 대부분의 상담이 중간 수준의 스트레스 범위에 분포함을 나타낸다. duration_sec의 최대값이 1,350.81초(약 22분)로 나타나 일부 장시간 발화가 포함되어 있음을 확인하였다.</w:t>
      </w:r>
    </w:p>
    <w:p>
      <w:pPr>
        <w:pStyle w:val="Heading2"/>
      </w:pPr>
      <w:r>
        <w:t>4.2. 상관관계 분석</w:t>
      </w:r>
    </w:p>
    <w:p>
      <w:pPr>
        <w:pStyle w:val="Heading3"/>
      </w:pPr>
      <w:r>
        <w:t>4.2.1. 음성 특징 변수 간 상관관계</w:t>
      </w:r>
    </w:p>
    <w:p>
      <w:r>
        <w:t>그림 4-1은 4개 음성 특징 변수 간의 상관관계 히트맵이다. energy_mean과 pitch_mean 간 상관계수는 r=0.413으로 중간 수준의 관련성이 있으나, VIF 분석에서 두 변수의 VIF가 각각 1.23, 1.21로 나타나 다중공선성 문제는 없는 것으로 확인되었다.</w:t>
      </w:r>
    </w:p>
    <w:p>
      <w:pPr>
        <w:jc w:val="center"/>
      </w:pPr>
      <w:r>
        <w:drawing>
          <wp:inline xmlns:a="http://schemas.openxmlformats.org/drawingml/2006/main" xmlns:pic="http://schemas.openxmlformats.org/drawingml/2006/picture">
            <wp:extent cx="5852160" cy="5016137"/>
            <wp:docPr id="64" name="Picture 64"/>
            <wp:cNvGraphicFramePr>
              <a:graphicFrameLocks noChangeAspect="1"/>
            </wp:cNvGraphicFramePr>
            <a:graphic>
              <a:graphicData uri="http://schemas.openxmlformats.org/drawingml/2006/picture">
                <pic:pic>
                  <pic:nvPicPr>
                    <pic:cNvPr id="0" name="ref_유현동VOC_연구_중간보고_001.jpg"/>
                    <pic:cNvPicPr/>
                  </pic:nvPicPr>
                  <pic:blipFill>
                    <a:blip r:embed="rId65"/>
                    <a:stretch>
                      <a:fillRect/>
                    </a:stretch>
                  </pic:blipFill>
                  <pic:spPr>
                    <a:xfrm>
                      <a:off x="0" y="0"/>
                      <a:ext cx="5852160" cy="5016137"/>
                    </a:xfrm>
                    <a:prstGeom prst="rect"/>
                  </pic:spPr>
                </pic:pic>
              </a:graphicData>
            </a:graphic>
          </wp:inline>
        </w:drawing>
      </w:r>
    </w:p>
    <w:p>
      <w:r>
        <w:t>그림 4-1. 음성 특징 변수 간 상관관계 히트맵</w:t>
      </w:r>
    </w:p>
    <w:p>
      <w:r>
        <w:t>표 4-2. 음성 특징 변수 간 상관계수</w:t>
      </w:r>
    </w:p>
    <w:p>
      <w:r>
        <w:rPr>
          <w:b/>
        </w:rPr>
        <w:t>원본 참조표 2</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변수</w:t>
            </w:r>
          </w:p>
        </w:tc>
        <w:tc>
          <w:tcPr>
            <w:tcW w:type="dxa" w:w="1973"/>
          </w:tcPr>
          <w:p>
            <w:r/>
            <w:r>
              <w:rPr>
                <w:rFonts w:ascii="Malgun Gothic" w:hAnsi="Malgun Gothic" w:eastAsia="Malgun Gothic"/>
                <w:b/>
                <w:sz w:val="15"/>
              </w:rPr>
              <w:t>energy_mean</w:t>
            </w:r>
          </w:p>
        </w:tc>
        <w:tc>
          <w:tcPr>
            <w:tcW w:type="dxa" w:w="1973"/>
          </w:tcPr>
          <w:p>
            <w:r/>
            <w:r>
              <w:rPr>
                <w:rFonts w:ascii="Malgun Gothic" w:hAnsi="Malgun Gothic" w:eastAsia="Malgun Gothic"/>
                <w:b/>
                <w:sz w:val="15"/>
              </w:rPr>
              <w:t>pitch_mean</w:t>
            </w:r>
          </w:p>
        </w:tc>
        <w:tc>
          <w:tcPr>
            <w:tcW w:type="dxa" w:w="1973"/>
          </w:tcPr>
          <w:p>
            <w:r/>
            <w:r>
              <w:rPr>
                <w:rFonts w:ascii="Malgun Gothic" w:hAnsi="Malgun Gothic" w:eastAsia="Malgun Gothic"/>
                <w:b/>
                <w:sz w:val="15"/>
              </w:rPr>
              <w:t>wpm</w:t>
            </w:r>
          </w:p>
        </w:tc>
        <w:tc>
          <w:tcPr>
            <w:tcW w:type="dxa" w:w="1973"/>
          </w:tcPr>
          <w:p>
            <w:r/>
            <w:r>
              <w:rPr>
                <w:rFonts w:ascii="Malgun Gothic" w:hAnsi="Malgun Gothic" w:eastAsia="Malgun Gothic"/>
                <w:b/>
                <w:sz w:val="15"/>
              </w:rPr>
              <w:t>duration_sec</w:t>
            </w:r>
          </w:p>
        </w:tc>
      </w:tr>
      <w:tr>
        <w:trPr>
          <w:cantSplit/>
        </w:trPr>
        <w:tc>
          <w:tcPr>
            <w:tcW w:type="dxa" w:w="1973"/>
            <w:vAlign w:val="center"/>
          </w:tcPr>
          <w:p>
            <w:r/>
            <w:r>
              <w:rPr>
                <w:rFonts w:ascii="Malgun Gothic" w:hAnsi="Malgun Gothic" w:eastAsia="Malgun Gothic"/>
                <w:b w:val="0"/>
                <w:sz w:val="15"/>
              </w:rPr>
              <w:t>energy_mean</w:t>
            </w:r>
          </w:p>
        </w:tc>
        <w:tc>
          <w:tcPr>
            <w:tcW w:type="dxa" w:w="1973"/>
            <w:vAlign w:val="center"/>
          </w:tcPr>
          <w:p>
            <w:r/>
            <w:r>
              <w:rPr>
                <w:rFonts w:ascii="Malgun Gothic" w:hAnsi="Malgun Gothic" w:eastAsia="Malgun Gothic"/>
                <w:b w:val="0"/>
                <w:sz w:val="15"/>
              </w:rPr>
              <w:t>1.000</w:t>
            </w:r>
          </w:p>
        </w:tc>
        <w:tc>
          <w:tcPr>
            <w:tcW w:type="dxa" w:w="1973"/>
            <w:vAlign w:val="center"/>
          </w:tcPr>
          <w:p>
            <w:r/>
            <w:r>
              <w:rPr>
                <w:rFonts w:ascii="Malgun Gothic" w:hAnsi="Malgun Gothic" w:eastAsia="Malgun Gothic"/>
                <w:b w:val="0"/>
                <w:sz w:val="15"/>
              </w:rPr>
              <w:t>0.413</w:t>
            </w:r>
          </w:p>
        </w:tc>
        <w:tc>
          <w:tcPr>
            <w:tcW w:type="dxa" w:w="1973"/>
            <w:vAlign w:val="center"/>
          </w:tcPr>
          <w:p>
            <w:r/>
            <w:r>
              <w:rPr>
                <w:rFonts w:ascii="Malgun Gothic" w:hAnsi="Malgun Gothic" w:eastAsia="Malgun Gothic"/>
                <w:b w:val="0"/>
                <w:sz w:val="15"/>
              </w:rPr>
              <w:t>0.102</w:t>
            </w:r>
          </w:p>
        </w:tc>
        <w:tc>
          <w:tcPr>
            <w:tcW w:type="dxa" w:w="1973"/>
            <w:vAlign w:val="center"/>
          </w:tcPr>
          <w:p>
            <w:r/>
            <w:r>
              <w:rPr>
                <w:rFonts w:ascii="Malgun Gothic" w:hAnsi="Malgun Gothic" w:eastAsia="Malgun Gothic"/>
                <w:b w:val="0"/>
                <w:sz w:val="15"/>
              </w:rPr>
              <w:t>-0.132</w:t>
            </w:r>
          </w:p>
        </w:tc>
      </w:tr>
      <w:tr>
        <w:trPr>
          <w:cantSplit/>
        </w:trPr>
        <w:tc>
          <w:tcPr>
            <w:tcW w:type="dxa" w:w="1973"/>
            <w:vAlign w:val="center"/>
          </w:tcPr>
          <w:p>
            <w:r/>
            <w:r>
              <w:rPr>
                <w:rFonts w:ascii="Malgun Gothic" w:hAnsi="Malgun Gothic" w:eastAsia="Malgun Gothic"/>
                <w:b w:val="0"/>
                <w:sz w:val="15"/>
              </w:rPr>
              <w:t>pitch_mean</w:t>
            </w:r>
          </w:p>
        </w:tc>
        <w:tc>
          <w:tcPr>
            <w:tcW w:type="dxa" w:w="1973"/>
            <w:vAlign w:val="center"/>
          </w:tcPr>
          <w:p>
            <w:r/>
            <w:r>
              <w:rPr>
                <w:rFonts w:ascii="Malgun Gothic" w:hAnsi="Malgun Gothic" w:eastAsia="Malgun Gothic"/>
                <w:b w:val="0"/>
                <w:sz w:val="15"/>
              </w:rPr>
              <w:t>0.413</w:t>
            </w:r>
          </w:p>
        </w:tc>
        <w:tc>
          <w:tcPr>
            <w:tcW w:type="dxa" w:w="1973"/>
            <w:vAlign w:val="center"/>
          </w:tcPr>
          <w:p>
            <w:r/>
            <w:r>
              <w:rPr>
                <w:rFonts w:ascii="Malgun Gothic" w:hAnsi="Malgun Gothic" w:eastAsia="Malgun Gothic"/>
                <w:b w:val="0"/>
                <w:sz w:val="15"/>
              </w:rPr>
              <w:t>1.000</w:t>
            </w:r>
          </w:p>
        </w:tc>
        <w:tc>
          <w:tcPr>
            <w:tcW w:type="dxa" w:w="1973"/>
            <w:vAlign w:val="center"/>
          </w:tcPr>
          <w:p>
            <w:r/>
            <w:r>
              <w:rPr>
                <w:rFonts w:ascii="Malgun Gothic" w:hAnsi="Malgun Gothic" w:eastAsia="Malgun Gothic"/>
                <w:b w:val="0"/>
                <w:sz w:val="15"/>
              </w:rPr>
              <w:t>0.093</w:t>
            </w:r>
          </w:p>
        </w:tc>
        <w:tc>
          <w:tcPr>
            <w:tcW w:type="dxa" w:w="1973"/>
            <w:vAlign w:val="center"/>
          </w:tcPr>
          <w:p>
            <w:r/>
            <w:r>
              <w:rPr>
                <w:rFonts w:ascii="Malgun Gothic" w:hAnsi="Malgun Gothic" w:eastAsia="Malgun Gothic"/>
                <w:b w:val="0"/>
                <w:sz w:val="15"/>
              </w:rPr>
              <w:t>-0.083</w:t>
            </w:r>
          </w:p>
        </w:tc>
      </w:tr>
      <w:tr>
        <w:trPr>
          <w:cantSplit/>
        </w:trPr>
        <w:tc>
          <w:tcPr>
            <w:tcW w:type="dxa" w:w="1973"/>
            <w:vAlign w:val="center"/>
          </w:tcPr>
          <w:p>
            <w:r/>
            <w:r>
              <w:rPr>
                <w:rFonts w:ascii="Malgun Gothic" w:hAnsi="Malgun Gothic" w:eastAsia="Malgun Gothic"/>
                <w:b w:val="0"/>
                <w:sz w:val="15"/>
              </w:rPr>
              <w:t>wpm</w:t>
            </w:r>
          </w:p>
        </w:tc>
        <w:tc>
          <w:tcPr>
            <w:tcW w:type="dxa" w:w="1973"/>
            <w:vAlign w:val="center"/>
          </w:tcPr>
          <w:p>
            <w:r/>
            <w:r>
              <w:rPr>
                <w:rFonts w:ascii="Malgun Gothic" w:hAnsi="Malgun Gothic" w:eastAsia="Malgun Gothic"/>
                <w:b w:val="0"/>
                <w:sz w:val="15"/>
              </w:rPr>
              <w:t>0.102</w:t>
            </w:r>
          </w:p>
        </w:tc>
        <w:tc>
          <w:tcPr>
            <w:tcW w:type="dxa" w:w="1973"/>
            <w:vAlign w:val="center"/>
          </w:tcPr>
          <w:p>
            <w:r/>
            <w:r>
              <w:rPr>
                <w:rFonts w:ascii="Malgun Gothic" w:hAnsi="Malgun Gothic" w:eastAsia="Malgun Gothic"/>
                <w:b w:val="0"/>
                <w:sz w:val="15"/>
              </w:rPr>
              <w:t>0.093</w:t>
            </w:r>
          </w:p>
        </w:tc>
        <w:tc>
          <w:tcPr>
            <w:tcW w:type="dxa" w:w="1973"/>
            <w:vAlign w:val="center"/>
          </w:tcPr>
          <w:p>
            <w:r/>
            <w:r>
              <w:rPr>
                <w:rFonts w:ascii="Malgun Gothic" w:hAnsi="Malgun Gothic" w:eastAsia="Malgun Gothic"/>
                <w:b w:val="0"/>
                <w:sz w:val="15"/>
              </w:rPr>
              <w:t>1.000</w:t>
            </w:r>
          </w:p>
        </w:tc>
        <w:tc>
          <w:tcPr>
            <w:tcW w:type="dxa" w:w="1973"/>
            <w:vAlign w:val="center"/>
          </w:tcPr>
          <w:p>
            <w:r/>
            <w:r>
              <w:rPr>
                <w:rFonts w:ascii="Malgun Gothic" w:hAnsi="Malgun Gothic" w:eastAsia="Malgun Gothic"/>
                <w:b w:val="0"/>
                <w:sz w:val="15"/>
              </w:rPr>
              <w:t>0.084</w:t>
            </w:r>
          </w:p>
        </w:tc>
      </w:tr>
      <w:tr>
        <w:trPr>
          <w:cantSplit/>
        </w:trPr>
        <w:tc>
          <w:tcPr>
            <w:tcW w:type="dxa" w:w="1973"/>
            <w:vAlign w:val="center"/>
          </w:tcPr>
          <w:p>
            <w:r/>
            <w:r>
              <w:rPr>
                <w:rFonts w:ascii="Malgun Gothic" w:hAnsi="Malgun Gothic" w:eastAsia="Malgun Gothic"/>
                <w:b w:val="0"/>
                <w:sz w:val="15"/>
              </w:rPr>
              <w:t>duration_sec</w:t>
            </w:r>
          </w:p>
        </w:tc>
        <w:tc>
          <w:tcPr>
            <w:tcW w:type="dxa" w:w="1973"/>
            <w:vAlign w:val="center"/>
          </w:tcPr>
          <w:p>
            <w:r/>
            <w:r>
              <w:rPr>
                <w:rFonts w:ascii="Malgun Gothic" w:hAnsi="Malgun Gothic" w:eastAsia="Malgun Gothic"/>
                <w:b w:val="0"/>
                <w:sz w:val="15"/>
              </w:rPr>
              <w:t>-0.132</w:t>
            </w:r>
          </w:p>
        </w:tc>
        <w:tc>
          <w:tcPr>
            <w:tcW w:type="dxa" w:w="1973"/>
            <w:vAlign w:val="center"/>
          </w:tcPr>
          <w:p>
            <w:r/>
            <w:r>
              <w:rPr>
                <w:rFonts w:ascii="Malgun Gothic" w:hAnsi="Malgun Gothic" w:eastAsia="Malgun Gothic"/>
                <w:b w:val="0"/>
                <w:sz w:val="15"/>
              </w:rPr>
              <w:t>-0.083</w:t>
            </w:r>
          </w:p>
        </w:tc>
        <w:tc>
          <w:tcPr>
            <w:tcW w:type="dxa" w:w="1973"/>
            <w:vAlign w:val="center"/>
          </w:tcPr>
          <w:p>
            <w:r/>
            <w:r>
              <w:rPr>
                <w:rFonts w:ascii="Malgun Gothic" w:hAnsi="Malgun Gothic" w:eastAsia="Malgun Gothic"/>
                <w:b w:val="0"/>
                <w:sz w:val="15"/>
              </w:rPr>
              <w:t>0.084</w:t>
            </w:r>
          </w:p>
        </w:tc>
        <w:tc>
          <w:tcPr>
            <w:tcW w:type="dxa" w:w="1973"/>
            <w:vAlign w:val="center"/>
          </w:tcPr>
          <w:p>
            <w:r/>
            <w:r>
              <w:rPr>
                <w:rFonts w:ascii="Malgun Gothic" w:hAnsi="Malgun Gothic" w:eastAsia="Malgun Gothic"/>
                <w:b w:val="0"/>
                <w:sz w:val="15"/>
              </w:rPr>
              <w:t>1.000</w:t>
            </w:r>
          </w:p>
        </w:tc>
      </w:tr>
    </w:tbl>
    <w:p/>
    <w:p>
      <w:pPr>
        <w:pStyle w:val="Heading3"/>
      </w:pPr>
      <w:r>
        <w:t>4.2.2. stress_score와 음성 특징 간 상관관계</w:t>
      </w:r>
    </w:p>
    <w:p>
      <w:r>
        <w:t>그림 4-2는 stress_score를 포함한 상관관계 히트맵이며, 표 4-3은 Pearson 상관계수 결과이다.</w:t>
      </w:r>
    </w:p>
    <w:p>
      <w:pPr>
        <w:jc w:val="center"/>
      </w:pPr>
      <w:r>
        <w:drawing>
          <wp:inline xmlns:a="http://schemas.openxmlformats.org/drawingml/2006/main" xmlns:pic="http://schemas.openxmlformats.org/drawingml/2006/picture">
            <wp:extent cx="5852160" cy="5016137"/>
            <wp:docPr id="65" name="Picture 65"/>
            <wp:cNvGraphicFramePr>
              <a:graphicFrameLocks noChangeAspect="1"/>
            </wp:cNvGraphicFramePr>
            <a:graphic>
              <a:graphicData uri="http://schemas.openxmlformats.org/drawingml/2006/picture">
                <pic:pic>
                  <pic:nvPicPr>
                    <pic:cNvPr id="0" name="ref_유현동VOC_연구_중간보고_002.jpg"/>
                    <pic:cNvPicPr/>
                  </pic:nvPicPr>
                  <pic:blipFill>
                    <a:blip r:embed="rId66"/>
                    <a:stretch>
                      <a:fillRect/>
                    </a:stretch>
                  </pic:blipFill>
                  <pic:spPr>
                    <a:xfrm>
                      <a:off x="0" y="0"/>
                      <a:ext cx="5852160" cy="5016137"/>
                    </a:xfrm>
                    <a:prstGeom prst="rect"/>
                  </pic:spPr>
                </pic:pic>
              </a:graphicData>
            </a:graphic>
          </wp:inline>
        </w:drawing>
      </w:r>
    </w:p>
    <w:p>
      <w:r>
        <w:t>그림 4-2. stress_score 포함 상관관계 히트맵</w:t>
      </w:r>
    </w:p>
    <w:p>
      <w:r>
        <w:t>표 4-3. stress_score와 음성 특징 변수 간 Pearson 상관계수 (n=994)</w:t>
      </w:r>
    </w:p>
    <w:p>
      <w:r>
        <w:rPr>
          <w:b/>
        </w:rPr>
        <w:t>원본 참조표 3</w:t>
      </w:r>
    </w:p>
    <w:tbl>
      <w:tblPr>
        <w:tblStyle w:val="TableGrid"/>
        <w:tblW w:type="auto" w:w="0"/>
        <w:jc w:val="center"/>
        <w:tblLook w:firstColumn="1" w:firstRow="1" w:lastColumn="0" w:lastRow="0" w:noHBand="0" w:noVBand="1" w:val="04A0"/>
      </w:tblPr>
      <w:tblGrid>
        <w:gridCol w:w="1973"/>
        <w:gridCol w:w="1973"/>
        <w:gridCol w:w="1973"/>
        <w:gridCol w:w="1973"/>
        <w:gridCol w:w="1973"/>
      </w:tblGrid>
      <w:tr>
        <w:trPr>
          <w:tblHeader w:val="true"/>
          <w:cantSplit/>
        </w:trPr>
        <w:tc>
          <w:tcPr>
            <w:tcW w:type="dxa" w:w="1973"/>
          </w:tcPr>
          <w:p>
            <w:r/>
            <w:r>
              <w:rPr>
                <w:rFonts w:ascii="Malgun Gothic" w:hAnsi="Malgun Gothic" w:eastAsia="Malgun Gothic"/>
                <w:b/>
                <w:sz w:val="15"/>
              </w:rPr>
              <w:t>변수</w:t>
            </w:r>
          </w:p>
        </w:tc>
        <w:tc>
          <w:tcPr>
            <w:tcW w:type="dxa" w:w="1973"/>
          </w:tcPr>
          <w:p>
            <w:r/>
            <w:r>
              <w:rPr>
                <w:rFonts w:ascii="Malgun Gothic" w:hAnsi="Malgun Gothic" w:eastAsia="Malgun Gothic"/>
                <w:b/>
                <w:sz w:val="15"/>
              </w:rPr>
              <w:t>상관계수 (r)</w:t>
            </w:r>
          </w:p>
        </w:tc>
        <w:tc>
          <w:tcPr>
            <w:tcW w:type="dxa" w:w="1973"/>
          </w:tcPr>
          <w:p>
            <w:r/>
            <w:r>
              <w:rPr>
                <w:rFonts w:ascii="Malgun Gothic" w:hAnsi="Malgun Gothic" w:eastAsia="Malgun Gothic"/>
                <w:b/>
                <w:sz w:val="15"/>
              </w:rPr>
              <w:t>유의확률 (p)</w:t>
            </w:r>
          </w:p>
        </w:tc>
        <w:tc>
          <w:tcPr>
            <w:tcW w:type="dxa" w:w="1973"/>
          </w:tcPr>
          <w:p>
            <w:r/>
            <w:r>
              <w:rPr>
                <w:rFonts w:ascii="Malgun Gothic" w:hAnsi="Malgun Gothic" w:eastAsia="Malgun Gothic"/>
                <w:b/>
                <w:sz w:val="15"/>
              </w:rPr>
              <w:t>타당도 유형</w:t>
            </w:r>
          </w:p>
        </w:tc>
        <w:tc>
          <w:tcPr>
            <w:tcW w:type="dxa" w:w="1973"/>
          </w:tcPr>
          <w:p>
            <w:r/>
            <w:r>
              <w:rPr>
                <w:rFonts w:ascii="Malgun Gothic" w:hAnsi="Malgun Gothic" w:eastAsia="Malgun Gothic"/>
                <w:b/>
                <w:sz w:val="15"/>
              </w:rPr>
              <w:t>판정</w:t>
            </w:r>
          </w:p>
        </w:tc>
      </w:tr>
      <w:tr>
        <w:trPr>
          <w:cantSplit/>
        </w:trPr>
        <w:tc>
          <w:tcPr>
            <w:tcW w:type="dxa" w:w="1973"/>
            <w:vAlign w:val="center"/>
          </w:tcPr>
          <w:p>
            <w:r/>
            <w:r>
              <w:rPr>
                <w:rFonts w:ascii="Malgun Gothic" w:hAnsi="Malgun Gothic" w:eastAsia="Malgun Gothic"/>
                <w:b w:val="0"/>
                <w:sz w:val="15"/>
              </w:rPr>
              <w:t>pitch_mean</w:t>
            </w:r>
          </w:p>
        </w:tc>
        <w:tc>
          <w:tcPr>
            <w:tcW w:type="dxa" w:w="1973"/>
            <w:vAlign w:val="center"/>
          </w:tcPr>
          <w:p>
            <w:r/>
            <w:r>
              <w:rPr>
                <w:rFonts w:ascii="Malgun Gothic" w:hAnsi="Malgun Gothic" w:eastAsia="Malgun Gothic"/>
                <w:b w:val="0"/>
                <w:sz w:val="15"/>
              </w:rPr>
              <w:t>0.8670</w:t>
            </w:r>
          </w:p>
        </w:tc>
        <w:tc>
          <w:tcPr>
            <w:tcW w:type="dxa" w:w="1973"/>
            <w:vAlign w:val="center"/>
          </w:tcPr>
          <w:p>
            <w:r/>
            <w:r>
              <w:rPr>
                <w:rFonts w:ascii="Malgun Gothic" w:hAnsi="Malgun Gothic" w:eastAsia="Malgun Gothic"/>
                <w:b w:val="0"/>
                <w:sz w:val="15"/>
              </w:rPr>
              <w:t>2.05e-302</w:t>
            </w:r>
          </w:p>
        </w:tc>
        <w:tc>
          <w:tcPr>
            <w:tcW w:type="dxa" w:w="1973"/>
            <w:vAlign w:val="center"/>
          </w:tcPr>
          <w:p>
            <w:r/>
            <w:r>
              <w:rPr>
                <w:rFonts w:ascii="Malgun Gothic" w:hAnsi="Malgun Gothic" w:eastAsia="Malgun Gothic"/>
                <w:b w:val="0"/>
                <w:sz w:val="15"/>
              </w:rPr>
              <w:t>수렴 타당도</w:t>
            </w:r>
          </w:p>
        </w:tc>
        <w:tc>
          <w:tcPr>
            <w:tcW w:type="dxa" w:w="1973"/>
            <w:vAlign w:val="center"/>
          </w:tcPr>
          <w:p>
            <w:r/>
            <w:r>
              <w:rPr>
                <w:rFonts w:ascii="Malgun Gothic" w:hAnsi="Malgun Gothic" w:eastAsia="Malgun Gothic"/>
                <w:b w:val="0"/>
                <w:sz w:val="15"/>
              </w:rPr>
              <w:t>✓ 충족 (r≥0.5)</w:t>
            </w:r>
          </w:p>
        </w:tc>
      </w:tr>
      <w:tr>
        <w:trPr>
          <w:cantSplit/>
        </w:trPr>
        <w:tc>
          <w:tcPr>
            <w:tcW w:type="dxa" w:w="1973"/>
            <w:vAlign w:val="center"/>
          </w:tcPr>
          <w:p>
            <w:r/>
            <w:r>
              <w:rPr>
                <w:rFonts w:ascii="Malgun Gothic" w:hAnsi="Malgun Gothic" w:eastAsia="Malgun Gothic"/>
                <w:b w:val="0"/>
                <w:sz w:val="15"/>
              </w:rPr>
              <w:t>energy_mean</w:t>
            </w:r>
          </w:p>
        </w:tc>
        <w:tc>
          <w:tcPr>
            <w:tcW w:type="dxa" w:w="1973"/>
            <w:vAlign w:val="center"/>
          </w:tcPr>
          <w:p>
            <w:r/>
            <w:r>
              <w:rPr>
                <w:rFonts w:ascii="Malgun Gothic" w:hAnsi="Malgun Gothic" w:eastAsia="Malgun Gothic"/>
                <w:b w:val="0"/>
                <w:sz w:val="15"/>
              </w:rPr>
              <w:t>0.8115</w:t>
            </w:r>
          </w:p>
        </w:tc>
        <w:tc>
          <w:tcPr>
            <w:tcW w:type="dxa" w:w="1973"/>
            <w:vAlign w:val="center"/>
          </w:tcPr>
          <w:p>
            <w:r/>
            <w:r>
              <w:rPr>
                <w:rFonts w:ascii="Malgun Gothic" w:hAnsi="Malgun Gothic" w:eastAsia="Malgun Gothic"/>
                <w:b w:val="0"/>
                <w:sz w:val="15"/>
              </w:rPr>
              <w:t>9.86e-234</w:t>
            </w:r>
          </w:p>
        </w:tc>
        <w:tc>
          <w:tcPr>
            <w:tcW w:type="dxa" w:w="1973"/>
            <w:vAlign w:val="center"/>
          </w:tcPr>
          <w:p>
            <w:r/>
            <w:r>
              <w:rPr>
                <w:rFonts w:ascii="Malgun Gothic" w:hAnsi="Malgun Gothic" w:eastAsia="Malgun Gothic"/>
                <w:b w:val="0"/>
                <w:sz w:val="15"/>
              </w:rPr>
              <w:t>수렴 타당도</w:t>
            </w:r>
          </w:p>
        </w:tc>
        <w:tc>
          <w:tcPr>
            <w:tcW w:type="dxa" w:w="1973"/>
            <w:vAlign w:val="center"/>
          </w:tcPr>
          <w:p>
            <w:r/>
            <w:r>
              <w:rPr>
                <w:rFonts w:ascii="Malgun Gothic" w:hAnsi="Malgun Gothic" w:eastAsia="Malgun Gothic"/>
                <w:b w:val="0"/>
                <w:sz w:val="15"/>
              </w:rPr>
              <w:t>✓ 충족 (r≥0.5)</w:t>
            </w:r>
          </w:p>
        </w:tc>
      </w:tr>
      <w:tr>
        <w:trPr>
          <w:cantSplit/>
        </w:trPr>
        <w:tc>
          <w:tcPr>
            <w:tcW w:type="dxa" w:w="1973"/>
            <w:vAlign w:val="center"/>
          </w:tcPr>
          <w:p>
            <w:r/>
            <w:r>
              <w:rPr>
                <w:rFonts w:ascii="Malgun Gothic" w:hAnsi="Malgun Gothic" w:eastAsia="Malgun Gothic"/>
                <w:b w:val="0"/>
                <w:sz w:val="15"/>
              </w:rPr>
              <w:t>wpm</w:t>
            </w:r>
          </w:p>
        </w:tc>
        <w:tc>
          <w:tcPr>
            <w:tcW w:type="dxa" w:w="1973"/>
            <w:vAlign w:val="center"/>
          </w:tcPr>
          <w:p>
            <w:r/>
            <w:r>
              <w:rPr>
                <w:rFonts w:ascii="Malgun Gothic" w:hAnsi="Malgun Gothic" w:eastAsia="Malgun Gothic"/>
                <w:b w:val="0"/>
                <w:sz w:val="15"/>
              </w:rPr>
              <w:t>0.1155</w:t>
            </w:r>
          </w:p>
        </w:tc>
        <w:tc>
          <w:tcPr>
            <w:tcW w:type="dxa" w:w="1973"/>
            <w:vAlign w:val="center"/>
          </w:tcPr>
          <w:p>
            <w:r/>
            <w:r>
              <w:rPr>
                <w:rFonts w:ascii="Malgun Gothic" w:hAnsi="Malgun Gothic" w:eastAsia="Malgun Gothic"/>
                <w:b w:val="0"/>
                <w:sz w:val="15"/>
              </w:rPr>
              <w:t>2.65e-04</w:t>
            </w:r>
          </w:p>
        </w:tc>
        <w:tc>
          <w:tcPr>
            <w:tcW w:type="dxa" w:w="1973"/>
            <w:vAlign w:val="center"/>
          </w:tcPr>
          <w:p>
            <w:r/>
            <w:r>
              <w:rPr>
                <w:rFonts w:ascii="Malgun Gothic" w:hAnsi="Malgun Gothic" w:eastAsia="Malgun Gothic"/>
                <w:b w:val="0"/>
                <w:sz w:val="15"/>
              </w:rPr>
              <w:t>판별 타당도</w:t>
            </w:r>
          </w:p>
        </w:tc>
        <w:tc>
          <w:tcPr>
            <w:tcW w:type="dxa" w:w="1973"/>
            <w:vAlign w:val="center"/>
          </w:tcPr>
          <w:p>
            <w:r/>
            <w:r>
              <w:rPr>
                <w:rFonts w:ascii="Malgun Gothic" w:hAnsi="Malgun Gothic" w:eastAsia="Malgun Gothic"/>
                <w:b w:val="0"/>
                <w:sz w:val="15"/>
              </w:rPr>
              <w:t>✓ 충족 (r&lt;0.3)</w:t>
            </w:r>
          </w:p>
        </w:tc>
      </w:tr>
      <w:tr>
        <w:trPr>
          <w:cantSplit/>
        </w:trPr>
        <w:tc>
          <w:tcPr>
            <w:tcW w:type="dxa" w:w="1973"/>
            <w:vAlign w:val="center"/>
          </w:tcPr>
          <w:p>
            <w:r/>
            <w:r>
              <w:rPr>
                <w:rFonts w:ascii="Malgun Gothic" w:hAnsi="Malgun Gothic" w:eastAsia="Malgun Gothic"/>
                <w:b w:val="0"/>
                <w:sz w:val="15"/>
              </w:rPr>
              <w:t>duration_sec</w:t>
            </w:r>
          </w:p>
        </w:tc>
        <w:tc>
          <w:tcPr>
            <w:tcW w:type="dxa" w:w="1973"/>
            <w:vAlign w:val="center"/>
          </w:tcPr>
          <w:p>
            <w:r/>
            <w:r>
              <w:rPr>
                <w:rFonts w:ascii="Malgun Gothic" w:hAnsi="Malgun Gothic" w:eastAsia="Malgun Gothic"/>
                <w:b w:val="0"/>
                <w:sz w:val="15"/>
              </w:rPr>
              <w:t>-0.1252</w:t>
            </w:r>
          </w:p>
        </w:tc>
        <w:tc>
          <w:tcPr>
            <w:tcW w:type="dxa" w:w="1973"/>
            <w:vAlign w:val="center"/>
          </w:tcPr>
          <w:p>
            <w:r/>
            <w:r>
              <w:rPr>
                <w:rFonts w:ascii="Malgun Gothic" w:hAnsi="Malgun Gothic" w:eastAsia="Malgun Gothic"/>
                <w:b w:val="0"/>
                <w:sz w:val="15"/>
              </w:rPr>
              <w:t>7.54e-05</w:t>
            </w:r>
          </w:p>
        </w:tc>
        <w:tc>
          <w:tcPr>
            <w:tcW w:type="dxa" w:w="1973"/>
            <w:vAlign w:val="center"/>
          </w:tcPr>
          <w:p>
            <w:r/>
            <w:r>
              <w:rPr>
                <w:rFonts w:ascii="Malgun Gothic" w:hAnsi="Malgun Gothic" w:eastAsia="Malgun Gothic"/>
                <w:b w:val="0"/>
                <w:sz w:val="15"/>
              </w:rPr>
              <w:t>판별 타당도</w:t>
            </w:r>
          </w:p>
        </w:tc>
        <w:tc>
          <w:tcPr>
            <w:tcW w:type="dxa" w:w="1973"/>
            <w:vAlign w:val="center"/>
          </w:tcPr>
          <w:p>
            <w:r/>
            <w:r>
              <w:rPr>
                <w:rFonts w:ascii="Malgun Gothic" w:hAnsi="Malgun Gothic" w:eastAsia="Malgun Gothic"/>
                <w:b w:val="0"/>
                <w:sz w:val="15"/>
              </w:rPr>
              <w:t>✓ 충족 (|r|&lt;0.3)</w:t>
            </w:r>
          </w:p>
        </w:tc>
      </w:tr>
    </w:tbl>
    <w:p/>
    <w:p>
      <w:r>
        <w:t>pitch_mean(r=0.8670)과 energy_mean(r=0.8115)은 수렴 타당도 기준(|r|≥0.5)을 충족하였으며, wpm(r=0.1155)과 duration_sec(r=-0.1252)는 판별 타당도 기준(|r|&lt;0.3)을 충족하였다. 이는 스트레스 지수가 이론적으로 중요한 변수와는 높은 상관을, 덜 중요한 변수와는 낮은 상관을 보여 수렴 및 판별 타당도를 모두 확보하였음을 의미한다.</w:t>
      </w:r>
    </w:p>
    <w:p>
      <w:pPr>
        <w:pStyle w:val="Heading2"/>
      </w:pPr>
      <w:r>
        <w:t>4.3. 단변량 회귀분석</w:t>
      </w:r>
    </w:p>
    <w:p>
      <w:r>
        <w:t>각 변수와 stress_score 간의 개별적 회귀 관계를 산점도와 함께 확인하였다. fit+95% CI 그래프는 statsmodels 기반 OLS 회귀선과 신뢰구간을 포함한다.</w:t>
      </w:r>
    </w:p>
    <w:p>
      <w:pPr>
        <w:pStyle w:val="Heading3"/>
      </w:pPr>
      <w:r>
        <w:t>4.3.1. energy_mean</w:t>
      </w:r>
    </w:p>
    <w:p>
      <w:r>
        <w:t>stress_score = 0.1422 + 2.3425 × energy_mean</w:t>
      </w:r>
    </w:p>
    <w:p>
      <w:r>
        <w:t>slope=2.3425, 절편=0.1422, t=43.745(p=9.86e-234), R²=0.6586. energy_mean은 단독으로 stress_score 변동의 65.9%를 설명한다.</w:t>
      </w:r>
    </w:p>
    <w:p>
      <w:r>
        <w:rPr>
          <w:b/>
        </w:rPr>
        <w:t>원본 참조표 4</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5"/>
              </w:rPr>
            </w:r>
          </w:p>
        </w:tc>
        <w:tc>
          <w:tcPr>
            <w:tcW w:type="dxa" w:w="4933"/>
          </w:tcPr>
          <w:p>
            <w:r/>
            <w:r>
              <w:rPr>
                <w:rFonts w:ascii="Malgun Gothic" w:hAnsi="Malgun Gothic" w:eastAsia="Malgun Gothic"/>
                <w:b/>
                <w:sz w:val="15"/>
              </w:rPr>
            </w:r>
          </w:p>
        </w:tc>
      </w:tr>
      <w:tr>
        <w:trPr>
          <w:cantSplit/>
        </w:trPr>
        <w:tc>
          <w:tcPr>
            <w:tcW w:type="dxa" w:w="4933"/>
            <w:vAlign w:val="center"/>
          </w:tcPr>
          <w:p>
            <w:r/>
            <w:r>
              <w:rPr>
                <w:rFonts w:ascii="Malgun Gothic" w:hAnsi="Malgun Gothic" w:eastAsia="Malgun Gothic"/>
                <w:b w:val="0"/>
                <w:sz w:val="15"/>
              </w:rPr>
              <w:t>그림 4-3(a). stress_score vs energy_mean</w:t>
            </w:r>
          </w:p>
        </w:tc>
        <w:tc>
          <w:tcPr>
            <w:tcW w:type="dxa" w:w="4933"/>
            <w:vAlign w:val="center"/>
          </w:tcPr>
          <w:p>
            <w:r/>
            <w:r>
              <w:rPr>
                <w:rFonts w:ascii="Malgun Gothic" w:hAnsi="Malgun Gothic" w:eastAsia="Malgun Gothic"/>
                <w:b w:val="0"/>
                <w:sz w:val="15"/>
              </w:rPr>
              <w:t>그림 4-3(b). stress_score vs energy_mean (fit + 95% CI)</w:t>
            </w:r>
          </w:p>
        </w:tc>
      </w:tr>
    </w:tbl>
    <w:p/>
    <w:p>
      <w:pPr>
        <w:pStyle w:val="Heading3"/>
      </w:pPr>
      <w:r>
        <w:t>4.3.2. pitch_mean</w:t>
      </w:r>
    </w:p>
    <w:p>
      <w:r>
        <w:t>stress_score = −0.2755 + 0.002433 × pitch_mean</w:t>
      </w:r>
    </w:p>
    <w:p>
      <w:r>
        <w:t>slope=0.002433, 절편=-0.2755, t=54.812(p=2.05e-302), R²=0.7518. 단변량 변수 중 가장 높은 설명력이다.</w:t>
      </w:r>
    </w:p>
    <w:p>
      <w:r>
        <w:rPr>
          <w:b/>
        </w:rPr>
        <w:t>원본 참조표 5</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5"/>
              </w:rPr>
            </w:r>
          </w:p>
        </w:tc>
        <w:tc>
          <w:tcPr>
            <w:tcW w:type="dxa" w:w="4933"/>
          </w:tcPr>
          <w:p>
            <w:r/>
            <w:r>
              <w:rPr>
                <w:rFonts w:ascii="Malgun Gothic" w:hAnsi="Malgun Gothic" w:eastAsia="Malgun Gothic"/>
                <w:b/>
                <w:sz w:val="15"/>
              </w:rPr>
            </w:r>
          </w:p>
        </w:tc>
      </w:tr>
      <w:tr>
        <w:trPr>
          <w:cantSplit/>
        </w:trPr>
        <w:tc>
          <w:tcPr>
            <w:tcW w:type="dxa" w:w="4933"/>
            <w:vAlign w:val="center"/>
          </w:tcPr>
          <w:p>
            <w:r/>
            <w:r>
              <w:rPr>
                <w:rFonts w:ascii="Malgun Gothic" w:hAnsi="Malgun Gothic" w:eastAsia="Malgun Gothic"/>
                <w:b w:val="0"/>
                <w:sz w:val="15"/>
              </w:rPr>
              <w:t>그림 4-4(a). stress_score vs pitch_mean</w:t>
            </w:r>
          </w:p>
        </w:tc>
        <w:tc>
          <w:tcPr>
            <w:tcW w:type="dxa" w:w="4933"/>
            <w:vAlign w:val="center"/>
          </w:tcPr>
          <w:p>
            <w:r/>
            <w:r>
              <w:rPr>
                <w:rFonts w:ascii="Malgun Gothic" w:hAnsi="Malgun Gothic" w:eastAsia="Malgun Gothic"/>
                <w:b w:val="0"/>
                <w:sz w:val="15"/>
              </w:rPr>
              <w:t>그림 4-4(b). stress_score vs pitch_mean (fit + 95% CI)</w:t>
            </w:r>
          </w:p>
        </w:tc>
      </w:tr>
    </w:tbl>
    <w:p/>
    <w:p>
      <w:pPr>
        <w:pStyle w:val="Heading3"/>
      </w:pPr>
      <w:r>
        <w:t>4.3.3. wpm</w:t>
      </w:r>
    </w:p>
    <w:p>
      <w:r>
        <w:t>stress_score = 0.2303 + 0.000378 × wpm</w:t>
      </w:r>
    </w:p>
    <w:p>
      <w:r>
        <w:t>slope=3.780e-04, t=3.661(p=2.65e-04), R²=0.0133. 통계적으로 유의하나 설명력은 1.3%에 그쳐 판별 타당도 변수로서의 역할을 확인하였다.</w:t>
      </w:r>
    </w:p>
    <w:p>
      <w:pPr>
        <w:jc w:val="center"/>
      </w:pPr>
      <w:r>
        <w:drawing>
          <wp:inline xmlns:a="http://schemas.openxmlformats.org/drawingml/2006/main" xmlns:pic="http://schemas.openxmlformats.org/drawingml/2006/picture">
            <wp:extent cx="5852160" cy="4389120"/>
            <wp:docPr id="66" name="Picture 66"/>
            <wp:cNvGraphicFramePr>
              <a:graphicFrameLocks noChangeAspect="1"/>
            </wp:cNvGraphicFramePr>
            <a:graphic>
              <a:graphicData uri="http://schemas.openxmlformats.org/drawingml/2006/picture">
                <pic:pic>
                  <pic:nvPicPr>
                    <pic:cNvPr id="0" name="ref_유현동VOC_연구_중간보고_003.jpg"/>
                    <pic:cNvPicPr/>
                  </pic:nvPicPr>
                  <pic:blipFill>
                    <a:blip r:embed="rId67"/>
                    <a:stretch>
                      <a:fillRect/>
                    </a:stretch>
                  </pic:blipFill>
                  <pic:spPr>
                    <a:xfrm>
                      <a:off x="0" y="0"/>
                      <a:ext cx="5852160" cy="4389120"/>
                    </a:xfrm>
                    <a:prstGeom prst="rect"/>
                  </pic:spPr>
                </pic:pic>
              </a:graphicData>
            </a:graphic>
          </wp:inline>
        </w:drawing>
      </w:r>
    </w:p>
    <w:p>
      <w:r>
        <w:t>그림 4-5. stress_score vs wpm (fit + 95% CI, Pearson r=0.115, p=2.65e-04)</w:t>
      </w:r>
    </w:p>
    <w:p>
      <w:pPr>
        <w:pStyle w:val="Heading3"/>
      </w:pPr>
      <w:r>
        <w:t>4.3.4. duration_sec</w:t>
      </w:r>
    </w:p>
    <w:p>
      <w:r>
        <w:t>stress_score = 0.2685 − 4.717×10⁻⁵ × duration_sec</w:t>
      </w:r>
    </w:p>
    <w:p>
      <w:r>
        <w:t>slope=-4.717e-05, t=-3.975(p=7.54e-05), R²=0.0157. 음(-)의 방향으로 유의하나 설명력은 1.6%로 제한적이다.</w:t>
      </w:r>
    </w:p>
    <w:p>
      <w:r>
        <w:rPr>
          <w:b/>
        </w:rPr>
        <w:t>원본 참조표 6</w:t>
      </w:r>
    </w:p>
    <w:tbl>
      <w:tblPr>
        <w:tblStyle w:val="TableGrid"/>
        <w:tblW w:type="auto" w:w="0"/>
        <w:jc w:val="center"/>
        <w:tblLook w:firstColumn="1" w:firstRow="1" w:lastColumn="0" w:lastRow="0" w:noHBand="0" w:noVBand="1" w:val="04A0"/>
      </w:tblPr>
      <w:tblGrid>
        <w:gridCol w:w="4933"/>
        <w:gridCol w:w="4933"/>
      </w:tblGrid>
      <w:tr>
        <w:trPr>
          <w:tblHeader w:val="true"/>
          <w:cantSplit/>
        </w:trPr>
        <w:tc>
          <w:tcPr>
            <w:tcW w:type="dxa" w:w="4933"/>
          </w:tcPr>
          <w:p>
            <w:r/>
            <w:r>
              <w:rPr>
                <w:rFonts w:ascii="Malgun Gothic" w:hAnsi="Malgun Gothic" w:eastAsia="Malgun Gothic"/>
                <w:b/>
                <w:sz w:val="15"/>
              </w:rPr>
            </w:r>
          </w:p>
        </w:tc>
        <w:tc>
          <w:tcPr>
            <w:tcW w:type="dxa" w:w="4933"/>
          </w:tcPr>
          <w:p>
            <w:r/>
            <w:r>
              <w:rPr>
                <w:rFonts w:ascii="Malgun Gothic" w:hAnsi="Malgun Gothic" w:eastAsia="Malgun Gothic"/>
                <w:b/>
                <w:sz w:val="15"/>
              </w:rPr>
            </w:r>
          </w:p>
        </w:tc>
      </w:tr>
      <w:tr>
        <w:trPr>
          <w:cantSplit/>
        </w:trPr>
        <w:tc>
          <w:tcPr>
            <w:tcW w:type="dxa" w:w="4933"/>
            <w:vAlign w:val="center"/>
          </w:tcPr>
          <w:p>
            <w:r/>
            <w:r>
              <w:rPr>
                <w:rFonts w:ascii="Malgun Gothic" w:hAnsi="Malgun Gothic" w:eastAsia="Malgun Gothic"/>
                <w:b w:val="0"/>
                <w:sz w:val="15"/>
              </w:rPr>
              <w:t>그림 4-6(a). stress_score vs duration_sec</w:t>
            </w:r>
          </w:p>
        </w:tc>
        <w:tc>
          <w:tcPr>
            <w:tcW w:type="dxa" w:w="4933"/>
            <w:vAlign w:val="center"/>
          </w:tcPr>
          <w:p>
            <w:r/>
            <w:r>
              <w:rPr>
                <w:rFonts w:ascii="Malgun Gothic" w:hAnsi="Malgun Gothic" w:eastAsia="Malgun Gothic"/>
                <w:b w:val="0"/>
                <w:sz w:val="15"/>
              </w:rPr>
              <w:t>그림 4-6(b). stress_score vs duration_sec (fit + 95% CI)</w:t>
            </w:r>
          </w:p>
        </w:tc>
      </w:tr>
    </w:tbl>
    <w:p/>
    <w:p>
      <w:pPr>
        <w:pStyle w:val="Heading3"/>
      </w:pPr>
      <w:r>
        <w:t>4.3.5. 단변량 회귀 종합</w:t>
      </w:r>
    </w:p>
    <w:p>
      <w:r>
        <w:t>표 4-4. 단변량 회귀분석 결과 요약</w:t>
      </w:r>
    </w:p>
    <w:p>
      <w:r>
        <w:rPr>
          <w:b/>
        </w:rPr>
        <w:t>원본 참조표 7</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5"/>
              </w:rPr>
              <w:t>변수</w:t>
            </w:r>
          </w:p>
        </w:tc>
        <w:tc>
          <w:tcPr>
            <w:tcW w:type="dxa" w:w="1233"/>
          </w:tcPr>
          <w:p>
            <w:r/>
            <w:r>
              <w:rPr>
                <w:rFonts w:ascii="Malgun Gothic" w:hAnsi="Malgun Gothic" w:eastAsia="Malgun Gothic"/>
                <w:b/>
                <w:sz w:val="15"/>
              </w:rPr>
              <w:t>절편</w:t>
            </w:r>
          </w:p>
        </w:tc>
        <w:tc>
          <w:tcPr>
            <w:tcW w:type="dxa" w:w="1233"/>
          </w:tcPr>
          <w:p>
            <w:r/>
            <w:r>
              <w:rPr>
                <w:rFonts w:ascii="Malgun Gothic" w:hAnsi="Malgun Gothic" w:eastAsia="Malgun Gothic"/>
                <w:b/>
                <w:sz w:val="15"/>
              </w:rPr>
              <w:t>기울기</w:t>
            </w:r>
          </w:p>
        </w:tc>
        <w:tc>
          <w:tcPr>
            <w:tcW w:type="dxa" w:w="1233"/>
          </w:tcPr>
          <w:p>
            <w:r/>
            <w:r>
              <w:rPr>
                <w:rFonts w:ascii="Malgun Gothic" w:hAnsi="Malgun Gothic" w:eastAsia="Malgun Gothic"/>
                <w:b/>
                <w:sz w:val="15"/>
              </w:rPr>
              <w:t>t값</w:t>
            </w:r>
          </w:p>
        </w:tc>
        <w:tc>
          <w:tcPr>
            <w:tcW w:type="dxa" w:w="1233"/>
          </w:tcPr>
          <w:p>
            <w:r/>
            <w:r>
              <w:rPr>
                <w:rFonts w:ascii="Malgun Gothic" w:hAnsi="Malgun Gothic" w:eastAsia="Malgun Gothic"/>
                <w:b/>
                <w:sz w:val="15"/>
              </w:rPr>
              <w:t>p값</w:t>
            </w:r>
          </w:p>
        </w:tc>
        <w:tc>
          <w:tcPr>
            <w:tcW w:type="dxa" w:w="1233"/>
          </w:tcPr>
          <w:p>
            <w:r/>
            <w:r>
              <w:rPr>
                <w:rFonts w:ascii="Malgun Gothic" w:hAnsi="Malgun Gothic" w:eastAsia="Malgun Gothic"/>
                <w:b/>
                <w:sz w:val="15"/>
              </w:rPr>
              <w:t>R²</w:t>
            </w:r>
          </w:p>
        </w:tc>
        <w:tc>
          <w:tcPr>
            <w:tcW w:type="dxa" w:w="1233"/>
          </w:tcPr>
          <w:p>
            <w:r/>
            <w:r>
              <w:rPr>
                <w:rFonts w:ascii="Malgun Gothic" w:hAnsi="Malgun Gothic" w:eastAsia="Malgun Gothic"/>
                <w:b/>
                <w:sz w:val="15"/>
              </w:rPr>
              <w:t>Adj.R²</w:t>
            </w:r>
          </w:p>
        </w:tc>
        <w:tc>
          <w:tcPr>
            <w:tcW w:type="dxa" w:w="1233"/>
          </w:tcPr>
          <w:p>
            <w:r/>
            <w:r>
              <w:rPr>
                <w:rFonts w:ascii="Malgun Gothic" w:hAnsi="Malgun Gothic" w:eastAsia="Malgun Gothic"/>
                <w:b/>
                <w:sz w:val="15"/>
              </w:rPr>
              <w:t>타당도</w:t>
            </w:r>
          </w:p>
        </w:tc>
      </w:tr>
      <w:tr>
        <w:trPr>
          <w:cantSplit/>
        </w:trPr>
        <w:tc>
          <w:tcPr>
            <w:tcW w:type="dxa" w:w="1233"/>
            <w:vAlign w:val="center"/>
          </w:tcPr>
          <w:p>
            <w:r/>
            <w:r>
              <w:rPr>
                <w:rFonts w:ascii="Malgun Gothic" w:hAnsi="Malgun Gothic" w:eastAsia="Malgun Gothic"/>
                <w:b w:val="0"/>
                <w:sz w:val="15"/>
              </w:rPr>
              <w:t>energy_mean</w:t>
            </w:r>
          </w:p>
        </w:tc>
        <w:tc>
          <w:tcPr>
            <w:tcW w:type="dxa" w:w="1233"/>
            <w:vAlign w:val="center"/>
          </w:tcPr>
          <w:p>
            <w:r/>
            <w:r>
              <w:rPr>
                <w:rFonts w:ascii="Malgun Gothic" w:hAnsi="Malgun Gothic" w:eastAsia="Malgun Gothic"/>
                <w:b w:val="0"/>
                <w:sz w:val="15"/>
              </w:rPr>
              <w:t>0.1422</w:t>
            </w:r>
          </w:p>
        </w:tc>
        <w:tc>
          <w:tcPr>
            <w:tcW w:type="dxa" w:w="1233"/>
            <w:vAlign w:val="center"/>
          </w:tcPr>
          <w:p>
            <w:r/>
            <w:r>
              <w:rPr>
                <w:rFonts w:ascii="Malgun Gothic" w:hAnsi="Malgun Gothic" w:eastAsia="Malgun Gothic"/>
                <w:b w:val="0"/>
                <w:sz w:val="15"/>
              </w:rPr>
              <w:t>2.3425</w:t>
            </w:r>
          </w:p>
        </w:tc>
        <w:tc>
          <w:tcPr>
            <w:tcW w:type="dxa" w:w="1233"/>
            <w:vAlign w:val="center"/>
          </w:tcPr>
          <w:p>
            <w:r/>
            <w:r>
              <w:rPr>
                <w:rFonts w:ascii="Malgun Gothic" w:hAnsi="Malgun Gothic" w:eastAsia="Malgun Gothic"/>
                <w:b w:val="0"/>
                <w:sz w:val="15"/>
              </w:rPr>
              <w:t>43.745</w:t>
            </w:r>
          </w:p>
        </w:tc>
        <w:tc>
          <w:tcPr>
            <w:tcW w:type="dxa" w:w="1233"/>
            <w:vAlign w:val="center"/>
          </w:tcPr>
          <w:p>
            <w:r/>
            <w:r>
              <w:rPr>
                <w:rFonts w:ascii="Malgun Gothic" w:hAnsi="Malgun Gothic" w:eastAsia="Malgun Gothic"/>
                <w:b w:val="0"/>
                <w:sz w:val="15"/>
              </w:rPr>
              <w:t>9.86e-234</w:t>
            </w:r>
          </w:p>
        </w:tc>
        <w:tc>
          <w:tcPr>
            <w:tcW w:type="dxa" w:w="1233"/>
            <w:vAlign w:val="center"/>
          </w:tcPr>
          <w:p>
            <w:r/>
            <w:r>
              <w:rPr>
                <w:rFonts w:ascii="Malgun Gothic" w:hAnsi="Malgun Gothic" w:eastAsia="Malgun Gothic"/>
                <w:b w:val="0"/>
                <w:sz w:val="15"/>
              </w:rPr>
              <w:t>0.6586</w:t>
            </w:r>
          </w:p>
        </w:tc>
        <w:tc>
          <w:tcPr>
            <w:tcW w:type="dxa" w:w="1233"/>
            <w:vAlign w:val="center"/>
          </w:tcPr>
          <w:p>
            <w:r/>
            <w:r>
              <w:rPr>
                <w:rFonts w:ascii="Malgun Gothic" w:hAnsi="Malgun Gothic" w:eastAsia="Malgun Gothic"/>
                <w:b w:val="0"/>
                <w:sz w:val="15"/>
              </w:rPr>
              <w:t>0.6583</w:t>
            </w:r>
          </w:p>
        </w:tc>
        <w:tc>
          <w:tcPr>
            <w:tcW w:type="dxa" w:w="1233"/>
            <w:vAlign w:val="center"/>
          </w:tcPr>
          <w:p>
            <w:r/>
            <w:r>
              <w:rPr>
                <w:rFonts w:ascii="Malgun Gothic" w:hAnsi="Malgun Gothic" w:eastAsia="Malgun Gothic"/>
                <w:b w:val="0"/>
                <w:sz w:val="15"/>
              </w:rPr>
              <w:t>수렴</w:t>
            </w:r>
          </w:p>
        </w:tc>
      </w:tr>
      <w:tr>
        <w:trPr>
          <w:cantSplit/>
        </w:trPr>
        <w:tc>
          <w:tcPr>
            <w:tcW w:type="dxa" w:w="1233"/>
            <w:vAlign w:val="center"/>
          </w:tcPr>
          <w:p>
            <w:r/>
            <w:r>
              <w:rPr>
                <w:rFonts w:ascii="Malgun Gothic" w:hAnsi="Malgun Gothic" w:eastAsia="Malgun Gothic"/>
                <w:b w:val="0"/>
                <w:sz w:val="15"/>
              </w:rPr>
              <w:t>pitch_mean</w:t>
            </w:r>
          </w:p>
        </w:tc>
        <w:tc>
          <w:tcPr>
            <w:tcW w:type="dxa" w:w="1233"/>
            <w:vAlign w:val="center"/>
          </w:tcPr>
          <w:p>
            <w:r/>
            <w:r>
              <w:rPr>
                <w:rFonts w:ascii="Malgun Gothic" w:hAnsi="Malgun Gothic" w:eastAsia="Malgun Gothic"/>
                <w:b w:val="0"/>
                <w:sz w:val="15"/>
              </w:rPr>
              <w:t>-0.2755</w:t>
            </w:r>
          </w:p>
        </w:tc>
        <w:tc>
          <w:tcPr>
            <w:tcW w:type="dxa" w:w="1233"/>
            <w:vAlign w:val="center"/>
          </w:tcPr>
          <w:p>
            <w:r/>
            <w:r>
              <w:rPr>
                <w:rFonts w:ascii="Malgun Gothic" w:hAnsi="Malgun Gothic" w:eastAsia="Malgun Gothic"/>
                <w:b w:val="0"/>
                <w:sz w:val="15"/>
              </w:rPr>
              <w:t>0.002433</w:t>
            </w:r>
          </w:p>
        </w:tc>
        <w:tc>
          <w:tcPr>
            <w:tcW w:type="dxa" w:w="1233"/>
            <w:vAlign w:val="center"/>
          </w:tcPr>
          <w:p>
            <w:r/>
            <w:r>
              <w:rPr>
                <w:rFonts w:ascii="Malgun Gothic" w:hAnsi="Malgun Gothic" w:eastAsia="Malgun Gothic"/>
                <w:b w:val="0"/>
                <w:sz w:val="15"/>
              </w:rPr>
              <w:t>54.812</w:t>
            </w:r>
          </w:p>
        </w:tc>
        <w:tc>
          <w:tcPr>
            <w:tcW w:type="dxa" w:w="1233"/>
            <w:vAlign w:val="center"/>
          </w:tcPr>
          <w:p>
            <w:r/>
            <w:r>
              <w:rPr>
                <w:rFonts w:ascii="Malgun Gothic" w:hAnsi="Malgun Gothic" w:eastAsia="Malgun Gothic"/>
                <w:b w:val="0"/>
                <w:sz w:val="15"/>
              </w:rPr>
              <w:t>2.05e-302</w:t>
            </w:r>
          </w:p>
        </w:tc>
        <w:tc>
          <w:tcPr>
            <w:tcW w:type="dxa" w:w="1233"/>
            <w:vAlign w:val="center"/>
          </w:tcPr>
          <w:p>
            <w:r/>
            <w:r>
              <w:rPr>
                <w:rFonts w:ascii="Malgun Gothic" w:hAnsi="Malgun Gothic" w:eastAsia="Malgun Gothic"/>
                <w:b w:val="0"/>
                <w:sz w:val="15"/>
              </w:rPr>
              <w:t>0.7518</w:t>
            </w:r>
          </w:p>
        </w:tc>
        <w:tc>
          <w:tcPr>
            <w:tcW w:type="dxa" w:w="1233"/>
            <w:vAlign w:val="center"/>
          </w:tcPr>
          <w:p>
            <w:r/>
            <w:r>
              <w:rPr>
                <w:rFonts w:ascii="Malgun Gothic" w:hAnsi="Malgun Gothic" w:eastAsia="Malgun Gothic"/>
                <w:b w:val="0"/>
                <w:sz w:val="15"/>
              </w:rPr>
              <w:t>0.7515</w:t>
            </w:r>
          </w:p>
        </w:tc>
        <w:tc>
          <w:tcPr>
            <w:tcW w:type="dxa" w:w="1233"/>
            <w:vAlign w:val="center"/>
          </w:tcPr>
          <w:p>
            <w:r/>
            <w:r>
              <w:rPr>
                <w:rFonts w:ascii="Malgun Gothic" w:hAnsi="Malgun Gothic" w:eastAsia="Malgun Gothic"/>
                <w:b w:val="0"/>
                <w:sz w:val="15"/>
              </w:rPr>
              <w:t>수렴</w:t>
            </w:r>
          </w:p>
        </w:tc>
      </w:tr>
      <w:tr>
        <w:trPr>
          <w:cantSplit/>
        </w:trPr>
        <w:tc>
          <w:tcPr>
            <w:tcW w:type="dxa" w:w="1233"/>
            <w:vAlign w:val="center"/>
          </w:tcPr>
          <w:p>
            <w:r/>
            <w:r>
              <w:rPr>
                <w:rFonts w:ascii="Malgun Gothic" w:hAnsi="Malgun Gothic" w:eastAsia="Malgun Gothic"/>
                <w:b w:val="0"/>
                <w:sz w:val="15"/>
              </w:rPr>
              <w:t>wpm</w:t>
            </w:r>
          </w:p>
        </w:tc>
        <w:tc>
          <w:tcPr>
            <w:tcW w:type="dxa" w:w="1233"/>
            <w:vAlign w:val="center"/>
          </w:tcPr>
          <w:p>
            <w:r/>
            <w:r>
              <w:rPr>
                <w:rFonts w:ascii="Malgun Gothic" w:hAnsi="Malgun Gothic" w:eastAsia="Malgun Gothic"/>
                <w:b w:val="0"/>
                <w:sz w:val="15"/>
              </w:rPr>
              <w:t>0.2303</w:t>
            </w:r>
          </w:p>
        </w:tc>
        <w:tc>
          <w:tcPr>
            <w:tcW w:type="dxa" w:w="1233"/>
            <w:vAlign w:val="center"/>
          </w:tcPr>
          <w:p>
            <w:r/>
            <w:r>
              <w:rPr>
                <w:rFonts w:ascii="Malgun Gothic" w:hAnsi="Malgun Gothic" w:eastAsia="Malgun Gothic"/>
                <w:b w:val="0"/>
                <w:sz w:val="15"/>
              </w:rPr>
              <w:t>3.78e-04</w:t>
            </w:r>
          </w:p>
        </w:tc>
        <w:tc>
          <w:tcPr>
            <w:tcW w:type="dxa" w:w="1233"/>
            <w:vAlign w:val="center"/>
          </w:tcPr>
          <w:p>
            <w:r/>
            <w:r>
              <w:rPr>
                <w:rFonts w:ascii="Malgun Gothic" w:hAnsi="Malgun Gothic" w:eastAsia="Malgun Gothic"/>
                <w:b w:val="0"/>
                <w:sz w:val="15"/>
              </w:rPr>
              <w:t>3.661</w:t>
            </w:r>
          </w:p>
        </w:tc>
        <w:tc>
          <w:tcPr>
            <w:tcW w:type="dxa" w:w="1233"/>
            <w:vAlign w:val="center"/>
          </w:tcPr>
          <w:p>
            <w:r/>
            <w:r>
              <w:rPr>
                <w:rFonts w:ascii="Malgun Gothic" w:hAnsi="Malgun Gothic" w:eastAsia="Malgun Gothic"/>
                <w:b w:val="0"/>
                <w:sz w:val="15"/>
              </w:rPr>
              <w:t>2.65e-04</w:t>
            </w:r>
          </w:p>
        </w:tc>
        <w:tc>
          <w:tcPr>
            <w:tcW w:type="dxa" w:w="1233"/>
            <w:vAlign w:val="center"/>
          </w:tcPr>
          <w:p>
            <w:r/>
            <w:r>
              <w:rPr>
                <w:rFonts w:ascii="Malgun Gothic" w:hAnsi="Malgun Gothic" w:eastAsia="Malgun Gothic"/>
                <w:b w:val="0"/>
                <w:sz w:val="15"/>
              </w:rPr>
              <w:t>0.0133</w:t>
            </w:r>
          </w:p>
        </w:tc>
        <w:tc>
          <w:tcPr>
            <w:tcW w:type="dxa" w:w="1233"/>
            <w:vAlign w:val="center"/>
          </w:tcPr>
          <w:p>
            <w:r/>
            <w:r>
              <w:rPr>
                <w:rFonts w:ascii="Malgun Gothic" w:hAnsi="Malgun Gothic" w:eastAsia="Malgun Gothic"/>
                <w:b w:val="0"/>
                <w:sz w:val="15"/>
              </w:rPr>
              <w:t>0.0123</w:t>
            </w:r>
          </w:p>
        </w:tc>
        <w:tc>
          <w:tcPr>
            <w:tcW w:type="dxa" w:w="1233"/>
            <w:vAlign w:val="center"/>
          </w:tcPr>
          <w:p>
            <w:r/>
            <w:r>
              <w:rPr>
                <w:rFonts w:ascii="Malgun Gothic" w:hAnsi="Malgun Gothic" w:eastAsia="Malgun Gothic"/>
                <w:b w:val="0"/>
                <w:sz w:val="15"/>
              </w:rPr>
              <w:t>판별</w:t>
            </w:r>
          </w:p>
        </w:tc>
      </w:tr>
      <w:tr>
        <w:trPr>
          <w:cantSplit/>
        </w:trPr>
        <w:tc>
          <w:tcPr>
            <w:tcW w:type="dxa" w:w="1233"/>
            <w:vAlign w:val="center"/>
          </w:tcPr>
          <w:p>
            <w:r/>
            <w:r>
              <w:rPr>
                <w:rFonts w:ascii="Malgun Gothic" w:hAnsi="Malgun Gothic" w:eastAsia="Malgun Gothic"/>
                <w:b w:val="0"/>
                <w:sz w:val="15"/>
              </w:rPr>
              <w:t>duration_sec</w:t>
            </w:r>
          </w:p>
        </w:tc>
        <w:tc>
          <w:tcPr>
            <w:tcW w:type="dxa" w:w="1233"/>
            <w:vAlign w:val="center"/>
          </w:tcPr>
          <w:p>
            <w:r/>
            <w:r>
              <w:rPr>
                <w:rFonts w:ascii="Malgun Gothic" w:hAnsi="Malgun Gothic" w:eastAsia="Malgun Gothic"/>
                <w:b w:val="0"/>
                <w:sz w:val="15"/>
              </w:rPr>
              <w:t>0.2685</w:t>
            </w:r>
          </w:p>
        </w:tc>
        <w:tc>
          <w:tcPr>
            <w:tcW w:type="dxa" w:w="1233"/>
            <w:vAlign w:val="center"/>
          </w:tcPr>
          <w:p>
            <w:r/>
            <w:r>
              <w:rPr>
                <w:rFonts w:ascii="Malgun Gothic" w:hAnsi="Malgun Gothic" w:eastAsia="Malgun Gothic"/>
                <w:b w:val="0"/>
                <w:sz w:val="15"/>
              </w:rPr>
              <w:t>-4.72e-05</w:t>
            </w:r>
          </w:p>
        </w:tc>
        <w:tc>
          <w:tcPr>
            <w:tcW w:type="dxa" w:w="1233"/>
            <w:vAlign w:val="center"/>
          </w:tcPr>
          <w:p>
            <w:r/>
            <w:r>
              <w:rPr>
                <w:rFonts w:ascii="Malgun Gothic" w:hAnsi="Malgun Gothic" w:eastAsia="Malgun Gothic"/>
                <w:b w:val="0"/>
                <w:sz w:val="15"/>
              </w:rPr>
              <w:t>-3.975</w:t>
            </w:r>
          </w:p>
        </w:tc>
        <w:tc>
          <w:tcPr>
            <w:tcW w:type="dxa" w:w="1233"/>
            <w:vAlign w:val="center"/>
          </w:tcPr>
          <w:p>
            <w:r/>
            <w:r>
              <w:rPr>
                <w:rFonts w:ascii="Malgun Gothic" w:hAnsi="Malgun Gothic" w:eastAsia="Malgun Gothic"/>
                <w:b w:val="0"/>
                <w:sz w:val="15"/>
              </w:rPr>
              <w:t>7.54e-05</w:t>
            </w:r>
          </w:p>
        </w:tc>
        <w:tc>
          <w:tcPr>
            <w:tcW w:type="dxa" w:w="1233"/>
            <w:vAlign w:val="center"/>
          </w:tcPr>
          <w:p>
            <w:r/>
            <w:r>
              <w:rPr>
                <w:rFonts w:ascii="Malgun Gothic" w:hAnsi="Malgun Gothic" w:eastAsia="Malgun Gothic"/>
                <w:b w:val="0"/>
                <w:sz w:val="15"/>
              </w:rPr>
              <w:t>0.0157</w:t>
            </w:r>
          </w:p>
        </w:tc>
        <w:tc>
          <w:tcPr>
            <w:tcW w:type="dxa" w:w="1233"/>
            <w:vAlign w:val="center"/>
          </w:tcPr>
          <w:p>
            <w:r/>
            <w:r>
              <w:rPr>
                <w:rFonts w:ascii="Malgun Gothic" w:hAnsi="Malgun Gothic" w:eastAsia="Malgun Gothic"/>
                <w:b w:val="0"/>
                <w:sz w:val="15"/>
              </w:rPr>
              <w:t>0.0147</w:t>
            </w:r>
          </w:p>
        </w:tc>
        <w:tc>
          <w:tcPr>
            <w:tcW w:type="dxa" w:w="1233"/>
            <w:vAlign w:val="center"/>
          </w:tcPr>
          <w:p>
            <w:r/>
            <w:r>
              <w:rPr>
                <w:rFonts w:ascii="Malgun Gothic" w:hAnsi="Malgun Gothic" w:eastAsia="Malgun Gothic"/>
                <w:b w:val="0"/>
                <w:sz w:val="15"/>
              </w:rPr>
              <w:t>판별</w:t>
            </w:r>
          </w:p>
        </w:tc>
      </w:tr>
    </w:tbl>
    <w:p/>
    <w:p>
      <w:pPr>
        <w:pStyle w:val="Heading2"/>
      </w:pPr>
      <w:r>
        <w:t>4.4. 다변량 OLS 회귀분석</w:t>
      </w:r>
    </w:p>
    <w:p>
      <w:r>
        <w:t>4개 변수를 동시에 투입한 다변량 OLS 결과이다(statsmodels smf.ols(), formula: stress_score ~ energy_mean + pitch_mean + wpm + duration_sec).</w:t>
      </w:r>
    </w:p>
    <w:p>
      <w:r>
        <w:t>stress_score = −0.2162 + 1.5787(energy_mean) + 0.0018(pitch_mean) + 8.33×10⁻¹⁶(wpm) + 0(duration_sec)</w:t>
      </w:r>
    </w:p>
    <w:p>
      <w:r>
        <w:t>표 4-5. 다변량 OLS 회귀분석 결과 (R²=1.000, F=4.052e+25, n=994)</w:t>
      </w:r>
    </w:p>
    <w:p>
      <w:r>
        <w:rPr>
          <w:b/>
        </w:rPr>
        <w:t>원본 참조표 8</w:t>
      </w:r>
    </w:p>
    <w:tbl>
      <w:tblPr>
        <w:tblStyle w:val="TableGrid"/>
        <w:tblW w:type="auto" w:w="0"/>
        <w:jc w:val="center"/>
        <w:tblLook w:firstColumn="1" w:firstRow="1" w:lastColumn="0" w:lastRow="0" w:noHBand="0" w:noVBand="1" w:val="04A0"/>
      </w:tblPr>
      <w:tblGrid>
        <w:gridCol w:w="1644"/>
        <w:gridCol w:w="1644"/>
        <w:gridCol w:w="1644"/>
        <w:gridCol w:w="1644"/>
        <w:gridCol w:w="1644"/>
        <w:gridCol w:w="1644"/>
      </w:tblGrid>
      <w:tr>
        <w:trPr>
          <w:tblHeader w:val="true"/>
          <w:cantSplit/>
        </w:trPr>
        <w:tc>
          <w:tcPr>
            <w:tcW w:type="dxa" w:w="1644"/>
          </w:tcPr>
          <w:p>
            <w:r/>
            <w:r>
              <w:rPr>
                <w:rFonts w:ascii="Malgun Gothic" w:hAnsi="Malgun Gothic" w:eastAsia="Malgun Gothic"/>
                <w:b/>
                <w:sz w:val="15"/>
              </w:rPr>
              <w:t>변수</w:t>
            </w:r>
          </w:p>
        </w:tc>
        <w:tc>
          <w:tcPr>
            <w:tcW w:type="dxa" w:w="1644"/>
          </w:tcPr>
          <w:p>
            <w:r/>
            <w:r>
              <w:rPr>
                <w:rFonts w:ascii="Malgun Gothic" w:hAnsi="Malgun Gothic" w:eastAsia="Malgun Gothic"/>
                <w:b/>
                <w:sz w:val="15"/>
              </w:rPr>
              <w:t>회귀계수</w:t>
            </w:r>
          </w:p>
        </w:tc>
        <w:tc>
          <w:tcPr>
            <w:tcW w:type="dxa" w:w="1644"/>
          </w:tcPr>
          <w:p>
            <w:r/>
            <w:r>
              <w:rPr>
                <w:rFonts w:ascii="Malgun Gothic" w:hAnsi="Malgun Gothic" w:eastAsia="Malgun Gothic"/>
                <w:b/>
                <w:sz w:val="15"/>
              </w:rPr>
              <w:t>t값</w:t>
            </w:r>
          </w:p>
        </w:tc>
        <w:tc>
          <w:tcPr>
            <w:tcW w:type="dxa" w:w="1644"/>
          </w:tcPr>
          <w:p>
            <w:r/>
            <w:r>
              <w:rPr>
                <w:rFonts w:ascii="Malgun Gothic" w:hAnsi="Malgun Gothic" w:eastAsia="Malgun Gothic"/>
                <w:b/>
                <w:sz w:val="15"/>
              </w:rPr>
              <w:t>p값</w:t>
            </w:r>
          </w:p>
        </w:tc>
        <w:tc>
          <w:tcPr>
            <w:tcW w:type="dxa" w:w="1644"/>
          </w:tcPr>
          <w:p>
            <w:r/>
            <w:r>
              <w:rPr>
                <w:rFonts w:ascii="Malgun Gothic" w:hAnsi="Malgun Gothic" w:eastAsia="Malgun Gothic"/>
                <w:b/>
                <w:sz w:val="15"/>
              </w:rPr>
              <w:t>표준화계수(β)</w:t>
            </w:r>
          </w:p>
        </w:tc>
        <w:tc>
          <w:tcPr>
            <w:tcW w:type="dxa" w:w="1644"/>
          </w:tcPr>
          <w:p>
            <w:r/>
            <w:r>
              <w:rPr>
                <w:rFonts w:ascii="Malgun Gothic" w:hAnsi="Malgun Gothic" w:eastAsia="Malgun Gothic"/>
                <w:b/>
                <w:sz w:val="15"/>
              </w:rPr>
              <w:t>역할</w:t>
            </w:r>
          </w:p>
        </w:tc>
      </w:tr>
      <w:tr>
        <w:trPr>
          <w:cantSplit/>
        </w:trPr>
        <w:tc>
          <w:tcPr>
            <w:tcW w:type="dxa" w:w="1644"/>
            <w:vAlign w:val="center"/>
          </w:tcPr>
          <w:p>
            <w:r/>
            <w:r>
              <w:rPr>
                <w:rFonts w:ascii="Malgun Gothic" w:hAnsi="Malgun Gothic" w:eastAsia="Malgun Gothic"/>
                <w:b w:val="0"/>
                <w:sz w:val="15"/>
              </w:rPr>
              <w:t>energy_mean</w:t>
            </w:r>
          </w:p>
        </w:tc>
        <w:tc>
          <w:tcPr>
            <w:tcW w:type="dxa" w:w="1644"/>
            <w:vAlign w:val="center"/>
          </w:tcPr>
          <w:p>
            <w:r/>
            <w:r>
              <w:rPr>
                <w:rFonts w:ascii="Malgun Gothic" w:hAnsi="Malgun Gothic" w:eastAsia="Malgun Gothic"/>
                <w:b w:val="0"/>
                <w:sz w:val="15"/>
              </w:rPr>
              <w:t>1.5787</w:t>
            </w:r>
          </w:p>
        </w:tc>
        <w:tc>
          <w:tcPr>
            <w:tcW w:type="dxa" w:w="1644"/>
            <w:vAlign w:val="center"/>
          </w:tcPr>
          <w:p>
            <w:r/>
            <w:r>
              <w:rPr>
                <w:rFonts w:ascii="Malgun Gothic" w:hAnsi="Malgun Gothic" w:eastAsia="Malgun Gothic"/>
                <w:b w:val="0"/>
                <w:sz w:val="15"/>
              </w:rPr>
              <w:t>9.72e+12</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t>0.5469</w:t>
            </w:r>
          </w:p>
        </w:tc>
        <w:tc>
          <w:tcPr>
            <w:tcW w:type="dxa" w:w="1644"/>
            <w:vAlign w:val="center"/>
          </w:tcPr>
          <w:p>
            <w:r/>
            <w:r>
              <w:rPr>
                <w:rFonts w:ascii="Malgun Gothic" w:hAnsi="Malgun Gothic" w:eastAsia="Malgun Gothic"/>
                <w:b w:val="0"/>
                <w:sz w:val="15"/>
              </w:rPr>
              <w:t>핵심 (수렴 타당도)</w:t>
            </w:r>
          </w:p>
        </w:tc>
      </w:tr>
      <w:tr>
        <w:trPr>
          <w:cantSplit/>
        </w:trPr>
        <w:tc>
          <w:tcPr>
            <w:tcW w:type="dxa" w:w="1644"/>
            <w:vAlign w:val="center"/>
          </w:tcPr>
          <w:p>
            <w:r/>
            <w:r>
              <w:rPr>
                <w:rFonts w:ascii="Malgun Gothic" w:hAnsi="Malgun Gothic" w:eastAsia="Malgun Gothic"/>
                <w:b w:val="0"/>
                <w:sz w:val="15"/>
              </w:rPr>
              <w:t>pitch_mean</w:t>
            </w:r>
          </w:p>
        </w:tc>
        <w:tc>
          <w:tcPr>
            <w:tcW w:type="dxa" w:w="1644"/>
            <w:vAlign w:val="center"/>
          </w:tcPr>
          <w:p>
            <w:r/>
            <w:r>
              <w:rPr>
                <w:rFonts w:ascii="Malgun Gothic" w:hAnsi="Malgun Gothic" w:eastAsia="Malgun Gothic"/>
                <w:b w:val="0"/>
                <w:sz w:val="15"/>
              </w:rPr>
              <w:t>0.0018</w:t>
            </w:r>
          </w:p>
        </w:tc>
        <w:tc>
          <w:tcPr>
            <w:tcW w:type="dxa" w:w="1644"/>
            <w:vAlign w:val="center"/>
          </w:tcPr>
          <w:p>
            <w:r/>
            <w:r>
              <w:rPr>
                <w:rFonts w:ascii="Malgun Gothic" w:hAnsi="Malgun Gothic" w:eastAsia="Malgun Gothic"/>
                <w:b w:val="0"/>
                <w:sz w:val="15"/>
              </w:rPr>
              <w:t>1.15e+13</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t>0.6414</w:t>
            </w:r>
          </w:p>
        </w:tc>
        <w:tc>
          <w:tcPr>
            <w:tcW w:type="dxa" w:w="1644"/>
            <w:vAlign w:val="center"/>
          </w:tcPr>
          <w:p>
            <w:r/>
            <w:r>
              <w:rPr>
                <w:rFonts w:ascii="Malgun Gothic" w:hAnsi="Malgun Gothic" w:eastAsia="Malgun Gothic"/>
                <w:b w:val="0"/>
                <w:sz w:val="15"/>
              </w:rPr>
              <w:t>핵심 (수렴 타당도, 최대)</w:t>
            </w:r>
          </w:p>
        </w:tc>
      </w:tr>
      <w:tr>
        <w:trPr>
          <w:cantSplit/>
        </w:trPr>
        <w:tc>
          <w:tcPr>
            <w:tcW w:type="dxa" w:w="1644"/>
            <w:vAlign w:val="center"/>
          </w:tcPr>
          <w:p>
            <w:r/>
            <w:r>
              <w:rPr>
                <w:rFonts w:ascii="Malgun Gothic" w:hAnsi="Malgun Gothic" w:eastAsia="Malgun Gothic"/>
                <w:b w:val="0"/>
                <w:sz w:val="15"/>
              </w:rPr>
              <w:t>wpm</w:t>
            </w:r>
          </w:p>
        </w:tc>
        <w:tc>
          <w:tcPr>
            <w:tcW w:type="dxa" w:w="1644"/>
            <w:vAlign w:val="center"/>
          </w:tcPr>
          <w:p>
            <w:r/>
            <w:r>
              <w:rPr>
                <w:rFonts w:ascii="Malgun Gothic" w:hAnsi="Malgun Gothic" w:eastAsia="Malgun Gothic"/>
                <w:b w:val="0"/>
                <w:sz w:val="15"/>
              </w:rPr>
              <w:t>8.33e-16</w:t>
            </w:r>
          </w:p>
        </w:tc>
        <w:tc>
          <w:tcPr>
            <w:tcW w:type="dxa" w:w="1644"/>
            <w:vAlign w:val="center"/>
          </w:tcPr>
          <w:p>
            <w:r/>
            <w:r>
              <w:rPr>
                <w:rFonts w:ascii="Malgun Gothic" w:hAnsi="Malgun Gothic" w:eastAsia="Malgun Gothic"/>
                <w:b w:val="0"/>
                <w:sz w:val="15"/>
              </w:rPr>
              <w:t>4.951</w:t>
            </w:r>
          </w:p>
        </w:tc>
        <w:tc>
          <w:tcPr>
            <w:tcW w:type="dxa" w:w="1644"/>
            <w:vAlign w:val="center"/>
          </w:tcPr>
          <w:p>
            <w:r/>
            <w:r>
              <w:rPr>
                <w:rFonts w:ascii="Malgun Gothic" w:hAnsi="Malgun Gothic" w:eastAsia="Malgun Gothic"/>
                <w:b w:val="0"/>
                <w:sz w:val="15"/>
              </w:rPr>
              <w:t>8.67e-07</w:t>
            </w:r>
          </w:p>
        </w:tc>
        <w:tc>
          <w:tcPr>
            <w:tcW w:type="dxa" w:w="1644"/>
            <w:vAlign w:val="center"/>
          </w:tcPr>
          <w:p>
            <w:r/>
            <w:r>
              <w:rPr>
                <w:rFonts w:ascii="Malgun Gothic" w:hAnsi="Malgun Gothic" w:eastAsia="Malgun Gothic"/>
                <w:b w:val="0"/>
                <w:sz w:val="15"/>
              </w:rPr>
              <w:t>≈4.44e-16</w:t>
            </w:r>
          </w:p>
        </w:tc>
        <w:tc>
          <w:tcPr>
            <w:tcW w:type="dxa" w:w="1644"/>
            <w:vAlign w:val="center"/>
          </w:tcPr>
          <w:p>
            <w:r/>
            <w:r>
              <w:rPr>
                <w:rFonts w:ascii="Malgun Gothic" w:hAnsi="Malgun Gothic" w:eastAsia="Malgun Gothic"/>
                <w:b w:val="0"/>
                <w:sz w:val="15"/>
              </w:rPr>
              <w:t>통계적 유의 / 실질 영향 없음</w:t>
            </w:r>
          </w:p>
        </w:tc>
      </w:tr>
      <w:tr>
        <w:trPr>
          <w:cantSplit/>
        </w:trPr>
        <w:tc>
          <w:tcPr>
            <w:tcW w:type="dxa" w:w="1644"/>
            <w:vAlign w:val="center"/>
          </w:tcPr>
          <w:p>
            <w:r/>
            <w:r>
              <w:rPr>
                <w:rFonts w:ascii="Malgun Gothic" w:hAnsi="Malgun Gothic" w:eastAsia="Malgun Gothic"/>
                <w:b w:val="0"/>
                <w:sz w:val="15"/>
              </w:rPr>
              <w:t>duration_sec</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t>0.000</w:t>
            </w:r>
          </w:p>
        </w:tc>
        <w:tc>
          <w:tcPr>
            <w:tcW w:type="dxa" w:w="1644"/>
            <w:vAlign w:val="center"/>
          </w:tcPr>
          <w:p>
            <w:r/>
            <w:r>
              <w:rPr>
                <w:rFonts w:ascii="Malgun Gothic" w:hAnsi="Malgun Gothic" w:eastAsia="Malgun Gothic"/>
                <w:b w:val="0"/>
                <w:sz w:val="15"/>
              </w:rPr>
              <w:t>1.000</w:t>
            </w:r>
          </w:p>
        </w:tc>
        <w:tc>
          <w:tcPr>
            <w:tcW w:type="dxa" w:w="1644"/>
            <w:vAlign w:val="center"/>
          </w:tcPr>
          <w:p>
            <w:r/>
            <w:r>
              <w:rPr>
                <w:rFonts w:ascii="Malgun Gothic" w:hAnsi="Malgun Gothic" w:eastAsia="Malgun Gothic"/>
                <w:b w:val="0"/>
                <w:sz w:val="15"/>
              </w:rPr>
              <w:t>≈5.27e-16</w:t>
            </w:r>
          </w:p>
        </w:tc>
        <w:tc>
          <w:tcPr>
            <w:tcW w:type="dxa" w:w="1644"/>
            <w:vAlign w:val="center"/>
          </w:tcPr>
          <w:p>
            <w:r/>
            <w:r>
              <w:rPr>
                <w:rFonts w:ascii="Malgun Gothic" w:hAnsi="Malgun Gothic" w:eastAsia="Malgun Gothic"/>
                <w:b w:val="0"/>
                <w:sz w:val="15"/>
              </w:rPr>
              <w:t>통계적 비유의 / 실질 영향 없음</w:t>
            </w:r>
          </w:p>
        </w:tc>
      </w:tr>
    </w:tbl>
    <w:p/>
    <w:p>
      <w:r>
        <w:t>pitch_mean(β=0.641)과 energy_mean(β=0.547)은 다변량 모형에서도 핵심 설명 변수로 확인되었다. wpm은 t=4.951(p=8.67e-07)로 통계적으로 유의하나 β≈4.44e-16으로 실질적 기여가 없으며, duration_sec는 다변량 모형에서 완전히 설명력이 제거되었다(p=1.000). 이는 wpm과 duration_sec가 판별 타당도 변수로서 적절히 기능함을 지지한다. R²=1.000은 stress_score가 이 4개 변수의 선형 결합으로 구성되었기 때문이며, 이는 지수 설계의 투명성을 반증한다.</w:t>
      </w:r>
    </w:p>
    <w:p>
      <w:r>
        <w:t>OLS 진단 통계: F=4.052e+25(p=0.000), Durbin-Watson=0.142, Jarque-Bera=1757.4, Condition Number=1.49e+04로 나타났다. 이는 잔차의 자기상관 및 정규성 측면에서 일부 OLS 전제 위반 가능성을 시사한다. 다만 본 분석의 목적은 일반적인 예측모형의 적합도 평가가 아니라, stress_score를 구성하는 음성 변수 간 상대적 기여와 구조적 관계를 확인하는 데 있다. 따라서 본 결과는 추론적 예측모형의 엄밀한 검증이라기보다, 지수 구성 논리의 재현성과 해석 가능성을 점검한 결과로 해석하는 것이 타당하다.</w:t>
      </w:r>
    </w:p>
    <w:p>
      <w:pPr>
        <w:pStyle w:val="Heading3"/>
      </w:pPr>
      <w:r>
        <w:t>4.4.1. VIF 분석</w:t>
      </w:r>
    </w:p>
    <w:p>
      <w:r>
        <w:t>표 4-6. 다중공선성 검증 (VIF)</w:t>
      </w:r>
    </w:p>
    <w:p>
      <w:r>
        <w:rPr>
          <w:b/>
        </w:rPr>
        <w:t>원본 참조표 9</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5"/>
              </w:rPr>
              <w:t>변수</w:t>
            </w:r>
          </w:p>
        </w:tc>
        <w:tc>
          <w:tcPr>
            <w:tcW w:type="dxa" w:w="2466"/>
          </w:tcPr>
          <w:p>
            <w:r/>
            <w:r>
              <w:rPr>
                <w:rFonts w:ascii="Malgun Gothic" w:hAnsi="Malgun Gothic" w:eastAsia="Malgun Gothic"/>
                <w:b/>
                <w:sz w:val="15"/>
              </w:rPr>
              <w:t>R²(타변수 기준)</w:t>
            </w:r>
          </w:p>
        </w:tc>
        <w:tc>
          <w:tcPr>
            <w:tcW w:type="dxa" w:w="2466"/>
          </w:tcPr>
          <w:p>
            <w:r/>
            <w:r>
              <w:rPr>
                <w:rFonts w:ascii="Malgun Gothic" w:hAnsi="Malgun Gothic" w:eastAsia="Malgun Gothic"/>
                <w:b/>
                <w:sz w:val="15"/>
              </w:rPr>
              <w:t>VIF</w:t>
            </w:r>
          </w:p>
        </w:tc>
        <w:tc>
          <w:tcPr>
            <w:tcW w:type="dxa" w:w="2466"/>
          </w:tcPr>
          <w:p>
            <w:r/>
            <w:r>
              <w:rPr>
                <w:rFonts w:ascii="Malgun Gothic" w:hAnsi="Malgun Gothic" w:eastAsia="Malgun Gothic"/>
                <w:b/>
                <w:sz w:val="15"/>
              </w:rPr>
              <w:t>판정</w:t>
            </w:r>
          </w:p>
        </w:tc>
      </w:tr>
      <w:tr>
        <w:trPr>
          <w:cantSplit/>
        </w:trPr>
        <w:tc>
          <w:tcPr>
            <w:tcW w:type="dxa" w:w="2466"/>
            <w:vAlign w:val="center"/>
          </w:tcPr>
          <w:p>
            <w:r/>
            <w:r>
              <w:rPr>
                <w:rFonts w:ascii="Malgun Gothic" w:hAnsi="Malgun Gothic" w:eastAsia="Malgun Gothic"/>
                <w:b w:val="0"/>
                <w:sz w:val="15"/>
              </w:rPr>
              <w:t>energy_mean</w:t>
            </w:r>
          </w:p>
        </w:tc>
        <w:tc>
          <w:tcPr>
            <w:tcW w:type="dxa" w:w="2466"/>
            <w:vAlign w:val="center"/>
          </w:tcPr>
          <w:p>
            <w:r/>
            <w:r>
              <w:rPr>
                <w:rFonts w:ascii="Malgun Gothic" w:hAnsi="Malgun Gothic" w:eastAsia="Malgun Gothic"/>
                <w:b w:val="0"/>
                <w:sz w:val="15"/>
              </w:rPr>
              <w:t>0.1855</w:t>
            </w:r>
          </w:p>
        </w:tc>
        <w:tc>
          <w:tcPr>
            <w:tcW w:type="dxa" w:w="2466"/>
            <w:vAlign w:val="center"/>
          </w:tcPr>
          <w:p>
            <w:r/>
            <w:r>
              <w:rPr>
                <w:rFonts w:ascii="Malgun Gothic" w:hAnsi="Malgun Gothic" w:eastAsia="Malgun Gothic"/>
                <w:b w:val="0"/>
                <w:sz w:val="15"/>
              </w:rPr>
              <w:t>1.2277</w:t>
            </w:r>
          </w:p>
        </w:tc>
        <w:tc>
          <w:tcPr>
            <w:tcW w:type="dxa" w:w="2466"/>
            <w:vAlign w:val="center"/>
          </w:tcPr>
          <w:p>
            <w:r/>
            <w:r>
              <w:rPr>
                <w:rFonts w:ascii="Malgun Gothic" w:hAnsi="Malgun Gothic" w:eastAsia="Malgun Gothic"/>
                <w:b w:val="0"/>
                <w:sz w:val="15"/>
              </w:rPr>
              <w:t>문제없음 (VIF &lt; 5)</w:t>
            </w:r>
          </w:p>
        </w:tc>
      </w:tr>
      <w:tr>
        <w:trPr>
          <w:cantSplit/>
        </w:trPr>
        <w:tc>
          <w:tcPr>
            <w:tcW w:type="dxa" w:w="2466"/>
            <w:vAlign w:val="center"/>
          </w:tcPr>
          <w:p>
            <w:r/>
            <w:r>
              <w:rPr>
                <w:rFonts w:ascii="Malgun Gothic" w:hAnsi="Malgun Gothic" w:eastAsia="Malgun Gothic"/>
                <w:b w:val="0"/>
                <w:sz w:val="15"/>
              </w:rPr>
              <w:t>pitch_mean</w:t>
            </w:r>
          </w:p>
        </w:tc>
        <w:tc>
          <w:tcPr>
            <w:tcW w:type="dxa" w:w="2466"/>
            <w:vAlign w:val="center"/>
          </w:tcPr>
          <w:p>
            <w:r/>
            <w:r>
              <w:rPr>
                <w:rFonts w:ascii="Malgun Gothic" w:hAnsi="Malgun Gothic" w:eastAsia="Malgun Gothic"/>
                <w:b w:val="0"/>
                <w:sz w:val="15"/>
              </w:rPr>
              <w:t>0.1737</w:t>
            </w:r>
          </w:p>
        </w:tc>
        <w:tc>
          <w:tcPr>
            <w:tcW w:type="dxa" w:w="2466"/>
            <w:vAlign w:val="center"/>
          </w:tcPr>
          <w:p>
            <w:r/>
            <w:r>
              <w:rPr>
                <w:rFonts w:ascii="Malgun Gothic" w:hAnsi="Malgun Gothic" w:eastAsia="Malgun Gothic"/>
                <w:b w:val="0"/>
                <w:sz w:val="15"/>
              </w:rPr>
              <w:t>1.2102</w:t>
            </w:r>
          </w:p>
        </w:tc>
        <w:tc>
          <w:tcPr>
            <w:tcW w:type="dxa" w:w="2466"/>
            <w:vAlign w:val="center"/>
          </w:tcPr>
          <w:p>
            <w:r/>
            <w:r>
              <w:rPr>
                <w:rFonts w:ascii="Malgun Gothic" w:hAnsi="Malgun Gothic" w:eastAsia="Malgun Gothic"/>
                <w:b w:val="0"/>
                <w:sz w:val="15"/>
              </w:rPr>
              <w:t>문제없음 (VIF &lt; 5)</w:t>
            </w:r>
          </w:p>
        </w:tc>
      </w:tr>
      <w:tr>
        <w:trPr>
          <w:cantSplit/>
        </w:trPr>
        <w:tc>
          <w:tcPr>
            <w:tcW w:type="dxa" w:w="2466"/>
            <w:vAlign w:val="center"/>
          </w:tcPr>
          <w:p>
            <w:r/>
            <w:r>
              <w:rPr>
                <w:rFonts w:ascii="Malgun Gothic" w:hAnsi="Malgun Gothic" w:eastAsia="Malgun Gothic"/>
                <w:b w:val="0"/>
                <w:sz w:val="15"/>
              </w:rPr>
              <w:t>wpm</w:t>
            </w:r>
          </w:p>
        </w:tc>
        <w:tc>
          <w:tcPr>
            <w:tcW w:type="dxa" w:w="2466"/>
            <w:vAlign w:val="center"/>
          </w:tcPr>
          <w:p>
            <w:r/>
            <w:r>
              <w:rPr>
                <w:rFonts w:ascii="Malgun Gothic" w:hAnsi="Malgun Gothic" w:eastAsia="Malgun Gothic"/>
                <w:b w:val="0"/>
                <w:sz w:val="15"/>
              </w:rPr>
              <w:t>0.0229</w:t>
            </w:r>
          </w:p>
        </w:tc>
        <w:tc>
          <w:tcPr>
            <w:tcW w:type="dxa" w:w="2466"/>
            <w:vAlign w:val="center"/>
          </w:tcPr>
          <w:p>
            <w:r/>
            <w:r>
              <w:rPr>
                <w:rFonts w:ascii="Malgun Gothic" w:hAnsi="Malgun Gothic" w:eastAsia="Malgun Gothic"/>
                <w:b w:val="0"/>
                <w:sz w:val="15"/>
              </w:rPr>
              <w:t>1.0235</w:t>
            </w:r>
          </w:p>
        </w:tc>
        <w:tc>
          <w:tcPr>
            <w:tcW w:type="dxa" w:w="2466"/>
            <w:vAlign w:val="center"/>
          </w:tcPr>
          <w:p>
            <w:r/>
            <w:r>
              <w:rPr>
                <w:rFonts w:ascii="Malgun Gothic" w:hAnsi="Malgun Gothic" w:eastAsia="Malgun Gothic"/>
                <w:b w:val="0"/>
                <w:sz w:val="15"/>
              </w:rPr>
              <w:t>문제없음 (VIF &lt; 5)</w:t>
            </w:r>
          </w:p>
        </w:tc>
      </w:tr>
      <w:tr>
        <w:trPr>
          <w:cantSplit/>
        </w:trPr>
        <w:tc>
          <w:tcPr>
            <w:tcW w:type="dxa" w:w="2466"/>
            <w:vAlign w:val="center"/>
          </w:tcPr>
          <w:p>
            <w:r/>
            <w:r>
              <w:rPr>
                <w:rFonts w:ascii="Malgun Gothic" w:hAnsi="Malgun Gothic" w:eastAsia="Malgun Gothic"/>
                <w:b w:val="0"/>
                <w:sz w:val="15"/>
              </w:rPr>
              <w:t>duration_sec</w:t>
            </w:r>
          </w:p>
        </w:tc>
        <w:tc>
          <w:tcPr>
            <w:tcW w:type="dxa" w:w="2466"/>
            <w:vAlign w:val="center"/>
          </w:tcPr>
          <w:p>
            <w:r/>
            <w:r>
              <w:rPr>
                <w:rFonts w:ascii="Malgun Gothic" w:hAnsi="Malgun Gothic" w:eastAsia="Malgun Gothic"/>
                <w:b w:val="0"/>
                <w:sz w:val="15"/>
              </w:rPr>
              <w:t>0.0276</w:t>
            </w:r>
          </w:p>
        </w:tc>
        <w:tc>
          <w:tcPr>
            <w:tcW w:type="dxa" w:w="2466"/>
            <w:vAlign w:val="center"/>
          </w:tcPr>
          <w:p>
            <w:r/>
            <w:r>
              <w:rPr>
                <w:rFonts w:ascii="Malgun Gothic" w:hAnsi="Malgun Gothic" w:eastAsia="Malgun Gothic"/>
                <w:b w:val="0"/>
                <w:sz w:val="15"/>
              </w:rPr>
              <w:t>1.0284</w:t>
            </w:r>
          </w:p>
        </w:tc>
        <w:tc>
          <w:tcPr>
            <w:tcW w:type="dxa" w:w="2466"/>
            <w:vAlign w:val="center"/>
          </w:tcPr>
          <w:p>
            <w:r/>
            <w:r>
              <w:rPr>
                <w:rFonts w:ascii="Malgun Gothic" w:hAnsi="Malgun Gothic" w:eastAsia="Malgun Gothic"/>
                <w:b w:val="0"/>
                <w:sz w:val="15"/>
              </w:rPr>
              <w:t>문제없음 (VIF &lt; 5)</w:t>
            </w:r>
          </w:p>
        </w:tc>
      </w:tr>
    </w:tbl>
    <w:p/>
    <w:p>
      <w:r>
        <w:t>모든 변수의 VIF가 1.03~1.23 범위로 다중공선성 문제가 없음을 확인하였다. 가장 높은 energy_mean(VIF=1.2277)과 pitch_mean(VIF=1.2102) 간에도 다중공선성이 없어 두 변수를 함께 투입하는 지수 설계가 타당함을 지지한다.</w:t>
      </w:r>
    </w:p>
    <w:p>
      <w:pPr>
        <w:pStyle w:val="Heading2"/>
      </w:pPr>
      <w:r>
        <w:t>4.5. 예측값 vs 실측값 비교</w:t>
      </w:r>
    </w:p>
    <w:p>
      <w:r>
        <w:t>그림 4-7은 다변량 OLS 모형의 예측값과 실측값 산점도이다. 점들이 대각선에 거의 완벽히 집중되어 있으며, 이는 stress_score가 4개 변수의 선형 결합으로 수식적으로 재구성됨을 보여준다.</w:t>
      </w:r>
    </w:p>
    <w:p>
      <w:pPr>
        <w:jc w:val="center"/>
      </w:pPr>
      <w:r>
        <w:drawing>
          <wp:inline xmlns:a="http://schemas.openxmlformats.org/drawingml/2006/main" xmlns:pic="http://schemas.openxmlformats.org/drawingml/2006/picture">
            <wp:extent cx="5852160" cy="4389120"/>
            <wp:docPr id="67" name="Picture 67"/>
            <wp:cNvGraphicFramePr>
              <a:graphicFrameLocks noChangeAspect="1"/>
            </wp:cNvGraphicFramePr>
            <a:graphic>
              <a:graphicData uri="http://schemas.openxmlformats.org/drawingml/2006/picture">
                <pic:pic>
                  <pic:nvPicPr>
                    <pic:cNvPr id="0" name="ref_유현동VOC_연구_중간보고_004.jpg"/>
                    <pic:cNvPicPr/>
                  </pic:nvPicPr>
                  <pic:blipFill>
                    <a:blip r:embed="rId68"/>
                    <a:stretch>
                      <a:fillRect/>
                    </a:stretch>
                  </pic:blipFill>
                  <pic:spPr>
                    <a:xfrm>
                      <a:off x="0" y="0"/>
                      <a:ext cx="5852160" cy="4389120"/>
                    </a:xfrm>
                    <a:prstGeom prst="rect"/>
                  </pic:spPr>
                </pic:pic>
              </a:graphicData>
            </a:graphic>
          </wp:inline>
        </w:drawing>
      </w:r>
    </w:p>
    <w:p>
      <w:r>
        <w:t>그림 4-7. OLS 다변량 회귀모형 예측값 vs 실측값</w:t>
      </w:r>
    </w:p>
    <w:p>
      <w:r>
        <w:t>4.6. 가중치 민감도 분석</w:t>
      </w:r>
    </w:p>
    <w:p>
      <w:r>
        <w:t>가중치 민감도 분석(weight sensitivity analysis)은 균등 가중치(0.25) 방식의 결과가 대안적 가중치 조합에 비해 얼마나 안정적으로 유지되는지를 검증하기 위해 수행되었다. 특히 기본(균등가중) 시나리오는 4.1에서 사용한 원본 stress_score를 그대로 사용하여 기술통계와의 일관성을 확보하였고, 나머지 5개 대안 시나리오만 동일 입력 데이터에서 재계산하였다.</w:t>
      </w:r>
    </w:p>
    <w:p>
      <w:r>
        <w:t>4.6.1. 시나리오별 기술통계</w:t>
      </w:r>
    </w:p>
    <w:p>
      <w:r>
        <w:t>표 4-8. 가중치 시나리오별 stress_score 기술통계 (n=994)</w:t>
      </w:r>
    </w:p>
    <w:p>
      <w:r>
        <w:rPr>
          <w:b/>
        </w:rPr>
        <w:t>원본 참조표 10</w:t>
      </w:r>
    </w:p>
    <w:tbl>
      <w:tblPr>
        <w:tblStyle w:val="TableGrid"/>
        <w:tblW w:type="auto" w:w="0"/>
        <w:jc w:val="center"/>
        <w:tblLook w:firstColumn="1" w:firstRow="1" w:lastColumn="0" w:lastRow="0" w:noHBand="0" w:noVBand="1" w:val="04A0"/>
      </w:tblPr>
      <w:tblGrid>
        <w:gridCol w:w="1233"/>
        <w:gridCol w:w="1233"/>
        <w:gridCol w:w="1233"/>
        <w:gridCol w:w="1233"/>
        <w:gridCol w:w="1233"/>
        <w:gridCol w:w="1233"/>
        <w:gridCol w:w="1233"/>
        <w:gridCol w:w="1233"/>
      </w:tblGrid>
      <w:tr>
        <w:trPr>
          <w:tblHeader w:val="true"/>
          <w:cantSplit/>
        </w:trPr>
        <w:tc>
          <w:tcPr>
            <w:tcW w:type="dxa" w:w="1233"/>
          </w:tcPr>
          <w:p>
            <w:r/>
            <w:r>
              <w:rPr>
                <w:rFonts w:ascii="Malgun Gothic" w:hAnsi="Malgun Gothic" w:eastAsia="Malgun Gothic"/>
                <w:b/>
                <w:sz w:val="15"/>
              </w:rPr>
              <w:t>시나리오</w:t>
            </w:r>
          </w:p>
        </w:tc>
        <w:tc>
          <w:tcPr>
            <w:tcW w:type="dxa" w:w="1233"/>
          </w:tcPr>
          <w:p>
            <w:r/>
            <w:r>
              <w:rPr>
                <w:rFonts w:ascii="Malgun Gothic" w:hAnsi="Malgun Gothic" w:eastAsia="Malgun Gothic"/>
                <w:b/>
                <w:sz w:val="15"/>
              </w:rPr>
              <w:t>가중치 (e/p/w/d)</w:t>
            </w:r>
          </w:p>
        </w:tc>
        <w:tc>
          <w:tcPr>
            <w:tcW w:type="dxa" w:w="1233"/>
          </w:tcPr>
          <w:p>
            <w:r/>
            <w:r>
              <w:rPr>
                <w:rFonts w:ascii="Malgun Gothic" w:hAnsi="Malgun Gothic" w:eastAsia="Malgun Gothic"/>
                <w:b/>
                <w:sz w:val="15"/>
              </w:rPr>
              <w:t>평균</w:t>
            </w:r>
          </w:p>
        </w:tc>
        <w:tc>
          <w:tcPr>
            <w:tcW w:type="dxa" w:w="1233"/>
          </w:tcPr>
          <w:p>
            <w:r/>
            <w:r>
              <w:rPr>
                <w:rFonts w:ascii="Malgun Gothic" w:hAnsi="Malgun Gothic" w:eastAsia="Malgun Gothic"/>
                <w:b/>
                <w:sz w:val="15"/>
              </w:rPr>
              <w:t>SD</w:t>
            </w:r>
          </w:p>
        </w:tc>
        <w:tc>
          <w:tcPr>
            <w:tcW w:type="dxa" w:w="1233"/>
          </w:tcPr>
          <w:p>
            <w:r/>
            <w:r>
              <w:rPr>
                <w:rFonts w:ascii="Malgun Gothic" w:hAnsi="Malgun Gothic" w:eastAsia="Malgun Gothic"/>
                <w:b/>
                <w:sz w:val="15"/>
              </w:rPr>
              <w:t>중앙값</w:t>
            </w:r>
          </w:p>
        </w:tc>
        <w:tc>
          <w:tcPr>
            <w:tcW w:type="dxa" w:w="1233"/>
          </w:tcPr>
          <w:p>
            <w:r/>
            <w:r>
              <w:rPr>
                <w:rFonts w:ascii="Malgun Gothic" w:hAnsi="Malgun Gothic" w:eastAsia="Malgun Gothic"/>
                <w:b/>
                <w:sz w:val="15"/>
              </w:rPr>
              <w:t>Q25</w:t>
            </w:r>
          </w:p>
        </w:tc>
        <w:tc>
          <w:tcPr>
            <w:tcW w:type="dxa" w:w="1233"/>
          </w:tcPr>
          <w:p>
            <w:r/>
            <w:r>
              <w:rPr>
                <w:rFonts w:ascii="Malgun Gothic" w:hAnsi="Malgun Gothic" w:eastAsia="Malgun Gothic"/>
                <w:b/>
                <w:sz w:val="15"/>
              </w:rPr>
              <w:t>Q75</w:t>
            </w:r>
          </w:p>
        </w:tc>
        <w:tc>
          <w:tcPr>
            <w:tcW w:type="dxa" w:w="1233"/>
          </w:tcPr>
          <w:p>
            <w:r/>
            <w:r>
              <w:rPr>
                <w:rFonts w:ascii="Malgun Gothic" w:hAnsi="Malgun Gothic" w:eastAsia="Malgun Gothic"/>
                <w:b/>
                <w:sz w:val="15"/>
              </w:rPr>
              <w:t>특징</w:t>
            </w:r>
          </w:p>
        </w:tc>
      </w:tr>
      <w:tr>
        <w:trPr>
          <w:cantSplit/>
        </w:trPr>
        <w:tc>
          <w:tcPr>
            <w:tcW w:type="dxa" w:w="1233"/>
            <w:vAlign w:val="center"/>
          </w:tcPr>
          <w:p>
            <w:r/>
            <w:r>
              <w:rPr>
                <w:rFonts w:ascii="Malgun Gothic" w:hAnsi="Malgun Gothic" w:eastAsia="Malgun Gothic"/>
                <w:b w:val="0"/>
                <w:sz w:val="15"/>
              </w:rPr>
              <w:t>기본(균등가중)</w:t>
            </w:r>
          </w:p>
        </w:tc>
        <w:tc>
          <w:tcPr>
            <w:tcW w:type="dxa" w:w="1233"/>
            <w:vAlign w:val="center"/>
          </w:tcPr>
          <w:p>
            <w:r/>
            <w:r>
              <w:rPr>
                <w:rFonts w:ascii="Malgun Gothic" w:hAnsi="Malgun Gothic" w:eastAsia="Malgun Gothic"/>
                <w:b w:val="0"/>
                <w:sz w:val="15"/>
              </w:rPr>
              <w:t>0.25/0.25/0.25/0.25</w:t>
            </w:r>
          </w:p>
        </w:tc>
        <w:tc>
          <w:tcPr>
            <w:tcW w:type="dxa" w:w="1233"/>
            <w:vAlign w:val="center"/>
          </w:tcPr>
          <w:p>
            <w:r/>
            <w:r>
              <w:rPr>
                <w:rFonts w:ascii="Malgun Gothic" w:hAnsi="Malgun Gothic" w:eastAsia="Malgun Gothic"/>
                <w:b w:val="0"/>
                <w:sz w:val="15"/>
              </w:rPr>
              <w:t>0.2614</w:t>
            </w:r>
          </w:p>
        </w:tc>
        <w:tc>
          <w:tcPr>
            <w:tcW w:type="dxa" w:w="1233"/>
            <w:vAlign w:val="center"/>
          </w:tcPr>
          <w:p>
            <w:r/>
            <w:r>
              <w:rPr>
                <w:rFonts w:ascii="Malgun Gothic" w:hAnsi="Malgun Gothic" w:eastAsia="Malgun Gothic"/>
                <w:b w:val="0"/>
                <w:sz w:val="15"/>
              </w:rPr>
              <w:t>0.0643</w:t>
            </w:r>
          </w:p>
        </w:tc>
        <w:tc>
          <w:tcPr>
            <w:tcW w:type="dxa" w:w="1233"/>
            <w:vAlign w:val="center"/>
          </w:tcPr>
          <w:p>
            <w:r/>
            <w:r>
              <w:rPr>
                <w:rFonts w:ascii="Malgun Gothic" w:hAnsi="Malgun Gothic" w:eastAsia="Malgun Gothic"/>
                <w:b w:val="0"/>
                <w:sz w:val="15"/>
              </w:rPr>
              <w:t>0.2572</w:t>
            </w:r>
          </w:p>
        </w:tc>
        <w:tc>
          <w:tcPr>
            <w:tcW w:type="dxa" w:w="1233"/>
            <w:vAlign w:val="center"/>
          </w:tcPr>
          <w:p>
            <w:r/>
            <w:r>
              <w:rPr>
                <w:rFonts w:ascii="Malgun Gothic" w:hAnsi="Malgun Gothic" w:eastAsia="Malgun Gothic"/>
                <w:b w:val="0"/>
                <w:sz w:val="15"/>
              </w:rPr>
              <w:t>0.2207</w:t>
            </w:r>
          </w:p>
        </w:tc>
        <w:tc>
          <w:tcPr>
            <w:tcW w:type="dxa" w:w="1233"/>
            <w:vAlign w:val="center"/>
          </w:tcPr>
          <w:p>
            <w:r/>
            <w:r>
              <w:rPr>
                <w:rFonts w:ascii="Malgun Gothic" w:hAnsi="Malgun Gothic" w:eastAsia="Malgun Gothic"/>
                <w:b w:val="0"/>
                <w:sz w:val="15"/>
              </w:rPr>
              <w:t>0.3016</w:t>
            </w:r>
          </w:p>
        </w:tc>
        <w:tc>
          <w:tcPr>
            <w:tcW w:type="dxa" w:w="1233"/>
            <w:vAlign w:val="center"/>
          </w:tcPr>
          <w:p>
            <w:r/>
            <w:r>
              <w:rPr>
                <w:rFonts w:ascii="Malgun Gothic" w:hAnsi="Malgun Gothic" w:eastAsia="Malgun Gothic"/>
                <w:b w:val="0"/>
                <w:sz w:val="15"/>
              </w:rPr>
              <w:t>4.1과 동일한 원본 stress_score</w:t>
            </w:r>
          </w:p>
        </w:tc>
      </w:tr>
      <w:tr>
        <w:trPr>
          <w:cantSplit/>
        </w:trPr>
        <w:tc>
          <w:tcPr>
            <w:tcW w:type="dxa" w:w="1233"/>
            <w:vAlign w:val="center"/>
          </w:tcPr>
          <w:p>
            <w:r/>
            <w:r>
              <w:rPr>
                <w:rFonts w:ascii="Malgun Gothic" w:hAnsi="Malgun Gothic" w:eastAsia="Malgun Gothic"/>
                <w:b w:val="0"/>
                <w:sz w:val="15"/>
              </w:rPr>
              <w:t>Pitch 중심</w:t>
            </w:r>
          </w:p>
        </w:tc>
        <w:tc>
          <w:tcPr>
            <w:tcW w:type="dxa" w:w="1233"/>
            <w:vAlign w:val="center"/>
          </w:tcPr>
          <w:p>
            <w:r/>
            <w:r>
              <w:rPr>
                <w:rFonts w:ascii="Malgun Gothic" w:hAnsi="Malgun Gothic" w:eastAsia="Malgun Gothic"/>
                <w:b w:val="0"/>
                <w:sz w:val="15"/>
              </w:rPr>
              <w:t>0.15/0.55/0.15/0.15</w:t>
            </w:r>
          </w:p>
        </w:tc>
        <w:tc>
          <w:tcPr>
            <w:tcW w:type="dxa" w:w="1233"/>
            <w:vAlign w:val="center"/>
          </w:tcPr>
          <w:p>
            <w:r/>
            <w:r>
              <w:rPr>
                <w:rFonts w:ascii="Malgun Gothic" w:hAnsi="Malgun Gothic" w:eastAsia="Malgun Gothic"/>
                <w:b w:val="0"/>
                <w:sz w:val="15"/>
              </w:rPr>
              <w:t>0.5512</w:t>
            </w:r>
          </w:p>
        </w:tc>
        <w:tc>
          <w:tcPr>
            <w:tcW w:type="dxa" w:w="1233"/>
            <w:vAlign w:val="center"/>
          </w:tcPr>
          <w:p>
            <w:r/>
            <w:r>
              <w:rPr>
                <w:rFonts w:ascii="Malgun Gothic" w:hAnsi="Malgun Gothic" w:eastAsia="Malgun Gothic"/>
                <w:b w:val="0"/>
                <w:sz w:val="15"/>
              </w:rPr>
              <w:t>0.1388</w:t>
            </w:r>
          </w:p>
        </w:tc>
        <w:tc>
          <w:tcPr>
            <w:tcW w:type="dxa" w:w="1233"/>
            <w:vAlign w:val="center"/>
          </w:tcPr>
          <w:p>
            <w:r/>
            <w:r>
              <w:rPr>
                <w:rFonts w:ascii="Malgun Gothic" w:hAnsi="Malgun Gothic" w:eastAsia="Malgun Gothic"/>
                <w:b w:val="0"/>
                <w:sz w:val="15"/>
              </w:rPr>
              <w:t>0.5523</w:t>
            </w:r>
          </w:p>
        </w:tc>
        <w:tc>
          <w:tcPr>
            <w:tcW w:type="dxa" w:w="1233"/>
            <w:vAlign w:val="center"/>
          </w:tcPr>
          <w:p>
            <w:r/>
            <w:r>
              <w:rPr>
                <w:rFonts w:ascii="Malgun Gothic" w:hAnsi="Malgun Gothic" w:eastAsia="Malgun Gothic"/>
                <w:b w:val="0"/>
                <w:sz w:val="15"/>
              </w:rPr>
              <w:t>0.4745</w:t>
            </w:r>
          </w:p>
        </w:tc>
        <w:tc>
          <w:tcPr>
            <w:tcW w:type="dxa" w:w="1233"/>
            <w:vAlign w:val="center"/>
          </w:tcPr>
          <w:p>
            <w:r/>
            <w:r>
              <w:rPr>
                <w:rFonts w:ascii="Malgun Gothic" w:hAnsi="Malgun Gothic" w:eastAsia="Malgun Gothic"/>
                <w:b w:val="0"/>
                <w:sz w:val="15"/>
              </w:rPr>
              <w:t>0.6356</w:t>
            </w:r>
          </w:p>
        </w:tc>
        <w:tc>
          <w:tcPr>
            <w:tcW w:type="dxa" w:w="1233"/>
            <w:vAlign w:val="center"/>
          </w:tcPr>
          <w:p>
            <w:r/>
            <w:r>
              <w:rPr>
                <w:rFonts w:ascii="Malgun Gothic" w:hAnsi="Malgun Gothic" w:eastAsia="Malgun Gothic"/>
                <w:b w:val="0"/>
                <w:sz w:val="15"/>
              </w:rPr>
              <w:t>평균 ↑ (+0.290)</w:t>
            </w:r>
          </w:p>
        </w:tc>
      </w:tr>
      <w:tr>
        <w:trPr>
          <w:cantSplit/>
        </w:trPr>
        <w:tc>
          <w:tcPr>
            <w:tcW w:type="dxa" w:w="1233"/>
            <w:vAlign w:val="center"/>
          </w:tcPr>
          <w:p>
            <w:r/>
            <w:r>
              <w:rPr>
                <w:rFonts w:ascii="Malgun Gothic" w:hAnsi="Malgun Gothic" w:eastAsia="Malgun Gothic"/>
                <w:b w:val="0"/>
                <w:sz w:val="15"/>
              </w:rPr>
              <w:t>Energy 중심</w:t>
            </w:r>
          </w:p>
        </w:tc>
        <w:tc>
          <w:tcPr>
            <w:tcW w:type="dxa" w:w="1233"/>
            <w:vAlign w:val="center"/>
          </w:tcPr>
          <w:p>
            <w:r/>
            <w:r>
              <w:rPr>
                <w:rFonts w:ascii="Malgun Gothic" w:hAnsi="Malgun Gothic" w:eastAsia="Malgun Gothic"/>
                <w:b w:val="0"/>
                <w:sz w:val="15"/>
              </w:rPr>
              <w:t>0.55/0.15/0.15/0.15</w:t>
            </w:r>
          </w:p>
        </w:tc>
        <w:tc>
          <w:tcPr>
            <w:tcW w:type="dxa" w:w="1233"/>
            <w:vAlign w:val="center"/>
          </w:tcPr>
          <w:p>
            <w:r/>
            <w:r>
              <w:rPr>
                <w:rFonts w:ascii="Malgun Gothic" w:hAnsi="Malgun Gothic" w:eastAsia="Malgun Gothic"/>
                <w:b w:val="0"/>
                <w:sz w:val="15"/>
              </w:rPr>
              <w:t>0.3942</w:t>
            </w:r>
          </w:p>
        </w:tc>
        <w:tc>
          <w:tcPr>
            <w:tcW w:type="dxa" w:w="1233"/>
            <w:vAlign w:val="center"/>
          </w:tcPr>
          <w:p>
            <w:r/>
            <w:r>
              <w:rPr>
                <w:rFonts w:ascii="Malgun Gothic" w:hAnsi="Malgun Gothic" w:eastAsia="Malgun Gothic"/>
                <w:b w:val="0"/>
                <w:sz w:val="15"/>
              </w:rPr>
              <w:t>0.121</w:t>
            </w:r>
          </w:p>
        </w:tc>
        <w:tc>
          <w:tcPr>
            <w:tcW w:type="dxa" w:w="1233"/>
            <w:vAlign w:val="center"/>
          </w:tcPr>
          <w:p>
            <w:r/>
            <w:r>
              <w:rPr>
                <w:rFonts w:ascii="Malgun Gothic" w:hAnsi="Malgun Gothic" w:eastAsia="Malgun Gothic"/>
                <w:b w:val="0"/>
                <w:sz w:val="15"/>
              </w:rPr>
              <w:t>0.3857</w:t>
            </w:r>
          </w:p>
        </w:tc>
        <w:tc>
          <w:tcPr>
            <w:tcW w:type="dxa" w:w="1233"/>
            <w:vAlign w:val="center"/>
          </w:tcPr>
          <w:p>
            <w:r/>
            <w:r>
              <w:rPr>
                <w:rFonts w:ascii="Malgun Gothic" w:hAnsi="Malgun Gothic" w:eastAsia="Malgun Gothic"/>
                <w:b w:val="0"/>
                <w:sz w:val="15"/>
              </w:rPr>
              <w:t>0.3117</w:t>
            </w:r>
          </w:p>
        </w:tc>
        <w:tc>
          <w:tcPr>
            <w:tcW w:type="dxa" w:w="1233"/>
            <w:vAlign w:val="center"/>
          </w:tcPr>
          <w:p>
            <w:r/>
            <w:r>
              <w:rPr>
                <w:rFonts w:ascii="Malgun Gothic" w:hAnsi="Malgun Gothic" w:eastAsia="Malgun Gothic"/>
                <w:b w:val="0"/>
                <w:sz w:val="15"/>
              </w:rPr>
              <w:t>0.4604</w:t>
            </w:r>
          </w:p>
        </w:tc>
        <w:tc>
          <w:tcPr>
            <w:tcW w:type="dxa" w:w="1233"/>
            <w:vAlign w:val="center"/>
          </w:tcPr>
          <w:p>
            <w:r/>
            <w:r>
              <w:rPr>
                <w:rFonts w:ascii="Malgun Gothic" w:hAnsi="Malgun Gothic" w:eastAsia="Malgun Gothic"/>
                <w:b w:val="0"/>
                <w:sz w:val="15"/>
              </w:rPr>
              <w:t>평균 ↑ (+0.133)</w:t>
            </w:r>
          </w:p>
        </w:tc>
      </w:tr>
      <w:tr>
        <w:trPr>
          <w:cantSplit/>
        </w:trPr>
        <w:tc>
          <w:tcPr>
            <w:tcW w:type="dxa" w:w="1233"/>
            <w:vAlign w:val="center"/>
          </w:tcPr>
          <w:p>
            <w:r/>
            <w:r>
              <w:rPr>
                <w:rFonts w:ascii="Malgun Gothic" w:hAnsi="Malgun Gothic" w:eastAsia="Malgun Gothic"/>
                <w:b w:val="0"/>
                <w:sz w:val="15"/>
              </w:rPr>
              <w:t>Pitch+Energy 동등강조</w:t>
            </w:r>
          </w:p>
        </w:tc>
        <w:tc>
          <w:tcPr>
            <w:tcW w:type="dxa" w:w="1233"/>
            <w:vAlign w:val="center"/>
          </w:tcPr>
          <w:p>
            <w:r/>
            <w:r>
              <w:rPr>
                <w:rFonts w:ascii="Malgun Gothic" w:hAnsi="Malgun Gothic" w:eastAsia="Malgun Gothic"/>
                <w:b w:val="0"/>
                <w:sz w:val="15"/>
              </w:rPr>
              <w:t>0.35/0.35/0.15/0.15</w:t>
            </w:r>
          </w:p>
        </w:tc>
        <w:tc>
          <w:tcPr>
            <w:tcW w:type="dxa" w:w="1233"/>
            <w:vAlign w:val="center"/>
          </w:tcPr>
          <w:p>
            <w:r/>
            <w:r>
              <w:rPr>
                <w:rFonts w:ascii="Malgun Gothic" w:hAnsi="Malgun Gothic" w:eastAsia="Malgun Gothic"/>
                <w:b w:val="0"/>
                <w:sz w:val="15"/>
              </w:rPr>
              <w:t>0.4487</w:t>
            </w:r>
          </w:p>
        </w:tc>
        <w:tc>
          <w:tcPr>
            <w:tcW w:type="dxa" w:w="1233"/>
            <w:vAlign w:val="center"/>
          </w:tcPr>
          <w:p>
            <w:r/>
            <w:r>
              <w:rPr>
                <w:rFonts w:ascii="Malgun Gothic" w:hAnsi="Malgun Gothic" w:eastAsia="Malgun Gothic"/>
                <w:b w:val="0"/>
                <w:sz w:val="15"/>
              </w:rPr>
              <w:t>0.1269</w:t>
            </w:r>
          </w:p>
        </w:tc>
        <w:tc>
          <w:tcPr>
            <w:tcW w:type="dxa" w:w="1233"/>
            <w:vAlign w:val="center"/>
          </w:tcPr>
          <w:p>
            <w:r/>
            <w:r>
              <w:rPr>
                <w:rFonts w:ascii="Malgun Gothic" w:hAnsi="Malgun Gothic" w:eastAsia="Malgun Gothic"/>
                <w:b w:val="0"/>
                <w:sz w:val="15"/>
              </w:rPr>
              <w:t>0.4435</w:t>
            </w:r>
          </w:p>
        </w:tc>
        <w:tc>
          <w:tcPr>
            <w:tcW w:type="dxa" w:w="1233"/>
            <w:vAlign w:val="center"/>
          </w:tcPr>
          <w:p>
            <w:r/>
            <w:r>
              <w:rPr>
                <w:rFonts w:ascii="Malgun Gothic" w:hAnsi="Malgun Gothic" w:eastAsia="Malgun Gothic"/>
                <w:b w:val="0"/>
                <w:sz w:val="15"/>
              </w:rPr>
              <w:t>0.3697</w:t>
            </w:r>
          </w:p>
        </w:tc>
        <w:tc>
          <w:tcPr>
            <w:tcW w:type="dxa" w:w="1233"/>
            <w:vAlign w:val="center"/>
          </w:tcPr>
          <w:p>
            <w:r/>
            <w:r>
              <w:rPr>
                <w:rFonts w:ascii="Malgun Gothic" w:hAnsi="Malgun Gothic" w:eastAsia="Malgun Gothic"/>
                <w:b w:val="0"/>
                <w:sz w:val="15"/>
              </w:rPr>
              <w:t>0.5205</w:t>
            </w:r>
          </w:p>
        </w:tc>
        <w:tc>
          <w:tcPr>
            <w:tcW w:type="dxa" w:w="1233"/>
            <w:vAlign w:val="center"/>
          </w:tcPr>
          <w:p>
            <w:r/>
            <w:r>
              <w:rPr>
                <w:rFonts w:ascii="Malgun Gothic" w:hAnsi="Malgun Gothic" w:eastAsia="Malgun Gothic"/>
                <w:b w:val="0"/>
                <w:sz w:val="15"/>
              </w:rPr>
              <w:t>평균 ↑ (+0.187)</w:t>
            </w:r>
          </w:p>
        </w:tc>
      </w:tr>
      <w:tr>
        <w:trPr>
          <w:cantSplit/>
        </w:trPr>
        <w:tc>
          <w:tcPr>
            <w:tcW w:type="dxa" w:w="1233"/>
            <w:vAlign w:val="center"/>
          </w:tcPr>
          <w:p>
            <w:r/>
            <w:r>
              <w:rPr>
                <w:rFonts w:ascii="Malgun Gothic" w:hAnsi="Malgun Gothic" w:eastAsia="Malgun Gothic"/>
                <w:b w:val="0"/>
                <w:sz w:val="15"/>
              </w:rPr>
              <w:t>WPM 제외</w:t>
            </w:r>
          </w:p>
        </w:tc>
        <w:tc>
          <w:tcPr>
            <w:tcW w:type="dxa" w:w="1233"/>
            <w:vAlign w:val="center"/>
          </w:tcPr>
          <w:p>
            <w:r/>
            <w:r>
              <w:rPr>
                <w:rFonts w:ascii="Malgun Gothic" w:hAnsi="Malgun Gothic" w:eastAsia="Malgun Gothic"/>
                <w:b w:val="0"/>
                <w:sz w:val="15"/>
              </w:rPr>
              <w:t>0.34/0.34/0.00/0.32</w:t>
            </w:r>
          </w:p>
        </w:tc>
        <w:tc>
          <w:tcPr>
            <w:tcW w:type="dxa" w:w="1233"/>
            <w:vAlign w:val="center"/>
          </w:tcPr>
          <w:p>
            <w:r/>
            <w:r>
              <w:rPr>
                <w:rFonts w:ascii="Malgun Gothic" w:hAnsi="Malgun Gothic" w:eastAsia="Malgun Gothic"/>
                <w:b w:val="0"/>
                <w:sz w:val="15"/>
              </w:rPr>
              <w:t>0.5384</w:t>
            </w:r>
          </w:p>
        </w:tc>
        <w:tc>
          <w:tcPr>
            <w:tcW w:type="dxa" w:w="1233"/>
            <w:vAlign w:val="center"/>
          </w:tcPr>
          <w:p>
            <w:r/>
            <w:r>
              <w:rPr>
                <w:rFonts w:ascii="Malgun Gothic" w:hAnsi="Malgun Gothic" w:eastAsia="Malgun Gothic"/>
                <w:b w:val="0"/>
                <w:sz w:val="15"/>
              </w:rPr>
              <w:t>0.1219</w:t>
            </w:r>
          </w:p>
        </w:tc>
        <w:tc>
          <w:tcPr>
            <w:tcW w:type="dxa" w:w="1233"/>
            <w:vAlign w:val="center"/>
          </w:tcPr>
          <w:p>
            <w:r/>
            <w:r>
              <w:rPr>
                <w:rFonts w:ascii="Malgun Gothic" w:hAnsi="Malgun Gothic" w:eastAsia="Malgun Gothic"/>
                <w:b w:val="0"/>
                <w:sz w:val="15"/>
              </w:rPr>
              <w:t>0.5308</w:t>
            </w:r>
          </w:p>
        </w:tc>
        <w:tc>
          <w:tcPr>
            <w:tcW w:type="dxa" w:w="1233"/>
            <w:vAlign w:val="center"/>
          </w:tcPr>
          <w:p>
            <w:r/>
            <w:r>
              <w:rPr>
                <w:rFonts w:ascii="Malgun Gothic" w:hAnsi="Malgun Gothic" w:eastAsia="Malgun Gothic"/>
                <w:b w:val="0"/>
                <w:sz w:val="15"/>
              </w:rPr>
              <w:t>0.4681</w:t>
            </w:r>
          </w:p>
        </w:tc>
        <w:tc>
          <w:tcPr>
            <w:tcW w:type="dxa" w:w="1233"/>
            <w:vAlign w:val="center"/>
          </w:tcPr>
          <w:p>
            <w:r/>
            <w:r>
              <w:rPr>
                <w:rFonts w:ascii="Malgun Gothic" w:hAnsi="Malgun Gothic" w:eastAsia="Malgun Gothic"/>
                <w:b w:val="0"/>
                <w:sz w:val="15"/>
              </w:rPr>
              <w:t>0.6059</w:t>
            </w:r>
          </w:p>
        </w:tc>
        <w:tc>
          <w:tcPr>
            <w:tcW w:type="dxa" w:w="1233"/>
            <w:vAlign w:val="center"/>
          </w:tcPr>
          <w:p>
            <w:r/>
            <w:r>
              <w:rPr>
                <w:rFonts w:ascii="Malgun Gothic" w:hAnsi="Malgun Gothic" w:eastAsia="Malgun Gothic"/>
                <w:b w:val="0"/>
                <w:sz w:val="15"/>
              </w:rPr>
              <w:t>평균 ↑ (+0.277)</w:t>
            </w:r>
          </w:p>
        </w:tc>
      </w:tr>
      <w:tr>
        <w:trPr>
          <w:cantSplit/>
        </w:trPr>
        <w:tc>
          <w:tcPr>
            <w:tcW w:type="dxa" w:w="1233"/>
            <w:vAlign w:val="center"/>
          </w:tcPr>
          <w:p>
            <w:r/>
            <w:r>
              <w:rPr>
                <w:rFonts w:ascii="Malgun Gothic" w:hAnsi="Malgun Gothic" w:eastAsia="Malgun Gothic"/>
                <w:b w:val="0"/>
                <w:sz w:val="15"/>
              </w:rPr>
              <w:t>Duration 제외</w:t>
            </w:r>
          </w:p>
        </w:tc>
        <w:tc>
          <w:tcPr>
            <w:tcW w:type="dxa" w:w="1233"/>
            <w:vAlign w:val="center"/>
          </w:tcPr>
          <w:p>
            <w:r/>
            <w:r>
              <w:rPr>
                <w:rFonts w:ascii="Malgun Gothic" w:hAnsi="Malgun Gothic" w:eastAsia="Malgun Gothic"/>
                <w:b w:val="0"/>
                <w:sz w:val="15"/>
              </w:rPr>
              <w:t>0.34/0.34/0.32/0.00</w:t>
            </w:r>
          </w:p>
        </w:tc>
        <w:tc>
          <w:tcPr>
            <w:tcW w:type="dxa" w:w="1233"/>
            <w:vAlign w:val="center"/>
          </w:tcPr>
          <w:p>
            <w:r/>
            <w:r>
              <w:rPr>
                <w:rFonts w:ascii="Malgun Gothic" w:hAnsi="Malgun Gothic" w:eastAsia="Malgun Gothic"/>
                <w:b w:val="0"/>
                <w:sz w:val="15"/>
              </w:rPr>
              <w:t>0.4793</w:t>
            </w:r>
          </w:p>
        </w:tc>
        <w:tc>
          <w:tcPr>
            <w:tcW w:type="dxa" w:w="1233"/>
            <w:vAlign w:val="center"/>
          </w:tcPr>
          <w:p>
            <w:r/>
            <w:r>
              <w:rPr>
                <w:rFonts w:ascii="Malgun Gothic" w:hAnsi="Malgun Gothic" w:eastAsia="Malgun Gothic"/>
                <w:b w:val="0"/>
                <w:sz w:val="15"/>
              </w:rPr>
              <w:t>0.1192</w:t>
            </w:r>
          </w:p>
        </w:tc>
        <w:tc>
          <w:tcPr>
            <w:tcW w:type="dxa" w:w="1233"/>
            <w:vAlign w:val="center"/>
          </w:tcPr>
          <w:p>
            <w:r/>
            <w:r>
              <w:rPr>
                <w:rFonts w:ascii="Malgun Gothic" w:hAnsi="Malgun Gothic" w:eastAsia="Malgun Gothic"/>
                <w:b w:val="0"/>
                <w:sz w:val="15"/>
              </w:rPr>
              <w:t>0.4766</w:t>
            </w:r>
          </w:p>
        </w:tc>
        <w:tc>
          <w:tcPr>
            <w:tcW w:type="dxa" w:w="1233"/>
            <w:vAlign w:val="center"/>
          </w:tcPr>
          <w:p>
            <w:r/>
            <w:r>
              <w:rPr>
                <w:rFonts w:ascii="Malgun Gothic" w:hAnsi="Malgun Gothic" w:eastAsia="Malgun Gothic"/>
                <w:b w:val="0"/>
                <w:sz w:val="15"/>
              </w:rPr>
              <w:t>0.4043</w:t>
            </w:r>
          </w:p>
        </w:tc>
        <w:tc>
          <w:tcPr>
            <w:tcW w:type="dxa" w:w="1233"/>
            <w:vAlign w:val="center"/>
          </w:tcPr>
          <w:p>
            <w:r/>
            <w:r>
              <w:rPr>
                <w:rFonts w:ascii="Malgun Gothic" w:hAnsi="Malgun Gothic" w:eastAsia="Malgun Gothic"/>
                <w:b w:val="0"/>
                <w:sz w:val="15"/>
              </w:rPr>
              <w:t>0.5579</w:t>
            </w:r>
          </w:p>
        </w:tc>
        <w:tc>
          <w:tcPr>
            <w:tcW w:type="dxa" w:w="1233"/>
            <w:vAlign w:val="center"/>
          </w:tcPr>
          <w:p>
            <w:r/>
            <w:r>
              <w:rPr>
                <w:rFonts w:ascii="Malgun Gothic" w:hAnsi="Malgun Gothic" w:eastAsia="Malgun Gothic"/>
                <w:b w:val="0"/>
                <w:sz w:val="15"/>
              </w:rPr>
              <w:t>평균 ↑ (+0.218)</w:t>
            </w:r>
          </w:p>
        </w:tc>
      </w:tr>
    </w:tbl>
    <w:p/>
    <w:p>
      <w:r>
        <w:t>표 4-8에서 확인되듯이, 기본(균등가중) 시나리오는 4.1의 원본 stress_score와 동일한 기술통계를 보인다. 반면 나머지 대안 시나리오는 동일한 입력 변수에 서로 다른 가중치를 적용하여 재산출한 점수이므로, 평균이나 사분위수의 절대값은 시나리오별 정규화 방식에 따라 달라질 수 있다. 따라서 본 절에서는 시나리오 간 평균 수준의 단순 비교보다, 각 시나리오가 상담 건들의 상대적 순위 구조를 얼마나 안정적으로 유지하는지에 초점을 두고 해석하는 것이 타당하다.</w:t>
      </w:r>
    </w:p>
    <w:p>
      <w:r>
        <w:t>그림 4-8(a). 가중치 시나리오별 stress_score 분포 비교 (n=994)</w:t>
      </w:r>
    </w:p>
    <w:p>
      <w:pPr>
        <w:jc w:val="center"/>
      </w:pPr>
      <w:r>
        <w:drawing>
          <wp:inline xmlns:a="http://schemas.openxmlformats.org/drawingml/2006/main" xmlns:pic="http://schemas.openxmlformats.org/drawingml/2006/picture">
            <wp:extent cx="5852160" cy="2926080"/>
            <wp:docPr id="68" name="Picture 68"/>
            <wp:cNvGraphicFramePr>
              <a:graphicFrameLocks noChangeAspect="1"/>
            </wp:cNvGraphicFramePr>
            <a:graphic>
              <a:graphicData uri="http://schemas.openxmlformats.org/drawingml/2006/picture">
                <pic:pic>
                  <pic:nvPicPr>
                    <pic:cNvPr id="0" name="ref_유현동VOC_연구_중간보고_005.jpg"/>
                    <pic:cNvPicPr/>
                  </pic:nvPicPr>
                  <pic:blipFill>
                    <a:blip r:embed="rId69"/>
                    <a:stretch>
                      <a:fillRect/>
                    </a:stretch>
                  </pic:blipFill>
                  <pic:spPr>
                    <a:xfrm>
                      <a:off x="0" y="0"/>
                      <a:ext cx="5852160" cy="2926080"/>
                    </a:xfrm>
                    <a:prstGeom prst="rect"/>
                  </pic:spPr>
                </pic:pic>
              </a:graphicData>
            </a:graphic>
          </wp:inline>
        </w:drawing>
      </w:r>
    </w:p>
    <w:p>
      <w:r>
        <w:t>주. 각 박스는 Q1~Q3 범위를 나타내며, 내부 선은 중앙값, 원(○)은 이상값임.</w:t>
      </w:r>
    </w:p>
    <w:p>
      <w:r>
        <w:t>4.6.2. 시나리오 간 상관 분석</w:t>
      </w:r>
    </w:p>
    <w:p>
      <w:r>
        <w:t>표 4-9. 가중치 시나리오 간 Pearson 상관계수 행렬 (n=994)</w:t>
      </w:r>
    </w:p>
    <w:p>
      <w:r>
        <w:rPr>
          <w:b/>
        </w:rPr>
        <w:t>원본 참조표 11</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시나리오</w:t>
            </w:r>
          </w:p>
        </w:tc>
        <w:tc>
          <w:tcPr>
            <w:tcW w:type="dxa" w:w="1409"/>
          </w:tcPr>
          <w:p>
            <w:r/>
            <w:r>
              <w:rPr>
                <w:rFonts w:ascii="Malgun Gothic" w:hAnsi="Malgun Gothic" w:eastAsia="Malgun Gothic"/>
                <w:b/>
                <w:sz w:val="15"/>
              </w:rPr>
              <w:t>기본(균등가중)</w:t>
            </w:r>
          </w:p>
        </w:tc>
        <w:tc>
          <w:tcPr>
            <w:tcW w:type="dxa" w:w="1409"/>
          </w:tcPr>
          <w:p>
            <w:r/>
            <w:r>
              <w:rPr>
                <w:rFonts w:ascii="Malgun Gothic" w:hAnsi="Malgun Gothic" w:eastAsia="Malgun Gothic"/>
                <w:b/>
                <w:sz w:val="15"/>
              </w:rPr>
              <w:t>Pitch 중심</w:t>
            </w:r>
          </w:p>
        </w:tc>
        <w:tc>
          <w:tcPr>
            <w:tcW w:type="dxa" w:w="1409"/>
          </w:tcPr>
          <w:p>
            <w:r/>
            <w:r>
              <w:rPr>
                <w:rFonts w:ascii="Malgun Gothic" w:hAnsi="Malgun Gothic" w:eastAsia="Malgun Gothic"/>
                <w:b/>
                <w:sz w:val="15"/>
              </w:rPr>
              <w:t>Energy 중심</w:t>
            </w:r>
          </w:p>
        </w:tc>
        <w:tc>
          <w:tcPr>
            <w:tcW w:type="dxa" w:w="1409"/>
          </w:tcPr>
          <w:p>
            <w:r/>
            <w:r>
              <w:rPr>
                <w:rFonts w:ascii="Malgun Gothic" w:hAnsi="Malgun Gothic" w:eastAsia="Malgun Gothic"/>
                <w:b/>
                <w:sz w:val="15"/>
              </w:rPr>
              <w:t>Pitch+Energy 동등강조</w:t>
            </w:r>
          </w:p>
        </w:tc>
        <w:tc>
          <w:tcPr>
            <w:tcW w:type="dxa" w:w="1409"/>
          </w:tcPr>
          <w:p>
            <w:r/>
            <w:r>
              <w:rPr>
                <w:rFonts w:ascii="Malgun Gothic" w:hAnsi="Malgun Gothic" w:eastAsia="Malgun Gothic"/>
                <w:b/>
                <w:sz w:val="15"/>
              </w:rPr>
              <w:t>WPM 제외</w:t>
            </w:r>
          </w:p>
        </w:tc>
        <w:tc>
          <w:tcPr>
            <w:tcW w:type="dxa" w:w="1409"/>
          </w:tcPr>
          <w:p>
            <w:r/>
            <w:r>
              <w:rPr>
                <w:rFonts w:ascii="Malgun Gothic" w:hAnsi="Malgun Gothic" w:eastAsia="Malgun Gothic"/>
                <w:b/>
                <w:sz w:val="15"/>
              </w:rPr>
              <w:t>Duration 제외</w:t>
            </w:r>
          </w:p>
        </w:tc>
      </w:tr>
      <w:tr>
        <w:trPr>
          <w:cantSplit/>
        </w:trPr>
        <w:tc>
          <w:tcPr>
            <w:tcW w:type="dxa" w:w="1409"/>
            <w:vAlign w:val="center"/>
          </w:tcPr>
          <w:p>
            <w:r/>
            <w:r>
              <w:rPr>
                <w:rFonts w:ascii="Malgun Gothic" w:hAnsi="Malgun Gothic" w:eastAsia="Malgun Gothic"/>
                <w:b w:val="0"/>
                <w:sz w:val="15"/>
              </w:rPr>
              <w:t>기본(균등가중)</w:t>
            </w:r>
          </w:p>
        </w:tc>
        <w:tc>
          <w:tcPr>
            <w:tcW w:type="dxa" w:w="1409"/>
            <w:vAlign w:val="center"/>
          </w:tcPr>
          <w:p>
            <w:r/>
            <w:r>
              <w:rPr>
                <w:rFonts w:ascii="Malgun Gothic" w:hAnsi="Malgun Gothic" w:eastAsia="Malgun Gothic"/>
                <w:b w:val="0"/>
                <w:sz w:val="15"/>
              </w:rPr>
              <w:t>1.0</w:t>
            </w:r>
          </w:p>
        </w:tc>
        <w:tc>
          <w:tcPr>
            <w:tcW w:type="dxa" w:w="1409"/>
            <w:vAlign w:val="center"/>
          </w:tcPr>
          <w:p>
            <w:r/>
            <w:r>
              <w:rPr>
                <w:rFonts w:ascii="Malgun Gothic" w:hAnsi="Malgun Gothic" w:eastAsia="Malgun Gothic"/>
                <w:b w:val="0"/>
                <w:sz w:val="15"/>
              </w:rPr>
              <w:t>0.9221</w:t>
            </w:r>
          </w:p>
        </w:tc>
        <w:tc>
          <w:tcPr>
            <w:tcW w:type="dxa" w:w="1409"/>
            <w:vAlign w:val="center"/>
          </w:tcPr>
          <w:p>
            <w:r/>
            <w:r>
              <w:rPr>
                <w:rFonts w:ascii="Malgun Gothic" w:hAnsi="Malgun Gothic" w:eastAsia="Malgun Gothic"/>
                <w:b w:val="0"/>
                <w:sz w:val="15"/>
              </w:rPr>
              <w:t>0.883</w:t>
            </w:r>
          </w:p>
        </w:tc>
        <w:tc>
          <w:tcPr>
            <w:tcW w:type="dxa" w:w="1409"/>
            <w:vAlign w:val="center"/>
          </w:tcPr>
          <w:p>
            <w:r/>
            <w:r>
              <w:rPr>
                <w:rFonts w:ascii="Malgun Gothic" w:hAnsi="Malgun Gothic" w:eastAsia="Malgun Gothic"/>
                <w:b w:val="0"/>
                <w:sz w:val="15"/>
              </w:rPr>
              <w:t>0.9504</w:t>
            </w:r>
          </w:p>
        </w:tc>
        <w:tc>
          <w:tcPr>
            <w:tcW w:type="dxa" w:w="1409"/>
            <w:vAlign w:val="center"/>
          </w:tcPr>
          <w:p>
            <w:r/>
            <w:r>
              <w:rPr>
                <w:rFonts w:ascii="Malgun Gothic" w:hAnsi="Malgun Gothic" w:eastAsia="Malgun Gothic"/>
                <w:b w:val="0"/>
                <w:sz w:val="15"/>
              </w:rPr>
              <w:t>0.8856</w:t>
            </w:r>
          </w:p>
        </w:tc>
        <w:tc>
          <w:tcPr>
            <w:tcW w:type="dxa" w:w="1409"/>
            <w:vAlign w:val="center"/>
          </w:tcPr>
          <w:p>
            <w:r/>
            <w:r>
              <w:rPr>
                <w:rFonts w:ascii="Malgun Gothic" w:hAnsi="Malgun Gothic" w:eastAsia="Malgun Gothic"/>
                <w:b w:val="0"/>
                <w:sz w:val="15"/>
              </w:rPr>
              <w:t>0.885</w:t>
            </w:r>
          </w:p>
        </w:tc>
      </w:tr>
      <w:tr>
        <w:trPr>
          <w:cantSplit/>
        </w:trPr>
        <w:tc>
          <w:tcPr>
            <w:tcW w:type="dxa" w:w="1409"/>
            <w:vAlign w:val="center"/>
          </w:tcPr>
          <w:p>
            <w:r/>
            <w:r>
              <w:rPr>
                <w:rFonts w:ascii="Malgun Gothic" w:hAnsi="Malgun Gothic" w:eastAsia="Malgun Gothic"/>
                <w:b w:val="0"/>
                <w:sz w:val="15"/>
              </w:rPr>
              <w:t>Pitch 중심</w:t>
            </w:r>
          </w:p>
        </w:tc>
        <w:tc>
          <w:tcPr>
            <w:tcW w:type="dxa" w:w="1409"/>
            <w:vAlign w:val="center"/>
          </w:tcPr>
          <w:p>
            <w:r/>
            <w:r>
              <w:rPr>
                <w:rFonts w:ascii="Malgun Gothic" w:hAnsi="Malgun Gothic" w:eastAsia="Malgun Gothic"/>
                <w:b w:val="0"/>
                <w:sz w:val="15"/>
              </w:rPr>
              <w:t>0.9221</w:t>
            </w:r>
          </w:p>
        </w:tc>
        <w:tc>
          <w:tcPr>
            <w:tcW w:type="dxa" w:w="1409"/>
            <w:vAlign w:val="center"/>
          </w:tcPr>
          <w:p>
            <w:r/>
            <w:r>
              <w:rPr>
                <w:rFonts w:ascii="Malgun Gothic" w:hAnsi="Malgun Gothic" w:eastAsia="Malgun Gothic"/>
                <w:b w:val="0"/>
                <w:sz w:val="15"/>
              </w:rPr>
              <w:t>1.0</w:t>
            </w:r>
          </w:p>
        </w:tc>
        <w:tc>
          <w:tcPr>
            <w:tcW w:type="dxa" w:w="1409"/>
            <w:vAlign w:val="center"/>
          </w:tcPr>
          <w:p>
            <w:r/>
            <w:r>
              <w:rPr>
                <w:rFonts w:ascii="Malgun Gothic" w:hAnsi="Malgun Gothic" w:eastAsia="Malgun Gothic"/>
                <w:b w:val="0"/>
                <w:sz w:val="15"/>
              </w:rPr>
              <w:t>0.8032</w:t>
            </w:r>
          </w:p>
        </w:tc>
        <w:tc>
          <w:tcPr>
            <w:tcW w:type="dxa" w:w="1409"/>
            <w:vAlign w:val="center"/>
          </w:tcPr>
          <w:p>
            <w:r/>
            <w:r>
              <w:rPr>
                <w:rFonts w:ascii="Malgun Gothic" w:hAnsi="Malgun Gothic" w:eastAsia="Malgun Gothic"/>
                <w:b w:val="0"/>
                <w:sz w:val="15"/>
              </w:rPr>
              <w:t>0.9491</w:t>
            </w:r>
          </w:p>
        </w:tc>
        <w:tc>
          <w:tcPr>
            <w:tcW w:type="dxa" w:w="1409"/>
            <w:vAlign w:val="center"/>
          </w:tcPr>
          <w:p>
            <w:r/>
            <w:r>
              <w:rPr>
                <w:rFonts w:ascii="Malgun Gothic" w:hAnsi="Malgun Gothic" w:eastAsia="Malgun Gothic"/>
                <w:b w:val="0"/>
                <w:sz w:val="15"/>
              </w:rPr>
              <w:t>0.8892</w:t>
            </w:r>
          </w:p>
        </w:tc>
        <w:tc>
          <w:tcPr>
            <w:tcW w:type="dxa" w:w="1409"/>
            <w:vAlign w:val="center"/>
          </w:tcPr>
          <w:p>
            <w:r/>
            <w:r>
              <w:rPr>
                <w:rFonts w:ascii="Malgun Gothic" w:hAnsi="Malgun Gothic" w:eastAsia="Malgun Gothic"/>
                <w:b w:val="0"/>
                <w:sz w:val="15"/>
              </w:rPr>
              <w:t>0.8935</w:t>
            </w:r>
          </w:p>
        </w:tc>
      </w:tr>
      <w:tr>
        <w:trPr>
          <w:cantSplit/>
        </w:trPr>
        <w:tc>
          <w:tcPr>
            <w:tcW w:type="dxa" w:w="1409"/>
            <w:vAlign w:val="center"/>
          </w:tcPr>
          <w:p>
            <w:r/>
            <w:r>
              <w:rPr>
                <w:rFonts w:ascii="Malgun Gothic" w:hAnsi="Malgun Gothic" w:eastAsia="Malgun Gothic"/>
                <w:b w:val="0"/>
                <w:sz w:val="15"/>
              </w:rPr>
              <w:t>Energy 중심</w:t>
            </w:r>
          </w:p>
        </w:tc>
        <w:tc>
          <w:tcPr>
            <w:tcW w:type="dxa" w:w="1409"/>
            <w:vAlign w:val="center"/>
          </w:tcPr>
          <w:p>
            <w:r/>
            <w:r>
              <w:rPr>
                <w:rFonts w:ascii="Malgun Gothic" w:hAnsi="Malgun Gothic" w:eastAsia="Malgun Gothic"/>
                <w:b w:val="0"/>
                <w:sz w:val="15"/>
              </w:rPr>
              <w:t>0.883</w:t>
            </w:r>
          </w:p>
        </w:tc>
        <w:tc>
          <w:tcPr>
            <w:tcW w:type="dxa" w:w="1409"/>
            <w:vAlign w:val="center"/>
          </w:tcPr>
          <w:p>
            <w:r/>
            <w:r>
              <w:rPr>
                <w:rFonts w:ascii="Malgun Gothic" w:hAnsi="Malgun Gothic" w:eastAsia="Malgun Gothic"/>
                <w:b w:val="0"/>
                <w:sz w:val="15"/>
              </w:rPr>
              <w:t>0.8032</w:t>
            </w:r>
          </w:p>
        </w:tc>
        <w:tc>
          <w:tcPr>
            <w:tcW w:type="dxa" w:w="1409"/>
            <w:vAlign w:val="center"/>
          </w:tcPr>
          <w:p>
            <w:r/>
            <w:r>
              <w:rPr>
                <w:rFonts w:ascii="Malgun Gothic" w:hAnsi="Malgun Gothic" w:eastAsia="Malgun Gothic"/>
                <w:b w:val="0"/>
                <w:sz w:val="15"/>
              </w:rPr>
              <w:t>1.0</w:t>
            </w:r>
          </w:p>
        </w:tc>
        <w:tc>
          <w:tcPr>
            <w:tcW w:type="dxa" w:w="1409"/>
            <w:vAlign w:val="center"/>
          </w:tcPr>
          <w:p>
            <w:r/>
            <w:r>
              <w:rPr>
                <w:rFonts w:ascii="Malgun Gothic" w:hAnsi="Malgun Gothic" w:eastAsia="Malgun Gothic"/>
                <w:b w:val="0"/>
                <w:sz w:val="15"/>
              </w:rPr>
              <w:t>0.9499</w:t>
            </w:r>
          </w:p>
        </w:tc>
        <w:tc>
          <w:tcPr>
            <w:tcW w:type="dxa" w:w="1409"/>
            <w:vAlign w:val="center"/>
          </w:tcPr>
          <w:p>
            <w:r/>
            <w:r>
              <w:rPr>
                <w:rFonts w:ascii="Malgun Gothic" w:hAnsi="Malgun Gothic" w:eastAsia="Malgun Gothic"/>
                <w:b w:val="0"/>
                <w:sz w:val="15"/>
              </w:rPr>
              <w:t>0.8955</w:t>
            </w:r>
          </w:p>
        </w:tc>
        <w:tc>
          <w:tcPr>
            <w:tcW w:type="dxa" w:w="1409"/>
            <w:vAlign w:val="center"/>
          </w:tcPr>
          <w:p>
            <w:r/>
            <w:r>
              <w:rPr>
                <w:rFonts w:ascii="Malgun Gothic" w:hAnsi="Malgun Gothic" w:eastAsia="Malgun Gothic"/>
                <w:b w:val="0"/>
                <w:sz w:val="15"/>
              </w:rPr>
              <w:t>0.89</w:t>
            </w:r>
          </w:p>
        </w:tc>
      </w:tr>
      <w:tr>
        <w:trPr>
          <w:cantSplit/>
        </w:trPr>
        <w:tc>
          <w:tcPr>
            <w:tcW w:type="dxa" w:w="1409"/>
            <w:vAlign w:val="center"/>
          </w:tcPr>
          <w:p>
            <w:r/>
            <w:r>
              <w:rPr>
                <w:rFonts w:ascii="Malgun Gothic" w:hAnsi="Malgun Gothic" w:eastAsia="Malgun Gothic"/>
                <w:b w:val="0"/>
                <w:sz w:val="15"/>
              </w:rPr>
              <w:t>Pitch+Energy 동등강조</w:t>
            </w:r>
          </w:p>
        </w:tc>
        <w:tc>
          <w:tcPr>
            <w:tcW w:type="dxa" w:w="1409"/>
            <w:vAlign w:val="center"/>
          </w:tcPr>
          <w:p>
            <w:r/>
            <w:r>
              <w:rPr>
                <w:rFonts w:ascii="Malgun Gothic" w:hAnsi="Malgun Gothic" w:eastAsia="Malgun Gothic"/>
                <w:b w:val="0"/>
                <w:sz w:val="15"/>
              </w:rPr>
              <w:t>0.9504</w:t>
            </w:r>
          </w:p>
        </w:tc>
        <w:tc>
          <w:tcPr>
            <w:tcW w:type="dxa" w:w="1409"/>
            <w:vAlign w:val="center"/>
          </w:tcPr>
          <w:p>
            <w:r/>
            <w:r>
              <w:rPr>
                <w:rFonts w:ascii="Malgun Gothic" w:hAnsi="Malgun Gothic" w:eastAsia="Malgun Gothic"/>
                <w:b w:val="0"/>
                <w:sz w:val="15"/>
              </w:rPr>
              <w:t>0.9491</w:t>
            </w:r>
          </w:p>
        </w:tc>
        <w:tc>
          <w:tcPr>
            <w:tcW w:type="dxa" w:w="1409"/>
            <w:vAlign w:val="center"/>
          </w:tcPr>
          <w:p>
            <w:r/>
            <w:r>
              <w:rPr>
                <w:rFonts w:ascii="Malgun Gothic" w:hAnsi="Malgun Gothic" w:eastAsia="Malgun Gothic"/>
                <w:b w:val="0"/>
                <w:sz w:val="15"/>
              </w:rPr>
              <w:t>0.9499</w:t>
            </w:r>
          </w:p>
        </w:tc>
        <w:tc>
          <w:tcPr>
            <w:tcW w:type="dxa" w:w="1409"/>
            <w:vAlign w:val="center"/>
          </w:tcPr>
          <w:p>
            <w:r/>
            <w:r>
              <w:rPr>
                <w:rFonts w:ascii="Malgun Gothic" w:hAnsi="Malgun Gothic" w:eastAsia="Malgun Gothic"/>
                <w:b w:val="0"/>
                <w:sz w:val="15"/>
              </w:rPr>
              <w:t>1.0</w:t>
            </w:r>
          </w:p>
        </w:tc>
        <w:tc>
          <w:tcPr>
            <w:tcW w:type="dxa" w:w="1409"/>
            <w:vAlign w:val="center"/>
          </w:tcPr>
          <w:p>
            <w:r/>
            <w:r>
              <w:rPr>
                <w:rFonts w:ascii="Malgun Gothic" w:hAnsi="Malgun Gothic" w:eastAsia="Malgun Gothic"/>
                <w:b w:val="0"/>
                <w:sz w:val="15"/>
              </w:rPr>
              <w:t>0.9398</w:t>
            </w:r>
          </w:p>
        </w:tc>
        <w:tc>
          <w:tcPr>
            <w:tcW w:type="dxa" w:w="1409"/>
            <w:vAlign w:val="center"/>
          </w:tcPr>
          <w:p>
            <w:r/>
            <w:r>
              <w:rPr>
                <w:rFonts w:ascii="Malgun Gothic" w:hAnsi="Malgun Gothic" w:eastAsia="Malgun Gothic"/>
                <w:b w:val="0"/>
                <w:sz w:val="15"/>
              </w:rPr>
              <w:t>0.9392</w:t>
            </w:r>
          </w:p>
        </w:tc>
      </w:tr>
      <w:tr>
        <w:trPr>
          <w:cantSplit/>
        </w:trPr>
        <w:tc>
          <w:tcPr>
            <w:tcW w:type="dxa" w:w="1409"/>
            <w:vAlign w:val="center"/>
          </w:tcPr>
          <w:p>
            <w:r/>
            <w:r>
              <w:rPr>
                <w:rFonts w:ascii="Malgun Gothic" w:hAnsi="Malgun Gothic" w:eastAsia="Malgun Gothic"/>
                <w:b w:val="0"/>
                <w:sz w:val="15"/>
              </w:rPr>
              <w:t>WPM 제외</w:t>
            </w:r>
          </w:p>
        </w:tc>
        <w:tc>
          <w:tcPr>
            <w:tcW w:type="dxa" w:w="1409"/>
            <w:vAlign w:val="center"/>
          </w:tcPr>
          <w:p>
            <w:r/>
            <w:r>
              <w:rPr>
                <w:rFonts w:ascii="Malgun Gothic" w:hAnsi="Malgun Gothic" w:eastAsia="Malgun Gothic"/>
                <w:b w:val="0"/>
                <w:sz w:val="15"/>
              </w:rPr>
              <w:t>0.8856</w:t>
            </w:r>
          </w:p>
        </w:tc>
        <w:tc>
          <w:tcPr>
            <w:tcW w:type="dxa" w:w="1409"/>
            <w:vAlign w:val="center"/>
          </w:tcPr>
          <w:p>
            <w:r/>
            <w:r>
              <w:rPr>
                <w:rFonts w:ascii="Malgun Gothic" w:hAnsi="Malgun Gothic" w:eastAsia="Malgun Gothic"/>
                <w:b w:val="0"/>
                <w:sz w:val="15"/>
              </w:rPr>
              <w:t>0.8892</w:t>
            </w:r>
          </w:p>
        </w:tc>
        <w:tc>
          <w:tcPr>
            <w:tcW w:type="dxa" w:w="1409"/>
            <w:vAlign w:val="center"/>
          </w:tcPr>
          <w:p>
            <w:r/>
            <w:r>
              <w:rPr>
                <w:rFonts w:ascii="Malgun Gothic" w:hAnsi="Malgun Gothic" w:eastAsia="Malgun Gothic"/>
                <w:b w:val="0"/>
                <w:sz w:val="15"/>
              </w:rPr>
              <w:t>0.8955</w:t>
            </w:r>
          </w:p>
        </w:tc>
        <w:tc>
          <w:tcPr>
            <w:tcW w:type="dxa" w:w="1409"/>
            <w:vAlign w:val="center"/>
          </w:tcPr>
          <w:p>
            <w:r/>
            <w:r>
              <w:rPr>
                <w:rFonts w:ascii="Malgun Gothic" w:hAnsi="Malgun Gothic" w:eastAsia="Malgun Gothic"/>
                <w:b w:val="0"/>
                <w:sz w:val="15"/>
              </w:rPr>
              <w:t>0.9398</w:t>
            </w:r>
          </w:p>
        </w:tc>
        <w:tc>
          <w:tcPr>
            <w:tcW w:type="dxa" w:w="1409"/>
            <w:vAlign w:val="center"/>
          </w:tcPr>
          <w:p>
            <w:r/>
            <w:r>
              <w:rPr>
                <w:rFonts w:ascii="Malgun Gothic" w:hAnsi="Malgun Gothic" w:eastAsia="Malgun Gothic"/>
                <w:b w:val="0"/>
                <w:sz w:val="15"/>
              </w:rPr>
              <w:t>1.0</w:t>
            </w:r>
          </w:p>
        </w:tc>
        <w:tc>
          <w:tcPr>
            <w:tcW w:type="dxa" w:w="1409"/>
            <w:vAlign w:val="center"/>
          </w:tcPr>
          <w:p>
            <w:r/>
            <w:r>
              <w:rPr>
                <w:rFonts w:ascii="Malgun Gothic" w:hAnsi="Malgun Gothic" w:eastAsia="Malgun Gothic"/>
                <w:b w:val="0"/>
                <w:sz w:val="15"/>
              </w:rPr>
              <w:t>0.7664</w:t>
            </w:r>
          </w:p>
        </w:tc>
      </w:tr>
      <w:tr>
        <w:trPr>
          <w:cantSplit/>
        </w:trPr>
        <w:tc>
          <w:tcPr>
            <w:tcW w:type="dxa" w:w="1409"/>
            <w:vAlign w:val="center"/>
          </w:tcPr>
          <w:p>
            <w:r/>
            <w:r>
              <w:rPr>
                <w:rFonts w:ascii="Malgun Gothic" w:hAnsi="Malgun Gothic" w:eastAsia="Malgun Gothic"/>
                <w:b w:val="0"/>
                <w:sz w:val="15"/>
              </w:rPr>
              <w:t>Duration 제외</w:t>
            </w:r>
          </w:p>
        </w:tc>
        <w:tc>
          <w:tcPr>
            <w:tcW w:type="dxa" w:w="1409"/>
            <w:vAlign w:val="center"/>
          </w:tcPr>
          <w:p>
            <w:r/>
            <w:r>
              <w:rPr>
                <w:rFonts w:ascii="Malgun Gothic" w:hAnsi="Malgun Gothic" w:eastAsia="Malgun Gothic"/>
                <w:b w:val="0"/>
                <w:sz w:val="15"/>
              </w:rPr>
              <w:t>0.885</w:t>
            </w:r>
          </w:p>
        </w:tc>
        <w:tc>
          <w:tcPr>
            <w:tcW w:type="dxa" w:w="1409"/>
            <w:vAlign w:val="center"/>
          </w:tcPr>
          <w:p>
            <w:r/>
            <w:r>
              <w:rPr>
                <w:rFonts w:ascii="Malgun Gothic" w:hAnsi="Malgun Gothic" w:eastAsia="Malgun Gothic"/>
                <w:b w:val="0"/>
                <w:sz w:val="15"/>
              </w:rPr>
              <w:t>0.8935</w:t>
            </w:r>
          </w:p>
        </w:tc>
        <w:tc>
          <w:tcPr>
            <w:tcW w:type="dxa" w:w="1409"/>
            <w:vAlign w:val="center"/>
          </w:tcPr>
          <w:p>
            <w:r/>
            <w:r>
              <w:rPr>
                <w:rFonts w:ascii="Malgun Gothic" w:hAnsi="Malgun Gothic" w:eastAsia="Malgun Gothic"/>
                <w:b w:val="0"/>
                <w:sz w:val="15"/>
              </w:rPr>
              <w:t>0.89</w:t>
            </w:r>
          </w:p>
        </w:tc>
        <w:tc>
          <w:tcPr>
            <w:tcW w:type="dxa" w:w="1409"/>
            <w:vAlign w:val="center"/>
          </w:tcPr>
          <w:p>
            <w:r/>
            <w:r>
              <w:rPr>
                <w:rFonts w:ascii="Malgun Gothic" w:hAnsi="Malgun Gothic" w:eastAsia="Malgun Gothic"/>
                <w:b w:val="0"/>
                <w:sz w:val="15"/>
              </w:rPr>
              <w:t>0.9392</w:t>
            </w:r>
          </w:p>
        </w:tc>
        <w:tc>
          <w:tcPr>
            <w:tcW w:type="dxa" w:w="1409"/>
            <w:vAlign w:val="center"/>
          </w:tcPr>
          <w:p>
            <w:r/>
            <w:r>
              <w:rPr>
                <w:rFonts w:ascii="Malgun Gothic" w:hAnsi="Malgun Gothic" w:eastAsia="Malgun Gothic"/>
                <w:b w:val="0"/>
                <w:sz w:val="15"/>
              </w:rPr>
              <w:t>0.7664</w:t>
            </w:r>
          </w:p>
        </w:tc>
        <w:tc>
          <w:tcPr>
            <w:tcW w:type="dxa" w:w="1409"/>
            <w:vAlign w:val="center"/>
          </w:tcPr>
          <w:p>
            <w:r/>
            <w:r>
              <w:rPr>
                <w:rFonts w:ascii="Malgun Gothic" w:hAnsi="Malgun Gothic" w:eastAsia="Malgun Gothic"/>
                <w:b w:val="0"/>
                <w:sz w:val="15"/>
              </w:rPr>
              <w:t>1.0</w:t>
            </w:r>
          </w:p>
        </w:tc>
      </w:tr>
    </w:tbl>
    <w:p/>
    <w:p>
      <w:r>
        <w:t>표 4-9의 시나리오 간 상관계수는 전반적으로 높은 수준을 유지하였다(최소 r=0.766, WPM 제외 vs Duration 제외; 최대 r=0.9504, Pitch+Energy 동등강조 vs 기본). 이는 가중치 조합이 달라지더라도 상담 건들 간 stress_score의 상대적 순위 구조가 크게 변하지 않음을 의미한다. 즉, 본 연구에서 채택한 균등 가중치 방식은 특정 가중치 조합에만 의존하는 임의적 결과가 아니라, 다양한 대안 시나리오에서도 대체로 안정적으로 유지되는 기준 모형으로 해석할 수 있다. 그림 4-8(b)의 히트맵은 이러한 안정성을 시각적으로 확인해준다.</w:t>
      </w:r>
    </w:p>
    <w:p>
      <w:r>
        <w:t>특히 기본(균등가중) 기준 모형은 Pitch+Energy 동등강조 시나리오와 가장 높은 상관(r=0.950)을 보였고, 다른 대안 시나리오와도 전반적으로 높은 상관을 유지하였다. 이는 실제 지수의 순위 구조가 가중치 설계 방식에 따라 크게 흔들리지 않음을 시사하며, 균등 가중치 선택이 투명성과 재현성 측면에서 합리적 기준 모형임을 뒷받침한다.</w:t>
      </w:r>
    </w:p>
    <w:p>
      <w:r>
        <w:t>그림 4-8(b). 가중치 시나리오 간 상관 히트맵</w:t>
      </w:r>
    </w:p>
    <w:p>
      <w:pPr>
        <w:jc w:val="center"/>
      </w:pPr>
      <w:r>
        <w:drawing>
          <wp:inline xmlns:a="http://schemas.openxmlformats.org/drawingml/2006/main" xmlns:pic="http://schemas.openxmlformats.org/drawingml/2006/picture">
            <wp:extent cx="5852160" cy="3657600"/>
            <wp:docPr id="69" name="Picture 69"/>
            <wp:cNvGraphicFramePr>
              <a:graphicFrameLocks noChangeAspect="1"/>
            </wp:cNvGraphicFramePr>
            <a:graphic>
              <a:graphicData uri="http://schemas.openxmlformats.org/drawingml/2006/picture">
                <pic:pic>
                  <pic:nvPicPr>
                    <pic:cNvPr id="0" name="ref_유현동VOC_연구_중간보고_006.jpg"/>
                    <pic:cNvPicPr/>
                  </pic:nvPicPr>
                  <pic:blipFill>
                    <a:blip r:embed="rId70"/>
                    <a:stretch>
                      <a:fillRect/>
                    </a:stretch>
                  </pic:blipFill>
                  <pic:spPr>
                    <a:xfrm>
                      <a:off x="0" y="0"/>
                      <a:ext cx="5852160" cy="3657600"/>
                    </a:xfrm>
                    <a:prstGeom prst="rect"/>
                  </pic:spPr>
                </pic:pic>
              </a:graphicData>
            </a:graphic>
          </wp:inline>
        </w:drawing>
      </w:r>
    </w:p>
    <w:p>
      <w:r>
        <w:t>주. 셀 값은 Pearson r이며, 색상이 진할수록 상관이 높음.</w:t>
      </w:r>
    </w:p>
    <w:p>
      <w:r>
        <w:t>결론적으로, 가중치 시나리오 전반에서 지수 간 상관이 높게 유지되어 균등 가중치 설계가 통계적으로 안정적인 기준 모형으로 판단되었다. 따라서 본 연구에서는 해석 가능성과 재현성을 우선하여 균등 가중치 지수를 최종 분석 지표로 채택하였다.</w:t>
      </w:r>
    </w:p>
    <w:p>
      <w:r>
        <w:t>4.7. 구성 타당도 검증: 수렴 및 판별 타당도</w:t>
      </w:r>
    </w:p>
    <w:p>
      <w:r>
        <w:t>본 절에서는 스트레스 지수의 구성 타당도를 수렴 타당도와 판별 타당도의 두 축으로 검증한다. 수렴 타당도는 이론적으로 관련된 변수(energy_mean, pitch_mean)가 지수와 높은 상관을, 판별 타당도는 보조 변수(wpm, duration_sec)가 낮은 상관을 보여야 함을 의미한다. Bootstrap 재표집(n_boot=2,000)을 통해 95% 신뢰구간을 추정하여 추정치의 통계적 안정성을 확인하였다.</w:t>
      </w:r>
    </w:p>
    <w:p>
      <w:r>
        <w:t>4.7.1. Bootstrap 95% 신뢰구간 기반 수렴·판별 타당도</w:t>
      </w:r>
    </w:p>
    <w:p>
      <w:r>
        <w:t>표 4-10. 구성 타당도 검증 결과: Bootstrap 95% 신뢰구간 (n_boot=2,000)</w:t>
      </w:r>
    </w:p>
    <w:p>
      <w:r>
        <w:rPr>
          <w:b/>
        </w:rPr>
        <w:t>원본 참조표 12</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변수</w:t>
            </w:r>
          </w:p>
        </w:tc>
        <w:tc>
          <w:tcPr>
            <w:tcW w:type="dxa" w:w="1409"/>
          </w:tcPr>
          <w:p>
            <w:r/>
            <w:r>
              <w:rPr>
                <w:rFonts w:ascii="Malgun Gothic" w:hAnsi="Malgun Gothic" w:eastAsia="Malgun Gothic"/>
                <w:b/>
                <w:sz w:val="15"/>
              </w:rPr>
              <w:t>타당도 유형</w:t>
            </w:r>
          </w:p>
        </w:tc>
        <w:tc>
          <w:tcPr>
            <w:tcW w:type="dxa" w:w="1409"/>
          </w:tcPr>
          <w:p>
            <w:r/>
            <w:r>
              <w:rPr>
                <w:rFonts w:ascii="Malgun Gothic" w:hAnsi="Malgun Gothic" w:eastAsia="Malgun Gothic"/>
                <w:b/>
                <w:sz w:val="15"/>
              </w:rPr>
              <w:t>Pearson r</w:t>
            </w:r>
          </w:p>
        </w:tc>
        <w:tc>
          <w:tcPr>
            <w:tcW w:type="dxa" w:w="1409"/>
          </w:tcPr>
          <w:p>
            <w:r/>
            <w:r>
              <w:rPr>
                <w:rFonts w:ascii="Malgun Gothic" w:hAnsi="Malgun Gothic" w:eastAsia="Malgun Gothic"/>
                <w:b/>
                <w:sz w:val="15"/>
              </w:rPr>
              <w:t>Bootstrap CI 하한</w:t>
            </w:r>
          </w:p>
        </w:tc>
        <w:tc>
          <w:tcPr>
            <w:tcW w:type="dxa" w:w="1409"/>
          </w:tcPr>
          <w:p>
            <w:r/>
            <w:r>
              <w:rPr>
                <w:rFonts w:ascii="Malgun Gothic" w:hAnsi="Malgun Gothic" w:eastAsia="Malgun Gothic"/>
                <w:b/>
                <w:sz w:val="15"/>
              </w:rPr>
              <w:t>Bootstrap CI 상한</w:t>
            </w:r>
          </w:p>
        </w:tc>
        <w:tc>
          <w:tcPr>
            <w:tcW w:type="dxa" w:w="1409"/>
          </w:tcPr>
          <w:p>
            <w:r/>
            <w:r>
              <w:rPr>
                <w:rFonts w:ascii="Malgun Gothic" w:hAnsi="Malgun Gothic" w:eastAsia="Malgun Gothic"/>
                <w:b/>
                <w:sz w:val="15"/>
              </w:rPr>
              <w:t>유의성</w:t>
            </w:r>
          </w:p>
        </w:tc>
        <w:tc>
          <w:tcPr>
            <w:tcW w:type="dxa" w:w="1409"/>
          </w:tcPr>
          <w:p>
            <w:r/>
            <w:r>
              <w:rPr>
                <w:rFonts w:ascii="Malgun Gothic" w:hAnsi="Malgun Gothic" w:eastAsia="Malgun Gothic"/>
                <w:b/>
                <w:sz w:val="15"/>
              </w:rPr>
              <w:t>충족</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수렴 타당도</w:t>
            </w:r>
          </w:p>
        </w:tc>
        <w:tc>
          <w:tcPr>
            <w:tcW w:type="dxa" w:w="1409"/>
            <w:vAlign w:val="center"/>
          </w:tcPr>
          <w:p>
            <w:r/>
            <w:r>
              <w:rPr>
                <w:rFonts w:ascii="Malgun Gothic" w:hAnsi="Malgun Gothic" w:eastAsia="Malgun Gothic"/>
                <w:b w:val="0"/>
                <w:sz w:val="15"/>
              </w:rPr>
              <w:t>0.8115</w:t>
            </w:r>
          </w:p>
        </w:tc>
        <w:tc>
          <w:tcPr>
            <w:tcW w:type="dxa" w:w="1409"/>
            <w:vAlign w:val="center"/>
          </w:tcPr>
          <w:p>
            <w:r/>
            <w:r>
              <w:rPr>
                <w:rFonts w:ascii="Malgun Gothic" w:hAnsi="Malgun Gothic" w:eastAsia="Malgun Gothic"/>
                <w:b w:val="0"/>
                <w:sz w:val="15"/>
              </w:rPr>
              <w:t>0.7878</w:t>
            </w:r>
          </w:p>
        </w:tc>
        <w:tc>
          <w:tcPr>
            <w:tcW w:type="dxa" w:w="1409"/>
            <w:vAlign w:val="center"/>
          </w:tcPr>
          <w:p>
            <w:r/>
            <w:r>
              <w:rPr>
                <w:rFonts w:ascii="Malgun Gothic" w:hAnsi="Malgun Gothic" w:eastAsia="Malgun Gothic"/>
                <w:b w:val="0"/>
                <w:sz w:val="15"/>
              </w:rPr>
              <w:t>0.8336</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 충족</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수렴 타당도</w:t>
            </w:r>
          </w:p>
        </w:tc>
        <w:tc>
          <w:tcPr>
            <w:tcW w:type="dxa" w:w="1409"/>
            <w:vAlign w:val="center"/>
          </w:tcPr>
          <w:p>
            <w:r/>
            <w:r>
              <w:rPr>
                <w:rFonts w:ascii="Malgun Gothic" w:hAnsi="Malgun Gothic" w:eastAsia="Malgun Gothic"/>
                <w:b w:val="0"/>
                <w:sz w:val="15"/>
              </w:rPr>
              <w:t>0.8670</w:t>
            </w:r>
          </w:p>
        </w:tc>
        <w:tc>
          <w:tcPr>
            <w:tcW w:type="dxa" w:w="1409"/>
            <w:vAlign w:val="center"/>
          </w:tcPr>
          <w:p>
            <w:r/>
            <w:r>
              <w:rPr>
                <w:rFonts w:ascii="Malgun Gothic" w:hAnsi="Malgun Gothic" w:eastAsia="Malgun Gothic"/>
                <w:b w:val="0"/>
                <w:sz w:val="15"/>
              </w:rPr>
              <w:t>0.8499</w:t>
            </w:r>
          </w:p>
        </w:tc>
        <w:tc>
          <w:tcPr>
            <w:tcW w:type="dxa" w:w="1409"/>
            <w:vAlign w:val="center"/>
          </w:tcPr>
          <w:p>
            <w:r/>
            <w:r>
              <w:rPr>
                <w:rFonts w:ascii="Malgun Gothic" w:hAnsi="Malgun Gothic" w:eastAsia="Malgun Gothic"/>
                <w:b w:val="0"/>
                <w:sz w:val="15"/>
              </w:rPr>
              <w:t>0.8823</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 충족</w:t>
            </w:r>
          </w:p>
        </w:tc>
      </w:tr>
      <w:tr>
        <w:trPr>
          <w:cantSplit/>
        </w:trPr>
        <w:tc>
          <w:tcPr>
            <w:tcW w:type="dxa" w:w="1409"/>
            <w:vAlign w:val="center"/>
          </w:tcPr>
          <w:p>
            <w:r/>
            <w:r>
              <w:rPr>
                <w:rFonts w:ascii="Malgun Gothic" w:hAnsi="Malgun Gothic" w:eastAsia="Malgun Gothic"/>
                <w:b w:val="0"/>
                <w:sz w:val="15"/>
              </w:rPr>
              <w:t>wpm</w:t>
            </w:r>
          </w:p>
        </w:tc>
        <w:tc>
          <w:tcPr>
            <w:tcW w:type="dxa" w:w="1409"/>
            <w:vAlign w:val="center"/>
          </w:tcPr>
          <w:p>
            <w:r/>
            <w:r>
              <w:rPr>
                <w:rFonts w:ascii="Malgun Gothic" w:hAnsi="Malgun Gothic" w:eastAsia="Malgun Gothic"/>
                <w:b w:val="0"/>
                <w:sz w:val="15"/>
              </w:rPr>
              <w:t>판별 타당도</w:t>
            </w:r>
          </w:p>
        </w:tc>
        <w:tc>
          <w:tcPr>
            <w:tcW w:type="dxa" w:w="1409"/>
            <w:vAlign w:val="center"/>
          </w:tcPr>
          <w:p>
            <w:r/>
            <w:r>
              <w:rPr>
                <w:rFonts w:ascii="Malgun Gothic" w:hAnsi="Malgun Gothic" w:eastAsia="Malgun Gothic"/>
                <w:b w:val="0"/>
                <w:sz w:val="15"/>
              </w:rPr>
              <w:t>0.1155</w:t>
            </w:r>
          </w:p>
        </w:tc>
        <w:tc>
          <w:tcPr>
            <w:tcW w:type="dxa" w:w="1409"/>
            <w:vAlign w:val="center"/>
          </w:tcPr>
          <w:p>
            <w:r/>
            <w:r>
              <w:rPr>
                <w:rFonts w:ascii="Malgun Gothic" w:hAnsi="Malgun Gothic" w:eastAsia="Malgun Gothic"/>
                <w:b w:val="0"/>
                <w:sz w:val="15"/>
              </w:rPr>
              <w:t>0.0439</w:t>
            </w:r>
          </w:p>
        </w:tc>
        <w:tc>
          <w:tcPr>
            <w:tcW w:type="dxa" w:w="1409"/>
            <w:vAlign w:val="center"/>
          </w:tcPr>
          <w:p>
            <w:r/>
            <w:r>
              <w:rPr>
                <w:rFonts w:ascii="Malgun Gothic" w:hAnsi="Malgun Gothic" w:eastAsia="Malgun Gothic"/>
                <w:b w:val="0"/>
                <w:sz w:val="15"/>
              </w:rPr>
              <w:t>0.1866</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 충족</w:t>
            </w:r>
          </w:p>
        </w:tc>
      </w:tr>
      <w:tr>
        <w:trPr>
          <w:cantSplit/>
        </w:trPr>
        <w:tc>
          <w:tcPr>
            <w:tcW w:type="dxa" w:w="1409"/>
            <w:vAlign w:val="center"/>
          </w:tcPr>
          <w:p>
            <w:r/>
            <w:r>
              <w:rPr>
                <w:rFonts w:ascii="Malgun Gothic" w:hAnsi="Malgun Gothic" w:eastAsia="Malgun Gothic"/>
                <w:b w:val="0"/>
                <w:sz w:val="15"/>
              </w:rPr>
              <w:t>duration_sec</w:t>
            </w:r>
          </w:p>
        </w:tc>
        <w:tc>
          <w:tcPr>
            <w:tcW w:type="dxa" w:w="1409"/>
            <w:vAlign w:val="center"/>
          </w:tcPr>
          <w:p>
            <w:r/>
            <w:r>
              <w:rPr>
                <w:rFonts w:ascii="Malgun Gothic" w:hAnsi="Malgun Gothic" w:eastAsia="Malgun Gothic"/>
                <w:b w:val="0"/>
                <w:sz w:val="15"/>
              </w:rPr>
              <w:t>판별 타당도</w:t>
            </w:r>
          </w:p>
        </w:tc>
        <w:tc>
          <w:tcPr>
            <w:tcW w:type="dxa" w:w="1409"/>
            <w:vAlign w:val="center"/>
          </w:tcPr>
          <w:p>
            <w:r/>
            <w:r>
              <w:rPr>
                <w:rFonts w:ascii="Malgun Gothic" w:hAnsi="Malgun Gothic" w:eastAsia="Malgun Gothic"/>
                <w:b w:val="0"/>
                <w:sz w:val="15"/>
              </w:rPr>
              <w:t>−0.1252</w:t>
            </w:r>
          </w:p>
        </w:tc>
        <w:tc>
          <w:tcPr>
            <w:tcW w:type="dxa" w:w="1409"/>
            <w:vAlign w:val="center"/>
          </w:tcPr>
          <w:p>
            <w:r/>
            <w:r>
              <w:rPr>
                <w:rFonts w:ascii="Malgun Gothic" w:hAnsi="Malgun Gothic" w:eastAsia="Malgun Gothic"/>
                <w:b w:val="0"/>
                <w:sz w:val="15"/>
              </w:rPr>
              <w:t>−0.1909</w:t>
            </w:r>
          </w:p>
        </w:tc>
        <w:tc>
          <w:tcPr>
            <w:tcW w:type="dxa" w:w="1409"/>
            <w:vAlign w:val="center"/>
          </w:tcPr>
          <w:p>
            <w:r/>
            <w:r>
              <w:rPr>
                <w:rFonts w:ascii="Malgun Gothic" w:hAnsi="Malgun Gothic" w:eastAsia="Malgun Gothic"/>
                <w:b w:val="0"/>
                <w:sz w:val="15"/>
              </w:rPr>
              <w:t>−0.0614</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 충족</w:t>
            </w:r>
          </w:p>
        </w:tc>
      </w:tr>
    </w:tbl>
    <w:p/>
    <w:p>
      <w:r>
        <w:t>표 4-10에서 수렴 타당도 변수인 pitch_mean(r=0.867, 95% CI [0.850, 0.882])과 energy_mean(r=0.812, 95% CI [0.788, 0.834])은 |r|≥0.50 기준을 크게 상회하며 Bootstrap 95% CI 전 구간이 0을 포함하지 않아 통계적으로 안정적이다. 판별 타당도 변수인 wpm(r=0.116, 95% CI [0.044, 0.187])과 duration_sec(r=−0.125, 95% CI [−0.191, −0.061])은 |r|&lt;0.30 기준을 충족하여 지수가 특정 변수에 편향되지 않음을 확인한다.</w:t>
      </w:r>
    </w:p>
    <w:p>
      <w:r>
        <w:t>그림 4-9. Bootstrap 재표집(n_boot=2,000) 상관계수 분포 및 95% CI</w:t>
      </w:r>
    </w:p>
    <w:p>
      <w:pPr>
        <w:jc w:val="center"/>
      </w:pPr>
      <w:r>
        <w:drawing>
          <wp:inline xmlns:a="http://schemas.openxmlformats.org/drawingml/2006/main" xmlns:pic="http://schemas.openxmlformats.org/drawingml/2006/picture">
            <wp:extent cx="5852160" cy="4002877"/>
            <wp:docPr id="70" name="Picture 70"/>
            <wp:cNvGraphicFramePr>
              <a:graphicFrameLocks noChangeAspect="1"/>
            </wp:cNvGraphicFramePr>
            <a:graphic>
              <a:graphicData uri="http://schemas.openxmlformats.org/drawingml/2006/picture">
                <pic:pic>
                  <pic:nvPicPr>
                    <pic:cNvPr id="0" name="ref_유현동VOC_연구_중간보고_007.jpg"/>
                    <pic:cNvPicPr/>
                  </pic:nvPicPr>
                  <pic:blipFill>
                    <a:blip r:embed="rId71"/>
                    <a:stretch>
                      <a:fillRect/>
                    </a:stretch>
                  </pic:blipFill>
                  <pic:spPr>
                    <a:xfrm>
                      <a:off x="0" y="0"/>
                      <a:ext cx="5852160" cy="4002877"/>
                    </a:xfrm>
                    <a:prstGeom prst="rect"/>
                  </pic:spPr>
                </pic:pic>
              </a:graphicData>
            </a:graphic>
          </wp:inline>
        </w:drawing>
      </w:r>
    </w:p>
    <w:p>
      <w:r>
        <w:t>주. 적색 실선은 표본 Pearson r, 등황색 점선은 Bootstrap 95% CI 경계.</w:t>
      </w:r>
    </w:p>
    <w:p>
      <w:r>
        <w:t>그림 4-10. 수렴 타당도 vs 판별 타당도 변수 |Pearson r| 비교 (Bootstrap 95% CI)</w:t>
      </w:r>
    </w:p>
    <w:p>
      <w:pPr>
        <w:jc w:val="center"/>
      </w:pPr>
      <w:r>
        <w:drawing>
          <wp:inline xmlns:a="http://schemas.openxmlformats.org/drawingml/2006/main" xmlns:pic="http://schemas.openxmlformats.org/drawingml/2006/picture">
            <wp:extent cx="5852160" cy="3657600"/>
            <wp:docPr id="71" name="Picture 71"/>
            <wp:cNvGraphicFramePr>
              <a:graphicFrameLocks noChangeAspect="1"/>
            </wp:cNvGraphicFramePr>
            <a:graphic>
              <a:graphicData uri="http://schemas.openxmlformats.org/drawingml/2006/picture">
                <pic:pic>
                  <pic:nvPicPr>
                    <pic:cNvPr id="0" name="ref_유현동VOC_연구_중간보고_008.jpg"/>
                    <pic:cNvPicPr/>
                  </pic:nvPicPr>
                  <pic:blipFill>
                    <a:blip r:embed="rId72"/>
                    <a:stretch>
                      <a:fillRect/>
                    </a:stretch>
                  </pic:blipFill>
                  <pic:spPr>
                    <a:xfrm>
                      <a:off x="0" y="0"/>
                      <a:ext cx="5852160" cy="3657600"/>
                    </a:xfrm>
                    <a:prstGeom prst="rect"/>
                  </pic:spPr>
                </pic:pic>
              </a:graphicData>
            </a:graphic>
          </wp:inline>
        </w:drawing>
      </w:r>
    </w:p>
    <w:p>
      <w:r>
        <w:t>주. 녹색=수렴 타당도 변수, 적색=판별 타당도 변수; 오차막대는 Bootstrap 95% CI.</w:t>
      </w:r>
    </w:p>
    <w:p>
      <w:r>
        <w:t>4.7.2. 구간 프로파일 분석 (ANOVA)</w:t>
      </w:r>
    </w:p>
    <w:p>
      <w:r>
        <w:t>스트레스 구간별 음성 특징 분포를 비교하기 위해 stress_score의 33.3·66.7 백분위수를 기준으로 전체 994건을 저스트레스(Q33=0.2325 미만, 332건), 중스트레스(Q33~Q67, 331건), 고스트레스(Q67=0.2844 초과, 331건)로 3분류하였다. 구간 간 차이를 일원배치 분산분석(one-way ANOVA)으로 검증하고, Tukey HSD 사후검정으로 쌍별 비교를 수행하였다.</w:t>
      </w:r>
    </w:p>
    <w:p>
      <w:r>
        <w:t>표 4-11. 스트레스 구간별 음성 특징 기술통계 (n=994)</w:t>
      </w:r>
    </w:p>
    <w:p>
      <w:r>
        <w:rPr>
          <w:b/>
        </w:rPr>
        <w:t>원본 참조표 13</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구간</w:t>
            </w:r>
          </w:p>
        </w:tc>
        <w:tc>
          <w:tcPr>
            <w:tcW w:type="dxa" w:w="1409"/>
          </w:tcPr>
          <w:p>
            <w:r/>
            <w:r>
              <w:rPr>
                <w:rFonts w:ascii="Malgun Gothic" w:hAnsi="Malgun Gothic" w:eastAsia="Malgun Gothic"/>
                <w:b/>
                <w:sz w:val="15"/>
              </w:rPr>
              <w:t>건수</w:t>
            </w:r>
          </w:p>
        </w:tc>
        <w:tc>
          <w:tcPr>
            <w:tcW w:type="dxa" w:w="1409"/>
          </w:tcPr>
          <w:p>
            <w:r/>
            <w:r>
              <w:rPr>
                <w:rFonts w:ascii="Malgun Gothic" w:hAnsi="Malgun Gothic" w:eastAsia="Malgun Gothic"/>
                <w:b/>
                <w:sz w:val="15"/>
              </w:rPr>
              <w:t>stress_score 평균(SD)</w:t>
            </w:r>
          </w:p>
        </w:tc>
        <w:tc>
          <w:tcPr>
            <w:tcW w:type="dxa" w:w="1409"/>
          </w:tcPr>
          <w:p>
            <w:r/>
            <w:r>
              <w:rPr>
                <w:rFonts w:ascii="Malgun Gothic" w:hAnsi="Malgun Gothic" w:eastAsia="Malgun Gothic"/>
                <w:b/>
                <w:sz w:val="15"/>
              </w:rPr>
              <w:t>energy_mean 평균(SD)</w:t>
            </w:r>
          </w:p>
        </w:tc>
        <w:tc>
          <w:tcPr>
            <w:tcW w:type="dxa" w:w="1409"/>
          </w:tcPr>
          <w:p>
            <w:r/>
            <w:r>
              <w:rPr>
                <w:rFonts w:ascii="Malgun Gothic" w:hAnsi="Malgun Gothic" w:eastAsia="Malgun Gothic"/>
                <w:b/>
                <w:sz w:val="15"/>
              </w:rPr>
              <w:t>pitch_mean 평균Hz(SD)</w:t>
            </w:r>
          </w:p>
        </w:tc>
        <w:tc>
          <w:tcPr>
            <w:tcW w:type="dxa" w:w="1409"/>
          </w:tcPr>
          <w:p>
            <w:r/>
            <w:r>
              <w:rPr>
                <w:rFonts w:ascii="Malgun Gothic" w:hAnsi="Malgun Gothic" w:eastAsia="Malgun Gothic"/>
                <w:b/>
                <w:sz w:val="15"/>
              </w:rPr>
              <w:t>wpm 평균(SD)</w:t>
            </w:r>
          </w:p>
        </w:tc>
        <w:tc>
          <w:tcPr>
            <w:tcW w:type="dxa" w:w="1409"/>
          </w:tcPr>
          <w:p>
            <w:r/>
            <w:r>
              <w:rPr>
                <w:rFonts w:ascii="Malgun Gothic" w:hAnsi="Malgun Gothic" w:eastAsia="Malgun Gothic"/>
                <w:b/>
                <w:sz w:val="15"/>
              </w:rPr>
              <w:t>duration_sec 평균(SD)</w:t>
            </w:r>
          </w:p>
        </w:tc>
      </w:tr>
      <w:tr>
        <w:trPr>
          <w:cantSplit/>
        </w:trPr>
        <w:tc>
          <w:tcPr>
            <w:tcW w:type="dxa" w:w="1409"/>
            <w:vAlign w:val="center"/>
          </w:tcPr>
          <w:p>
            <w:r/>
            <w:r>
              <w:rPr>
                <w:rFonts w:ascii="Malgun Gothic" w:hAnsi="Malgun Gothic" w:eastAsia="Malgun Gothic"/>
                <w:b w:val="0"/>
                <w:sz w:val="15"/>
              </w:rPr>
              <w:t>저스트레스</w:t>
            </w:r>
          </w:p>
        </w:tc>
        <w:tc>
          <w:tcPr>
            <w:tcW w:type="dxa" w:w="1409"/>
            <w:vAlign w:val="center"/>
          </w:tcPr>
          <w:p>
            <w:r/>
            <w:r>
              <w:rPr>
                <w:rFonts w:ascii="Malgun Gothic" w:hAnsi="Malgun Gothic" w:eastAsia="Malgun Gothic"/>
                <w:b w:val="0"/>
                <w:sz w:val="15"/>
              </w:rPr>
              <w:t>331</w:t>
            </w:r>
          </w:p>
        </w:tc>
        <w:tc>
          <w:tcPr>
            <w:tcW w:type="dxa" w:w="1409"/>
            <w:vAlign w:val="center"/>
          </w:tcPr>
          <w:p>
            <w:r/>
            <w:r>
              <w:rPr>
                <w:rFonts w:ascii="Malgun Gothic" w:hAnsi="Malgun Gothic" w:eastAsia="Malgun Gothic"/>
                <w:b w:val="0"/>
                <w:sz w:val="15"/>
              </w:rPr>
              <w:t>0.1945(±0.032)</w:t>
            </w:r>
          </w:p>
        </w:tc>
        <w:tc>
          <w:tcPr>
            <w:tcW w:type="dxa" w:w="1409"/>
            <w:vAlign w:val="center"/>
          </w:tcPr>
          <w:p>
            <w:r/>
            <w:r>
              <w:rPr>
                <w:rFonts w:ascii="Malgun Gothic" w:hAnsi="Malgun Gothic" w:eastAsia="Malgun Gothic"/>
                <w:b w:val="0"/>
                <w:sz w:val="15"/>
              </w:rPr>
              <w:t>0.0336(±0.012)</w:t>
            </w:r>
          </w:p>
        </w:tc>
        <w:tc>
          <w:tcPr>
            <w:tcW w:type="dxa" w:w="1409"/>
            <w:vAlign w:val="center"/>
          </w:tcPr>
          <w:p>
            <w:r/>
            <w:r>
              <w:rPr>
                <w:rFonts w:ascii="Malgun Gothic" w:hAnsi="Malgun Gothic" w:eastAsia="Malgun Gothic"/>
                <w:b w:val="0"/>
                <w:sz w:val="15"/>
              </w:rPr>
              <w:t>198.74(±18.18)</w:t>
            </w:r>
          </w:p>
        </w:tc>
        <w:tc>
          <w:tcPr>
            <w:tcW w:type="dxa" w:w="1409"/>
            <w:vAlign w:val="center"/>
          </w:tcPr>
          <w:p>
            <w:r/>
            <w:r>
              <w:rPr>
                <w:rFonts w:ascii="Malgun Gothic" w:hAnsi="Malgun Gothic" w:eastAsia="Malgun Gothic"/>
                <w:b w:val="0"/>
                <w:sz w:val="15"/>
              </w:rPr>
              <w:t>78.04(±19.62)</w:t>
            </w:r>
          </w:p>
        </w:tc>
        <w:tc>
          <w:tcPr>
            <w:tcW w:type="dxa" w:w="1409"/>
            <w:vAlign w:val="center"/>
          </w:tcPr>
          <w:p>
            <w:r/>
            <w:r>
              <w:rPr>
                <w:rFonts w:ascii="Malgun Gothic" w:hAnsi="Malgun Gothic" w:eastAsia="Malgun Gothic"/>
                <w:b w:val="0"/>
                <w:sz w:val="15"/>
              </w:rPr>
              <w:t>157.83(±163.54)</w:t>
            </w:r>
          </w:p>
        </w:tc>
      </w:tr>
      <w:tr>
        <w:trPr>
          <w:cantSplit/>
        </w:trPr>
        <w:tc>
          <w:tcPr>
            <w:tcW w:type="dxa" w:w="1409"/>
            <w:vAlign w:val="center"/>
          </w:tcPr>
          <w:p>
            <w:r/>
            <w:r>
              <w:rPr>
                <w:rFonts w:ascii="Malgun Gothic" w:hAnsi="Malgun Gothic" w:eastAsia="Malgun Gothic"/>
                <w:b w:val="0"/>
                <w:sz w:val="15"/>
              </w:rPr>
              <w:t>중스트레스</w:t>
            </w:r>
          </w:p>
        </w:tc>
        <w:tc>
          <w:tcPr>
            <w:tcW w:type="dxa" w:w="1409"/>
            <w:vAlign w:val="center"/>
          </w:tcPr>
          <w:p>
            <w:r/>
            <w:r>
              <w:rPr>
                <w:rFonts w:ascii="Malgun Gothic" w:hAnsi="Malgun Gothic" w:eastAsia="Malgun Gothic"/>
                <w:b w:val="0"/>
                <w:sz w:val="15"/>
              </w:rPr>
              <w:t>332</w:t>
            </w:r>
          </w:p>
        </w:tc>
        <w:tc>
          <w:tcPr>
            <w:tcW w:type="dxa" w:w="1409"/>
            <w:vAlign w:val="center"/>
          </w:tcPr>
          <w:p>
            <w:r/>
            <w:r>
              <w:rPr>
                <w:rFonts w:ascii="Malgun Gothic" w:hAnsi="Malgun Gothic" w:eastAsia="Malgun Gothic"/>
                <w:b w:val="0"/>
                <w:sz w:val="15"/>
              </w:rPr>
              <w:t>0.2578(±0.015)</w:t>
            </w:r>
          </w:p>
        </w:tc>
        <w:tc>
          <w:tcPr>
            <w:tcW w:type="dxa" w:w="1409"/>
            <w:vAlign w:val="center"/>
          </w:tcPr>
          <w:p>
            <w:r/>
            <w:r>
              <w:rPr>
                <w:rFonts w:ascii="Malgun Gothic" w:hAnsi="Malgun Gothic" w:eastAsia="Malgun Gothic"/>
                <w:b w:val="0"/>
                <w:sz w:val="15"/>
              </w:rPr>
              <w:t>0.0471(±0.012)</w:t>
            </w:r>
          </w:p>
        </w:tc>
        <w:tc>
          <w:tcPr>
            <w:tcW w:type="dxa" w:w="1409"/>
            <w:vAlign w:val="center"/>
          </w:tcPr>
          <w:p>
            <w:r/>
            <w:r>
              <w:rPr>
                <w:rFonts w:ascii="Malgun Gothic" w:hAnsi="Malgun Gothic" w:eastAsia="Malgun Gothic"/>
                <w:b w:val="0"/>
                <w:sz w:val="15"/>
              </w:rPr>
              <w:t>222.11(±10.97)</w:t>
            </w:r>
          </w:p>
        </w:tc>
        <w:tc>
          <w:tcPr>
            <w:tcW w:type="dxa" w:w="1409"/>
            <w:vAlign w:val="center"/>
          </w:tcPr>
          <w:p>
            <w:r/>
            <w:r>
              <w:rPr>
                <w:rFonts w:ascii="Malgun Gothic" w:hAnsi="Malgun Gothic" w:eastAsia="Malgun Gothic"/>
                <w:b w:val="0"/>
                <w:sz w:val="15"/>
              </w:rPr>
              <w:t>84.46(±17.20)</w:t>
            </w:r>
          </w:p>
        </w:tc>
        <w:tc>
          <w:tcPr>
            <w:tcW w:type="dxa" w:w="1409"/>
            <w:vAlign w:val="center"/>
          </w:tcPr>
          <w:p>
            <w:r/>
            <w:r>
              <w:rPr>
                <w:rFonts w:ascii="Malgun Gothic" w:hAnsi="Malgun Gothic" w:eastAsia="Malgun Gothic"/>
                <w:b w:val="0"/>
                <w:sz w:val="15"/>
              </w:rPr>
              <w:t>156.71(±156.71)</w:t>
            </w:r>
          </w:p>
        </w:tc>
      </w:tr>
      <w:tr>
        <w:trPr>
          <w:cantSplit/>
        </w:trPr>
        <w:tc>
          <w:tcPr>
            <w:tcW w:type="dxa" w:w="1409"/>
            <w:vAlign w:val="center"/>
          </w:tcPr>
          <w:p>
            <w:r/>
            <w:r>
              <w:rPr>
                <w:rFonts w:ascii="Malgun Gothic" w:hAnsi="Malgun Gothic" w:eastAsia="Malgun Gothic"/>
                <w:b w:val="0"/>
                <w:sz w:val="15"/>
              </w:rPr>
              <w:t>고스트레스</w:t>
            </w:r>
          </w:p>
        </w:tc>
        <w:tc>
          <w:tcPr>
            <w:tcW w:type="dxa" w:w="1409"/>
            <w:vAlign w:val="center"/>
          </w:tcPr>
          <w:p>
            <w:r/>
            <w:r>
              <w:rPr>
                <w:rFonts w:ascii="Malgun Gothic" w:hAnsi="Malgun Gothic" w:eastAsia="Malgun Gothic"/>
                <w:b w:val="0"/>
                <w:sz w:val="15"/>
              </w:rPr>
              <w:t>331</w:t>
            </w:r>
          </w:p>
        </w:tc>
        <w:tc>
          <w:tcPr>
            <w:tcW w:type="dxa" w:w="1409"/>
            <w:vAlign w:val="center"/>
          </w:tcPr>
          <w:p>
            <w:r/>
            <w:r>
              <w:rPr>
                <w:rFonts w:ascii="Malgun Gothic" w:hAnsi="Malgun Gothic" w:eastAsia="Malgun Gothic"/>
                <w:b w:val="0"/>
                <w:sz w:val="15"/>
              </w:rPr>
              <w:t>0.3319(±0.042)</w:t>
            </w:r>
          </w:p>
        </w:tc>
        <w:tc>
          <w:tcPr>
            <w:tcW w:type="dxa" w:w="1409"/>
            <w:vAlign w:val="center"/>
          </w:tcPr>
          <w:p>
            <w:r/>
            <w:r>
              <w:rPr>
                <w:rFonts w:ascii="Malgun Gothic" w:hAnsi="Malgun Gothic" w:eastAsia="Malgun Gothic"/>
                <w:b w:val="0"/>
                <w:sz w:val="15"/>
              </w:rPr>
              <w:t>0.0720(±0.021)</w:t>
            </w:r>
          </w:p>
        </w:tc>
        <w:tc>
          <w:tcPr>
            <w:tcW w:type="dxa" w:w="1409"/>
            <w:vAlign w:val="center"/>
          </w:tcPr>
          <w:p>
            <w:r/>
            <w:r>
              <w:rPr>
                <w:rFonts w:ascii="Malgun Gothic" w:hAnsi="Malgun Gothic" w:eastAsia="Malgun Gothic"/>
                <w:b w:val="0"/>
                <w:sz w:val="15"/>
              </w:rPr>
              <w:t>241.35(±14.77)</w:t>
            </w:r>
          </w:p>
        </w:tc>
        <w:tc>
          <w:tcPr>
            <w:tcW w:type="dxa" w:w="1409"/>
            <w:vAlign w:val="center"/>
          </w:tcPr>
          <w:p>
            <w:r/>
            <w:r>
              <w:rPr>
                <w:rFonts w:ascii="Malgun Gothic" w:hAnsi="Malgun Gothic" w:eastAsia="Malgun Gothic"/>
                <w:b w:val="0"/>
                <w:sz w:val="15"/>
              </w:rPr>
              <w:t>84.31(±21.29)</w:t>
            </w:r>
          </w:p>
        </w:tc>
        <w:tc>
          <w:tcPr>
            <w:tcW w:type="dxa" w:w="1409"/>
            <w:vAlign w:val="center"/>
          </w:tcPr>
          <w:p>
            <w:r/>
            <w:r>
              <w:rPr>
                <w:rFonts w:ascii="Malgun Gothic" w:hAnsi="Malgun Gothic" w:eastAsia="Malgun Gothic"/>
                <w:b w:val="0"/>
                <w:sz w:val="15"/>
              </w:rPr>
              <w:t>138.17(±190.24)</w:t>
            </w:r>
          </w:p>
        </w:tc>
      </w:tr>
    </w:tbl>
    <w:p/>
    <w:p>
      <w:r>
        <w:t>표 4-11에서 저→고 스트레스 구간에 따라 pitch_mean은 198.74 → 222.11 → 241.35 Hz로 단조 증가하였으며(저→고 변화폭 +42.6 Hz, +21.4%), energy_mean은 0.0336 → 0.0471 → 0.0720으로 114.3% 증가하였다. 반면 wpm(78.04 → 84.46 → 84.31)과 duration_sec(157.83 → 156.71 → 138.17)는 구간 간 변화폭이 제한적이었다.</w:t>
      </w:r>
    </w:p>
    <w:p>
      <w:r>
        <w:t>표 4-12. 스트레스 구간별 ANOVA 결과 (df₁=2, df₂=991)</w:t>
      </w:r>
    </w:p>
    <w:p>
      <w:r>
        <w:rPr>
          <w:b/>
        </w:rPr>
        <w:t>원본 참조표 14</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변수</w:t>
            </w:r>
          </w:p>
        </w:tc>
        <w:tc>
          <w:tcPr>
            <w:tcW w:type="dxa" w:w="1409"/>
          </w:tcPr>
          <w:p>
            <w:r/>
            <w:r>
              <w:rPr>
                <w:rFonts w:ascii="Malgun Gothic" w:hAnsi="Malgun Gothic" w:eastAsia="Malgun Gothic"/>
                <w:b/>
                <w:sz w:val="15"/>
              </w:rPr>
              <w:t>F통계량</w:t>
            </w:r>
          </w:p>
        </w:tc>
        <w:tc>
          <w:tcPr>
            <w:tcW w:type="dxa" w:w="1409"/>
          </w:tcPr>
          <w:p>
            <w:r/>
            <w:r>
              <w:rPr>
                <w:rFonts w:ascii="Malgun Gothic" w:hAnsi="Malgun Gothic" w:eastAsia="Malgun Gothic"/>
                <w:b/>
                <w:sz w:val="15"/>
              </w:rPr>
              <w:t>p값</w:t>
            </w:r>
          </w:p>
        </w:tc>
        <w:tc>
          <w:tcPr>
            <w:tcW w:type="dxa" w:w="1409"/>
          </w:tcPr>
          <w:p>
            <w:r/>
            <w:r>
              <w:rPr>
                <w:rFonts w:ascii="Malgun Gothic" w:hAnsi="Malgun Gothic" w:eastAsia="Malgun Gothic"/>
                <w:b/>
                <w:sz w:val="15"/>
              </w:rPr>
              <w:t>유의</w:t>
            </w:r>
          </w:p>
        </w:tc>
        <w:tc>
          <w:tcPr>
            <w:tcW w:type="dxa" w:w="1409"/>
          </w:tcPr>
          <w:p>
            <w:r/>
            <w:r>
              <w:rPr>
                <w:rFonts w:ascii="Malgun Gothic" w:hAnsi="Malgun Gothic" w:eastAsia="Malgun Gothic"/>
                <w:b/>
                <w:sz w:val="15"/>
              </w:rPr>
              <w:t>η²</w:t>
            </w:r>
          </w:p>
        </w:tc>
        <w:tc>
          <w:tcPr>
            <w:tcW w:type="dxa" w:w="1409"/>
          </w:tcPr>
          <w:p>
            <w:r/>
            <w:r>
              <w:rPr>
                <w:rFonts w:ascii="Malgun Gothic" w:hAnsi="Malgun Gothic" w:eastAsia="Malgun Gothic"/>
                <w:b/>
                <w:sz w:val="15"/>
              </w:rPr>
              <w:t>효과크기</w:t>
            </w:r>
          </w:p>
        </w:tc>
        <w:tc>
          <w:tcPr>
            <w:tcW w:type="dxa" w:w="1409"/>
          </w:tcPr>
          <w:p>
            <w:r/>
            <w:r>
              <w:rPr>
                <w:rFonts w:ascii="Malgun Gothic" w:hAnsi="Malgun Gothic" w:eastAsia="Malgun Gothic"/>
                <w:b/>
                <w:sz w:val="15"/>
              </w:rPr>
              <w:t>타당도 역할</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675.42</w:t>
            </w:r>
          </w:p>
        </w:tc>
        <w:tc>
          <w:tcPr>
            <w:tcW w:type="dxa" w:w="1409"/>
            <w:vAlign w:val="center"/>
          </w:tcPr>
          <w:p>
            <w:r/>
            <w:r>
              <w:rPr>
                <w:rFonts w:ascii="Malgun Gothic" w:hAnsi="Malgun Gothic" w:eastAsia="Malgun Gothic"/>
                <w:b w:val="0"/>
                <w:sz w:val="15"/>
              </w:rPr>
              <w:t>8.71e-186</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0.577</w:t>
            </w:r>
          </w:p>
        </w:tc>
        <w:tc>
          <w:tcPr>
            <w:tcW w:type="dxa" w:w="1409"/>
            <w:vAlign w:val="center"/>
          </w:tcPr>
          <w:p>
            <w:r/>
            <w:r>
              <w:rPr>
                <w:rFonts w:ascii="Malgun Gothic" w:hAnsi="Malgun Gothic" w:eastAsia="Malgun Gothic"/>
                <w:b w:val="0"/>
                <w:sz w:val="15"/>
              </w:rPr>
              <w:t>대(large)</w:t>
            </w:r>
          </w:p>
        </w:tc>
        <w:tc>
          <w:tcPr>
            <w:tcW w:type="dxa" w:w="1409"/>
            <w:vAlign w:val="center"/>
          </w:tcPr>
          <w:p>
            <w:r/>
            <w:r>
              <w:rPr>
                <w:rFonts w:ascii="Malgun Gothic" w:hAnsi="Malgun Gothic" w:eastAsia="Malgun Gothic"/>
                <w:b w:val="0"/>
                <w:sz w:val="15"/>
              </w:rPr>
              <w:t>수렴 타당도 핵심 근거</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515.68</w:t>
            </w:r>
          </w:p>
        </w:tc>
        <w:tc>
          <w:tcPr>
            <w:tcW w:type="dxa" w:w="1409"/>
            <w:vAlign w:val="center"/>
          </w:tcPr>
          <w:p>
            <w:r/>
            <w:r>
              <w:rPr>
                <w:rFonts w:ascii="Malgun Gothic" w:hAnsi="Malgun Gothic" w:eastAsia="Malgun Gothic"/>
                <w:b w:val="0"/>
                <w:sz w:val="15"/>
              </w:rPr>
              <w:t>3.17e-154</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0.510</w:t>
            </w:r>
          </w:p>
        </w:tc>
        <w:tc>
          <w:tcPr>
            <w:tcW w:type="dxa" w:w="1409"/>
            <w:vAlign w:val="center"/>
          </w:tcPr>
          <w:p>
            <w:r/>
            <w:r>
              <w:rPr>
                <w:rFonts w:ascii="Malgun Gothic" w:hAnsi="Malgun Gothic" w:eastAsia="Malgun Gothic"/>
                <w:b w:val="0"/>
                <w:sz w:val="15"/>
              </w:rPr>
              <w:t>대(large)</w:t>
            </w:r>
          </w:p>
        </w:tc>
        <w:tc>
          <w:tcPr>
            <w:tcW w:type="dxa" w:w="1409"/>
            <w:vAlign w:val="center"/>
          </w:tcPr>
          <w:p>
            <w:r/>
            <w:r>
              <w:rPr>
                <w:rFonts w:ascii="Malgun Gothic" w:hAnsi="Malgun Gothic" w:eastAsia="Malgun Gothic"/>
                <w:b w:val="0"/>
                <w:sz w:val="15"/>
              </w:rPr>
              <w:t>수렴 타당도 핵심 근거</w:t>
            </w:r>
          </w:p>
        </w:tc>
      </w:tr>
      <w:tr>
        <w:trPr>
          <w:cantSplit/>
        </w:trPr>
        <w:tc>
          <w:tcPr>
            <w:tcW w:type="dxa" w:w="1409"/>
            <w:vAlign w:val="center"/>
          </w:tcPr>
          <w:p>
            <w:r/>
            <w:r>
              <w:rPr>
                <w:rFonts w:ascii="Malgun Gothic" w:hAnsi="Malgun Gothic" w:eastAsia="Malgun Gothic"/>
                <w:b w:val="0"/>
                <w:sz w:val="15"/>
              </w:rPr>
              <w:t>wpm</w:t>
            </w:r>
          </w:p>
        </w:tc>
        <w:tc>
          <w:tcPr>
            <w:tcW w:type="dxa" w:w="1409"/>
            <w:vAlign w:val="center"/>
          </w:tcPr>
          <w:p>
            <w:r/>
            <w:r>
              <w:rPr>
                <w:rFonts w:ascii="Malgun Gothic" w:hAnsi="Malgun Gothic" w:eastAsia="Malgun Gothic"/>
                <w:b w:val="0"/>
                <w:sz w:val="15"/>
              </w:rPr>
              <w:t>11.59</w:t>
            </w:r>
          </w:p>
        </w:tc>
        <w:tc>
          <w:tcPr>
            <w:tcW w:type="dxa" w:w="1409"/>
            <w:vAlign w:val="center"/>
          </w:tcPr>
          <w:p>
            <w:r/>
            <w:r>
              <w:rPr>
                <w:rFonts w:ascii="Malgun Gothic" w:hAnsi="Malgun Gothic" w:eastAsia="Malgun Gothic"/>
                <w:b w:val="0"/>
                <w:sz w:val="15"/>
              </w:rPr>
              <w:t>1.06e-05</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0.023</w:t>
            </w:r>
          </w:p>
        </w:tc>
        <w:tc>
          <w:tcPr>
            <w:tcW w:type="dxa" w:w="1409"/>
            <w:vAlign w:val="center"/>
          </w:tcPr>
          <w:p>
            <w:r/>
            <w:r>
              <w:rPr>
                <w:rFonts w:ascii="Malgun Gothic" w:hAnsi="Malgun Gothic" w:eastAsia="Malgun Gothic"/>
                <w:b w:val="0"/>
                <w:sz w:val="15"/>
              </w:rPr>
              <w:t>소(small)</w:t>
            </w:r>
          </w:p>
        </w:tc>
        <w:tc>
          <w:tcPr>
            <w:tcW w:type="dxa" w:w="1409"/>
            <w:vAlign w:val="center"/>
          </w:tcPr>
          <w:p>
            <w:r/>
            <w:r>
              <w:rPr>
                <w:rFonts w:ascii="Malgun Gothic" w:hAnsi="Malgun Gothic" w:eastAsia="Malgun Gothic"/>
                <w:b w:val="0"/>
                <w:sz w:val="15"/>
              </w:rPr>
              <w:t>판별 타당도 근거</w:t>
            </w:r>
          </w:p>
        </w:tc>
      </w:tr>
      <w:tr>
        <w:trPr>
          <w:cantSplit/>
        </w:trPr>
        <w:tc>
          <w:tcPr>
            <w:tcW w:type="dxa" w:w="1409"/>
            <w:vAlign w:val="center"/>
          </w:tcPr>
          <w:p>
            <w:r/>
            <w:r>
              <w:rPr>
                <w:rFonts w:ascii="Malgun Gothic" w:hAnsi="Malgun Gothic" w:eastAsia="Malgun Gothic"/>
                <w:b w:val="0"/>
                <w:sz w:val="15"/>
              </w:rPr>
              <w:t>duration_sec</w:t>
            </w:r>
          </w:p>
        </w:tc>
        <w:tc>
          <w:tcPr>
            <w:tcW w:type="dxa" w:w="1409"/>
            <w:vAlign w:val="center"/>
          </w:tcPr>
          <w:p>
            <w:r/>
            <w:r>
              <w:rPr>
                <w:rFonts w:ascii="Malgun Gothic" w:hAnsi="Malgun Gothic" w:eastAsia="Malgun Gothic"/>
                <w:b w:val="0"/>
                <w:sz w:val="15"/>
              </w:rPr>
              <w:t>1.38</w:t>
            </w:r>
          </w:p>
        </w:tc>
        <w:tc>
          <w:tcPr>
            <w:tcW w:type="dxa" w:w="1409"/>
            <w:vAlign w:val="center"/>
          </w:tcPr>
          <w:p>
            <w:r/>
            <w:r>
              <w:rPr>
                <w:rFonts w:ascii="Malgun Gothic" w:hAnsi="Malgun Gothic" w:eastAsia="Malgun Gothic"/>
                <w:b w:val="0"/>
                <w:sz w:val="15"/>
              </w:rPr>
              <w:t>p=0.251</w:t>
            </w:r>
          </w:p>
        </w:tc>
        <w:tc>
          <w:tcPr>
            <w:tcW w:type="dxa" w:w="1409"/>
            <w:vAlign w:val="center"/>
          </w:tcPr>
          <w:p>
            <w:r/>
            <w:r>
              <w:rPr>
                <w:rFonts w:ascii="Malgun Gothic" w:hAnsi="Malgun Gothic" w:eastAsia="Malgun Gothic"/>
                <w:b w:val="0"/>
                <w:sz w:val="15"/>
              </w:rPr>
              <w:t>비유의</w:t>
            </w:r>
          </w:p>
        </w:tc>
        <w:tc>
          <w:tcPr>
            <w:tcW w:type="dxa" w:w="1409"/>
            <w:vAlign w:val="center"/>
          </w:tcPr>
          <w:p>
            <w:r/>
            <w:r>
              <w:rPr>
                <w:rFonts w:ascii="Malgun Gothic" w:hAnsi="Malgun Gothic" w:eastAsia="Malgun Gothic"/>
                <w:b w:val="0"/>
                <w:sz w:val="15"/>
              </w:rPr>
              <w:t>0.003</w:t>
            </w:r>
          </w:p>
        </w:tc>
        <w:tc>
          <w:tcPr>
            <w:tcW w:type="dxa" w:w="1409"/>
            <w:vAlign w:val="center"/>
          </w:tcPr>
          <w:p>
            <w:r/>
            <w:r>
              <w:rPr>
                <w:rFonts w:ascii="Malgun Gothic" w:hAnsi="Malgun Gothic" w:eastAsia="Malgun Gothic"/>
                <w:b w:val="0"/>
                <w:sz w:val="15"/>
              </w:rPr>
              <w:t>무시</w:t>
            </w:r>
          </w:p>
        </w:tc>
        <w:tc>
          <w:tcPr>
            <w:tcW w:type="dxa" w:w="1409"/>
            <w:vAlign w:val="center"/>
          </w:tcPr>
          <w:p>
            <w:r/>
            <w:r>
              <w:rPr>
                <w:rFonts w:ascii="Malgun Gothic" w:hAnsi="Malgun Gothic" w:eastAsia="Malgun Gothic"/>
                <w:b w:val="0"/>
                <w:sz w:val="15"/>
              </w:rPr>
              <w:t>판별 타당도 근거</w:t>
            </w:r>
          </w:p>
        </w:tc>
      </w:tr>
    </w:tbl>
    <w:p/>
    <w:p>
      <w:r>
        <w:t>표 4-12에서 pitch_mean(F=675.42, p=8.71e-186, η²=0.577)과 energy_mean(F=515.68, p=3.17e-154, η²=0.510)은 Cohen(1988) 기준 η²≥0.14에 해당하는 대효과(large effect size)로, 구간 간 음성 특징의 차이가 통계적으로 유의하고 실질적으로 큼을 확인하였다. 반면 duration_sec는 F=1.38, p=0.251로 구간 간 유의한 차이가 없었다(η²=0.003).</w:t>
      </w:r>
    </w:p>
    <w:p>
      <w:r>
        <w:t>표 4-13. Tukey HSD 사후검정 결과 (주요 쌍, energy_mean, pitch_mean)</w:t>
      </w:r>
    </w:p>
    <w:p>
      <w:r>
        <w:rPr>
          <w:b/>
        </w:rPr>
        <w:t>원본 참조표 15</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변수</w:t>
            </w:r>
          </w:p>
        </w:tc>
        <w:tc>
          <w:tcPr>
            <w:tcW w:type="dxa" w:w="1409"/>
          </w:tcPr>
          <w:p>
            <w:r/>
            <w:r>
              <w:rPr>
                <w:rFonts w:ascii="Malgun Gothic" w:hAnsi="Malgun Gothic" w:eastAsia="Malgun Gothic"/>
                <w:b/>
                <w:sz w:val="15"/>
              </w:rPr>
              <w:t>비교 쌍</w:t>
            </w:r>
          </w:p>
        </w:tc>
        <w:tc>
          <w:tcPr>
            <w:tcW w:type="dxa" w:w="1409"/>
          </w:tcPr>
          <w:p>
            <w:r/>
            <w:r>
              <w:rPr>
                <w:rFonts w:ascii="Malgun Gothic" w:hAnsi="Malgun Gothic" w:eastAsia="Malgun Gothic"/>
                <w:b/>
                <w:sz w:val="15"/>
              </w:rPr>
              <w:t>평균차</w:t>
            </w:r>
          </w:p>
        </w:tc>
        <w:tc>
          <w:tcPr>
            <w:tcW w:type="dxa" w:w="1409"/>
          </w:tcPr>
          <w:p>
            <w:r/>
            <w:r>
              <w:rPr>
                <w:rFonts w:ascii="Malgun Gothic" w:hAnsi="Malgun Gothic" w:eastAsia="Malgun Gothic"/>
                <w:b/>
                <w:sz w:val="15"/>
              </w:rPr>
              <w:t>p값(adj)</w:t>
            </w:r>
          </w:p>
        </w:tc>
        <w:tc>
          <w:tcPr>
            <w:tcW w:type="dxa" w:w="1409"/>
          </w:tcPr>
          <w:p>
            <w:r/>
            <w:r>
              <w:rPr>
                <w:rFonts w:ascii="Malgun Gothic" w:hAnsi="Malgun Gothic" w:eastAsia="Malgun Gothic"/>
                <w:b/>
                <w:sz w:val="15"/>
              </w:rPr>
              <w:t>유의</w:t>
            </w:r>
          </w:p>
        </w:tc>
        <w:tc>
          <w:tcPr>
            <w:tcW w:type="dxa" w:w="1409"/>
          </w:tcPr>
          <w:p>
            <w:r/>
            <w:r>
              <w:rPr>
                <w:rFonts w:ascii="Malgun Gothic" w:hAnsi="Malgun Gothic" w:eastAsia="Malgun Gothic"/>
                <w:b/>
                <w:sz w:val="15"/>
              </w:rPr>
              <w:t>Cohen d</w:t>
            </w:r>
          </w:p>
        </w:tc>
        <w:tc>
          <w:tcPr>
            <w:tcW w:type="dxa" w:w="1409"/>
          </w:tcPr>
          <w:p>
            <w:r/>
            <w:r>
              <w:rPr>
                <w:rFonts w:ascii="Malgun Gothic" w:hAnsi="Malgun Gothic" w:eastAsia="Malgun Gothic"/>
                <w:b/>
                <w:sz w:val="15"/>
              </w:rPr>
              <w:t>효과크기</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고스트레스 vs 저스트레스</w:t>
            </w:r>
          </w:p>
        </w:tc>
        <w:tc>
          <w:tcPr>
            <w:tcW w:type="dxa" w:w="1409"/>
            <w:vAlign w:val="center"/>
          </w:tcPr>
          <w:p>
            <w:r/>
            <w:r>
              <w:rPr>
                <w:rFonts w:ascii="Malgun Gothic" w:hAnsi="Malgun Gothic" w:eastAsia="Malgun Gothic"/>
                <w:b w:val="0"/>
                <w:sz w:val="15"/>
              </w:rPr>
              <w:t>-0.0384</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유의</w:t>
            </w:r>
          </w:p>
        </w:tc>
        <w:tc>
          <w:tcPr>
            <w:tcW w:type="dxa" w:w="1409"/>
            <w:vAlign w:val="center"/>
          </w:tcPr>
          <w:p>
            <w:r/>
            <w:r>
              <w:rPr>
                <w:rFonts w:ascii="Malgun Gothic" w:hAnsi="Malgun Gothic" w:eastAsia="Malgun Gothic"/>
                <w:b w:val="0"/>
                <w:sz w:val="15"/>
              </w:rPr>
              <w:t>2.243</w:t>
            </w:r>
          </w:p>
        </w:tc>
        <w:tc>
          <w:tcPr>
            <w:tcW w:type="dxa" w:w="1409"/>
            <w:vAlign w:val="center"/>
          </w:tcPr>
          <w:p>
            <w:r/>
            <w:r>
              <w:rPr>
                <w:rFonts w:ascii="Malgun Gothic" w:hAnsi="Malgun Gothic" w:eastAsia="Malgun Gothic"/>
                <w:b w:val="0"/>
                <w:sz w:val="15"/>
              </w:rPr>
              <w:t>대</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고스트레스 vs 중스트레스</w:t>
            </w:r>
          </w:p>
        </w:tc>
        <w:tc>
          <w:tcPr>
            <w:tcW w:type="dxa" w:w="1409"/>
            <w:vAlign w:val="center"/>
          </w:tcPr>
          <w:p>
            <w:r/>
            <w:r>
              <w:rPr>
                <w:rFonts w:ascii="Malgun Gothic" w:hAnsi="Malgun Gothic" w:eastAsia="Malgun Gothic"/>
                <w:b w:val="0"/>
                <w:sz w:val="15"/>
              </w:rPr>
              <w:t>-0.0250</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유의</w:t>
            </w:r>
          </w:p>
        </w:tc>
        <w:tc>
          <w:tcPr>
            <w:tcW w:type="dxa" w:w="1409"/>
            <w:vAlign w:val="center"/>
          </w:tcPr>
          <w:p>
            <w:r/>
            <w:r>
              <w:rPr>
                <w:rFonts w:ascii="Malgun Gothic" w:hAnsi="Malgun Gothic" w:eastAsia="Malgun Gothic"/>
                <w:b w:val="0"/>
                <w:sz w:val="15"/>
              </w:rPr>
              <w:t>1.457</w:t>
            </w:r>
          </w:p>
        </w:tc>
        <w:tc>
          <w:tcPr>
            <w:tcW w:type="dxa" w:w="1409"/>
            <w:vAlign w:val="center"/>
          </w:tcPr>
          <w:p>
            <w:r/>
            <w:r>
              <w:rPr>
                <w:rFonts w:ascii="Malgun Gothic" w:hAnsi="Malgun Gothic" w:eastAsia="Malgun Gothic"/>
                <w:b w:val="0"/>
                <w:sz w:val="15"/>
              </w:rPr>
              <w:t>대</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저스트레스 vs 중스트레스</w:t>
            </w:r>
          </w:p>
        </w:tc>
        <w:tc>
          <w:tcPr>
            <w:tcW w:type="dxa" w:w="1409"/>
            <w:vAlign w:val="center"/>
          </w:tcPr>
          <w:p>
            <w:r/>
            <w:r>
              <w:rPr>
                <w:rFonts w:ascii="Malgun Gothic" w:hAnsi="Malgun Gothic" w:eastAsia="Malgun Gothic"/>
                <w:b w:val="0"/>
                <w:sz w:val="15"/>
              </w:rPr>
              <w:t>0.0135</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유의</w:t>
            </w:r>
          </w:p>
        </w:tc>
        <w:tc>
          <w:tcPr>
            <w:tcW w:type="dxa" w:w="1409"/>
            <w:vAlign w:val="center"/>
          </w:tcPr>
          <w:p>
            <w:r/>
            <w:r>
              <w:rPr>
                <w:rFonts w:ascii="Malgun Gothic" w:hAnsi="Malgun Gothic" w:eastAsia="Malgun Gothic"/>
                <w:b w:val="0"/>
                <w:sz w:val="15"/>
              </w:rPr>
              <w:t>1.117</w:t>
            </w:r>
          </w:p>
        </w:tc>
        <w:tc>
          <w:tcPr>
            <w:tcW w:type="dxa" w:w="1409"/>
            <w:vAlign w:val="center"/>
          </w:tcPr>
          <w:p>
            <w:r/>
            <w:r>
              <w:rPr>
                <w:rFonts w:ascii="Malgun Gothic" w:hAnsi="Malgun Gothic" w:eastAsia="Malgun Gothic"/>
                <w:b w:val="0"/>
                <w:sz w:val="15"/>
              </w:rPr>
              <w:t>대</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고스트레스 vs 저스트레스</w:t>
            </w:r>
          </w:p>
        </w:tc>
        <w:tc>
          <w:tcPr>
            <w:tcW w:type="dxa" w:w="1409"/>
            <w:vAlign w:val="center"/>
          </w:tcPr>
          <w:p>
            <w:r/>
            <w:r>
              <w:rPr>
                <w:rFonts w:ascii="Malgun Gothic" w:hAnsi="Malgun Gothic" w:eastAsia="Malgun Gothic"/>
                <w:b w:val="0"/>
                <w:sz w:val="15"/>
              </w:rPr>
              <w:t>-42.615</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유의</w:t>
            </w:r>
          </w:p>
        </w:tc>
        <w:tc>
          <w:tcPr>
            <w:tcW w:type="dxa" w:w="1409"/>
            <w:vAlign w:val="center"/>
          </w:tcPr>
          <w:p>
            <w:r/>
            <w:r>
              <w:rPr>
                <w:rFonts w:ascii="Malgun Gothic" w:hAnsi="Malgun Gothic" w:eastAsia="Malgun Gothic"/>
                <w:b w:val="0"/>
                <w:sz w:val="15"/>
              </w:rPr>
              <w:t>2.573</w:t>
            </w:r>
          </w:p>
        </w:tc>
        <w:tc>
          <w:tcPr>
            <w:tcW w:type="dxa" w:w="1409"/>
            <w:vAlign w:val="center"/>
          </w:tcPr>
          <w:p>
            <w:r/>
            <w:r>
              <w:rPr>
                <w:rFonts w:ascii="Malgun Gothic" w:hAnsi="Malgun Gothic" w:eastAsia="Malgun Gothic"/>
                <w:b w:val="0"/>
                <w:sz w:val="15"/>
              </w:rPr>
              <w:t>대</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고스트레스 vs 중스트레스</w:t>
            </w:r>
          </w:p>
        </w:tc>
        <w:tc>
          <w:tcPr>
            <w:tcW w:type="dxa" w:w="1409"/>
            <w:vAlign w:val="center"/>
          </w:tcPr>
          <w:p>
            <w:r/>
            <w:r>
              <w:rPr>
                <w:rFonts w:ascii="Malgun Gothic" w:hAnsi="Malgun Gothic" w:eastAsia="Malgun Gothic"/>
                <w:b w:val="0"/>
                <w:sz w:val="15"/>
              </w:rPr>
              <w:t>-19.212</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유의</w:t>
            </w:r>
          </w:p>
        </w:tc>
        <w:tc>
          <w:tcPr>
            <w:tcW w:type="dxa" w:w="1409"/>
            <w:vAlign w:val="center"/>
          </w:tcPr>
          <w:p>
            <w:r/>
            <w:r>
              <w:rPr>
                <w:rFonts w:ascii="Malgun Gothic" w:hAnsi="Malgun Gothic" w:eastAsia="Malgun Gothic"/>
                <w:b w:val="0"/>
                <w:sz w:val="15"/>
              </w:rPr>
              <w:t>1.477</w:t>
            </w:r>
          </w:p>
        </w:tc>
        <w:tc>
          <w:tcPr>
            <w:tcW w:type="dxa" w:w="1409"/>
            <w:vAlign w:val="center"/>
          </w:tcPr>
          <w:p>
            <w:r/>
            <w:r>
              <w:rPr>
                <w:rFonts w:ascii="Malgun Gothic" w:hAnsi="Malgun Gothic" w:eastAsia="Malgun Gothic"/>
                <w:b w:val="0"/>
                <w:sz w:val="15"/>
              </w:rPr>
              <w:t>대</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저스트레스 vs 중스트레스</w:t>
            </w:r>
          </w:p>
        </w:tc>
        <w:tc>
          <w:tcPr>
            <w:tcW w:type="dxa" w:w="1409"/>
            <w:vAlign w:val="center"/>
          </w:tcPr>
          <w:p>
            <w:r/>
            <w:r>
              <w:rPr>
                <w:rFonts w:ascii="Malgun Gothic" w:hAnsi="Malgun Gothic" w:eastAsia="Malgun Gothic"/>
                <w:b w:val="0"/>
                <w:sz w:val="15"/>
              </w:rPr>
              <w:t>23.356</w:t>
            </w:r>
          </w:p>
        </w:tc>
        <w:tc>
          <w:tcPr>
            <w:tcW w:type="dxa" w:w="1409"/>
            <w:vAlign w:val="center"/>
          </w:tcPr>
          <w:p>
            <w:r/>
            <w:r>
              <w:rPr>
                <w:rFonts w:ascii="Malgun Gothic" w:hAnsi="Malgun Gothic" w:eastAsia="Malgun Gothic"/>
                <w:b w:val="0"/>
                <w:sz w:val="15"/>
              </w:rPr>
              <w:t>p&lt;.001</w:t>
            </w:r>
          </w:p>
        </w:tc>
        <w:tc>
          <w:tcPr>
            <w:tcW w:type="dxa" w:w="1409"/>
            <w:vAlign w:val="center"/>
          </w:tcPr>
          <w:p>
            <w:r/>
            <w:r>
              <w:rPr>
                <w:rFonts w:ascii="Malgun Gothic" w:hAnsi="Malgun Gothic" w:eastAsia="Malgun Gothic"/>
                <w:b w:val="0"/>
                <w:sz w:val="15"/>
              </w:rPr>
              <w:t>유의</w:t>
            </w:r>
          </w:p>
        </w:tc>
        <w:tc>
          <w:tcPr>
            <w:tcW w:type="dxa" w:w="1409"/>
            <w:vAlign w:val="center"/>
          </w:tcPr>
          <w:p>
            <w:r/>
            <w:r>
              <w:rPr>
                <w:rFonts w:ascii="Malgun Gothic" w:hAnsi="Malgun Gothic" w:eastAsia="Malgun Gothic"/>
                <w:b w:val="0"/>
                <w:sz w:val="15"/>
              </w:rPr>
              <w:t>1.555</w:t>
            </w:r>
          </w:p>
        </w:tc>
        <w:tc>
          <w:tcPr>
            <w:tcW w:type="dxa" w:w="1409"/>
            <w:vAlign w:val="center"/>
          </w:tcPr>
          <w:p>
            <w:r/>
            <w:r>
              <w:rPr>
                <w:rFonts w:ascii="Malgun Gothic" w:hAnsi="Malgun Gothic" w:eastAsia="Malgun Gothic"/>
                <w:b w:val="0"/>
                <w:sz w:val="15"/>
              </w:rPr>
              <w:t>대</w:t>
            </w:r>
          </w:p>
        </w:tc>
      </w:tr>
    </w:tbl>
    <w:p/>
    <w:p>
      <w:r>
        <w:t>표 4-13의 Tukey HSD 사후검정에서 energy_mean과 pitch_mean은 저·중·고 세 구간 모든 쌍(p&lt;.001, Cohen d=1.117~2.573)에서 대효과의 유의한 차이를 보였다. 이는 지수가 스트레스 수준을 구간 수준에서도 의미 있게 구분함을 의미하며, 구성 타당도의 구간적 근거를 제공한다.</w:t>
      </w:r>
    </w:p>
    <w:p>
      <w:r>
        <w:t>그림 4-11. 스트레스 구간별 음성 특징 분포 (박스플롯, n=994)</w:t>
      </w:r>
    </w:p>
    <w:p>
      <w:pPr>
        <w:jc w:val="center"/>
      </w:pPr>
      <w:r>
        <w:drawing>
          <wp:inline xmlns:a="http://schemas.openxmlformats.org/drawingml/2006/main" xmlns:pic="http://schemas.openxmlformats.org/drawingml/2006/picture">
            <wp:extent cx="5852160" cy="3900465"/>
            <wp:docPr id="72" name="Picture 72"/>
            <wp:cNvGraphicFramePr>
              <a:graphicFrameLocks noChangeAspect="1"/>
            </wp:cNvGraphicFramePr>
            <a:graphic>
              <a:graphicData uri="http://schemas.openxmlformats.org/drawingml/2006/picture">
                <pic:pic>
                  <pic:nvPicPr>
                    <pic:cNvPr id="0" name="ref_유현동VOC_연구_중간보고_009.jpg"/>
                    <pic:cNvPicPr/>
                  </pic:nvPicPr>
                  <pic:blipFill>
                    <a:blip r:embed="rId73"/>
                    <a:stretch>
                      <a:fillRect/>
                    </a:stretch>
                  </pic:blipFill>
                  <pic:spPr>
                    <a:xfrm>
                      <a:off x="0" y="0"/>
                      <a:ext cx="5852160" cy="3900465"/>
                    </a:xfrm>
                    <a:prstGeom prst="rect"/>
                  </pic:spPr>
                </pic:pic>
              </a:graphicData>
            </a:graphic>
          </wp:inline>
        </w:drawing>
      </w:r>
    </w:p>
    <w:p>
      <w:r>
        <w:t>주. 파랑=저스트레스, 주황=중스트레스, 빨강=고스트레스; 각 박스 우상단은 ANOVA F값·p값·η².</w:t>
      </w:r>
    </w:p>
    <w:p>
      <w:r>
        <w:t>그림 4-12. 스트레스 구간별 음성 특징 레이더 차트 (정규화 값)</w:t>
      </w:r>
    </w:p>
    <w:p>
      <w:pPr>
        <w:jc w:val="center"/>
      </w:pPr>
      <w:r>
        <w:drawing>
          <wp:inline xmlns:a="http://schemas.openxmlformats.org/drawingml/2006/main" xmlns:pic="http://schemas.openxmlformats.org/drawingml/2006/picture">
            <wp:extent cx="5852160" cy="5333249"/>
            <wp:docPr id="73" name="Picture 73"/>
            <wp:cNvGraphicFramePr>
              <a:graphicFrameLocks noChangeAspect="1"/>
            </wp:cNvGraphicFramePr>
            <a:graphic>
              <a:graphicData uri="http://schemas.openxmlformats.org/drawingml/2006/picture">
                <pic:pic>
                  <pic:nvPicPr>
                    <pic:cNvPr id="0" name="ref_유현동VOC_연구_중간보고_010.jpg"/>
                    <pic:cNvPicPr/>
                  </pic:nvPicPr>
                  <pic:blipFill>
                    <a:blip r:embed="rId74"/>
                    <a:stretch>
                      <a:fillRect/>
                    </a:stretch>
                  </pic:blipFill>
                  <pic:spPr>
                    <a:xfrm>
                      <a:off x="0" y="0"/>
                      <a:ext cx="5852160" cy="5333249"/>
                    </a:xfrm>
                    <a:prstGeom prst="rect"/>
                  </pic:spPr>
                </pic:pic>
              </a:graphicData>
            </a:graphic>
          </wp:inline>
        </w:drawing>
      </w:r>
    </w:p>
    <w:p>
      <w:r>
        <w:t>주. 정규화 값(min-max 0~1 기준)으로 비교; 면적이 클수록 해당 구간의 음성 강도가 높음.</w:t>
      </w:r>
    </w:p>
    <w:p>
      <w:r>
        <w:t>그림 4-12의 레이더 차트에서 고스트레스 구간은 pitch_mean과 energy_mean 축에서 저·중스트레스 대비 현저히 큰 면적을 보이며, wpm과 duration_sec 축에서는 구간 간 면적 차이가 작아 판별 타당도 변수의 구조적 특성이 시각적으로 재확인된다.</w:t>
      </w:r>
    </w:p>
    <w:p>
      <w:r>
        <w:t>4.8. 변수 제거 안정성 분석</w:t>
      </w:r>
    </w:p>
    <w:p>
      <w:r>
        <w:t>변수 제거 안정성 분석(Leave-One-Out, LOO)은 4개 변수 중 하나를 제거한 후 재산출된 지수가 원본 지수와 얼마나 일치하는지를 Pearson 상관계수(r)로 평가한다. 판정 기준은 r≥0.95=안정, r≥0.85=보통, r&lt;0.85=불안정으로 설정하였다.</w:t>
      </w:r>
    </w:p>
    <w:p>
      <w:r>
        <w:t>표 4-14. Leave-One-Out 변수 제거 안정성 분석 결과 (n=994)</w:t>
      </w:r>
    </w:p>
    <w:p>
      <w:r>
        <w:rPr>
          <w:b/>
        </w:rPr>
        <w:t>원본 참조표 16</w:t>
      </w:r>
    </w:p>
    <w:tbl>
      <w:tblPr>
        <w:tblStyle w:val="TableGrid"/>
        <w:tblW w:type="auto" w:w="0"/>
        <w:jc w:val="center"/>
        <w:tblLook w:firstColumn="1" w:firstRow="1" w:lastColumn="0" w:lastRow="0" w:noHBand="0" w:noVBand="1" w:val="04A0"/>
      </w:tblPr>
      <w:tblGrid>
        <w:gridCol w:w="1409"/>
        <w:gridCol w:w="1409"/>
        <w:gridCol w:w="1409"/>
        <w:gridCol w:w="1409"/>
        <w:gridCol w:w="1409"/>
        <w:gridCol w:w="1409"/>
        <w:gridCol w:w="1409"/>
      </w:tblGrid>
      <w:tr>
        <w:trPr>
          <w:tblHeader w:val="true"/>
          <w:cantSplit/>
        </w:trPr>
        <w:tc>
          <w:tcPr>
            <w:tcW w:type="dxa" w:w="1409"/>
          </w:tcPr>
          <w:p>
            <w:r/>
            <w:r>
              <w:rPr>
                <w:rFonts w:ascii="Malgun Gothic" w:hAnsi="Malgun Gothic" w:eastAsia="Malgun Gothic"/>
                <w:b/>
                <w:sz w:val="15"/>
              </w:rPr>
              <w:t>제거 변수</w:t>
            </w:r>
          </w:p>
        </w:tc>
        <w:tc>
          <w:tcPr>
            <w:tcW w:type="dxa" w:w="1409"/>
          </w:tcPr>
          <w:p>
            <w:r/>
            <w:r>
              <w:rPr>
                <w:rFonts w:ascii="Malgun Gothic" w:hAnsi="Malgun Gothic" w:eastAsia="Malgun Gothic"/>
                <w:b/>
                <w:sz w:val="15"/>
              </w:rPr>
              <w:t>잔여 변수</w:t>
            </w:r>
          </w:p>
        </w:tc>
        <w:tc>
          <w:tcPr>
            <w:tcW w:type="dxa" w:w="1409"/>
          </w:tcPr>
          <w:p>
            <w:r/>
            <w:r>
              <w:rPr>
                <w:rFonts w:ascii="Malgun Gothic" w:hAnsi="Malgun Gothic" w:eastAsia="Malgun Gothic"/>
                <w:b/>
                <w:sz w:val="15"/>
              </w:rPr>
              <w:t>r</w:t>
            </w:r>
          </w:p>
        </w:tc>
        <w:tc>
          <w:tcPr>
            <w:tcW w:type="dxa" w:w="1409"/>
          </w:tcPr>
          <w:p>
            <w:r/>
            <w:r>
              <w:rPr>
                <w:rFonts w:ascii="Malgun Gothic" w:hAnsi="Malgun Gothic" w:eastAsia="Malgun Gothic"/>
                <w:b/>
                <w:sz w:val="15"/>
              </w:rPr>
              <w:t>R²</w:t>
            </w:r>
          </w:p>
        </w:tc>
        <w:tc>
          <w:tcPr>
            <w:tcW w:type="dxa" w:w="1409"/>
          </w:tcPr>
          <w:p>
            <w:r/>
            <w:r>
              <w:rPr>
                <w:rFonts w:ascii="Malgun Gothic" w:hAnsi="Malgun Gothic" w:eastAsia="Malgun Gothic"/>
                <w:b/>
                <w:sz w:val="15"/>
              </w:rPr>
              <w:t>제거변수 상관(r)</w:t>
            </w:r>
          </w:p>
        </w:tc>
        <w:tc>
          <w:tcPr>
            <w:tcW w:type="dxa" w:w="1409"/>
          </w:tcPr>
          <w:p>
            <w:r/>
            <w:r>
              <w:rPr>
                <w:rFonts w:ascii="Malgun Gothic" w:hAnsi="Malgun Gothic" w:eastAsia="Malgun Gothic"/>
                <w:b/>
                <w:sz w:val="15"/>
              </w:rPr>
              <w:t>안정성</w:t>
            </w:r>
          </w:p>
        </w:tc>
        <w:tc>
          <w:tcPr>
            <w:tcW w:type="dxa" w:w="1409"/>
          </w:tcPr>
          <w:p>
            <w:r/>
            <w:r>
              <w:rPr>
                <w:rFonts w:ascii="Malgun Gothic" w:hAnsi="Malgun Gothic" w:eastAsia="Malgun Gothic"/>
                <w:b/>
                <w:sz w:val="15"/>
              </w:rPr>
              <w:t>해석</w:t>
            </w:r>
          </w:p>
        </w:tc>
      </w:tr>
      <w:tr>
        <w:trPr>
          <w:cantSplit/>
        </w:trPr>
        <w:tc>
          <w:tcPr>
            <w:tcW w:type="dxa" w:w="1409"/>
            <w:vAlign w:val="center"/>
          </w:tcPr>
          <w:p>
            <w:r/>
            <w:r>
              <w:rPr>
                <w:rFonts w:ascii="Malgun Gothic" w:hAnsi="Malgun Gothic" w:eastAsia="Malgun Gothic"/>
                <w:b w:val="0"/>
                <w:sz w:val="15"/>
              </w:rPr>
              <w:t>energy_mean</w:t>
            </w:r>
          </w:p>
        </w:tc>
        <w:tc>
          <w:tcPr>
            <w:tcW w:type="dxa" w:w="1409"/>
            <w:vAlign w:val="center"/>
          </w:tcPr>
          <w:p>
            <w:r/>
            <w:r>
              <w:rPr>
                <w:rFonts w:ascii="Malgun Gothic" w:hAnsi="Malgun Gothic" w:eastAsia="Malgun Gothic"/>
                <w:b w:val="0"/>
                <w:sz w:val="15"/>
              </w:rPr>
              <w:t>pitch_mean, wpm, duration_sec</w:t>
            </w:r>
          </w:p>
        </w:tc>
        <w:tc>
          <w:tcPr>
            <w:tcW w:type="dxa" w:w="1409"/>
            <w:vAlign w:val="center"/>
          </w:tcPr>
          <w:p>
            <w:r/>
            <w:r>
              <w:rPr>
                <w:rFonts w:ascii="Malgun Gothic" w:hAnsi="Malgun Gothic" w:eastAsia="Malgun Gothic"/>
                <w:b w:val="0"/>
                <w:sz w:val="15"/>
              </w:rPr>
              <w:t>0.6204</w:t>
            </w:r>
          </w:p>
        </w:tc>
        <w:tc>
          <w:tcPr>
            <w:tcW w:type="dxa" w:w="1409"/>
            <w:vAlign w:val="center"/>
          </w:tcPr>
          <w:p>
            <w:r/>
            <w:r>
              <w:rPr>
                <w:rFonts w:ascii="Malgun Gothic" w:hAnsi="Malgun Gothic" w:eastAsia="Malgun Gothic"/>
                <w:b w:val="0"/>
                <w:sz w:val="15"/>
              </w:rPr>
              <w:t>0.385</w:t>
            </w:r>
          </w:p>
        </w:tc>
        <w:tc>
          <w:tcPr>
            <w:tcW w:type="dxa" w:w="1409"/>
            <w:vAlign w:val="center"/>
          </w:tcPr>
          <w:p>
            <w:r/>
            <w:r>
              <w:rPr>
                <w:rFonts w:ascii="Malgun Gothic" w:hAnsi="Malgun Gothic" w:eastAsia="Malgun Gothic"/>
                <w:b w:val="0"/>
                <w:sz w:val="15"/>
              </w:rPr>
              <w:t>0.363</w:t>
            </w:r>
          </w:p>
        </w:tc>
        <w:tc>
          <w:tcPr>
            <w:tcW w:type="dxa" w:w="1409"/>
            <w:vAlign w:val="center"/>
          </w:tcPr>
          <w:p>
            <w:r/>
            <w:r>
              <w:rPr>
                <w:rFonts w:ascii="Malgun Gothic" w:hAnsi="Malgun Gothic" w:eastAsia="Malgun Gothic"/>
                <w:b w:val="0"/>
                <w:sz w:val="15"/>
              </w:rPr>
              <w:t>불안정</w:t>
            </w:r>
          </w:p>
        </w:tc>
        <w:tc>
          <w:tcPr>
            <w:tcW w:type="dxa" w:w="1409"/>
            <w:vAlign w:val="center"/>
          </w:tcPr>
          <w:p>
            <w:r/>
            <w:r>
              <w:rPr>
                <w:rFonts w:ascii="Malgun Gothic" w:hAnsi="Malgun Gothic" w:eastAsia="Malgun Gothic"/>
                <w:b w:val="0"/>
                <w:sz w:val="15"/>
              </w:rPr>
              <w:t>에너지의 필수 기여 실증</w:t>
            </w:r>
          </w:p>
        </w:tc>
      </w:tr>
      <w:tr>
        <w:trPr>
          <w:cantSplit/>
        </w:trPr>
        <w:tc>
          <w:tcPr>
            <w:tcW w:type="dxa" w:w="1409"/>
            <w:vAlign w:val="center"/>
          </w:tcPr>
          <w:p>
            <w:r/>
            <w:r>
              <w:rPr>
                <w:rFonts w:ascii="Malgun Gothic" w:hAnsi="Malgun Gothic" w:eastAsia="Malgun Gothic"/>
                <w:b w:val="0"/>
                <w:sz w:val="15"/>
              </w:rPr>
              <w:t>pitch_mean</w:t>
            </w:r>
          </w:p>
        </w:tc>
        <w:tc>
          <w:tcPr>
            <w:tcW w:type="dxa" w:w="1409"/>
            <w:vAlign w:val="center"/>
          </w:tcPr>
          <w:p>
            <w:r/>
            <w:r>
              <w:rPr>
                <w:rFonts w:ascii="Malgun Gothic" w:hAnsi="Malgun Gothic" w:eastAsia="Malgun Gothic"/>
                <w:b w:val="0"/>
                <w:sz w:val="15"/>
              </w:rPr>
              <w:t>energy_mean, wpm, duration_sec</w:t>
            </w:r>
          </w:p>
        </w:tc>
        <w:tc>
          <w:tcPr>
            <w:tcW w:type="dxa" w:w="1409"/>
            <w:vAlign w:val="center"/>
          </w:tcPr>
          <w:p>
            <w:r/>
            <w:r>
              <w:rPr>
                <w:rFonts w:ascii="Malgun Gothic" w:hAnsi="Malgun Gothic" w:eastAsia="Malgun Gothic"/>
                <w:b w:val="0"/>
                <w:sz w:val="15"/>
              </w:rPr>
              <w:t>0.5783</w:t>
            </w:r>
          </w:p>
        </w:tc>
        <w:tc>
          <w:tcPr>
            <w:tcW w:type="dxa" w:w="1409"/>
            <w:vAlign w:val="center"/>
          </w:tcPr>
          <w:p>
            <w:r/>
            <w:r>
              <w:rPr>
                <w:rFonts w:ascii="Malgun Gothic" w:hAnsi="Malgun Gothic" w:eastAsia="Malgun Gothic"/>
                <w:b w:val="0"/>
                <w:sz w:val="15"/>
              </w:rPr>
              <w:t>0.334</w:t>
            </w:r>
          </w:p>
        </w:tc>
        <w:tc>
          <w:tcPr>
            <w:tcW w:type="dxa" w:w="1409"/>
            <w:vAlign w:val="center"/>
          </w:tcPr>
          <w:p>
            <w:r/>
            <w:r>
              <w:rPr>
                <w:rFonts w:ascii="Malgun Gothic" w:hAnsi="Malgun Gothic" w:eastAsia="Malgun Gothic"/>
                <w:b w:val="0"/>
                <w:sz w:val="15"/>
              </w:rPr>
              <w:t>0.322</w:t>
            </w:r>
          </w:p>
        </w:tc>
        <w:tc>
          <w:tcPr>
            <w:tcW w:type="dxa" w:w="1409"/>
            <w:vAlign w:val="center"/>
          </w:tcPr>
          <w:p>
            <w:r/>
            <w:r>
              <w:rPr>
                <w:rFonts w:ascii="Malgun Gothic" w:hAnsi="Malgun Gothic" w:eastAsia="Malgun Gothic"/>
                <w:b w:val="0"/>
                <w:sz w:val="15"/>
              </w:rPr>
              <w:t>불안정</w:t>
            </w:r>
          </w:p>
        </w:tc>
        <w:tc>
          <w:tcPr>
            <w:tcW w:type="dxa" w:w="1409"/>
            <w:vAlign w:val="center"/>
          </w:tcPr>
          <w:p>
            <w:r/>
            <w:r>
              <w:rPr>
                <w:rFonts w:ascii="Malgun Gothic" w:hAnsi="Malgun Gothic" w:eastAsia="Malgun Gothic"/>
                <w:b w:val="0"/>
                <w:sz w:val="15"/>
              </w:rPr>
              <w:t>기본 주파수의 필수 기여 실증</w:t>
            </w:r>
          </w:p>
        </w:tc>
      </w:tr>
      <w:tr>
        <w:trPr>
          <w:cantSplit/>
        </w:trPr>
        <w:tc>
          <w:tcPr>
            <w:tcW w:type="dxa" w:w="1409"/>
            <w:vAlign w:val="center"/>
          </w:tcPr>
          <w:p>
            <w:r/>
            <w:r>
              <w:rPr>
                <w:rFonts w:ascii="Malgun Gothic" w:hAnsi="Malgun Gothic" w:eastAsia="Malgun Gothic"/>
                <w:b w:val="0"/>
                <w:sz w:val="15"/>
              </w:rPr>
              <w:t>wpm</w:t>
            </w:r>
          </w:p>
        </w:tc>
        <w:tc>
          <w:tcPr>
            <w:tcW w:type="dxa" w:w="1409"/>
            <w:vAlign w:val="center"/>
          </w:tcPr>
          <w:p>
            <w:r/>
            <w:r>
              <w:rPr>
                <w:rFonts w:ascii="Malgun Gothic" w:hAnsi="Malgun Gothic" w:eastAsia="Malgun Gothic"/>
                <w:b w:val="0"/>
                <w:sz w:val="15"/>
              </w:rPr>
              <w:t>energy_mean, pitch_mean, duration_sec</w:t>
            </w:r>
          </w:p>
        </w:tc>
        <w:tc>
          <w:tcPr>
            <w:tcW w:type="dxa" w:w="1409"/>
            <w:vAlign w:val="center"/>
          </w:tcPr>
          <w:p>
            <w:r/>
            <w:r>
              <w:rPr>
                <w:rFonts w:ascii="Malgun Gothic" w:hAnsi="Malgun Gothic" w:eastAsia="Malgun Gothic"/>
                <w:b w:val="0"/>
                <w:sz w:val="15"/>
              </w:rPr>
              <w:t>0.8745</w:t>
            </w:r>
          </w:p>
        </w:tc>
        <w:tc>
          <w:tcPr>
            <w:tcW w:type="dxa" w:w="1409"/>
            <w:vAlign w:val="center"/>
          </w:tcPr>
          <w:p>
            <w:r/>
            <w:r>
              <w:rPr>
                <w:rFonts w:ascii="Malgun Gothic" w:hAnsi="Malgun Gothic" w:eastAsia="Malgun Gothic"/>
                <w:b w:val="0"/>
                <w:sz w:val="15"/>
              </w:rPr>
              <w:t>0.765</w:t>
            </w:r>
          </w:p>
        </w:tc>
        <w:tc>
          <w:tcPr>
            <w:tcW w:type="dxa" w:w="1409"/>
            <w:vAlign w:val="center"/>
          </w:tcPr>
          <w:p>
            <w:r/>
            <w:r>
              <w:rPr>
                <w:rFonts w:ascii="Malgun Gothic" w:hAnsi="Malgun Gothic" w:eastAsia="Malgun Gothic"/>
                <w:b w:val="0"/>
                <w:sz w:val="15"/>
              </w:rPr>
              <w:t>0.056</w:t>
            </w:r>
          </w:p>
        </w:tc>
        <w:tc>
          <w:tcPr>
            <w:tcW w:type="dxa" w:w="1409"/>
            <w:vAlign w:val="center"/>
          </w:tcPr>
          <w:p>
            <w:r/>
            <w:r>
              <w:rPr>
                <w:rFonts w:ascii="Malgun Gothic" w:hAnsi="Malgun Gothic" w:eastAsia="Malgun Gothic"/>
                <w:b w:val="0"/>
                <w:sz w:val="15"/>
              </w:rPr>
              <w:t>보통</w:t>
            </w:r>
          </w:p>
        </w:tc>
        <w:tc>
          <w:tcPr>
            <w:tcW w:type="dxa" w:w="1409"/>
            <w:vAlign w:val="center"/>
          </w:tcPr>
          <w:p>
            <w:r/>
            <w:r>
              <w:rPr>
                <w:rFonts w:ascii="Malgun Gothic" w:hAnsi="Malgun Gothic" w:eastAsia="Malgun Gothic"/>
                <w:b w:val="0"/>
                <w:sz w:val="15"/>
              </w:rPr>
              <w:t>wpm은 보조 지표 역할</w:t>
            </w:r>
          </w:p>
        </w:tc>
      </w:tr>
      <w:tr>
        <w:trPr>
          <w:cantSplit/>
        </w:trPr>
        <w:tc>
          <w:tcPr>
            <w:tcW w:type="dxa" w:w="1409"/>
            <w:vAlign w:val="center"/>
          </w:tcPr>
          <w:p>
            <w:r/>
            <w:r>
              <w:rPr>
                <w:rFonts w:ascii="Malgun Gothic" w:hAnsi="Malgun Gothic" w:eastAsia="Malgun Gothic"/>
                <w:b w:val="0"/>
                <w:sz w:val="15"/>
              </w:rPr>
              <w:t>duration_sec</w:t>
            </w:r>
          </w:p>
        </w:tc>
        <w:tc>
          <w:tcPr>
            <w:tcW w:type="dxa" w:w="1409"/>
            <w:vAlign w:val="center"/>
          </w:tcPr>
          <w:p>
            <w:r/>
            <w:r>
              <w:rPr>
                <w:rFonts w:ascii="Malgun Gothic" w:hAnsi="Malgun Gothic" w:eastAsia="Malgun Gothic"/>
                <w:b w:val="0"/>
                <w:sz w:val="15"/>
              </w:rPr>
              <w:t>energy_mean, pitch_mean, wpm</w:t>
            </w:r>
          </w:p>
        </w:tc>
        <w:tc>
          <w:tcPr>
            <w:tcW w:type="dxa" w:w="1409"/>
            <w:vAlign w:val="center"/>
          </w:tcPr>
          <w:p>
            <w:r/>
            <w:r>
              <w:rPr>
                <w:rFonts w:ascii="Malgun Gothic" w:hAnsi="Malgun Gothic" w:eastAsia="Malgun Gothic"/>
                <w:b w:val="0"/>
                <w:sz w:val="15"/>
              </w:rPr>
              <w:t>0.8738</w:t>
            </w:r>
          </w:p>
        </w:tc>
        <w:tc>
          <w:tcPr>
            <w:tcW w:type="dxa" w:w="1409"/>
            <w:vAlign w:val="center"/>
          </w:tcPr>
          <w:p>
            <w:r/>
            <w:r>
              <w:rPr>
                <w:rFonts w:ascii="Malgun Gothic" w:hAnsi="Malgun Gothic" w:eastAsia="Malgun Gothic"/>
                <w:b w:val="0"/>
                <w:sz w:val="15"/>
              </w:rPr>
              <w:t>0.764</w:t>
            </w:r>
          </w:p>
        </w:tc>
        <w:tc>
          <w:tcPr>
            <w:tcW w:type="dxa" w:w="1409"/>
            <w:vAlign w:val="center"/>
          </w:tcPr>
          <w:p>
            <w:r/>
            <w:r>
              <w:rPr>
                <w:rFonts w:ascii="Malgun Gothic" w:hAnsi="Malgun Gothic" w:eastAsia="Malgun Gothic"/>
                <w:b w:val="0"/>
                <w:sz w:val="15"/>
              </w:rPr>
              <w:t>−0.065</w:t>
            </w:r>
          </w:p>
        </w:tc>
        <w:tc>
          <w:tcPr>
            <w:tcW w:type="dxa" w:w="1409"/>
            <w:vAlign w:val="center"/>
          </w:tcPr>
          <w:p>
            <w:r/>
            <w:r>
              <w:rPr>
                <w:rFonts w:ascii="Malgun Gothic" w:hAnsi="Malgun Gothic" w:eastAsia="Malgun Gothic"/>
                <w:b w:val="0"/>
                <w:sz w:val="15"/>
              </w:rPr>
              <w:t>보통</w:t>
            </w:r>
          </w:p>
        </w:tc>
        <w:tc>
          <w:tcPr>
            <w:tcW w:type="dxa" w:w="1409"/>
            <w:vAlign w:val="center"/>
          </w:tcPr>
          <w:p>
            <w:r/>
            <w:r>
              <w:rPr>
                <w:rFonts w:ascii="Malgun Gothic" w:hAnsi="Malgun Gothic" w:eastAsia="Malgun Gothic"/>
                <w:b w:val="0"/>
                <w:sz w:val="15"/>
              </w:rPr>
              <w:t>duration은 보조 지표 역할</w:t>
            </w:r>
          </w:p>
        </w:tc>
      </w:tr>
    </w:tbl>
    <w:p/>
    <w:p>
      <w:r>
        <w:t>표 4-14에서 pitch_mean 제거 시 원본 지수와의 상관이 r=0.578(R²=0.334), energy_mean 제거 시 r=0.620(R²=0.385)으로 급감하여 '불안정' 판정을 받았다. 이는 두 변수가 스트레스 지수의 필수 구성 요소임을 실증적으로 확인하며, 수렴 타당도(r=0.867, 0.812)·ANOVA 대효과(η²=0.577, 0.510) 결과와 완전히 일관된다. 반면 wpm(r=0.875)·duration_sec(r=0.874) 제거 시에는 지수가 대체로 유지되어('보통' 판정), 두 변수의 보조적 역할이 재확인되었다.</w:t>
      </w:r>
    </w:p>
    <w:p>
      <w:r>
        <w:t>그림 4-13. Leave-One-Out 변수 제거 시 stress_score 재현 상관계수 (n=994)</w:t>
      </w:r>
    </w:p>
    <w:p>
      <w:pPr>
        <w:jc w:val="center"/>
      </w:pPr>
      <w:r>
        <w:drawing>
          <wp:inline xmlns:a="http://schemas.openxmlformats.org/drawingml/2006/main" xmlns:pic="http://schemas.openxmlformats.org/drawingml/2006/picture">
            <wp:extent cx="5852160" cy="3657600"/>
            <wp:docPr id="74" name="Picture 74"/>
            <wp:cNvGraphicFramePr>
              <a:graphicFrameLocks noChangeAspect="1"/>
            </wp:cNvGraphicFramePr>
            <a:graphic>
              <a:graphicData uri="http://schemas.openxmlformats.org/drawingml/2006/picture">
                <pic:pic>
                  <pic:nvPicPr>
                    <pic:cNvPr id="0" name="ref_유현동VOC_연구_중간보고_011.jpg"/>
                    <pic:cNvPicPr/>
                  </pic:nvPicPr>
                  <pic:blipFill>
                    <a:blip r:embed="rId75"/>
                    <a:stretch>
                      <a:fillRect/>
                    </a:stretch>
                  </pic:blipFill>
                  <pic:spPr>
                    <a:xfrm>
                      <a:off x="0" y="0"/>
                      <a:ext cx="5852160" cy="3657600"/>
                    </a:xfrm>
                    <a:prstGeom prst="rect"/>
                  </pic:spPr>
                </pic:pic>
              </a:graphicData>
            </a:graphic>
          </wp:inline>
        </w:drawing>
      </w:r>
    </w:p>
    <w:p>
      <w:r>
        <w:t>주. 녹색 점선=안정 기준(r=0.95), 황색 점선=보통 기준(r=0.85). energy_mean·pitch_mean 제거 시 기준선 미달로 불안정 판정.</w:t>
      </w:r>
    </w:p>
    <w:p>
      <w:r>
        <w:t>4.8.1. 내적 일관성 검토</w:t>
      </w:r>
    </w:p>
    <w:p>
      <w:r>
        <w:t>표 4-15. 내적 일관성 지표 및 다면적 타당도 검증 근거 요약 (n=994)</w:t>
      </w:r>
    </w:p>
    <w:p>
      <w:r>
        <w:rPr>
          <w:b/>
        </w:rPr>
        <w:t>원본 참조표 17</w:t>
      </w:r>
    </w:p>
    <w:tbl>
      <w:tblPr>
        <w:tblStyle w:val="TableGrid"/>
        <w:tblW w:type="auto" w:w="0"/>
        <w:jc w:val="center"/>
        <w:tblLook w:firstColumn="1" w:firstRow="1" w:lastColumn="0" w:lastRow="0" w:noHBand="0" w:noVBand="1" w:val="04A0"/>
      </w:tblPr>
      <w:tblGrid>
        <w:gridCol w:w="2466"/>
        <w:gridCol w:w="2466"/>
        <w:gridCol w:w="2466"/>
        <w:gridCol w:w="2466"/>
      </w:tblGrid>
      <w:tr>
        <w:trPr>
          <w:tblHeader w:val="true"/>
          <w:cantSplit/>
        </w:trPr>
        <w:tc>
          <w:tcPr>
            <w:tcW w:type="dxa" w:w="2466"/>
          </w:tcPr>
          <w:p>
            <w:r/>
            <w:r>
              <w:rPr>
                <w:rFonts w:ascii="Malgun Gothic" w:hAnsi="Malgun Gothic" w:eastAsia="Malgun Gothic"/>
                <w:b/>
                <w:sz w:val="15"/>
              </w:rPr>
              <w:t>지표</w:t>
            </w:r>
          </w:p>
        </w:tc>
        <w:tc>
          <w:tcPr>
            <w:tcW w:type="dxa" w:w="2466"/>
          </w:tcPr>
          <w:p>
            <w:r/>
            <w:r>
              <w:rPr>
                <w:rFonts w:ascii="Malgun Gothic" w:hAnsi="Malgun Gothic" w:eastAsia="Malgun Gothic"/>
                <w:b/>
                <w:sz w:val="15"/>
              </w:rPr>
              <w:t>값</w:t>
            </w:r>
          </w:p>
        </w:tc>
        <w:tc>
          <w:tcPr>
            <w:tcW w:type="dxa" w:w="2466"/>
          </w:tcPr>
          <w:p>
            <w:r/>
            <w:r>
              <w:rPr>
                <w:rFonts w:ascii="Malgun Gothic" w:hAnsi="Malgun Gothic" w:eastAsia="Malgun Gothic"/>
                <w:b/>
                <w:sz w:val="15"/>
              </w:rPr>
              <w:t>판정 기준</w:t>
            </w:r>
          </w:p>
        </w:tc>
        <w:tc>
          <w:tcPr>
            <w:tcW w:type="dxa" w:w="2466"/>
          </w:tcPr>
          <w:p>
            <w:r/>
            <w:r>
              <w:rPr>
                <w:rFonts w:ascii="Malgun Gothic" w:hAnsi="Malgun Gothic" w:eastAsia="Malgun Gothic"/>
                <w:b/>
                <w:sz w:val="15"/>
              </w:rPr>
              <w:t>해석</w:t>
            </w:r>
          </w:p>
        </w:tc>
      </w:tr>
      <w:tr>
        <w:trPr>
          <w:cantSplit/>
        </w:trPr>
        <w:tc>
          <w:tcPr>
            <w:tcW w:type="dxa" w:w="2466"/>
            <w:vAlign w:val="center"/>
          </w:tcPr>
          <w:p>
            <w:r/>
            <w:r>
              <w:rPr>
                <w:rFonts w:ascii="Malgun Gothic" w:hAnsi="Malgun Gothic" w:eastAsia="Malgun Gothic"/>
                <w:b w:val="0"/>
                <w:sz w:val="15"/>
              </w:rPr>
              <w:t>평균 변수 간 상관(방향 조정)</w:t>
            </w:r>
          </w:p>
        </w:tc>
        <w:tc>
          <w:tcPr>
            <w:tcW w:type="dxa" w:w="2466"/>
            <w:vAlign w:val="center"/>
          </w:tcPr>
          <w:p>
            <w:r/>
            <w:r>
              <w:rPr>
                <w:rFonts w:ascii="Malgun Gothic" w:hAnsi="Malgun Gothic" w:eastAsia="Malgun Gothic"/>
                <w:b w:val="0"/>
                <w:sz w:val="15"/>
              </w:rPr>
              <w:t>0.1237</w:t>
            </w:r>
          </w:p>
        </w:tc>
        <w:tc>
          <w:tcPr>
            <w:tcW w:type="dxa" w:w="2466"/>
            <w:vAlign w:val="center"/>
          </w:tcPr>
          <w:p>
            <w:r/>
            <w:r>
              <w:rPr>
                <w:rFonts w:ascii="Malgun Gothic" w:hAnsi="Malgun Gothic" w:eastAsia="Malgun Gothic"/>
                <w:b w:val="0"/>
                <w:sz w:val="15"/>
              </w:rPr>
              <w:t>절대 기준 없음</w:t>
            </w:r>
          </w:p>
        </w:tc>
        <w:tc>
          <w:tcPr>
            <w:tcW w:type="dxa" w:w="2466"/>
            <w:vAlign w:val="center"/>
          </w:tcPr>
          <w:p>
            <w:r/>
            <w:r>
              <w:rPr>
                <w:rFonts w:ascii="Malgun Gothic" w:hAnsi="Malgun Gothic" w:eastAsia="Malgun Gothic"/>
                <w:b w:val="0"/>
                <w:sz w:val="15"/>
              </w:rPr>
              <w:t>형성형 복합지표의 내부 구조 참고치</w:t>
            </w:r>
          </w:p>
        </w:tc>
      </w:tr>
      <w:tr>
        <w:trPr>
          <w:cantSplit/>
        </w:trPr>
        <w:tc>
          <w:tcPr>
            <w:tcW w:type="dxa" w:w="2466"/>
            <w:vAlign w:val="center"/>
          </w:tcPr>
          <w:p>
            <w:r/>
            <w:r>
              <w:rPr>
                <w:rFonts w:ascii="Malgun Gothic" w:hAnsi="Malgun Gothic" w:eastAsia="Malgun Gothic"/>
                <w:b w:val="0"/>
                <w:sz w:val="15"/>
              </w:rPr>
              <w:t>Cronbach α 유사 지표</w:t>
            </w:r>
          </w:p>
        </w:tc>
        <w:tc>
          <w:tcPr>
            <w:tcW w:type="dxa" w:w="2466"/>
            <w:vAlign w:val="center"/>
          </w:tcPr>
          <w:p>
            <w:r/>
            <w:r>
              <w:rPr>
                <w:rFonts w:ascii="Malgun Gothic" w:hAnsi="Malgun Gothic" w:eastAsia="Malgun Gothic"/>
                <w:b w:val="0"/>
                <w:sz w:val="15"/>
              </w:rPr>
              <w:t>0.3609</w:t>
            </w:r>
          </w:p>
        </w:tc>
        <w:tc>
          <w:tcPr>
            <w:tcW w:type="dxa" w:w="2466"/>
            <w:vAlign w:val="center"/>
          </w:tcPr>
          <w:p>
            <w:r/>
            <w:r>
              <w:rPr>
                <w:rFonts w:ascii="Malgun Gothic" w:hAnsi="Malgun Gothic" w:eastAsia="Malgun Gothic"/>
                <w:b w:val="0"/>
                <w:sz w:val="15"/>
              </w:rPr>
              <w:t>α≥0.70는 반사형 척도 기준</w:t>
            </w:r>
          </w:p>
        </w:tc>
        <w:tc>
          <w:tcPr>
            <w:tcW w:type="dxa" w:w="2466"/>
            <w:vAlign w:val="center"/>
          </w:tcPr>
          <w:p>
            <w:r/>
            <w:r>
              <w:rPr>
                <w:rFonts w:ascii="Malgun Gothic" w:hAnsi="Malgun Gothic" w:eastAsia="Malgun Gothic"/>
                <w:b w:val="0"/>
                <w:sz w:val="15"/>
              </w:rPr>
              <w:t>복합 지수에 적용 기준 상이</w:t>
            </w:r>
          </w:p>
        </w:tc>
      </w:tr>
      <w:tr>
        <w:trPr>
          <w:cantSplit/>
        </w:trPr>
        <w:tc>
          <w:tcPr>
            <w:tcW w:type="dxa" w:w="2466"/>
            <w:vAlign w:val="center"/>
          </w:tcPr>
          <w:p>
            <w:r/>
            <w:r>
              <w:rPr>
                <w:rFonts w:ascii="Malgun Gothic" w:hAnsi="Malgun Gothic" w:eastAsia="Malgun Gothic"/>
                <w:b w:val="0"/>
                <w:sz w:val="15"/>
              </w:rPr>
              <w:t>수렴 타당도 (pitch r)</w:t>
            </w:r>
          </w:p>
        </w:tc>
        <w:tc>
          <w:tcPr>
            <w:tcW w:type="dxa" w:w="2466"/>
            <w:vAlign w:val="center"/>
          </w:tcPr>
          <w:p>
            <w:r/>
            <w:r>
              <w:rPr>
                <w:rFonts w:ascii="Malgun Gothic" w:hAnsi="Malgun Gothic" w:eastAsia="Malgun Gothic"/>
                <w:b w:val="0"/>
                <w:sz w:val="15"/>
              </w:rPr>
              <w:t>0.8670</w:t>
            </w:r>
          </w:p>
        </w:tc>
        <w:tc>
          <w:tcPr>
            <w:tcW w:type="dxa" w:w="2466"/>
            <w:vAlign w:val="center"/>
          </w:tcPr>
          <w:p>
            <w:r/>
            <w:r>
              <w:rPr>
                <w:rFonts w:ascii="Malgun Gothic" w:hAnsi="Malgun Gothic" w:eastAsia="Malgun Gothic"/>
                <w:b w:val="0"/>
                <w:sz w:val="15"/>
              </w:rPr>
              <w:t>r≥0.50 기준</w:t>
            </w:r>
          </w:p>
        </w:tc>
        <w:tc>
          <w:tcPr>
            <w:tcW w:type="dxa" w:w="2466"/>
            <w:vAlign w:val="center"/>
          </w:tcPr>
          <w:p>
            <w:r/>
            <w:r>
              <w:rPr>
                <w:rFonts w:ascii="Malgun Gothic" w:hAnsi="Malgun Gothic" w:eastAsia="Malgun Gothic"/>
                <w:b w:val="0"/>
                <w:sz w:val="15"/>
              </w:rPr>
              <w:t>대효과 수렴 타당도 확인</w:t>
            </w:r>
          </w:p>
        </w:tc>
      </w:tr>
      <w:tr>
        <w:trPr>
          <w:cantSplit/>
        </w:trPr>
        <w:tc>
          <w:tcPr>
            <w:tcW w:type="dxa" w:w="2466"/>
            <w:vAlign w:val="center"/>
          </w:tcPr>
          <w:p>
            <w:r/>
            <w:r>
              <w:rPr>
                <w:rFonts w:ascii="Malgun Gothic" w:hAnsi="Malgun Gothic" w:eastAsia="Malgun Gothic"/>
                <w:b w:val="0"/>
                <w:sz w:val="15"/>
              </w:rPr>
              <w:t>수렴 타당도 (energy r)</w:t>
            </w:r>
          </w:p>
        </w:tc>
        <w:tc>
          <w:tcPr>
            <w:tcW w:type="dxa" w:w="2466"/>
            <w:vAlign w:val="center"/>
          </w:tcPr>
          <w:p>
            <w:r/>
            <w:r>
              <w:rPr>
                <w:rFonts w:ascii="Malgun Gothic" w:hAnsi="Malgun Gothic" w:eastAsia="Malgun Gothic"/>
                <w:b w:val="0"/>
                <w:sz w:val="15"/>
              </w:rPr>
              <w:t>0.8115</w:t>
            </w:r>
          </w:p>
        </w:tc>
        <w:tc>
          <w:tcPr>
            <w:tcW w:type="dxa" w:w="2466"/>
            <w:vAlign w:val="center"/>
          </w:tcPr>
          <w:p>
            <w:r/>
            <w:r>
              <w:rPr>
                <w:rFonts w:ascii="Malgun Gothic" w:hAnsi="Malgun Gothic" w:eastAsia="Malgun Gothic"/>
                <w:b w:val="0"/>
                <w:sz w:val="15"/>
              </w:rPr>
              <w:t>r≥0.50 기준</w:t>
            </w:r>
          </w:p>
        </w:tc>
        <w:tc>
          <w:tcPr>
            <w:tcW w:type="dxa" w:w="2466"/>
            <w:vAlign w:val="center"/>
          </w:tcPr>
          <w:p>
            <w:r/>
            <w:r>
              <w:rPr>
                <w:rFonts w:ascii="Malgun Gothic" w:hAnsi="Malgun Gothic" w:eastAsia="Malgun Gothic"/>
                <w:b w:val="0"/>
                <w:sz w:val="15"/>
              </w:rPr>
              <w:t>대효과 수렴 타당도 확인</w:t>
            </w:r>
          </w:p>
        </w:tc>
      </w:tr>
      <w:tr>
        <w:trPr>
          <w:cantSplit/>
        </w:trPr>
        <w:tc>
          <w:tcPr>
            <w:tcW w:type="dxa" w:w="2466"/>
            <w:vAlign w:val="center"/>
          </w:tcPr>
          <w:p>
            <w:r/>
            <w:r>
              <w:rPr>
                <w:rFonts w:ascii="Malgun Gothic" w:hAnsi="Malgun Gothic" w:eastAsia="Malgun Gothic"/>
                <w:b w:val="0"/>
                <w:sz w:val="15"/>
              </w:rPr>
              <w:t>ANOVA η² (pitch_mean)</w:t>
            </w:r>
          </w:p>
        </w:tc>
        <w:tc>
          <w:tcPr>
            <w:tcW w:type="dxa" w:w="2466"/>
            <w:vAlign w:val="center"/>
          </w:tcPr>
          <w:p>
            <w:r/>
            <w:r>
              <w:rPr>
                <w:rFonts w:ascii="Malgun Gothic" w:hAnsi="Malgun Gothic" w:eastAsia="Malgun Gothic"/>
                <w:b w:val="0"/>
                <w:sz w:val="15"/>
              </w:rPr>
              <w:t>0.577</w:t>
            </w:r>
          </w:p>
        </w:tc>
        <w:tc>
          <w:tcPr>
            <w:tcW w:type="dxa" w:w="2466"/>
            <w:vAlign w:val="center"/>
          </w:tcPr>
          <w:p>
            <w:r/>
            <w:r>
              <w:rPr>
                <w:rFonts w:ascii="Malgun Gothic" w:hAnsi="Malgun Gothic" w:eastAsia="Malgun Gothic"/>
                <w:b w:val="0"/>
                <w:sz w:val="15"/>
              </w:rPr>
              <w:t>η²≥0.14 (대효과)</w:t>
            </w:r>
          </w:p>
        </w:tc>
        <w:tc>
          <w:tcPr>
            <w:tcW w:type="dxa" w:w="2466"/>
            <w:vAlign w:val="center"/>
          </w:tcPr>
          <w:p>
            <w:r/>
            <w:r>
              <w:rPr>
                <w:rFonts w:ascii="Malgun Gothic" w:hAnsi="Malgun Gothic" w:eastAsia="Malgun Gothic"/>
                <w:b w:val="0"/>
                <w:sz w:val="15"/>
              </w:rPr>
              <w:t>구간 수준 대효과 확인</w:t>
            </w:r>
          </w:p>
        </w:tc>
      </w:tr>
      <w:tr>
        <w:trPr>
          <w:cantSplit/>
        </w:trPr>
        <w:tc>
          <w:tcPr>
            <w:tcW w:type="dxa" w:w="2466"/>
            <w:vAlign w:val="center"/>
          </w:tcPr>
          <w:p>
            <w:r/>
            <w:r>
              <w:rPr>
                <w:rFonts w:ascii="Malgun Gothic" w:hAnsi="Malgun Gothic" w:eastAsia="Malgun Gothic"/>
                <w:b w:val="0"/>
                <w:sz w:val="15"/>
              </w:rPr>
              <w:t>ANOVA η² (energy_mean)</w:t>
            </w:r>
          </w:p>
        </w:tc>
        <w:tc>
          <w:tcPr>
            <w:tcW w:type="dxa" w:w="2466"/>
            <w:vAlign w:val="center"/>
          </w:tcPr>
          <w:p>
            <w:r/>
            <w:r>
              <w:rPr>
                <w:rFonts w:ascii="Malgun Gothic" w:hAnsi="Malgun Gothic" w:eastAsia="Malgun Gothic"/>
                <w:b w:val="0"/>
                <w:sz w:val="15"/>
              </w:rPr>
              <w:t>0.510</w:t>
            </w:r>
          </w:p>
        </w:tc>
        <w:tc>
          <w:tcPr>
            <w:tcW w:type="dxa" w:w="2466"/>
            <w:vAlign w:val="center"/>
          </w:tcPr>
          <w:p>
            <w:r/>
            <w:r>
              <w:rPr>
                <w:rFonts w:ascii="Malgun Gothic" w:hAnsi="Malgun Gothic" w:eastAsia="Malgun Gothic"/>
                <w:b w:val="0"/>
                <w:sz w:val="15"/>
              </w:rPr>
              <w:t>η²≥0.14 (대효과)</w:t>
            </w:r>
          </w:p>
        </w:tc>
        <w:tc>
          <w:tcPr>
            <w:tcW w:type="dxa" w:w="2466"/>
            <w:vAlign w:val="center"/>
          </w:tcPr>
          <w:p>
            <w:r/>
            <w:r>
              <w:rPr>
                <w:rFonts w:ascii="Malgun Gothic" w:hAnsi="Malgun Gothic" w:eastAsia="Malgun Gothic"/>
                <w:b w:val="0"/>
                <w:sz w:val="15"/>
              </w:rPr>
              <w:t>구간 수준 대효과 확인</w:t>
            </w:r>
          </w:p>
        </w:tc>
      </w:tr>
    </w:tbl>
    <w:p/>
    <w:p>
      <w:r>
        <w:t>표 4-15에서 방향 조정된 변수 간 평균 상관계수는 0.124이며, Cronbach α 유사 지표는 0.3609로 단일 요인 척도의 통상 기준(α≥0.70)에 미치지 못한다. 그러나 이는 본 지수가 단일 잠재요인을 반복 측정하는 반사형(reflective) 척도라기보다, 서로 다른 음향 차원을 결합한 형성형(formative) 복합지표에 가깝기 때문이다. 따라서 Cronbach α는 절대적 판정 기준이 아니라 참고치로 해석하는 것이 타당하다.</w:t>
      </w:r>
    </w:p>
    <w:p>
      <w:r>
        <w:t>본 연구의 구성 타당도 검증은 Cronbach α 단일 지표가 아니라, ① 수렴 타당도 ② 판별 타당도 ③ ANOVA 효과크기 ④ LOO 안정성 분석 ⑤ 가중치 민감도 분석의 다섯 가지 독립적 근거를 종합하여 수행하였다. 이러한 다면적 접근은 외부 준거 라벨이 없는 자연 발화 기반 연구에서 내부 구성 타당도를 확보하기 위한 보수적 검증 전략에 해당한다.</w:t>
      </w:r>
    </w:p>
    <w:p>
      <w:pPr>
        <w:pStyle w:val="Heading1"/>
      </w:pPr>
      <w:r>
        <w:t>참고문헌</w:t>
      </w:r>
    </w:p>
    <w:p>
      <w:r>
        <w:t>Cronbach, L. J., &amp; Meehl, P. E. (1955). Construct validity in psychological tests. Psychological Bulletin, 52(4), 281-302.</w:t>
      </w:r>
    </w:p>
    <w:p>
      <w:r>
        <w:t>Goldman-Eisler, F. (1968). Psycholinguistics: Experiments in spontaneous speech. Academic Press.</w:t>
      </w:r>
    </w:p>
    <w:p>
      <w:r>
        <w:t>Hansen, J. H. L., &amp; Bou-Ghazale, S. (1997). Getting started with SUSAS: A speech under simulated and actual stress database. Proceedings of Eurospeech, 1743-1746.</w:t>
      </w:r>
    </w:p>
    <w:p>
      <w:r>
        <w:t>Hansen, J. H. L., &amp; Patil, S. (2007). Speech under stress: Analysis, modeling and recognition. Speaker Classification I, Springer.</w:t>
      </w:r>
    </w:p>
    <w:p>
      <w:r>
        <w:t>McFee, B., Raffel, C., Liang, D., Ellis, D. P. W., McVicar, M., Battenberg, E., &amp; Nieto, O. (2015). librosa: Audio and music signal analysis in Python. Proceedings of the 14th Python in Science Conference.</w:t>
      </w:r>
    </w:p>
    <w:p>
      <w:r>
        <w:t>Nunnally, J. C., &amp; Bernstein, I. H. (1994). Psychometric Theory (3rd ed.). McGraw-Hill.</w:t>
      </w:r>
    </w:p>
    <w:p>
      <w:r>
        <w:t>Pantic, M., &amp; Rothkrantz, L. (2003). Toward an affect-sensitive multimodal human-computer interaction. Proceedings of the IEEE, 91(9), 1370-1390.</w:t>
      </w:r>
    </w:p>
    <w:p>
      <w:r>
        <w:t>Radford, A., Kim, J. W., Xu, T., Brockman, G., McLeavey, C., &amp; Sutskever, I. (2023). Robust speech recognition via large-scale weak supervision. Proceedings of ICML 2023.</w:t>
      </w:r>
    </w:p>
    <w:p>
      <w:r>
        <w:t>Scherer, K. R. (2003). Vocal communication of emotion: A review of research paradigms. Speech Communication, 40(1-2), 227-256.</w:t>
      </w:r>
    </w:p>
    <w:p>
      <w:r>
        <w:t>Seabold, S., &amp; Perktold, J. (2010). statsmodels: Econometric and statistical modeling with Python. Proceedings of the 9th Python in Science Conference.</w:t>
      </w:r>
    </w:p>
    <w:p>
      <w:r>
        <w:t>강동준, &amp; 이길남. (2015). SNA를 활용한 한국무역학회지 공저자 네트워크 분석. 무역학회지, 40(5), 1-23.</w:t>
      </w:r>
    </w:p>
    <w:sectPr w:rsidR="00FC693F" w:rsidRPr="0006063C" w:rsidSect="00034616">
      <w:footerReference w:type="default" r:id="rId76"/>
      <w:pgSz w:w="11906" w:h="16838"/>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SCI-VOC v215  |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eastAsia="Malgun Gothic" w:ascii="Malgun Gothic" w:hAnsi="Malgun Gothic"/>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algun Gothic" w:hAnsi="Malgun Gothic" w:eastAsia="Malgun Gothic"/>
      <w:b w:val="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algun Gothic" w:hAnsi="Malgun Gothic" w:eastAsia="Malgun Gothic"/>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algun Gothic" w:hAnsi="Malgun Gothic" w:eastAsia="Malgun Gothic"/>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algun Gothic" w:hAnsi="Malgun Gothic" w:eastAsia="Malgun Gothic"/>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algun Gothic" w:hAnsi="Malgun Gothic" w:eastAsia="Malgun Gothic"/>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image" Target="media/image51.png"/><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png"/><Relationship Id="rId63" Type="http://schemas.openxmlformats.org/officeDocument/2006/relationships/image" Target="media/image55.png"/><Relationship Id="rId64" Type="http://schemas.openxmlformats.org/officeDocument/2006/relationships/image" Target="media/image56.png"/><Relationship Id="rId65" Type="http://schemas.openxmlformats.org/officeDocument/2006/relationships/image" Target="media/image57.jpg"/><Relationship Id="rId66" Type="http://schemas.openxmlformats.org/officeDocument/2006/relationships/image" Target="media/image58.jpg"/><Relationship Id="rId67" Type="http://schemas.openxmlformats.org/officeDocument/2006/relationships/image" Target="media/image59.jpg"/><Relationship Id="rId68" Type="http://schemas.openxmlformats.org/officeDocument/2006/relationships/image" Target="media/image60.jpg"/><Relationship Id="rId69" Type="http://schemas.openxmlformats.org/officeDocument/2006/relationships/image" Target="media/image61.jpg"/><Relationship Id="rId70" Type="http://schemas.openxmlformats.org/officeDocument/2006/relationships/image" Target="media/image62.jpg"/><Relationship Id="rId71" Type="http://schemas.openxmlformats.org/officeDocument/2006/relationships/image" Target="media/image63.jpg"/><Relationship Id="rId72" Type="http://schemas.openxmlformats.org/officeDocument/2006/relationships/image" Target="media/image64.jpg"/><Relationship Id="rId73" Type="http://schemas.openxmlformats.org/officeDocument/2006/relationships/image" Target="media/image65.jpg"/><Relationship Id="rId74" Type="http://schemas.openxmlformats.org/officeDocument/2006/relationships/image" Target="media/image66.jpg"/><Relationship Id="rId75" Type="http://schemas.openxmlformats.org/officeDocument/2006/relationships/image" Target="media/image67.jpg"/><Relationship Id="rId7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